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Nimewo Vennèn Youn</w:t>
      </w:r>
    </w:p>
    <w:p>
      <w:pPr>
        <w:pStyle w:val="ArticleSubtitle"/>
        <w:jc w:val="left"/>
      </w:pPr>
      <w:r>
        <w:rPr>
          <w:rFonts w:ascii="Arial" w:hAnsi="Arial" w:eastAsia="Arial" w:cs="Arial"/>
        </w:rPr>
        <w:t>Mouvman an vè lwa dimanch nan bèl peyi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Istwa ki soti nan vèsè sèz rive jouk vèsè vennnde nan Danyèl onz la kòmanse epi fini avèk yon tipifikasyon lwa dimanch la. Lefèt ke kòmansman ak fen liy lan se menm bagay la, sa idantifye siyati Kris la, kòm Alfa ak Omega. Pwofetikman, sa egzije pou yo aliyen vèsè sèz ak vèsè vennnde. Lè yo fè sa, sa deplase istwa bèl peyi a, jan liy Makabe yo reprezante l la, antre nan istwa vèsè dis rive kenz yo.</w:t>
      </w:r>
    </w:p>
    <w:p>
      <w:pPr>
        <w:pStyle w:val="ArticleHeading"/>
        <w:jc w:val="left"/>
      </w:pPr>
      <w:r>
        <w:rPr>
          <w:rFonts w:ascii="Arial" w:hAnsi="Arial" w:eastAsia="Arial" w:cs="Arial"/>
        </w:rPr>
        <w:t>Makabe yo</w:t>
      </w:r>
    </w:p>
    <w:p>
      <w:pPr>
        <w:pStyle w:val="ArticleBody"/>
        <w:jc w:val="left"/>
      </w:pPr>
      <w:r>
        <w:rPr>
          <w:rFonts w:ascii="Times New Roman" w:hAnsi="Times New Roman" w:eastAsia="Times New Roman" w:cs="Times New Roman"/>
        </w:rPr>
        <w:t>Révolte des Maccabées la représente les vingt-deux années qui commencèrent en 1776 et prirent fin lorsque les États-Unis devinrent le sixième royaume de la prophétie biblique en 1798. Cela identifie le nombre vingt-deux comme une histoire directement rattachée au temps de la fin en 1798, là où commence le verset quarante de Daniel onze.</w:t>
      </w:r>
    </w:p>
    <w:p>
      <w:pPr>
        <w:pStyle w:val="ArticleBody"/>
        <w:jc w:val="left"/>
      </w:pPr>
      <w:r>
        <w:rPr>
          <w:rFonts w:ascii="Times New Roman" w:hAnsi="Times New Roman" w:eastAsia="Times New Roman" w:cs="Times New Roman"/>
        </w:rPr>
        <w:t>Relasyon nimewo vennndez la ak 1798 enpòtan pou idantifye. Revòlt Makabe yo, nan lefètke li sèvi kòm tip revolisyon ameriken an, mete toude revolisyon peyi gloriye a (literal ak espirityèl) an aliyman kòm revolisyon ki te rejte atizay gouvènman Seleusid yo ak wa Ewòp yo, ansanm ak dominasyon legliz Lagrès ak Wòm. Nan toude temwayaj istorik sa yo, Lagrès ak Wòm te reprezante wa nò a.</w:t>
      </w:r>
    </w:p>
    <w:p>
      <w:pPr>
        <w:pStyle w:val="ArticleBody"/>
        <w:jc w:val="left"/>
      </w:pPr>
      <w:r>
        <w:rPr>
          <w:rFonts w:ascii="Times New Roman" w:hAnsi="Times New Roman" w:eastAsia="Times New Roman" w:cs="Times New Roman"/>
        </w:rPr>
        <w:t>Liy fanmi Makabe yo reprezante nan vèsè venntwa a, men li reprezante yon istwa ki te kòmanse 33 ane apre Panium nan vèsè kenz la, epi yon ti kras plis pase san ane anvan Pompey nan vèsè sèz la. Liy sa a fini nan jijman kwa a, yon jijman ki te pwolonje jouk 70 aprè Jezikri, byenke peryòd jijman sa a idantifye senpleman kòm kwa a nan vèsè vennde a. Pwofetikman, liy Makabe a, ki reprezante peyi gloriye a depi 1776, apre sa 1798 avèk dinasti Asmone an epi apre sa dinasti Ewodyèn nan rive jouk kwa a ak 70 aprè Jezikri, fini nan vèsè vennde a, e li kòmanse avèk vennnde ane soti 1776 rive 1798. Vennnde ane soti 1776 rive 1798 yo tipifye tou vennnde ane soti 9/11 rive 2023, ki te tipifye kòm vennnde jou nan Danyèl dis. Liy Makabe a kòmanse epi li fini avèk “vennde.”</w:t>
      </w:r>
    </w:p>
    <w:p>
      <w:pPr>
        <w:pStyle w:val="ArticleHeading"/>
        <w:jc w:val="left"/>
      </w:pPr>
      <w:r>
        <w:rPr>
          <w:rFonts w:ascii="Arial" w:hAnsi="Arial" w:eastAsia="Arial" w:cs="Arial"/>
        </w:rPr>
        <w:t>Kat Chèf Women yo nan Wòm</w:t>
      </w:r>
    </w:p>
    <w:p>
      <w:pPr>
        <w:pStyle w:val="ArticleBody"/>
        <w:jc w:val="left"/>
      </w:pPr>
      <w:r>
        <w:rPr>
          <w:rFonts w:ascii="Times New Roman" w:hAnsi="Times New Roman" w:eastAsia="Times New Roman" w:cs="Times New Roman"/>
        </w:rPr>
        <w:t>Vèsè sèz rive nan vennde a idantifye dirèkteman kat dirijan women e yo reprezante yon lòt liy anndan vèsè yo. Liy Makabe a aliyen sou baz prensip « repete epi elaji », epi liy women an reprezante dirèkteman nan vèsè yo. Pompée te konkeri de premye nan twa obstak yo, pandan Wòm t ap monte sou twòn nan kòm katriyèm wayòm pwofesi biblik la nan batay Actium nan an 31 anvan Jezikri. Apre li te vini Jilyis Seza, Ogis Seza, ak Tibè Seza. Pompée te yon jeneral, epi twa dènye senbòl yo mare ansanm kòm anperè.</w:t>
      </w:r>
    </w:p>
    <w:p>
      <w:pPr>
        <w:pStyle w:val="ArticleBody"/>
        <w:jc w:val="left"/>
      </w:pPr>
      <w:r>
        <w:rPr>
          <w:rFonts w:ascii="Times New Roman" w:hAnsi="Times New Roman" w:eastAsia="Times New Roman" w:cs="Times New Roman"/>
        </w:rPr>
        <w:t>Dènye nan kat chèf yo mouri nan vèsè vennde a, kote Kris la te kloure sou kwa a; kidonk, nou dwe mennen dènye nan kat chèf Wòm yo tounen nan lwa dimanch vèsè sèz la. Lè nou fè sa, Pompey ta reprezante premye nan kat waymak yo, kote katriyèm ak dènye waymak la aliyen ak lwa dimanch vèsè sèz la. Vèsè sèz la t ap reprezante pa Tibè Sèza, epi batay Panyòm nan nan vèsè kenz la t ap reprezante pa Ogis Sèza; batay Rafya a nan vèsè onz la t ap reprezante pa Jilyis Sèza; konsa sa make Jeneral Pompey kòm vèsè dis ak 1989.</w:t>
      </w:r>
    </w:p>
    <w:p>
      <w:pPr>
        <w:pStyle w:val="ArticleBody"/>
        <w:jc w:val="left"/>
      </w:pPr>
      <w:r>
        <w:rPr>
          <w:rFonts w:ascii="Times New Roman" w:hAnsi="Times New Roman" w:eastAsia="Times New Roman" w:cs="Times New Roman"/>
        </w:rPr>
        <w:t>Sa idantifye ke “istwa kache” vèsè karant nan Danyèl onz la, istwa ki soti depi tonbe Inyon Sovyetik la an 1989 jouk rive nan lwa dimanch vèsè karant-youn nan, reprezante pa twa liy pwofesi ki twouve yo nan istwa ki reprezante pa vèsè dis rive venntwa yo. Makabe yo, chèf women yo, ak twa batay pisans pwokirasyon Wòm yo.</w:t>
      </w:r>
    </w:p>
    <w:p>
      <w:pPr>
        <w:pStyle w:val="ArticleScripture"/>
        <w:jc w:val="left"/>
      </w:pPr>
      <w:r>
        <w:rPr>
          <w:rFonts w:ascii="Times New Roman" w:hAnsi="Times New Roman" w:eastAsia="Times New Roman" w:cs="Times New Roman"/>
        </w:rPr>
        <w:t>Sa a se twazyèm fwa m ap vin jwenn nou. Se sou temwayaj de oubyen twa temwen pou chak pawòl tabli. 2 Korentyen 13:1.</w:t>
      </w:r>
    </w:p>
    <w:p>
      <w:pPr>
        <w:pStyle w:val="ArticleHeading"/>
        <w:jc w:val="left"/>
      </w:pPr>
      <w:r>
        <w:rPr>
          <w:rFonts w:ascii="Arial" w:hAnsi="Arial" w:eastAsia="Arial" w:cs="Arial"/>
        </w:rPr>
        <w:t>Twa Lagè pa Mwayen Pwokirasyon</w:t>
      </w:r>
    </w:p>
    <w:p>
      <w:pPr>
        <w:pStyle w:val="ArticleBody"/>
        <w:jc w:val="left"/>
      </w:pPr>
      <w:r>
        <w:rPr>
          <w:rFonts w:ascii="Times New Roman" w:hAnsi="Times New Roman" w:eastAsia="Times New Roman" w:cs="Times New Roman"/>
        </w:rPr>
        <w:t>Vèsè diz la make fen katriyèm lagè Siri a ki te fèt depi 219 rive 217 av. J.-K., lè Antiochus III Magnus (Gran an) te regwoupe fòs li yo anvan batay vèsè onz la, ki se te batay Rafya a, batay Julius Caesar t ap reprezante. Vèsè diz la idantifye efondreman Inyon Sovyetik la an 1989 jan sa reprezante nan vèsè karant lan, epi Pompée aliyen ak istwa sa a. Vèsè sèz la reprezante konkèt bèl peyi Jida a, sa ki sèvi kòm tip lwa dimanch lan Ozetazini; men Pompée aliyen tou ak 1989, epi an 1989 Wòm modèn te konkeri premye obstak li, men pandan li t ap fè sa, li te an menm tan konkeri Amerik pwotestan an espirityèlman lè li te sedui Ronald Reagan pou fòme yon alyans sekrè ak bèl peyi a. Yon alyans ant yon wa ak pwostitye Wòm nan reprezante fònikasyon espirityèl.</w:t>
      </w:r>
    </w:p>
    <w:p>
      <w:pPr>
        <w:pStyle w:val="ArticleBody"/>
        <w:jc w:val="left"/>
      </w:pPr>
      <w:r>
        <w:rPr>
          <w:rFonts w:ascii="Times New Roman" w:hAnsi="Times New Roman" w:eastAsia="Times New Roman" w:cs="Times New Roman"/>
        </w:rPr>
        <w:t>An 1989 se lè jennès lavil Wòm nan kòmanse soti apre swasanndizan li yo pou ale fè fònikasyon ak tout wa latè yo. Premye wa a se Etazini an 1989, paske Etazini reprezante tou pa Akab, ki te marye ak Jezabèl, ki se jennès Tir la nan Ezayi venntwa.</w:t>
      </w:r>
    </w:p>
    <w:p>
      <w:pPr>
        <w:pStyle w:val="ArticleScripture"/>
        <w:jc w:val="left"/>
      </w:pPr>
      <w:r>
        <w:rPr>
          <w:rFonts w:ascii="Times New Roman" w:hAnsi="Times New Roman" w:eastAsia="Times New Roman" w:cs="Times New Roman"/>
        </w:rPr>
        <w:t>Epi sa rive nan jou sa a, Tir va bliye pandan swasanndizan, dapre kantite jou yon sèl wa; apre fen swasanndizan yo, Tir va chante tankou yon jennès. Pran yon ap, fè wonn vil la, ou menm jennès yo te bliye a; fè bèl mizik, chante anpil chante, pou yo ka sonje ou. Epi sa rive apre fen swasanndizan yo, Seyè a va vizite Tir, epi li va tounen nan salè li, e li va fè fònikasyon ak tout wayòm latè yo sou tout fas tè a. Ezayi 23:15–17.</w:t>
      </w:r>
    </w:p>
    <w:p>
      <w:pPr>
        <w:pStyle w:val="ArticleBody"/>
        <w:jc w:val="left"/>
      </w:pPr>
      <w:r>
        <w:rPr>
          <w:rFonts w:ascii="Times New Roman" w:hAnsi="Times New Roman" w:eastAsia="Times New Roman" w:cs="Times New Roman"/>
        </w:rPr>
        <w:t>Jezab la te tonbe nan bliye nan “tan lafen” an nan ane 1798 lè li te resevwa blesi mòtèl li a, jan sa reprezante nan vèsè karant nan Danyèl onz. Nan “tan lafen” an nan ane 1989, li kòmanse peryòd gerizon blesi mòtèl li a lè li fè fònikasyon ak wayòm ki pral premye a pou fè mak otorite li a aplike pa fòs. Wayòm sa a te reprezante pa Akab, epi pa Lafrans, ki te mete papote a sou twòn tè a an 538 epi ki te premye wayòm ki te soutni leve pouvwa papal la. Se poutèt sa yo rele yo “premye pitit Legliz Katolik la,” ansanm ak “pi gran pitit fi Legliz Katolik la.” Lafrans ak Akab toude rann temwayaj sou wòl Etazini soti nan 1989 rive jouk lwa dimanch la.</w:t>
      </w:r>
    </w:p>
    <w:p>
      <w:pPr>
        <w:pStyle w:val="ArticleBody"/>
        <w:jc w:val="left"/>
      </w:pPr>
      <w:r>
        <w:rPr>
          <w:rFonts w:ascii="Times New Roman" w:hAnsi="Times New Roman" w:eastAsia="Times New Roman" w:cs="Times New Roman"/>
        </w:rPr>
        <w:t>Nan Ezayi venn-twa, jennès fanm Tì a, ki se tou jennès fanm Revelasyon disèt la, sou fwon li ekri: Babilòn Gran an. Li “bliye” pandan istwa Etazini, kòmanse an 1798, lè papote a sispann vin senkyèm wayòm pwofesi Bib la, bèt ki sòti nan lanmè a nan Revelasyon trèz. Lè sa a, Etazini kòmanse wòl li kòm sizyèm wayòm pwofesi Bib la, kòm bèt ki sòti sou tè a nan Revelasyon trèz. Finalman, Etazini vin wa prensipal la pami dis wa yo nan Revelasyon disèt. Istwa senbolik yon peryòd “swasanndis ane,” “jou yon sèl wa,” reprezante swasanndis ane Babilòn te gouvène kòm premye wayòm pwofesi Bib la. Sa a tipifye istwa Etazini depi 1798 rive jouk lwa dimanch la, kote liy ekstèn istwa ameriken an reprezante pa kòn Repibliken an, epi liy entèn lan reprezante pa kòn Pwotestan an. De kòn sa yo, ki reprezante kè Konstitisyon an ki bay pou yon separasyon ant zafè leta ak zafè legliz, se sijè lavni Amerik la.</w:t>
      </w:r>
    </w:p>
    <w:p>
      <w:pPr>
        <w:pStyle w:val="ArticleBody"/>
        <w:jc w:val="left"/>
      </w:pPr>
      <w:r>
        <w:rPr>
          <w:rFonts w:ascii="Times New Roman" w:hAnsi="Times New Roman" w:eastAsia="Times New Roman" w:cs="Times New Roman"/>
        </w:rPr>
        <w:t>Swasanndizan make pou jennès Ti a pou l tonbe nan blye; apre sa, depi tan lafen an nan ane 1989 rive jouk lwa dimanch lan, li kòmanse chante. Li te kòmanse avèk yon alyans sekrè pandan li te pran anmen relijyon Amerik Pwotestan an epi li te fè estrikti politik wa sid la tonbe avèk efondreman Inyon Sovyetik la. Yon peryòd swasanndizan ane ki rive nan bout li nan yon istwa kote Antiòkis Gran an kanpe nan mitan yon peryòd disèt ane ki divize an dis ak sèt, e lè yo miltipliye yo, sa bay “swasanndis.” Nan kòmansman de san senkant ane ekstèn yo ki te fini ant Rafia ak Panium, pwofesi tan entèn de mil twa san ane a kòmanse avèk “swasanndis” semèn ki te fikse sou pèp Danyèl la. Nan fen swasanndis semèn sa yo, nan ane 34 aprè Jezikri, ansyen Izrayèl te divòse ak Bondye pou tout tan kòm pèp alyans li te chwazi a, epi Bondye te deja antre nan maryaj avèk lamarye kretyèn li a, e lè sa a li t ap lonje men bay moun lòt nasyon yo.</w:t>
      </w:r>
    </w:p>
    <w:p>
      <w:pPr>
        <w:pStyle w:val="ArticleBody"/>
        <w:jc w:val="left"/>
      </w:pPr>
      <w:r>
        <w:rPr>
          <w:rFonts w:ascii="Times New Roman" w:hAnsi="Times New Roman" w:eastAsia="Times New Roman" w:cs="Times New Roman"/>
        </w:rPr>
        <w:t>An 207 av. J.-C., Antiochus se tient au milieu des « soixante-dix », identifiant la fin du statut de nation favorisée de son royaume comme le « pays glorieux » où Il a choisi de susciter l’Israël moderne. La fin des États-Unis en tant que sixième royaume, lors de la loi du dimanche, est la fin des « soixante-dix ans » d’Ésaïe. La ligne de deux cent cinquante ans d’Antiochus identifie la clôture du temps de grâce pour la corne républicaine des États-Unis, juste avant la loi du dimanche du verset seize. Les deux mille trois cents ans qui prirent fin lorsque le jugement commença le 22 octobre 1844 préfigurent le moment où le jugement se clôt à la loi du dimanche. Les deux mille trois cents ans commencent par soixante-dix semaines qui identifient la fin d’Israël littéral comme peuple choisi de Dieu. La fin de la période globale des deux mille trois cents ans s’achève avec la fin du mouvement protestant, tandis que le mouvement adventiste se prolonge jusqu’à la loi du dimanche. Lorsque la porte fermée de 1844 se répétera, les portes se fermeront sur la corne républicaine, la corne protestante et la bête gouvernementale.</w:t>
      </w:r>
    </w:p>
    <w:p>
      <w:pPr>
        <w:pStyle w:val="ArticleBody"/>
        <w:jc w:val="left"/>
      </w:pPr>
      <w:r>
        <w:rPr>
          <w:rFonts w:ascii="Times New Roman" w:hAnsi="Times New Roman" w:eastAsia="Times New Roman" w:cs="Times New Roman"/>
        </w:rPr>
        <w:t>Pou Antiochus kanpe ant peryòd dis ak sèt la, se kanpe nan fen tan pwobasyon li; pwobasyon an fini pou gouvènman Etazini, ki se bèt latè a, nan lwa dimanch la, men pwobasyon kòn Repibliken an fini anvan lwa dimanch la.</w:t>
      </w:r>
    </w:p>
    <w:p>
      <w:pPr>
        <w:pStyle w:val="ArticleScripture"/>
        <w:jc w:val="left"/>
      </w:pPr>
      <w:r>
        <w:rPr>
          <w:rFonts w:ascii="Times New Roman" w:hAnsi="Times New Roman" w:eastAsia="Times New Roman" w:cs="Times New Roman"/>
        </w:rPr>
        <w:t>Jezi di li: Mwen pa di ou, jis sèt fwa; men, jis swasanndis fwa sèt. Matye 18:22.</w:t>
      </w:r>
    </w:p>
    <w:p>
      <w:pPr>
        <w:pStyle w:val="ArticleBody"/>
        <w:jc w:val="left"/>
      </w:pPr>
      <w:r>
        <w:rPr>
          <w:rFonts w:ascii="Times New Roman" w:hAnsi="Times New Roman" w:eastAsia="Times New Roman" w:cs="Times New Roman"/>
        </w:rPr>
        <w:t>Ekspresyon «swasann-dis fwa sèt» la se sèl kote nan Bib la kote chif yo eksprime ak yon miltiplikasyon nan fòm sa a. «Swasann-dis fwa sèt» la se katsan katreven-dis ane ki te «detèmine» pou pèp Danyèl la. Se swasann-dis semèn yo ki kòmanse de mil twasan an, epi nan fen de san senkant ane yo, apati menm pwen depa a, Antiyokis rive nan mitan dis ak sèt. Antiyokis Gran an la pran pozisyon li nan dènye aksyon istwa pa li a nan dram sakre gwo konfli a.</w:t>
      </w:r>
    </w:p>
    <w:p>
      <w:pPr>
        <w:pStyle w:val="ArticleBody"/>
        <w:jc w:val="left"/>
      </w:pPr>
      <w:r>
        <w:rPr>
          <w:rFonts w:ascii="Times New Roman" w:hAnsi="Times New Roman" w:eastAsia="Times New Roman" w:cs="Times New Roman"/>
        </w:rPr>
        <w:t>Pòt fèmen an nan ane 1844 la reprezante pòt fèmen lwa dimanch lan, e anvan lwa dimanch vèsè sèz la, yon peryòd sèt ane kòmanse avèk Antiochus k ap make fen wayòm li a; epi answit wayòm li a fini nan konklizyon sèt ane yo. Peryòd sèt ane a reprezante tan eprèv imaj bèt la, e peryòd la kòmanse ak premye lwa dimanch lan nan ane 321. Anvan premye lwa dimanch lan, ki se yon tip dènye lwa dimanch lan, gen yon peryòd dis ane ki kòmanse ak yon dekrè. Nan “dekrè” ane 313 la, eprèv ki reprezante pa dis ane yo kòmanse; apre sa Antiochus pase premye lwa dimanch lan, epi pwobasyon kòn Repibliken an fini. Nan fen sèt ane yo, Panium ak lwa dimanch lan rive, sa ki pwodui divizyon lès ak lwès nan ane 330.</w:t>
      </w:r>
    </w:p>
    <w:p>
      <w:pPr>
        <w:pStyle w:val="ArticleHeading"/>
        <w:jc w:val="left"/>
      </w:pPr>
      <w:r>
        <w:rPr>
          <w:rFonts w:ascii="Arial" w:hAnsi="Arial" w:eastAsia="Arial" w:cs="Arial"/>
        </w:rPr>
        <w:t>Pompée</w:t>
      </w:r>
    </w:p>
    <w:p>
      <w:pPr>
        <w:pStyle w:val="ArticleBody"/>
        <w:jc w:val="left"/>
      </w:pPr>
      <w:r>
        <w:rPr>
          <w:rFonts w:ascii="Times New Roman" w:hAnsi="Times New Roman" w:eastAsia="Times New Roman" w:cs="Times New Roman"/>
        </w:rPr>
        <w:t>Pompée te konkeri bèl peyi a nan vèsè sèz, men pandan peryòd de zan ant 65 rive 63 anvan Jezikri, Pompée, nan akonplisman Danyèl uit ak vèsè nèf, an reyalite te konkeri “lès la” ak “[bèl] peyi a,” sa ki prefigire doub konkèt la nan vèsè karant ak 1989.</w:t>
      </w:r>
    </w:p>
    <w:p>
      <w:pPr>
        <w:pStyle w:val="ArticleBody"/>
        <w:jc w:val="left"/>
      </w:pPr>
      <w:r>
        <w:rPr>
          <w:rFonts w:ascii="Times New Roman" w:hAnsi="Times New Roman" w:eastAsia="Times New Roman" w:cs="Times New Roman"/>
        </w:rPr>
        <w:t>Twazyèm obstak pou Wòm payen an t ap akonpli pa Ogis Seza, ki remake kòm moun ki te fòme premye Triviray ofisyèl women an, sa ki reprezante premye inyon ofisyèl an twa pati nan Wòm. Se nan twazyèm mak chemen dirijan women yo ke inyon an twa pati a make ofisyèlman nan istwa Wòm. Se nan lwa dimanch nan vèsè sèz la ke inyon an twa pati ant dragon an, bèt la, ak fo pwofèt la tabli, epi apre sa zwazo mechanste a retounen sou plas pa li nan Chinea, jan Zakari te prezante sa.</w:t>
      </w:r>
    </w:p>
    <w:p>
      <w:pPr>
        <w:pStyle w:val="ArticleBody"/>
        <w:jc w:val="left"/>
      </w:pPr>
      <w:r>
        <w:rPr>
          <w:rFonts w:ascii="Times New Roman" w:hAnsi="Times New Roman" w:eastAsia="Times New Roman" w:cs="Times New Roman"/>
        </w:rPr>
        <w:t>Ogis Seza te fòme premye Triyòmvira ofisyèl women an, men istoryen yo rele l Dezyèm Triyòmvira a, paske Jili Seza te fòme yon Triyòmvira tou, men li pa t yon Triyòmvira ofisyèl nan gouvènman women an. Relasyon ki genyen ant Jili ak Ogis Seza kòm senbòl inyon twa-fwa dragon an, bèt la ak fo pwofèt la nan lwa dimanch ki pral vini byento a, tipifye pa Jili nan kòmansman mouvman an pou fè respekte lejislasyon dimanch, epi pa Ogis nan fen an. Relasyon pwofetik la reprezante tou pa syèj Cestius la an 67, apre sa syèj Titis la te swiv. Jili se Cestius epi Ogis se Titis. Jili ak Ogis reprezante inyon twa-fwa a, epi Cestius ak Titis reprezante yon syèj.</w:t>
      </w:r>
    </w:p>
    <w:p>
      <w:pPr>
        <w:pStyle w:val="ArticleBody"/>
        <w:jc w:val="left"/>
      </w:pPr>
      <w:r>
        <w:rPr>
          <w:rFonts w:ascii="Times New Roman" w:hAnsi="Times New Roman" w:eastAsia="Times New Roman" w:cs="Times New Roman"/>
        </w:rPr>
        <w:t>Peryòd kote mouvman pou yon lwa dimanch la kòmanse pwofetikman an 313, se nan edit Milan an. Apre sa, an 321, nan pwen mitan peryòd disèt ane a, premye lwa dimanch la parèt. Twazyèm etap divizyon wayòm nan an lès ak lwès, ki reprezante divizyon Ozetazini ant sila yo ki resevwa ak sila yo ki pa resevwa mak bèt la oswa sele Bondye a, te fèt an 330. Gen yon seri lwa dimanch ki mennen nan yon lwa dimanch; e 321 reprezante premye lwa dimanch la, ki mennen nan dènye lwa dimanch la an 330.</w:t>
      </w:r>
    </w:p>
    <w:p>
      <w:pPr>
        <w:pStyle w:val="ArticleBody"/>
        <w:jc w:val="left"/>
      </w:pPr>
      <w:r>
        <w:rPr>
          <w:rFonts w:ascii="Times New Roman" w:hAnsi="Times New Roman" w:eastAsia="Times New Roman" w:cs="Times New Roman"/>
        </w:rPr>
        <w:t>Kontrèman ak de san senkant ane Antiochus yo, de san senkant ane Neron yo idantifye yon peryòd uit ane, mitan premye lwa dimanch lan, epi answit nèf ane. Liy sou liy, Antiochus ak Neron idantifye de peryòd ki reprezante pa twa pwen repè. Nan toude liy yo, premye ak dènye pwen repè yo se menm yo: yon dekrè nan kòmansman an ki te make pa yon maryaj ki te fini ak yon divòs, epi yon batay ant wa nò a ak wa sid la nan kòmansman ak nan fen an. Premye lwa dimanch 321 an nan mitan an dwe kote Antiochus kanpe. Li kanpe nan konklizyon yon pwosesis eprèv ki reprezante pa dis ane, epi pwosesis eprèv la manifeste Antiochus kòm wityèm nan ki soti nan sèt la, pandan li fòme yon imaj bèt la ki se wityèm nan ki soti nan sèt la. Anmenmtan, san karannkat mil yo pase atravè yon pwosesis eprèv epi yo transfòme soti nan setyèm legliz Lawodise a pou rive nan wityèm lan ak legliz Filadèlfi a.</w:t>
      </w:r>
    </w:p>
    <w:p>
      <w:pPr>
        <w:pStyle w:val="ArticleBody"/>
        <w:jc w:val="left"/>
      </w:pPr>
      <w:r>
        <w:rPr>
          <w:rFonts w:ascii="Times New Roman" w:hAnsi="Times New Roman" w:eastAsia="Times New Roman" w:cs="Times New Roman"/>
        </w:rPr>
        <w:t>Nan premye lwa dimanch lan, leve imaj la kòmanse, epi li fini nan lwa dimanch nan Revelasyon trèz, vèsè onz, yon vèsè ki mete an kontrast kòmansman Etazini kòm yon ti mouton, ak fen li kòm yon dragon. Trèz se senbòl rebelyon an, epi senbòl rebelyon an nan kontèks vèsè onz lan, ansanm ak lefèt ke Etazini pale tankou yon dragon, se mak bèt la; tandiske, senbòl moun ki gen so Bondye a se nimewo onz la. Revelasyon 13:11 idantifye separasyon ant sila yo ki resevwa mak bèt la ak sila yo ki resevwa so Bondye a nan lwa dimanch lan, lè Etazini pale tankou yon dragon.</w:t>
      </w:r>
    </w:p>
    <w:p>
      <w:pPr>
        <w:pStyle w:val="ArticleBody"/>
        <w:jc w:val="left"/>
      </w:pPr>
      <w:r>
        <w:rPr>
          <w:rFonts w:ascii="Times New Roman" w:hAnsi="Times New Roman" w:eastAsia="Times New Roman" w:cs="Times New Roman"/>
        </w:rPr>
        <w:t>Tan eprèv imaj bèt la gen siy presi ki make rive li, pandan y ap tou prefigire fen li. Depi Noe jouk nan fèt twonpèt yo, Bondye pa janm chanje; Li toujou anonse yon tan eprèv davans anvan li rive. Anons sa yo jwenn plas yo nan pawòl pwofetik Li. Pifò Advantis (mwen sipoze) pa konnen ke te gen de syèj nan destriksyon Jerizalèm nan, ni ke jou destriksyon final la te menm jou nan ane a ak jou Nebikadneza te detwi Jerizalèm ak tanp lan premye fwa a—tan alfa a. Yo ka pa okouran tou ke syèj yo te kòmanse nan fèt sakre epi yo te fini sou yon fèt sakre, ni ke dire syèj la te twa zan edmi. Si yo pa konnen reyalite sa yo, lè sa a li sanble pa pwobab pou yo wè ke Jilyis Seza make kòmansman tan eprèv imaj bèt la nan reprezantasyon ki pi pafè li. Lè m di “reprezantasyon ki pi pafè,” mwen vle di akonplisman final li.</w:t>
      </w:r>
    </w:p>
    <w:p>
      <w:pPr>
        <w:pStyle w:val="ArticleBody"/>
        <w:jc w:val="left"/>
      </w:pPr>
      <w:r>
        <w:rPr>
          <w:rFonts w:ascii="Times New Roman" w:hAnsi="Times New Roman" w:eastAsia="Times New Roman" w:cs="Times New Roman"/>
        </w:rPr>
        <w:t>Menm peryòd la reprezante depi 1888 rive jouk lwa dimanch lan, epi ankò depi 9/11 rive jouk lwa dimanch lan; men akonplisman pafè peryòd pwofetik la konsènan etablisman imaj bèt la, jan Konstanten Legran te reprezante li nan peryòd 313 rive 330, kòmanse nan prezidans uityèm prezidan an depi tan lafen an an 1989.</w:t>
      </w:r>
    </w:p>
    <w:p>
      <w:pPr>
        <w:pStyle w:val="ArticleBody"/>
        <w:jc w:val="left"/>
      </w:pPr>
      <w:r>
        <w:rPr>
          <w:rFonts w:ascii="Times New Roman" w:hAnsi="Times New Roman" w:eastAsia="Times New Roman" w:cs="Times New Roman"/>
        </w:rPr>
        <w:t>Apati premye lwa dimanch la, peryòd eprèv sou kestyon Saba ak dimanch la dewoule nan yon peryòd ki reprezante pa sèt ane Antyòkis yo. Sèt ane liy Antyòkis la miltipliye pa nèf ane liy Neron an bay swasant-twa, e nan ane 63 anvan Jezikri, Pompée te konkeri peyi ki bèl la, nan akonplisman vèsè sèz nan Danyèl onz. Lè lwa dimanch la vini, nèf wa pral rekonèt Etazini kòm wa prensipal pami dis wa yo ki dakò bay wayòm yo bay jennès Tir la, ki lè sa a gen pou l fè fònikasyon ak tout wa latè yo.</w:t>
      </w:r>
    </w:p>
    <w:p>
      <w:pPr>
        <w:pStyle w:val="ArticleBody"/>
        <w:jc w:val="left"/>
      </w:pPr>
      <w:r>
        <w:rPr>
          <w:rFonts w:ascii="Times New Roman" w:hAnsi="Times New Roman" w:eastAsia="Times New Roman" w:cs="Times New Roman"/>
        </w:rPr>
        <w:t>An akò avèk estrikti pwofetik parabòl dis vyèj yo, maryaj bèt la ak fo pwofèt la te akonpli an 1989, men nan lwa dimanch lan maryaj la vin konsome. Yon fraktal nan listwa sa a se peryòd jijman moun vivan yo ki te kòmanse an 2001, nan 11 septanm. Depi pwen sa a rive jouk nan lwa dimanch lan, tan eprèv imaj bèt la, ki se tou tan sele san karant-kat mil yo, jijman an akonpli sou pèp alyans Bondye a, ak sou peyi kote yo te abite a nan akonplisman pwofesi alyans Abraram lan. Pandan peryòd sa a, legliz Advantis Setyèm Jou Laodiseyen an sibi jijman, epi apre sa moun ki fè profesyon yo se vyèj yo sibi jijman. Konsa, kòn pwotestan an sibi jijman, e li sibi jijman pandan peryòd kote an premye pati Demokrat la nan kòn Repibliken an te sibi jijman jouk rive an 2024, lè jijman Repibliken yo nan kòn repibliken an ap fèt kounye a. Gouvènman konstitisyonèl la se bèt ki pote de kòn yo e li sibi jijman nan lwa dimanch lan.</w:t>
      </w:r>
    </w:p>
    <w:p>
      <w:pPr>
        <w:pStyle w:val="ArticleBody"/>
        <w:jc w:val="left"/>
      </w:pPr>
      <w:r>
        <w:rPr>
          <w:rFonts w:ascii="Times New Roman" w:hAnsi="Times New Roman" w:eastAsia="Times New Roman" w:cs="Times New Roman"/>
        </w:rPr>
        <w:t>Soti nan 1989 rive nan lwa dimanch la, sa reprezante nan yon fraktal depi 11 Septanm rive jouk lwa dimanch la; men akonplisman pafè etablisman imaj bèt la se nan wityèm prezidan an ki soti nan sèt yo. Disèt ane Neron yo se yon fraktal istwa ki soti nan 11 Septanm rive jouk lwa dimanch la. Disèt ane Antiochis yo se menm bagay la. Maryaj Reagan ak alyans sekrè a vin konsome avèk yon alyans ouvè pandan manda wityèm prezidan an. Premye nan maryaj alfa ak omega yo te senbolize pa Patriot Act la an 2001, lè lalwa angle te chanje pou lalwa women. Maryaj edik Milan an make kòmansman akonplisman pafè etablisman imaj bèt la. Estrikti li baze sou estrikti maryaj dis vyèj yo, epi li reprezante fo maryaj ki fèt pandan vrè maryaj la.</w:t>
      </w:r>
    </w:p>
    <w:p>
      <w:pPr>
        <w:pStyle w:val="ArticleBody"/>
        <w:jc w:val="left"/>
      </w:pPr>
      <w:r>
        <w:rPr>
          <w:rFonts w:ascii="Times New Roman" w:hAnsi="Times New Roman" w:eastAsia="Times New Roman" w:cs="Times New Roman"/>
        </w:rPr>
        <w:t>Tan eprèv imaj bèt la reprezante “tès” nou dwe pase anvan nou “sele.” Se lakay Bondye jijman an kòmanse an premye, epi apre sa, nan lwa dimanch lan, moun ki deyò lakay Bondye yo jije. Peryòd jijman final la, ni nan lakay Bondye an premye ni apre sa pou gwo foul la, kòmanse avèk premye lwa dimanch lan. Va gen yon premye lwa dimanch Ozetazini ki va make kòmansman akonplisman pafè e final tan eprèv imaj bèt la, ki apre sa fini nan lwa dimanch lan ki akonpli Revelasyon 13:11. Lwa dimanch sa a se dènye lwa dimanch nan peyi bèl pouvwa a. Dènye lwa dimanch nan peyi bèl pouvwa a se premye lwa dimanch nan lemonn, e li make tan eprèv imaj bèt la pou lemonn. Tan eprèv lemonn nan kòmanse nan lwa dimanch Ozetazini an nan vèsè onz chapit trèz la. Lè Ozetazini “pale” tankou yon dragon nan lwa dimanch ki pral vini talè a, vèsè douz yo ak sa ki vin apre nan chapit la reprezante tan eprèv imaj bèt la pou lemonn.</w:t>
      </w:r>
    </w:p>
    <w:p>
      <w:pPr>
        <w:pStyle w:val="ArticleBody"/>
        <w:jc w:val="left"/>
      </w:pPr>
      <w:r>
        <w:rPr>
          <w:rFonts w:ascii="Times New Roman" w:hAnsi="Times New Roman" w:eastAsia="Times New Roman" w:cs="Times New Roman"/>
        </w:rPr>
        <w:t>Pou rezon sa a, li enpòtan pou wè pwofesi de san senkant ane Nero a ki fini ak disèt ane yo ki kòmanse ak edik la an 313, epi apre sa premye lwa dimanch lan an 321, answit divizyon lès ak lwès an 330. Twa etap liy Nero a gen rapò ak pèsekisyon, Nero se senbòl pèsekisyon an, epi peryòd 250 ane a reprezante legliz Smirn nan, ki te fini an 313 lè legliz konpwomi a te parèt. Twazyèm etap la make fen yon wayòm; konsa, lè yo aplike l ak Lèzetazini, li reprezante lwa dimanch lan ak tranzisyon soti nan sizyèm wayòm nan pou rive nan setyèm ak wityèm wayòm yo. Lè yo aplike l ak lemonn, twazyèm waymark la se fen tan gras limanite a, ki te prefigire pa fen tan gras pou Lèzetazini nan kòmansman peryòd eprèv lemonn nan konsènan imaj bèt la.</w:t>
      </w:r>
    </w:p>
    <w:p>
      <w:pPr>
        <w:pStyle w:val="ArticleBody"/>
        <w:jc w:val="left"/>
      </w:pPr>
      <w:r>
        <w:rPr>
          <w:rFonts w:ascii="Times New Roman" w:hAnsi="Times New Roman" w:eastAsia="Times New Roman" w:cs="Times New Roman"/>
        </w:rPr>
        <w:t>Se poutèt sa Ogis Seza, twazyèm nan kat dirijan women yo ki mennen nan lwa dimanch lan, jan kwa a reprezante l e jan sa prezante nan vèsè vennnde a, ka reprezante kwa a, menm si Tiberiyis dwe vini apre li, li menm tou li reprezante kwa a. Peryòd tès imaj bèt la se yon tès doub ki premye teste tè a epi apre sa lanmè a. Tè a se Etazini, epi lanmè a se mond lan.</w:t>
      </w:r>
    </w:p>
    <w:p>
      <w:pPr>
        <w:pStyle w:val="ArticleBody"/>
        <w:jc w:val="left"/>
      </w:pPr>
      <w:r>
        <w:rPr>
          <w:rFonts w:ascii="Times New Roman" w:hAnsi="Times New Roman" w:eastAsia="Times New Roman" w:cs="Times New Roman"/>
        </w:rPr>
        <w:t>Tès imaj bèt la pwodui yon doubleman nan siy yo; kote alfa dezyèm peryòd la se tou omega premye peryòd la. 321 te premye lwa dimanch nan listwa pwofetik, e nan disèt ane ki idantifye tan tès imaj bèt la, 321 se premye lwa dimanch Ozetazini ki mennen nan lwa dimanch omega tan tès imaj bèt la nan peyi bèl pouvwa a. Men, 321 se tou premye lwa dimanch pou mond lan; konsa, ane 321 make mitan ni kòmansman an ni fen an nan tan tès imaj bèt la. 313 se kòmansman an, e kòmansman an se yon edik, ki se yon tip lwa dimanch lan. Disèt ane Neron yo idantifye yon peryòd kote lwa dimanch yo ap ogmante jiskaske yo rive nan fèmti tan gras limanite a.</w:t>
      </w:r>
    </w:p>
    <w:p>
      <w:pPr>
        <w:pStyle w:val="ArticleBody"/>
        <w:jc w:val="left"/>
      </w:pPr>
      <w:r>
        <w:rPr>
          <w:rFonts w:ascii="Times New Roman" w:hAnsi="Times New Roman" w:eastAsia="Times New Roman" w:cs="Times New Roman"/>
        </w:rPr>
        <w:t>Dekrè a tipifye premye lwa dimanch lan ki mennen nan fen tan gras la. Pòmpe pran Jida nan vèsè sèz la, sa ki tipifye lwa dimanch lan, epi Jiliyis Seza fòme premye Trivira a; byenke se te yon inyon twa pati ki pa t ofisyèl, istoryen yo toujou make li kòm premye a. Tipifikasyon Jiliyis Seza a konsènan inyon twa pati lwa dimanch lan te tipifye Trivira ofisyèl Ogis Seza a, epi Tibèryas te vini apre sa nan kwa a. Tout kat chèf women yo tipifye lwa dimanch lan, menm jan tou tout twa etap disèt ane Neyon yo.</w:t>
      </w:r>
    </w:p>
    <w:p>
      <w:pPr>
        <w:pStyle w:val="ArticleBody"/>
        <w:jc w:val="left"/>
      </w:pPr>
      <w:r>
        <w:rPr>
          <w:rFonts w:ascii="Times New Roman" w:hAnsi="Times New Roman" w:eastAsia="Times New Roman" w:cs="Times New Roman"/>
        </w:rPr>
        <w:t>Pompée koresponn ak 1989; Jilis koresponn ak vèsè onz; Ogis koresponn ak vèsè kenz, epi Tibè koresponn ak vèsè sèz. Istwa Jilis la nan vèsè yo gen ladan li envazyon li nan Lejip ak Kléopat. Istwa a repete ankò pa Mak Antwàn. Mak Antwàn te prensipal jeneral Jilis Sèza nan epòk kote yo te asasinen Jilis avèk venn-twa kout kouto. Venn-twa reprezante lwa dimanch lan, epi lanmò Jilis pa 23 kout blesi se yon wayòm k ap fini nan lwa dimanch lan. Apre sa, Mak Antwàn, Ogis Sèza, ak Makis Lèpidas te fòme premye Trivira ofisyèl la pou vanje lanmò li. Youn nan twa pouvwa sa yo, Mak Antwàn, t apral repete rankont Jilis te genyen ak Lejip ak Kléopat.</w:t>
      </w:r>
    </w:p>
    <w:p>
      <w:pPr>
        <w:pStyle w:val="ArticleBody"/>
        <w:jc w:val="left"/>
      </w:pPr>
      <w:r>
        <w:rPr>
          <w:rFonts w:ascii="Times New Roman" w:hAnsi="Times New Roman" w:eastAsia="Times New Roman" w:cs="Times New Roman"/>
        </w:rPr>
        <w:t>Kit se Julius oswa Mak Antwàn, yo toude se senbòl Wòm, epi Kléopat se te yon senbòl Ejip ak Lagrès. Li te reprezante dominasyon grèk nan Ejip, toude se senbòl dragon an, tandiske Julius ak Mak Antwàn se senbòl bèt la. Antanke fanm nan relasyon an, Kléopat te legliz la, sa ki fè Julius ak Mak Antwàn tounen leta a. Kléopat reprezante yon fanm ki separe de fwa ak mennaj women wayal li yo; an premye an 1798, epi answit nan fen tan gras la lè li rive nan bout li san pèsonn pou ede l. Dènye disparisyon li fèt nan batay Aktiyòm nan ane 31 anvan Jezikri. Viktè nan batay Aktiyòm nan se te Ogis Seza; konsa nou wè Pompei te mouri nan Ejip, Julius te gen yon rankont ak Kléopat nan Ejip, sa te double nan istwa Mak Antwàn, epi answit Ogis Seza mete fen nan relasyon sa a nan Aktiyòm. Aktiyòm idantifye lwa dimanch la, paske se nan batay Aktiyòm nan twazyèm obstak pou Wòm te retire, epi Wòm payen enperyal te kòmanse dirije pandan twasan swasant ane, an akonplisman Danyèl 11:24.</w:t>
      </w:r>
    </w:p>
    <w:p>
      <w:pPr>
        <w:pStyle w:val="ArticleBody"/>
        <w:jc w:val="left"/>
      </w:pPr>
      <w:r>
        <w:rPr>
          <w:rFonts w:ascii="Times New Roman" w:hAnsi="Times New Roman" w:eastAsia="Times New Roman" w:cs="Times New Roman"/>
        </w:rPr>
        <w:t>Pompée te pran de premye obstak yo, epi Ogis te pran twazyèm lan.</w:t>
      </w:r>
    </w:p>
    <w:p>
      <w:pPr>
        <w:pStyle w:val="ArticleScripture"/>
        <w:jc w:val="left"/>
      </w:pPr>
      <w:r>
        <w:rPr>
          <w:rFonts w:ascii="Times New Roman" w:hAnsi="Times New Roman" w:eastAsia="Times New Roman" w:cs="Times New Roman"/>
        </w:rPr>
        <w:t>Epi nan youn nan yo sòti yon ti kòn, ki vin grandi anpil anpil, sou bò sid, sou bò lès, ak sou peyi bèl la. Daniel 8:9.</w:t>
      </w:r>
    </w:p>
    <w:p>
      <w:pPr>
        <w:pStyle w:val="ArticleBody"/>
        <w:jc w:val="left"/>
      </w:pPr>
      <w:r>
        <w:rPr>
          <w:rFonts w:ascii="Times New Roman" w:hAnsi="Times New Roman" w:eastAsia="Times New Roman" w:cs="Times New Roman"/>
        </w:rPr>
        <w:t>Pompée se 1989, premye baliz twa pouvwa politik Wòm modèn dwe venk pandan blesi mòtyèl li a ap geri. Se Inyon Sovyetik la, apre sa Etazini, epi tou Nasyonzini nan vèsè karantyèn nan Danyèl onz. Lagè pouvwa papal la se yon lagè politik ak relijye, epi sou plan pwofetik, pouvwa relijye Etazini an te konkeri lè alyans sekrè Reagan ak pap Jan Pòl II a te akonpli. Sib papote a gen ladan twa obstak politik ak twa pouvwa relijye. An 1989, youn nan twa pouvwa politik yo te disparèt; Pwotestantis, kòm yon mo reyèl ki vle di pwoteste kont Wòm, te disparèt tou pa mwayen prezidan Etazini an nan menm istwa a. Twa pouvwa politik yo se Inyon Sovyetik la, Etazini ak Nasyonzini, epi sib relijye yo se Pwotestantis, ansanm ak divès relijyon dragon an, ki tout konsidere kòm espiritis. Twa relijyon ki mennen mond lan rive Amagedòn se Pwotestantis apostazi, Katolisis ak espiritis; epi lit entèn pouvwa papal la ant ideyoloji konsèvatè ak liberal anndan legliz yo, ansanm ak chism Katolisis òtodòks la, se yon obstak relijye, epi de lòt obstak relijye Katolisis dwe konkeri yo se Pwotestantis apostazi ak espiritis. Pwotestantis te disparèt an 1989.</w:t>
      </w:r>
    </w:p>
    <w:p>
      <w:pPr>
        <w:pStyle w:val="ArticleBody"/>
        <w:jc w:val="left"/>
      </w:pPr>
      <w:r>
        <w:rPr>
          <w:rFonts w:ascii="Times New Roman" w:hAnsi="Times New Roman" w:eastAsia="Times New Roman" w:cs="Times New Roman"/>
        </w:rPr>
        <w:t>Si les luttes internes du catholicisme, telles qu’elles sont représentées dans les diverses prophéties catholiques issues des messages de Fatima, sont distinguées de ses efforts pour surmonter les puissances religieuses extérieures à sa propre religion, alors sa victoire alpha sur le protestantisme fut l’alliance secrète de Reagan, et sa victoire oméga fut l’alliance ouverte de 2025. Ses luttes contre les Églises orthodoxes sont également dépeintes depuis une victoire initiale en 1989 jusqu’à la victoire finale à Panium.</w:t>
      </w:r>
    </w:p>
    <w:p>
      <w:pPr>
        <w:pStyle w:val="ArticleBody"/>
        <w:jc w:val="left"/>
      </w:pPr>
      <w:r>
        <w:rPr>
          <w:rFonts w:ascii="Times New Roman" w:hAnsi="Times New Roman" w:eastAsia="Times New Roman" w:cs="Times New Roman"/>
        </w:rPr>
        <w:t>Pompey ann amoni avèk ane 1989 la, e de viktwa li yo sou “lès la ak peyi ki bèl la,” jan Danyèl idantifye yo nan chapit uit, vèsè nèf, reprezante viktwa espirityèl ak politik papote a sou ansyen Inyon Sovyetik la, ansanm ak viktwa espirityèl ki akonpaye sa a sou peyi gloriye a, sètadi Pwotestantis ki fè pwofesyon lafwa. Jilyis Seza pral pèdi nan Rafya, menm jan Antyòk III te fè a, epi menm jan Zelenskyy pral fè a. Jilyis se sijè vèsè disèt rive diznèf yo, epi apre sa Ogis Seza leve kanpe kòm sila ki ranmase taks yo. Tibè Seza ap renye nan moman kwa a; konsa, Tibè se lwa dimanch vèsè sèz la.</w:t>
      </w:r>
    </w:p>
    <w:p>
      <w:pPr>
        <w:pStyle w:val="ArticleBody"/>
        <w:jc w:val="left"/>
      </w:pPr>
      <w:r>
        <w:rPr>
          <w:rFonts w:ascii="Times New Roman" w:hAnsi="Times New Roman" w:eastAsia="Times New Roman" w:cs="Times New Roman"/>
        </w:rPr>
        <w:t>Sa a aliyen Ogis avèk Panyòm nan vèsè kenz la, epi lagè Rafya nan vèsè onz la avèk Jili. Lagè Panyòm nan se twazyèm lagè mondyal la ki kòmanse jis anvan lwa dimanch vèsè sèz la, men apre sa li transfòme an lagè Aksyon. Panyòm te lagè sou tè a (Etazini), epi Aksyon te lagè sou lanmè a (mond lan). Ogis reprezante nan Panyòm nan nan liy kat chèf women yo, epi li te vrè chèf la nan Aksyon. Nan Panyòm, Antyòkis te fè fas ak Lejip, ki te alye avèk Wòm, epi nan Aksyon, Ogis te fè fas ak Lejip (Kleyopat) ki te alye avèk Wòm (Mak Antwàn). Sa vle di Pompè reprezante vèsè karant la jouk rive 1989, epi Tibè se reprezantan lwa dimanch vèsè karanteyèn nan. Jil Sèza te parèt an 2014 lè lagè Ikrèn nan te kòmanse, jan sa te prefigire pa lagè Rafya an 217 anvan Jezikri.</w:t>
      </w:r>
    </w:p>
    <w:p>
      <w:pPr>
        <w:pStyle w:val="ArticleBody"/>
        <w:jc w:val="left"/>
      </w:pPr>
      <w:r>
        <w:rPr>
          <w:rFonts w:ascii="Times New Roman" w:hAnsi="Times New Roman" w:eastAsia="Times New Roman" w:cs="Times New Roman"/>
        </w:rPr>
        <w:t>Sa a montre ke vèsè disèt rive vennnde kòmanse an 1989 epi fini nan lwa dimanch la; kidonk yo se listwa ki aliyen ak “listwa kache” vèsè karant lan. Liy pwofetik Makabe yo aliyen tou ak menm “listwa kache” sa a. Liy chèf women yo ap idantifye Wòm modèn nan, bèt Revelasyon sèz la, epi liy Makabe yo ap dekri peyi gloriye a, fo pwofèt Revelasyon sèz la. Liy twa batay yo idantifye viktwa sou wa sid la, dragon Revelasyon sèz la.</w:t>
      </w:r>
    </w:p>
    <w:p>
      <w:pPr>
        <w:pStyle w:val="ArticleBody"/>
        <w:jc w:val="left"/>
      </w:pPr>
      <w:r>
        <w:rPr>
          <w:rFonts w:ascii="Times New Roman" w:hAnsi="Times New Roman" w:eastAsia="Times New Roman" w:cs="Times New Roman"/>
        </w:rPr>
        <w:t>Twa liy sa yo reprezante twa puisans ki mennen lemonn rive Amagedòn, epi yo reprezante nan vèsè karant lan kòm wa sid la, dragon an, wa nò a, bèt la, epi cha yo, kavalye yo ak bato yo se fo pwofèt la. Twa liy yo soti nan vèsè dis rive nan vèsè venntwa a ap reprezante twa puisans yo nan istwa kache vèsè karant lan, ki pa ni plis ni mwens pase yon ilistrasyon k ap kontinye sou twa sijè yo reprezante nan istwa ouvè vèsè karant lan.</w:t>
      </w:r>
    </w:p>
    <w:p>
      <w:pPr>
        <w:pStyle w:val="ArticleHeading"/>
        <w:jc w:val="left"/>
      </w:pPr>
      <w:r>
        <w:rPr>
          <w:rFonts w:ascii="Arial" w:hAnsi="Arial" w:eastAsia="Arial" w:cs="Arial"/>
        </w:rPr>
        <w:t>Vèsè Younը</w:t>
      </w:r>
    </w:p>
    <w:p>
      <w:pPr>
        <w:pStyle w:val="ArticleBody"/>
        <w:jc w:val="left"/>
      </w:pPr>
      <w:r>
        <w:rPr>
          <w:rFonts w:ascii="Times New Roman" w:hAnsi="Times New Roman" w:eastAsia="Times New Roman" w:cs="Times New Roman"/>
        </w:rPr>
        <w:t>Vèsè youn rive kat yo idantifye “tan lafen an” an 1989, ansanm ak uit prezidan Etazini yo depi pwen depa sa a, epi yo fini ak dènye wityèm prezidan an, ki pi rich anpil. Nan vèsè kat la, wa sa a vin wa lemonn, jan sa reprezante pa Aleksann Legran, wa Akab, dis wa yo nan Revelasyon disèt, dis tribi yo nan Sòm katreven-twa, ak dis nasyon yo prezante kòm yon senbòl lemonn nan premye pa menm alyans Bondye a avèk Abram nan Jenèz 15:18–21.</w:t>
      </w:r>
    </w:p>
    <w:p>
      <w:pPr>
        <w:pStyle w:val="ArticleBody"/>
        <w:jc w:val="left"/>
      </w:pPr>
      <w:r>
        <w:rPr>
          <w:rFonts w:ascii="Times New Roman" w:hAnsi="Times New Roman" w:eastAsia="Times New Roman" w:cs="Times New Roman"/>
        </w:rPr>
        <w:t>Vèsè youn rive kat yo reprezante istwa 1989 la jiska inyon twa fwa a nan lwa dimanch lan nan vèsè karant-yon, e se poutèt sa yo aliyen ak kat chèf women yo, liy Makabe yo, ansanm ak twa batay ki nan vèsè dis rive kenz yo, ki ansanm fòme istwa kache vèsè karant lan.</w:t>
      </w:r>
    </w:p>
    <w:p>
      <w:pPr>
        <w:pStyle w:val="ArticleBody"/>
        <w:jc w:val="left"/>
      </w:pPr>
      <w:r>
        <w:rPr>
          <w:rFonts w:ascii="Times New Roman" w:hAnsi="Times New Roman" w:eastAsia="Times New Roman" w:cs="Times New Roman"/>
        </w:rPr>
        <w:t>Vèsè senk rive nèf yo prezante yon liy pwofetik ki reprezante avèk pèfeksyon istwa soti 538 rive 1798, epi yo bay lojik istorik ak pwofetik ki pèmèt konprann siyifikasyon tan lafen an nan vèsè karant lan. Lojik sa a esplike vèsè dis la kòm represay pou istwa vèsè senk rive nèf yo, epi, lè li fè sa, li defini lojik ane 1989 la. Sa vle di ke vèsè youn rive venntwa nan Danyèl onz la reprezante senk liy pwofetik ki aliyen ak istwa kache vèsè karant lan. Premye kat vèsè yo pale sou Trump, wityèm prezidan an ki soti nan sèt yo, ki destine pou l vin wa dis wa yo nan setyèm wayòm Revelasyon disèt la.</w:t>
      </w:r>
    </w:p>
    <w:p>
      <w:pPr>
        <w:pStyle w:val="ArticleBody"/>
        <w:jc w:val="left"/>
      </w:pPr>
      <w:r>
        <w:rPr>
          <w:rFonts w:ascii="Times New Roman" w:hAnsi="Times New Roman" w:eastAsia="Times New Roman" w:cs="Times New Roman"/>
        </w:rPr>
        <w:t>Vèsè senk rive dis yo idantifye istwa ki mennen rive an 1798 epi kontinye jouk an 1989, ki se istwa vèsè karant lan. Vèsè dis rive kenz yo idantifye yon istwa twa lagè pa pwokirasyon ki kòmanse an 1989, dezyèm nan kòmanse an 2014, apre sa prezidan ki pi rich la leve kanpe an 2015. Prezidan ki pi rich sa a te touye an 2020, epi an 2022 lagè Rafya a vin pi grav, epi apre sa prezidan ki pi rich la retounen an 2024, epi an 2025 tèt bèt la ak tèt imaj bèt la toude te enstale nan fonksyon yo.</w:t>
      </w:r>
    </w:p>
    <w:p>
      <w:pPr>
        <w:pStyle w:val="ArticleBody"/>
        <w:jc w:val="left"/>
      </w:pPr>
      <w:r>
        <w:rPr>
          <w:rFonts w:ascii="Times New Roman" w:hAnsi="Times New Roman" w:eastAsia="Times New Roman" w:cs="Times New Roman"/>
        </w:rPr>
        <w:t>Nou pral kontinye bagay sa yo nan atik kap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Nimewo Vennèn Youn</dc:title>
  <dc:subject>Mouvman an vè lwa dimanch nan bèl peyi a</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