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Venn-deux</w:t>
      </w:r>
    </w:p>
    <w:p>
      <w:pPr>
        <w:pStyle w:val="ArticleSubtitle"/>
        <w:jc w:val="left"/>
      </w:pPr>
      <w:r>
        <w:rPr>
          <w:rFonts w:ascii="Arial" w:hAnsi="Arial" w:eastAsia="Arial" w:cs="Arial"/>
        </w:rPr>
        <w:t>31 desanm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Depi 31 desanm 2023, Lyon tribi Jida a ap debloke verite pwofetik yo nan yon lòd byen presi. Lòd sa a ka fasilman detèmine lè yo revize atik ki te pibliye sou sit entènèt Future for America. Pandan dènye mwa sa yo, verite ki te debloke yo anpil, e yo pwofon! Lòd la pa aza; li gen yon objektif. Sekans lan idantifye klèman yon pwosesis sekansyèl ki gen entansyon, ke Kris la, kòm Lyon tribi Jida a, akonpli pandan L ap debloke dènye mesaj eprèv yo bay legliz la epi apre sa bay mond lan. Nan liv Revelasyon an, Lyon tribi Jida a pran liv ki sele ak sèt sele yo epi Li retire sele yo youn apre lòt—nan lòd.</w:t>
      </w:r>
    </w:p>
    <w:p>
      <w:pPr>
        <w:pStyle w:val="ArticleHeading"/>
        <w:jc w:val="left"/>
      </w:pPr>
      <w:r>
        <w:rPr>
          <w:rFonts w:ascii="Arial" w:hAnsi="Arial" w:eastAsia="Arial" w:cs="Arial"/>
        </w:rPr>
        <w:t>Y ap Devwale nan Lòd Yo</w:t>
      </w:r>
    </w:p>
    <w:p>
      <w:pPr>
        <w:pStyle w:val="ArticleScripture"/>
        <w:jc w:val="left"/>
      </w:pPr>
      <w:r>
        <w:rPr>
          <w:rFonts w:ascii="Times New Roman" w:hAnsi="Times New Roman" w:eastAsia="Times New Roman" w:cs="Times New Roman"/>
        </w:rPr>
        <w:t>“Apre sèt loraj sa yo fin fè tande vwa yo, lòd la vini bay Jan menm jan li te vini bay Danyèl konsènan ti liv la: ‘Sele bagay sèt loraj yo te deklare yo.’ Sa yo gen rapò ak evènman k ap vini, ki pral devwale nan lòd pa yo. Danyèl va kanpe nan pòsyon pa li nan fen jou yo. Jan wè ti liv la de sele. Lè sa a, pwofesi Danyèl yo jwenn plas ki apwopriye pa yo nan mesaj premye, dezyèm, ak twazyèm zanj yo ki dwe bay lemonn nan. Deseleman ti liv la te mesaj ki gen rapò ak tan an.</w:t>
      </w:r>
    </w:p>
    <w:p>
      <w:pPr>
        <w:pStyle w:val="ArticleScripture"/>
        <w:jc w:val="left"/>
      </w:pPr>
      <w:r>
        <w:rPr>
          <w:rFonts w:ascii="Times New Roman" w:hAnsi="Times New Roman" w:eastAsia="Times New Roman" w:cs="Times New Roman"/>
        </w:rPr>
        <w:t>“Liv Danyèl ak Liv Revelasyon an fè youn. Youn se yon pwofesi, lòt la se yon revelasyon; youn se yon liv sele, lòt la se yon liv louvri. Jan te tande mistè loraj yo te pwononse, men yo te kòmande li pou l pa ekri yo.</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rive anba mesaj premye ak dezyèm zanj yo. Li pa t pi bon pou pèp la konnen bagay sa yo, paske lafwa yo te dwe nesesèman pase anba eprèv. Nan lòd Bondye, verite ki pi mèvèye e ki pi avanse yo t ap pwoklame. Premye ak dezyèm mesaj zanj yo te dwe pwoklame, men pa t dwe gen okenn lòt limyè revele anvan mesaj sa yo te fin fè travay espesifik yo. Sa a reprezante pa zanj lan ki kanpe ak yon pye sou lanmè a, pandan l ap pwoklame ak yon sèman ki pi solanèl ke tan p ap la ankò.” The Seventh-day Adventist Bible Commentary, volume 7, 971.</w:t>
      </w:r>
    </w:p>
    <w:p>
      <w:pPr>
        <w:pStyle w:val="ArticleBody"/>
        <w:jc w:val="left"/>
      </w:pPr>
      <w:r>
        <w:rPr>
          <w:rFonts w:ascii="Times New Roman" w:hAnsi="Times New Roman" w:eastAsia="Times New Roman" w:cs="Times New Roman"/>
        </w:rPr>
        <w:t>Dènye revelasyon “sèt loraj yo” a te louvri apre 2023, e li te revele ke “sèt loraj yo” reprezante premye desepsyon alfa a rive jouk dènye desepsyon omega a. Jan pa t gen dwa defini sèt loraj yo, paske revelasyon “sèt loraj yo” a pa t yon akonplisman inik nan listwa, men yon ilistrasyon yon “demakasyon evènman yo” ki te fèt nan istwa Millerit la, e ki t ap fèt ankò nan dènye jou yo. Yo te montre akonplisman pafè a pou ilistre istwa 18 jiyè 2020 rive jouk lwa dimanch ki pral vini byento a. Lyon an te louvri limyè sa a pou klere sou istwa konstriksyon tanp san karant-kat mil yo.</w:t>
      </w:r>
    </w:p>
    <w:p>
      <w:pPr>
        <w:pStyle w:val="ArticleBody"/>
        <w:jc w:val="left"/>
      </w:pPr>
      <w:r>
        <w:rPr>
          <w:rFonts w:ascii="Times New Roman" w:hAnsi="Times New Roman" w:eastAsia="Times New Roman" w:cs="Times New Roman"/>
        </w:rPr>
        <w:t>Nan istwa Milerit la, “sèt loraj” yo te reprezante 1798 rive jouk 1844, lè Milerit yo te prezante “verite ki pi bèl mèvèy e ki pi avanse.” Pandan yo t ap akonpli travay yo te resevwa a, yo te sibi yon eprèv. Yo pa t konprann nèt mesaj yo t ap pwoklame a, ni istwa yo t ap akonpli a. Verite yo te pwoklame yo se sa Sè White defini kòm “verite avanse,” ki pa t dwe konprann jiskaske apre mesaj premye ak dezyèm zanj yo te fin akonpli travay yo.</w:t>
      </w:r>
    </w:p>
    <w:p>
      <w:pPr>
        <w:pStyle w:val="ArticleBody"/>
        <w:jc w:val="left"/>
      </w:pPr>
      <w:r>
        <w:rPr>
          <w:rFonts w:ascii="Times New Roman" w:hAnsi="Times New Roman" w:eastAsia="Times New Roman" w:cs="Times New Roman"/>
        </w:rPr>
        <w:t>Lè “sèt loraj” yo rive nan akonplisman pafè yo, “evènman k ap vini” sa yo reprezante pa mesaj twa zanj yo nan Revelasyon katòz an ansanm avèk liv Danyèl la. Travay san karant-kat mil yo, ki reprezante pa “evènman k ap vini” nan “sèt loraj” yo, se mete liv Danyèl la ansanm avèk twa zanj yo.</w:t>
      </w:r>
    </w:p>
    <w:p>
      <w:pPr>
        <w:pStyle w:val="ArticleScripture"/>
        <w:jc w:val="left"/>
      </w:pPr>
      <w:r>
        <w:rPr>
          <w:rFonts w:ascii="Times New Roman" w:hAnsi="Times New Roman" w:eastAsia="Times New Roman" w:cs="Times New Roman"/>
        </w:rPr>
        <w:t>“Seyè a prèt pou pini lemonn poutèt inikite li. Li prèt pou pini òganizasyon relijye yo poutèt yo rejte limyè ak verite ki te ba yo. Gran mesaj la, ki mete ansanm mesaj premye, dezyèm, ak twazyèm zanj yo, dwe bay lemonn. Se sa ki dwe chay travay nou.” The Seventh-day Adventist Bible Commentary, volume 7, 950.</w:t>
      </w:r>
    </w:p>
    <w:p>
      <w:pPr>
        <w:pStyle w:val="ArticleBody"/>
        <w:jc w:val="left"/>
      </w:pPr>
      <w:r>
        <w:rPr>
          <w:rFonts w:ascii="Times New Roman" w:hAnsi="Times New Roman" w:eastAsia="Times New Roman" w:cs="Times New Roman"/>
        </w:rPr>
        <w:t>Depi 31 desanm 2023, Lyon ki soti nan tribi Jida a ap retire sele sou verite pwofetik yo nan yon “lòd” presi.</w:t>
      </w:r>
    </w:p>
    <w:p>
      <w:pPr>
        <w:pStyle w:val="ArticleHeading"/>
        <w:jc w:val="left"/>
      </w:pPr>
      <w:r>
        <w:rPr>
          <w:rFonts w:ascii="Arial" w:hAnsi="Arial" w:eastAsia="Arial" w:cs="Arial"/>
        </w:rPr>
        <w:t>Istwa Millerit</w:t>
      </w:r>
    </w:p>
    <w:p>
      <w:pPr>
        <w:pStyle w:val="ArticleScripture"/>
        <w:jc w:val="left"/>
      </w:pPr>
      <w:r>
        <w:rPr>
          <w:rFonts w:ascii="Times New Roman" w:hAnsi="Times New Roman" w:eastAsia="Times New Roman" w:cs="Times New Roman"/>
        </w:rPr>
        <w:t>“Gen moun ki viv kounye a ki, pandan y ap etidye pwofesi Danyèl ak Jan yo, te resevwa gwo limyè nan men Bondye pandan yo t ap travèse tèren kote pwofesi espesyal yo t ap akonpli nan lòd pa yo. Yo te pote mesaj tan an bay pèp la. Verite a te klere byen klè tankou solèy la nan mitan jounen. Evènman istorik yo, ki te montre akonplisman dirèk pwofesi a, te prezante devan pèp la, epi yo te wè pwofesi a kòm yon deskripsyon senbolik evènman ki mennen jouk nan fen istwa tè sa a.” Selected Messages, liv 2, 101, 102.</w:t>
      </w:r>
    </w:p>
    <w:p>
      <w:pPr>
        <w:pStyle w:val="ArticleBody"/>
        <w:jc w:val="left"/>
      </w:pPr>
      <w:r>
        <w:rPr>
          <w:rFonts w:ascii="Times New Roman" w:hAnsi="Times New Roman" w:eastAsia="Times New Roman" w:cs="Times New Roman"/>
        </w:rPr>
        <w:t>“Lòd” Kris la ap dewoule nan mesaj Kri Minwi a reprezante “evènman istorik” ki montre yon “akonplisman dirèk nan pwofesi” ki mennen nan fen tan gras la. Akonplisman dirèk pwofesi nan dènye jou yo se pa yon revelasyon pwofesi ki baze sou tan, men Palmoni toujou sèvi ak chif pou idantifye akonplisman dirèk pwofesi yo. Tan pa la ankò, e byenke Millerit yo “te pote mesaj tan an” bay jenerasyon pa yo a, mesaj twazyèm zanj lan pi fò pase “tan.”</w:t>
      </w:r>
    </w:p>
    <w:p>
      <w:pPr>
        <w:pStyle w:val="ArticleScripture"/>
        <w:jc w:val="left"/>
      </w:pPr>
      <w:r>
        <w:rPr>
          <w:rFonts w:ascii="Times New Roman" w:hAnsi="Times New Roman" w:eastAsia="Times New Roman" w:cs="Times New Roman"/>
        </w:rPr>
        <w:t>“Seyè a te montre m ke mesaj twazyèm zanj lan dwe ale, epi yo dwe pwoklame li bay timoun Seyè a ki gaye yo, epi li pa dwe pann sou tan; paske tan pap janm yon tès ankò. Mwen te wè ke kèk moun t ap pran yon fo eksitasyon ki soti nan predikasyon sou tan; ke mesaj twazyèm zanj lan te pi fò pase tan kapab ye. Mwen te wè ke mesaj sa a ka kanpe sou pwòp fondasyon pa li, e li pa bezwen tan pou ranfòse li, e li pral ale avèk gwo pouvwa, fè travay li, epi li pral fini byen vit nan lajistis.” Experience and Views, 48.</w:t>
      </w:r>
    </w:p>
    <w:p>
      <w:pPr>
        <w:pStyle w:val="ArticleBody"/>
        <w:jc w:val="left"/>
      </w:pPr>
      <w:r>
        <w:rPr>
          <w:rFonts w:ascii="Times New Roman" w:hAnsi="Times New Roman" w:eastAsia="Times New Roman" w:cs="Times New Roman"/>
        </w:rPr>
        <w:t>“Lòd” siksesif nan ouvèti verite pwofetik yo idantifye yon istwa pwogresif, men yo idantifye tou devlopman mesaj la. “Lòd” istwa ki reprezante a, ansanm ak tras pa yo ki montre kijan Lyon nan tribi Jida a ap ouvri sele mesaj la depi 31 Desanm, se toude bagay ki gen rapò ak delivrans pou yo ka konprann. Nan mwa Jiyè 2023, yon vwa nan dezè a te kòmanse prepare chemen an pou ouvèti a ki t ap fèt 31 Desanm 2023. Lè sa a, Lyon nan tribi Jida a te ouvri sele chapit youn nan Revelasyon an.</w:t>
      </w:r>
    </w:p>
    <w:p>
      <w:pPr>
        <w:pStyle w:val="ArticleHeading"/>
        <w:jc w:val="left"/>
      </w:pPr>
      <w:r>
        <w:rPr>
          <w:rFonts w:ascii="Arial" w:hAnsi="Arial" w:eastAsia="Arial" w:cs="Arial"/>
        </w:rPr>
        <w:t>Pa gen anyen ankò</w:t>
      </w:r>
    </w:p>
    <w:p>
      <w:pPr>
        <w:pStyle w:val="ArticleScripture"/>
        <w:jc w:val="left"/>
      </w:pPr>
      <w:r>
        <w:rPr>
          <w:rFonts w:ascii="Times New Roman" w:hAnsi="Times New Roman" w:eastAsia="Times New Roman" w:cs="Times New Roman"/>
        </w:rPr>
        <w:t>“Mesaj solanèl yo ki te bay nan lòd yo nan Revelasyon an dwe okipe premye plas nan lespri pèp Bondye a. Pa gen okenn lòt bagay ki dwe pèmèt pou monopolize atansyon nou.” Testimonies, volim 8, 301, 302.</w:t>
      </w:r>
    </w:p>
    <w:p>
      <w:pPr>
        <w:pStyle w:val="ArticleBody"/>
        <w:jc w:val="left"/>
      </w:pPr>
      <w:r>
        <w:rPr>
          <w:rFonts w:ascii="Times New Roman" w:hAnsi="Times New Roman" w:eastAsia="Times New Roman" w:cs="Times New Roman"/>
        </w:rPr>
        <w:t>Atik yo ki te kòmanse an 2023 yo dwe “okipe premye plas nan lespri pèp Bondye a.”</w:t>
      </w:r>
    </w:p>
    <w:p>
      <w:pPr>
        <w:pStyle w:val="ArticleScripture"/>
        <w:jc w:val="left"/>
      </w:pPr>
      <w:r>
        <w:rPr>
          <w:rFonts w:ascii="Times New Roman" w:hAnsi="Times New Roman" w:eastAsia="Times New Roman" w:cs="Times New Roman"/>
        </w:rPr>
        <w:t>“Tout sa Bondye te espesifye nan listwa pwofetik pou akonpli nan tan pase a, sa tout bon vre te rive; e tout sa ki poko vini an, nan lòd pa li, va rive tou. Dànyèl, pwofèt Bondye a, kanpe nan plas pa li. Jan kanpe nan plas pa li. Nan Revelasyon an, Lyon branch fanmi Jida a louvri liv Dànyèl la bay etidyan pwofesi yo, e konsa Dànyèl kanpe nan plas pa li. Li pote temwayaj li, sa Seyè a te revele li nan vizyon konsènan gwo ak solanèl evènman yo ke nou dwe konnen pandan n ap kanpe sou menm papòt akonplisman yo.”</w:t>
      </w:r>
    </w:p>
    <w:p>
      <w:pPr>
        <w:pStyle w:val="ArticleScripture"/>
        <w:jc w:val="left"/>
      </w:pPr>
      <w:r>
        <w:rPr>
          <w:rFonts w:ascii="Times New Roman" w:hAnsi="Times New Roman" w:eastAsia="Times New Roman" w:cs="Times New Roman"/>
        </w:rPr>
        <w:t>“Nan listwa ak nan pwofesi, Pawòl Bondye a dekri konfli ki dire lontan ant verite ak erè. Konfli sa a toujou ap kontinye. Bagay ki te rive deja yo va repete ankò.” Selected Messages, book 2, 109.</w:t>
      </w:r>
    </w:p>
    <w:p>
      <w:pPr>
        <w:pStyle w:val="ArticleHeading"/>
        <w:jc w:val="left"/>
      </w:pPr>
      <w:r>
        <w:rPr>
          <w:rFonts w:ascii="Arial" w:hAnsi="Arial" w:eastAsia="Arial" w:cs="Arial"/>
        </w:rPr>
        <w:t>Trant</w:t>
      </w:r>
    </w:p>
    <w:p>
      <w:pPr>
        <w:pStyle w:val="ArticleBody"/>
        <w:jc w:val="left"/>
      </w:pPr>
      <w:r>
        <w:rPr>
          <w:rFonts w:ascii="Times New Roman" w:hAnsi="Times New Roman" w:eastAsia="Times New Roman" w:cs="Times New Roman"/>
        </w:rPr>
        <w:t>Mesaj Danyèl onz vèsè karant lan te devwale epi te pran fòm ofisyèl an 1996. Trant ane apre, istwa kache menm vèsè sa a kounye a ap devwale an rapò ak fòmalizasyon mesaj Rèl Mitanwit la, yon mesaj ki gen ladan l yon prediksyon ekstèn sou Islam ki korije, ansanm ak yon mesaj entèn Rèl Mitanwit la ki korije. Mesaj Rèl Mitanwit la pwoklame anvan lwa dimanch vèsè sèz la, paske se nan lwa dimanch lan pòt la fèmen nan parabòl la.</w:t>
      </w:r>
    </w:p>
    <w:p>
      <w:pPr>
        <w:pStyle w:val="ArticleHeading"/>
        <w:jc w:val="left"/>
      </w:pPr>
      <w:r>
        <w:rPr>
          <w:rFonts w:ascii="Arial" w:hAnsi="Arial" w:eastAsia="Arial" w:cs="Arial"/>
        </w:rPr>
        <w:t>Pyè</w:t>
      </w:r>
    </w:p>
    <w:p>
      <w:pPr>
        <w:pStyle w:val="ArticleBody"/>
        <w:jc w:val="left"/>
      </w:pPr>
      <w:r>
        <w:rPr>
          <w:rFonts w:ascii="Times New Roman" w:hAnsi="Times New Roman" w:eastAsia="Times New Roman" w:cs="Times New Roman"/>
        </w:rPr>
        <w:t>Sa a mete Pyè nan istwa sele san karantkat mil yo. Pyè te gen yon mesaj li te pwoklame nan chanm anwo a, epi yon mesaj li te pwoklame nan tanp lan. Mesaj chanm anwo a se Rèl Minwi parabòl la, epi mesaj tanp lan se gwo rèl twazyèm zanj lan. Pou Pyè te kapab pwoklame mesaj chanm anwo a, ki se Rèl Minwi a, mesaj Pyè a te dwe anvan sa korije epi fòmalize. Koreksyon an ak fòmalizasyon an fèt lè yo mete ansanm liy pwofesi yo ke Lyon branch fanmi Jida a ap idantifye depi 31 desanm 2023.</w:t>
      </w:r>
    </w:p>
    <w:p>
      <w:pPr>
        <w:pStyle w:val="ArticleBody"/>
        <w:jc w:val="left"/>
      </w:pPr>
      <w:r>
        <w:rPr>
          <w:rFonts w:ascii="Times New Roman" w:hAnsi="Times New Roman" w:eastAsia="Times New Roman" w:cs="Times New Roman"/>
        </w:rPr>
        <w:t>Travay la kounye a se pou fòmalize mesaj Kri Minwi a. Fòmalizasyon mesaj la te prefigire pa William Miller an 1831, ak pa magazin The Time of the End an 1996. Koreksyon mesaj la ki te pwodui premye desepsyon an, 18 jiyè 2020, te prefigire ni pa Josiah Litch ni pa Samuel Snow. Travay yo chak te fè a te “lakòz” “efè” ki te swiv nan tras 11 out 1840 la, ak nan tras mouvman setyèm mwa a. An 1840 mesaj la te pote nan chak pòs misyon atravè lemonn, epi an 1844 mesaj Kri Minwi a te baleye tout bò lanmè lès Etazini tankou yon gwo vag lanmè. Travay lèzòm te “lakòz” “efè” yon efizyon Lespri Sen an. 1840 te ale nan lemonn, ki reprezante pa lanmè a, epi 1844 te ale nan Etazini, ki reprezante pa tè a. Senbòl 1840 la se te Kris la kanpe sou tè a ak sou lanmè a nan Revelasyon dis, epi se menm chapit sa a ki idantifye istwa 1840 rive jouk 1844, epi li montre Kris la kanpe sou tè a ak sou lanmè a.</w:t>
      </w:r>
    </w:p>
    <w:p>
      <w:pPr>
        <w:pStyle w:val="ArticleBody"/>
        <w:jc w:val="left"/>
      </w:pPr>
      <w:r>
        <w:rPr>
          <w:rFonts w:ascii="Times New Roman" w:hAnsi="Times New Roman" w:eastAsia="Times New Roman" w:cs="Times New Roman"/>
        </w:rPr>
        <w:t>Nan ni 1840 ni 1844, ajisteman ki te fèt nan prediksyon an se te yon ajisteman pou avanse nan tan, rive sou dat ki pafè a. Youn te yon prediksyon konsènan Islam, epi lòt la te yon prediksyon konsènan parabòl dis vyèj yo. Youn te ekstèn, epi youn te entèn. Ane 1844 la te gen ladan tou yon erè ki te soti nan move konpreyansyon sou sanktyè a. Èske sanktyè a se te tè a, oswa èske se te Sanktyè ki nan syèl la? Move konpreyansyon an te menm pi pwofon pase senpman definisyon sanktyè a, paske li te reprezante tou yon tès pou konnen si yon nanm t ap swiv Kris soti nan kote sen an pou rive nan Kote ki Trè Sen an.</w:t>
      </w:r>
    </w:p>
    <w:p>
      <w:pPr>
        <w:pStyle w:val="ArticleScripture"/>
        <w:jc w:val="left"/>
      </w:pPr>
      <w:r>
        <w:rPr>
          <w:rFonts w:ascii="Times New Roman" w:hAnsi="Times New Roman" w:eastAsia="Times New Roman" w:cs="Times New Roman"/>
        </w:rPr>
        <w:t>“Mwen te wè Papa a leve soti sou twòn nan, epi, nan yon cha dife, antre nan sen sen yo anndan rido a, epi chita. Lè sa a, Jezi leve soti sou twòn nan, epi pifò nan moun ki te bese yo leve ansanm avè l. Mwen pa t wè yon sèl reyon limyè pase soti nan Jezi pou ale sou foul moun neglijan yo apre li te leve, epi yo te rete nan fènwa nèt. Moun ki te leve lè Jezi te leve a, te kenbe je yo fikse sou li pandan li t ap kite twòn nan epi li t ap mennen yo yon ti distans. Lè sa a, li leve bra dwat li, epi nou te tande bèl vwa li ki t ap di: ‘Rete la a; m ap al jwenn Papa m pou m resevwa wayòm nan; kenbe rad nou san tach, epi nan yon ti tan m ap retounen soti nan nòs la epi m ap resevwa nou vin jwenn mwen menm.’ Lè sa a, yon cha nyaj, ak wou tankou dife k ap flanbe, antoure ak zanj, te vini kote Jezi te ye a. Li monte nan cha a, epi yo te pote l al nan kote ki pi sen an, kote Papa a te chita. La a mwen te wè Jezi, yon gran Prèt an chèf, kanpe devan Papa a. Sou rebò rad li te gen yon klòch ak yon grenad, yon klòch ak yon grenad. Moun ki te leve ansanm ak Jezi yo t ap voye lafwa yo monte ba li nan kote ki pi sen an, epi yo t ap priye: ‘Papa mwen, ban nou Lespri pa w la.’ Lè sa a, Jezi t ap soufle sou yo Sentespri a. Nan souf sa a te gen limyè, pouvwa, ak anpil lanmou, lajwa, ak lapè.”</w:t>
      </w:r>
    </w:p>
    <w:p>
      <w:pPr>
        <w:pStyle w:val="ArticleScripture"/>
        <w:jc w:val="left"/>
      </w:pPr>
      <w:r>
        <w:rPr>
          <w:rFonts w:ascii="Times New Roman" w:hAnsi="Times New Roman" w:eastAsia="Times New Roman" w:cs="Times New Roman"/>
        </w:rPr>
        <w:t>“Mwen vire pou m gade gwoup moun ki te toujou bese devan twòn nan; yo pa t konnen Jezi te kite li. Satan te parèt bò twòn nan, ap eseye kontinye fè travay Bondye a. Mwen wè yo leve je yo anlè sou twòn nan, epi yo priye: ‘Papa, ban nou Lespri Ou.’ Lè sa a, Satan t ap soufle sou yo yon enfliyans ki pa sen; ladan li te gen limyè ak anpil pouvwa, men pa t gen dous lanmou, kè kontan, ak lapè. Objektif Satan se te pou l kenbe yo nan twonpri epi pou l fè pitit Bondye yo fè bak, epi twonpe yo.” Early Writings, 55, 56.</w:t>
      </w:r>
    </w:p>
    <w:p>
      <w:pPr>
        <w:pStyle w:val="ArticleBody"/>
        <w:jc w:val="left"/>
      </w:pPr>
      <w:r>
        <w:rPr>
          <w:rFonts w:ascii="Times New Roman" w:hAnsi="Times New Roman" w:eastAsia="Times New Roman" w:cs="Times New Roman"/>
        </w:rPr>
        <w:t>Sanctuaire a te idantifye kòm “kle” ki te esplike tout move konpreyansyon ki te fèt akoz move konpreyansyon sou sanctuaire a. Se li menm ki te “kle” ki te esplike desepsyon an. Nan dènye jou yo, “kle” a se desepsyon an, ki esplike move konpreyansyon sou tanp lan.</w:t>
      </w:r>
    </w:p>
    <w:p>
      <w:pPr>
        <w:pStyle w:val="ArticleBody"/>
        <w:jc w:val="left"/>
      </w:pPr>
      <w:r>
        <w:rPr>
          <w:rFonts w:ascii="Times New Roman" w:hAnsi="Times New Roman" w:eastAsia="Times New Roman" w:cs="Times New Roman"/>
        </w:rPr>
        <w:t>Apati 22 Oktòb 1844, “tan pa la ankò,” e erè desepsyon 18 Jiyè 2020 la dwe kounye a korije, men se pa an tèm de tan, paske tan pa la ankò.</w:t>
      </w:r>
    </w:p>
    <w:p>
      <w:pPr>
        <w:pStyle w:val="ArticleScripture"/>
        <w:jc w:val="left"/>
      </w:pPr>
      <w:r>
        <w:rPr>
          <w:rFonts w:ascii="Times New Roman" w:hAnsi="Times New Roman" w:eastAsia="Times New Roman" w:cs="Times New Roman"/>
        </w:rPr>
        <w:t>Epi zanj lanmè a ak sou tè a, li leve men li anlè nan syèl la, epi li fè sèman pa Sila a ki viv pou tout tan tout tan, ki kreye syèl la ak tout sa ki ladan l, tè a ak tout sa ki ladan l, ak lanmè a ak tout sa ki ladan l, ke pa t ap gen tan ankò; men, nan jou vwa setyèm zanj lan, lè li pral kòmanse kònen twonpèt la, mistè Bondye a va akonpli, jan li te deklare sa bay sèvitè li yo, pwofèt yo. Revelasyon 10:5–7.</w:t>
      </w:r>
    </w:p>
    <w:p>
      <w:pPr>
        <w:pStyle w:val="ArticleBody"/>
        <w:jc w:val="left"/>
      </w:pPr>
      <w:r>
        <w:rPr>
          <w:rFonts w:ascii="Times New Roman" w:hAnsi="Times New Roman" w:eastAsia="Times New Roman" w:cs="Times New Roman"/>
        </w:rPr>
        <w:t>Kote prediksyon an ki dwe korije a se Nashville, Tennessee, e kote a pa ka chanje, paske se pa Future for America ki idantifye li, men Ellen White, epi Lespri Pwofesi a pa janm febli.</w:t>
      </w:r>
    </w:p>
    <w:p>
      <w:pPr>
        <w:pStyle w:val="ArticleScripture"/>
        <w:jc w:val="left"/>
      </w:pPr>
      <w:r>
        <w:rPr>
          <w:rFonts w:ascii="Times New Roman" w:hAnsi="Times New Roman" w:eastAsia="Times New Roman" w:cs="Times New Roman"/>
        </w:rPr>
        <w:t>“Lè m te Nashville, mwen t ap pale ak pèp la, epi pandan lannwit lan, te gen yon gwo boul dife ki te sòti dirèkteman nan syèl la epi ki te poze sou Nashville. Te gen flanm dife k ap soti tankou flèch soti nan boul sa a; kay yo t ap boule nèt; kay yo t ap tranble epi tonbe. Kèk nan moun pa nou yo te kanpe la. ‘Se egzakteman jan nou te espere a,’ yo te di, ‘nou te espere sa.’ Gen lòt ki t ap tòde men yo nan agoni epi yo t ap rele Bondye pou mizèrikòd. ‘Nou te konnen sa,’ yo te di, ‘nou te konnen sa t ap vini, epi nou pa t janm di yon mo pou avèti nou!’ Yo te sanble kòmsi yo ta prèske dechire yo an miyèt moso, lè yo te panse yo pa t janm di yo anyen ni ba yo okenn avètisman ditou.” Manuscript 188, 1905.</w:t>
      </w:r>
    </w:p>
    <w:p>
      <w:pPr>
        <w:pStyle w:val="ArticleBody"/>
        <w:jc w:val="left"/>
      </w:pPr>
      <w:r>
        <w:rPr>
          <w:rFonts w:ascii="Times New Roman" w:hAnsi="Times New Roman" w:eastAsia="Times New Roman" w:cs="Times New Roman"/>
        </w:rPr>
        <w:t>Pwoblèm entèn ki gen rapò ak boul dife yo sou Nashville la se ke li idantifye lefètke Advantis Setyèm Jou Lawodise a te konnen mesaj avètisman Nashville la, men li te rete an silans. Se pwen sa a nan istwa pwofetik la kote “wont” oswa “lajwa” mesaj Rèl Minwi a vin manifeste. Se pwen sa a kote sila yo ki dwe vin tounen drapo a kòmanse leve anlè kòm yon gwoup distenge an kontrast ak sila yo ki, lè sa a, ap sibi wont anba men moun nan lemonn ki eksaspere e an kòlè paske Advantis Setyèm Jou Lawodise a pa t bay okenn avètisman sou Nashville. Menm distenksyon pwofetik sa a te reprezante sou Mòn Kamèl ant Eli ak pwofèt Baal yo, epi nan istwa dezyèm zanj lan nan istwa Millerit la, lè Pwotestan yo te chanje pou yo vin Pwotestan aposta e yo te kòmanse wòl yo kòm fo pwofèt la, vin tounen pitit fi Wòm yo. An 1989, kòn politik la, atravè Reagan, te fè egzakteman menm bagay la; sèlman Reagan pa t vin pitit fi Wòm yo, li te vin Akab ak Klovis premye a, amoure Wòm yo.</w:t>
      </w:r>
    </w:p>
    <w:p>
      <w:pPr>
        <w:pStyle w:val="ArticleScripture"/>
        <w:jc w:val="left"/>
      </w:pPr>
      <w:r>
        <w:rPr>
          <w:rFonts w:ascii="Times New Roman" w:hAnsi="Times New Roman" w:eastAsia="Times New Roman" w:cs="Times New Roman"/>
        </w:rPr>
        <w:t>“Yo te prezante devan m yon sèn. Se te nwit anvan jou Saba a. Se lè sa a yo te prezante sèn sa a devan m. Mwen gade pa fenèt la, epi te gen yon gwo boul dife ki pa t mezire ki te soti nan syèl la, e li tonbe kote yo t ap leve batiman ak poto; se poto yo espesyalman yo te montre m. Epi sa te parèt tankou si boul la te vini dwat sou batiman an epi li te kraze l; epi yo te wè li t ap gaye branch pa branch, ap gaye branch pa branch, ap vin pi laj, epi yo te kòmanse kriye, plenn, plenn toujou, epi tòde men yo; e mwen te panse kèk nan moun pa nou yo te kanpe bò kote a, yo t ap di: ‘Bon, se egzakteman sa nou te espere; se egzakteman sa nou te ap pale a; se egzakteman sa nou te ap pale a.’ ‘Nou te konnen sa?’ pèp la di. ‘Nou te konnen sa, epi nou pa t janm di nou anyen sou sa?’ Mwen te panse te gen yon agoni konsa sou figi yo, yon agoni konsa nan aparans yo.’” Manuscript 152; 1904.</w:t>
      </w:r>
    </w:p>
    <w:p>
      <w:pPr>
        <w:pStyle w:val="ArticleBody"/>
        <w:jc w:val="left"/>
      </w:pPr>
      <w:r>
        <w:rPr>
          <w:rFonts w:ascii="Times New Roman" w:hAnsi="Times New Roman" w:eastAsia="Times New Roman" w:cs="Times New Roman"/>
        </w:rPr>
        <w:t>Dezapwentman 18 jiyè 2020 an se “kle” pou idantifye tanp ki dwe leve anlè kòm yon drapo. Distenksyon ant de klas Advantis yo se yon gwo tèm nan pwofesi biblik la. Jeremi te refize mete tèt li ansanm ak “asanbleman moun k ap pase nan betiz yo,” epi legliz Smirn ak Filadèlfi yo tou de te mete an kontrast ak sinagòg Satan an, ki te pretann yo se Jwif, men yo pa t sa. Distenksyon ant de klas moun ki deklare yo se Advantis yo reprezante pa metodoloji yo itilize pou etidye Labib la. Se distenksyon ant vrè edikasyon ak “edikasyon siperyè, sa yo rele l konsa,” jan Sè White rele l la.</w:t>
      </w:r>
    </w:p>
    <w:p>
      <w:pPr>
        <w:pStyle w:val="ArticleBody"/>
        <w:jc w:val="left"/>
      </w:pPr>
      <w:r>
        <w:rPr>
          <w:rFonts w:ascii="Times New Roman" w:hAnsi="Times New Roman" w:eastAsia="Times New Roman" w:cs="Times New Roman"/>
        </w:rPr>
        <w:t>Nashville se konnen kòm “Athens of the South,” epi bilding ki pi popilè ki reprezante Lagrès nan Nashville se Parthenon ki nan Centennial Park la, ki te konstwi an 1897 kòm yon kopi a echèl reyèl ansyen Parthenon grèk la. Yo te konstwi li pou selebre santyèm anivèsè antre Tennessee nan eta yo an 1796, epi yo te gen entansyon demoli li apre selebrasyon an. Olye de sa, yo te transfòme tè a an yon pak an 1903, epi yo te rekonstwi Parthenon an pou tout tan soti 1920 rive 1931.</w:t>
      </w:r>
    </w:p>
    <w:p>
      <w:pPr>
        <w:pStyle w:val="ArticleBody"/>
        <w:jc w:val="left"/>
      </w:pPr>
      <w:r>
        <w:rPr>
          <w:rFonts w:ascii="Times New Roman" w:hAnsi="Times New Roman" w:eastAsia="Times New Roman" w:cs="Times New Roman"/>
        </w:rPr>
        <w:t>Non « Parthenon » an soti nan mo grèk *parthénos*, ki vle di « vyèj » oswa « jenn fi », an referans ak Athena nan aspè li kòm deyès sajès, estrateji, atizay, metye, ak sivilizasyon, ki pa t janm manyen, ki saj, e ki gèryè. Yo te bati li ant 447–432 anvan Jezikri sou Akropol Atèn nan; li te genyen anndan li yon gwo estati krizèlefantin (lò ak ivwa) Athena a, travay skiltè Phidias—konsa, an reyalite, li te sèvi kòm « kay » li oswa rezidans diven li, kote yo te kwè li te prezan.</w:t>
      </w:r>
    </w:p>
    <w:p>
      <w:pPr>
        <w:pStyle w:val="ArticleBody"/>
        <w:jc w:val="left"/>
      </w:pPr>
      <w:r>
        <w:rPr>
          <w:rFonts w:ascii="Times New Roman" w:hAnsi="Times New Roman" w:eastAsia="Times New Roman" w:cs="Times New Roman"/>
        </w:rPr>
        <w:t>Mete anfaz sistèm edikatif oksidantal la mete sou konesans laj, rechèch kritik, preparasyon sivik, ak kad atizay liberal yo, gen rasin fondamantal li nan filozofi ak pratik ansyen Lagrès. San Akademi Platon an, Lise Aristòt la, oswa paideia atenyèn nan, lekòl modèn jan nou konnen li a ta parèt trè diferan.</w:t>
      </w:r>
    </w:p>
    <w:p>
      <w:pPr>
        <w:pStyle w:val="ArticleBody"/>
        <w:jc w:val="left"/>
      </w:pPr>
      <w:r>
        <w:rPr>
          <w:rFonts w:ascii="Times New Roman" w:hAnsi="Times New Roman" w:eastAsia="Times New Roman" w:cs="Times New Roman"/>
        </w:rPr>
        <w:t>An 1904, yo te fonde Lekòl Madison la, a nèf mil andeyò vil Nashville. Ellen White te yon manm fondatè nan konsèy administrasyon premye Lekòl Madison la (ofisyèlman Nashville Agricultural and Normal Institute, epi pita yo te rele l Madison College). Li te sèvi kòm manm fondatè nan konsèy administrasyon an depi kòmansman li an 1904. Li te rete nan konsèy la jouk anviwon 1914 (ane anvan lanmò li an 1915).</w:t>
      </w:r>
    </w:p>
    <w:p>
      <w:pPr>
        <w:pStyle w:val="ArticleBody"/>
        <w:jc w:val="left"/>
      </w:pPr>
      <w:r>
        <w:rPr>
          <w:rFonts w:ascii="Times New Roman" w:hAnsi="Times New Roman" w:eastAsia="Times New Roman" w:cs="Times New Roman"/>
        </w:rPr>
        <w:t>Se sèl konsèy kolèj oswa enstitisyonèl li te janm dakò antre ladan l oswa sèvi sou li. Li te fè espre limite kalite pòs fòmèl sa yo nan lòt òganizasyon Advantis yo, men li te fè yon eksepsyon pou Madison akoz amoni li avèk konsèy li te bay sou edikasyon an (edikasyon ki soutni tèt li, ki baze sou fèm, ki santre sou misyon, e ki mete aksan sou Bib la, travay manyèl, ak preparasyon pratik pou sèvis nan Sid la ak pi lwen). Mesaj Nashville yo ki te soti nan men Sister White yo te vini an 1904 ak 1905, menm peryòd tan kote Madison School te kòmanse, e yo t ap chanje ekspozisyon Parthenon an pou l tounen yon enstalasyon pèmanan nan permanent park. Senbòl edikasyon grèk la ak edikasyon selès la, toude t ap make kòmansman yo nan menm kout peryòd tan an, ki te menm peryòd tan kote vizyon boul dife Nashville yo te bay.</w:t>
      </w:r>
    </w:p>
    <w:p>
      <w:pPr>
        <w:pStyle w:val="ArticleScripture"/>
        <w:jc w:val="left"/>
      </w:pPr>
      <w:r>
        <w:rPr>
          <w:rFonts w:ascii="Times New Roman" w:hAnsi="Times New Roman" w:eastAsia="Times New Roman" w:cs="Times New Roman"/>
        </w:rPr>
        <w:t>“Yè swa yo te prezante yon sèn devan mwen. Petèt mwen p ap janm santi m lib pou m revele tout sa, men m ap revele yon ti pati.”</w:t>
      </w:r>
    </w:p>
    <w:p>
      <w:pPr>
        <w:pStyle w:val="ArticleScripture"/>
        <w:jc w:val="left"/>
      </w:pPr>
      <w:r>
        <w:rPr>
          <w:rFonts w:ascii="Times New Roman" w:hAnsi="Times New Roman" w:eastAsia="Times New Roman" w:cs="Times New Roman"/>
        </w:rPr>
        <w:t>“Sa te sanble tankou yon boul dife imans te desann sou mond lan e li te kraze gwo kay yo. De yon kote rive yon lòt, rèl la t ap monte: ‘Senyè a vini! Senyè a vini!’ Anpil pa t prepare pou rankontre Li, men kèk t ap di: ‘Lwanj pou Senyè a!’”</w:t>
      </w:r>
    </w:p>
    <w:p>
      <w:pPr>
        <w:pStyle w:val="ArticleScripture"/>
        <w:jc w:val="left"/>
      </w:pPr>
      <w:r>
        <w:rPr>
          <w:rFonts w:ascii="Times New Roman" w:hAnsi="Times New Roman" w:eastAsia="Times New Roman" w:cs="Times New Roman"/>
        </w:rPr>
        <w:t>“‘Poukisa nou ap fè lwanj Senyè a?’ te mande sa yo sou ki te gen destriksyon toudenkou k ap vini.”</w:t>
      </w:r>
    </w:p>
    <w:p>
      <w:pPr>
        <w:pStyle w:val="ArticleScripture"/>
        <w:jc w:val="left"/>
      </w:pPr>
      <w:r>
        <w:rPr>
          <w:rFonts w:ascii="Times New Roman" w:hAnsi="Times New Roman" w:eastAsia="Times New Roman" w:cs="Times New Roman"/>
        </w:rPr>
        <w:t>«Paske nou wè kounye a sa nou t ap chèche a.»</w:t>
      </w:r>
    </w:p>
    <w:p>
      <w:pPr>
        <w:pStyle w:val="ArticleScripture"/>
        <w:jc w:val="left"/>
      </w:pPr>
      <w:r>
        <w:rPr>
          <w:rFonts w:ascii="Times New Roman" w:hAnsi="Times New Roman" w:eastAsia="Times New Roman" w:cs="Times New Roman"/>
        </w:rPr>
        <w:t>“‘Si nou te kwè bagay sa yo t ap vini, poukisa nou pa t di nou sa?’ se te repons terib la. ‘Nou pa t konnen bagay sa yo. Poukisa nou te kite nou nan inyorans? Plizyè fwa ankò nou te wè nou; poukisa nou pa t fè konesans avèk nou epi di nou jijman k ap vini an, e ke nou dwe sèvi Bondye, pou nou pa peri? Kounye a nou pèdi!’” Manuscript 102, 1904.</w:t>
      </w:r>
    </w:p>
    <w:p>
      <w:pPr>
        <w:pStyle w:val="ArticleBody"/>
        <w:jc w:val="left"/>
      </w:pPr>
      <w:r>
        <w:rPr>
          <w:rFonts w:ascii="Times New Roman" w:hAnsi="Times New Roman" w:eastAsia="Times New Roman" w:cs="Times New Roman"/>
        </w:rPr>
        <w:t>Kontèks mesaj Nashville yo te plase, nan domèn jewografik la, anndan yon kad espirityèl konsènan vrè oswa fo edikasyon. Yon edikasyon ki prepare yon nanm pou l vin sitwayen swa nan syèl la, swa sou tè a. Pa gen okenn referans ak Islam nan vizyon Sè White yo sou Nashville; kidonk, ki jistifikasyon ki ta genyen pou tache Islam ak vizyon boul dife yo sou Nashville? Ki jan yon koreksyon mesaj Nashville la an 2020 ta ann amoni ak travay Josiah Litch ak Samuel Snow? Koreksyon pa yo te fèt lè yo te rekonèt menm prèv ki te mennen nan premye prediksyon an se te prèv ki te etabli prediksyon korije a.</w:t>
      </w:r>
    </w:p>
    <w:p>
      <w:pPr>
        <w:pStyle w:val="ArticleBody"/>
        <w:jc w:val="left"/>
      </w:pPr>
      <w:r>
        <w:rPr>
          <w:rFonts w:ascii="Times New Roman" w:hAnsi="Times New Roman" w:eastAsia="Times New Roman" w:cs="Times New Roman"/>
        </w:rPr>
        <w:t>Prèv Islam te etabli byen lontan anvan li te lye ak mesaj avètisman Nashville la. Mesaj Islam lan mare dirèkteman ak mesaj twazyèm zanj lan. Reyalite sa a ilistre pa plizyè temwen biblik. Avètisman twazyèm zanj lan reprezante yon avètisman konsènan mak otorite wa nò a, epi avètisman Islam lan reprezante pa avètisman pitit lès yo.</w:t>
      </w:r>
    </w:p>
    <w:p>
      <w:pPr>
        <w:pStyle w:val="ArticleScripture"/>
        <w:jc w:val="left"/>
      </w:pPr>
      <w:r>
        <w:rPr>
          <w:rFonts w:ascii="Times New Roman" w:hAnsi="Times New Roman" w:eastAsia="Times New Roman" w:cs="Times New Roman"/>
        </w:rPr>
        <w:t>Men nouvèl ki sòti nan lès ak nan nò pral twouble l; se poutèt sa, li pral soti ak yon gwo kòlè pou detwi, epi pou disparèt nèt anpil moun. Daniel 11:44.</w:t>
      </w:r>
    </w:p>
    <w:p>
      <w:pPr>
        <w:pStyle w:val="ArticleBody"/>
        <w:jc w:val="left"/>
      </w:pPr>
      <w:r>
        <w:rPr>
          <w:rFonts w:ascii="Times New Roman" w:hAnsi="Times New Roman" w:eastAsia="Times New Roman" w:cs="Times New Roman"/>
        </w:rPr>
        <w:t>Twazyèm zanj lan te rive nan listwa nan dat 22 oktòb 1844, lè setyèm twonpèt la te kòmanse sonnen. Setyèm twonpèt la se tou twazyèm malè Islam nan. Rebelyon ane 1863 la te fè son setyèm twonpèt la sispann jouk 11 septanm, lè twazyèm zanj lan te desann nan Revelasyon chapit dizwit, pandan gwo bilding New York yo t ap tonbe anba yon manyen pouvwa Bondye.</w:t>
      </w:r>
    </w:p>
    <w:p>
      <w:pPr>
        <w:pStyle w:val="ArticleBody"/>
        <w:jc w:val="left"/>
      </w:pPr>
      <w:r>
        <w:rPr>
          <w:rFonts w:ascii="Times New Roman" w:hAnsi="Times New Roman" w:eastAsia="Times New Roman" w:cs="Times New Roman"/>
        </w:rPr>
        <w:t>9/11 te alfa a, oswa kòmansman tan sele a, ki fini nan omega a, oswa fen sele a sou san karannkat mil yo, nan lwa dimanch k ap vini byento a.</w:t>
      </w:r>
    </w:p>
    <w:p>
      <w:pPr>
        <w:pStyle w:val="ArticleBody"/>
        <w:jc w:val="left"/>
      </w:pPr>
      <w:r>
        <w:rPr>
          <w:rFonts w:ascii="Times New Roman" w:hAnsi="Times New Roman" w:eastAsia="Times New Roman" w:cs="Times New Roman"/>
        </w:rPr>
        <w:t>9/11 se alfa tan eprèv imaj bèt la Ozetazini, ki fini nan omega tan eprèv imaj bèt la Ozetazini, sa ki rive lè yo fè mak bèt la vin obligatwa Ozetazini.</w:t>
      </w:r>
    </w:p>
    <w:p>
      <w:pPr>
        <w:pStyle w:val="ArticleBody"/>
        <w:jc w:val="left"/>
      </w:pPr>
      <w:r>
        <w:rPr>
          <w:rFonts w:ascii="Times New Roman" w:hAnsi="Times New Roman" w:eastAsia="Times New Roman" w:cs="Times New Roman"/>
        </w:rPr>
        <w:t>9/11 se alfa a, oubyen kòmansman jijman vivan yo sou bèt tè a, ansanm ak kòn Repibliken ak Pwotestan li yo, ki fini nan lwa dimanch k ap vini byento a.</w:t>
      </w:r>
    </w:p>
    <w:p>
      <w:pPr>
        <w:pStyle w:val="ArticleBody"/>
        <w:jc w:val="left"/>
      </w:pPr>
      <w:r>
        <w:rPr>
          <w:rFonts w:ascii="Times New Roman" w:hAnsi="Times New Roman" w:eastAsia="Times New Roman" w:cs="Times New Roman"/>
        </w:rPr>
        <w:t>9/11 se alfa «jou preparasyon Senyè a», ki fini nan tès la konsènan jou Saba Senyè a.</w:t>
      </w:r>
    </w:p>
    <w:p>
      <w:pPr>
        <w:pStyle w:val="ArticleBody"/>
        <w:jc w:val="left"/>
      </w:pPr>
      <w:r>
        <w:rPr>
          <w:rFonts w:ascii="Times New Roman" w:hAnsi="Times New Roman" w:eastAsia="Times New Roman" w:cs="Times New Roman"/>
        </w:rPr>
        <w:t>9/11 se alfa konstriksyon tanp lan, ki reprezante pa wòch fondasyon an, ki rive nan fen li lè yo mete wòch tèt la, omega a, sou tanp lan.</w:t>
      </w:r>
    </w:p>
    <w:p>
      <w:pPr>
        <w:pStyle w:val="ArticleBody"/>
        <w:jc w:val="left"/>
      </w:pPr>
      <w:r>
        <w:rPr>
          <w:rFonts w:ascii="Times New Roman" w:hAnsi="Times New Roman" w:eastAsia="Times New Roman" w:cs="Times New Roman"/>
        </w:rPr>
        <w:t>9/11 se alfa twazyèm malè a Ozetazini, ki fini nan tranblemanntè Revelasyon onz la, ki se lwa dimanch ki pral vini byento a. Nan tranblemanntè sa a, twazyèm malè a vini byen vit. Istwa boul dife Nashville yo fèt anvan pwobasyon an fèmen nan lwa dimanch la, malgre pwoklamasyon moun ki kondane Advantis Laodise yo lè yo deklare: “Koulye a nou pèdi.”</w:t>
      </w:r>
    </w:p>
    <w:p>
      <w:pPr>
        <w:pStyle w:val="ArticleBody"/>
        <w:jc w:val="left"/>
      </w:pPr>
      <w:r>
        <w:rPr>
          <w:rFonts w:ascii="Times New Roman" w:hAnsi="Times New Roman" w:eastAsia="Times New Roman" w:cs="Times New Roman"/>
        </w:rPr>
        <w:t>Liv Joèl la ak akonplisman li nan Pannkot la mete anvan je nou deba mesaj Rèl Minwi a, lè yon gwoup ki pa kapab konprann ogmantasyon konesans lan akize sila yo ki konprann yo kòm moun ki sou. Konfwontasyon ant tafyatè Efrayim yo ak moun saj yo se yon sijè yo abòde souvan nan Pawòl pwofetik Bondye a. Youn nan eleman verite a se ke mesaj la se yon mesaj an de etap, jan Pyè te montre sa nan chanm anwo a epi apre sa nan tanp lan. Sa reprezante jijman ki kòmanse sou kay Bondye a epi apre sa swiv pa sila yo ki deyò kay Bondye a. Pwosesis jijman an reprezante tou pa de vwa Revelasyon dizwit yo, kote premye vwa a se 9/11 rive jouk nan lwa dimanch lan, epi apre sa dezyèm vwa vèsè kat la make lwa dimanch lan. Distenksyon ant vrè ak fo mesaj pwofetik lapli ta a montre tou pa Eli, Malachi idantifye kòm sila a ki retounen jis anvan fen tan gras la.</w:t>
      </w:r>
    </w:p>
    <w:p>
      <w:pPr>
        <w:pStyle w:val="ArticleBody"/>
        <w:jc w:val="left"/>
      </w:pPr>
      <w:r>
        <w:rPr>
          <w:rFonts w:ascii="Times New Roman" w:hAnsi="Times New Roman" w:eastAsia="Times New Roman" w:cs="Times New Roman"/>
        </w:rPr>
        <w:t>Senbòl saj yo ak moun sòt yo sou Mòn Kamèl la se te “Eli, saj la” ak pwofèt sòt Baal yo. Eli se Pyè, epi pwofèt Baal yo se tafyatè Efrayim yo. Lè tafyatè sòt yo parèt klè kòm fo pwofèt Baal yo, atravè vide dife a; pèp la finalman reponn: “Seyè a, se Li menm ki Bondye.” Advantis Setyèm Jou Laodise yo parèt konsa nan akonplisman prediksyon Nashville la. Moun ki deyò Adventis yo, ki lè sa a reveye pou yo wè enfidelite moun sòt yo, vin anba kondanasyon Lespri a, men tan gras yo poko fèmen. Egzanp manifestasyon saj yo ak vyèj sòt yo, jan mesaj avètisman Nashville la reprezante l la, se yon mak chemen nan dènye akonplisman pafè parabòl dis vyèj yo.</w:t>
      </w:r>
    </w:p>
    <w:p>
      <w:pPr>
        <w:pStyle w:val="ArticleBody"/>
        <w:jc w:val="left"/>
      </w:pPr>
      <w:r>
        <w:rPr>
          <w:rFonts w:ascii="Times New Roman" w:hAnsi="Times New Roman" w:eastAsia="Times New Roman" w:cs="Times New Roman"/>
        </w:rPr>
        <w:t>Desepsyon 18 Jiyè 2020 la defini mesaj ki dwe korije a, ansanm ak manifestasyon sila yo anndan Advantis la ki gen lwil la, ak sila yo ki pa genyen li. Moun sa yo ki te manke mesaj lwil la ki avèti Nashville la, yo mete yo an kontras ak sila yo ki vrèman posede lwil la. Pami de kategori sa yo ki swa genyen oswa pa genyen lwil mesaj la, gen yon kategori ki te fè eksperyans yon desepsyon ki te reprezante pa premye desepsyon nan istwa Millerit la; lòt la pa gen eksperyans sa a. San desepsyon ki te prefigire pa Millerit yo, pa gen okenn koreksyon pou fèt konsènan okenn prediksyon ki echwe. Reyalite ke prediksyon Nashville la an 2020 t ap idantifye Islam lan annamoni ak yon eleman nan yon mesaj ki echwe ki bezwen korije.</w:t>
      </w:r>
    </w:p>
    <w:p>
      <w:pPr>
        <w:pStyle w:val="ArticleBody"/>
        <w:jc w:val="left"/>
      </w:pPr>
      <w:r>
        <w:rPr>
          <w:rFonts w:ascii="Times New Roman" w:hAnsi="Times New Roman" w:eastAsia="Times New Roman" w:cs="Times New Roman"/>
        </w:rPr>
        <w:t>Yon prèv sa a jwenn nan lefèt ke istwa kote boul dife Nashville yo rive a pa sèlman koresponn ak istwa premye desepsyon Millerit yo, ansanm ak koreksyon mesaj la apre sa, men tou paske li fèt anndan yon istwa ki kòmanse avèk arive twazyèm zanj lan nan 9/11, ki make arive Islam twazyèm malè a, e ke Islam sa a rive ankò pwofetikman nan tranblemanntè lwa dimanch nan Revelasyon onz. Kenbe Islam nan mesaj la san okenn referans dirèk pa Sè White ni a Islam ni a avètisman Nashville la baze sou tèm istwa a, ki se Islam.</w:t>
      </w:r>
    </w:p>
    <w:p>
      <w:pPr>
        <w:pStyle w:val="ArticleBody"/>
        <w:jc w:val="left"/>
      </w:pPr>
      <w:r>
        <w:rPr>
          <w:rFonts w:ascii="Times New Roman" w:hAnsi="Times New Roman" w:eastAsia="Times New Roman" w:cs="Times New Roman"/>
        </w:rPr>
        <w:t>Nan san senkant-twazyèm atik nan seri ki pote tit The Book of Daniel la, nou te idantifye ke, ann amoni ak temwayaj Balaam ak bourik la, Islam, ki reprezante pa bourik la, t ap gen twa entèraksyon prensipal ak Etazini nan listwa 9/11 rive jis nan lwa dimanch la. Nou te idantifye 9/11 kòm premye a, epi 7 oktòb 2022 kòm dezyèm nan. Nou te remake ke premye atak la te sou peyi gloriye espirityèl la, epi dezyèm atak la te sou peyi gloriye literal Izrayèl la, e ke twazyèm atak la t ap atak ki fèt nan tranblemanntè lwa dimanch la. Nou te montre ke listwa Balaam nan, nan nivo pwofetik sa a, te pote siyati verite a, paske premye ak dènye atak la te sou peyi gloriye espirityèl la, epi atak ki nan mitan an te sou peyi gloriye literal la, ki se yon senbòl rebelyon. Kounye a nou wè ke yon katriyèm frap, ki make kòmansman mesaj Rèl Mitanwit la, pral fèt nan peyi gloriye espirityèl la lè boul dife Nashville yo akonpli. Sa vle di ke dezyèm frap Balaam ak bourik li a se yon frap doub, avèk premye nan de frap yo sou peyi gloriye literal la epi dezyèm nan sou peyi gloriye espirityèl la.</w:t>
      </w:r>
    </w:p>
    <w:p>
      <w:pPr>
        <w:pStyle w:val="ArticleBody"/>
        <w:jc w:val="left"/>
      </w:pPr>
      <w:r>
        <w:rPr>
          <w:rFonts w:ascii="Times New Roman" w:hAnsi="Times New Roman" w:eastAsia="Times New Roman" w:cs="Times New Roman"/>
        </w:rPr>
        <w:t>Atik la te prezante yon verite ki pa t konplè, ke Lyon tribi Jida a kounye a devwale kòm yon lòt temwayaj sou koneksyon pwofetik Islam ak boul dife Nashville yo. Yo jwenn yon lòt agiman pou soutni asosyasyon Islam ak boul dife yo nan liy refòm istwa sakre a. Chak mouvman refòm gen pwòp tèm patikilye pa li ki anvayi tout mouvman refòm nan. Nan mouvman refòm Moyiz la, sa te konsène antre nan alyans ak yon pèp chwazi. Nan liy refòm Kris la, sa te konsène Mesi a. Nan liy refòm David la, sa te konsène Dis Kòmandman yo ak sanktyè a. Pami Millerit yo, tèm nan se te tan pwofetik, paske Millerit yo te pote “mesaj tan an.” Avèk arive twazyèm zanj lan nan 9/11, tèm liy refòm san karannkat mil yo te idantifye kòm Islam nan twazyèm malè a, pitit lès yo, bourik pwofesi biblik la, chwal lagè Revelasyon nèf yo, van lès la, krikèt yo, ak lakòz nasyon yo fache.</w:t>
      </w:r>
    </w:p>
    <w:p>
      <w:pPr>
        <w:pStyle w:val="ArticleBody"/>
        <w:jc w:val="left"/>
      </w:pPr>
      <w:r>
        <w:rPr>
          <w:rFonts w:ascii="Times New Roman" w:hAnsi="Times New Roman" w:eastAsia="Times New Roman" w:cs="Times New Roman"/>
        </w:rPr>
        <w:t>Tranbleman tè a nan Revelasyon onz la make Islam twazyèm malè a, pandan li reprezante tou konklizyon mesaj Rèl Minwi a. Rèl Minwi a te tipifye pa antre triyonfal Kris la nan Jerizalèm, ki te kòmanse avèk lage bourik la. Kòmansman Rèl Minwi a nan istwa Millerit la se te arive Samuel Snow sou cheval nan reyinyon kan Exeter la. Kòmansman peryòd Rèl Minwi a make pa senbòl Islam yo. Gen anpil temwen ki konfime ke mesaj korije 18 jiyè 2020 a gen ladan Islam kòm yon pati nan mesaj avètisman an. Pa gen okenn dat ki idantifye, men boul dife Nashville yo idantifye konfli “diven nouvo” a nan dènye jou yo; konsa, boul dife Nashville yo gen ladan Islam, men ki sa pou nou di sou idantifikasyon boul dife yo kòm zam nikleyè?</w:t>
      </w:r>
    </w:p>
    <w:p>
      <w:pPr>
        <w:pStyle w:val="ArticleBody"/>
        <w:jc w:val="left"/>
      </w:pPr>
      <w:r>
        <w:rPr>
          <w:rFonts w:ascii="Times New Roman" w:hAnsi="Times New Roman" w:eastAsia="Times New Roman" w:cs="Times New Roman"/>
        </w:rPr>
        <w:t>Mesaj la dwe konsève deziyasyon Islam lan kòm advèsè a nan atak la, selon anpil temwen. Erè fikse tan an, ki bezwen korije, tou de 1840 ak 1844 tipifye. Tan pa dwe fè pati mesaj pwofetik la ankò, byenke chif yo toujou fè pati li. Erè move konpreyansyon sou sanktyè a reprezante a dwe rezoud tou; men anvan li kapab rezoud epi entegre nan mesaj korije a, fòk yo idantifye erè move konpreyansyon sou sanktyè a te tipifye a. Kisa move konpreyansyon sou sanktyè sa a te reprezante nan avètisman Nashville 18 Jiyè a?</w:t>
      </w:r>
    </w:p>
    <w:p>
      <w:pPr>
        <w:pStyle w:val="ArticleBody"/>
        <w:jc w:val="left"/>
      </w:pPr>
      <w:r>
        <w:rPr>
          <w:rFonts w:ascii="Times New Roman" w:hAnsi="Times New Roman" w:eastAsia="Times New Roman" w:cs="Times New Roman"/>
        </w:rPr>
        <w:t>Mwen soutni ke repons yo dwe jwenn nan limyè a ki ap dewoule depi fen ane 2023. Twa liy paralèl onz chapit yo, ki kòmanse ak chapit onz epi ki fini ak chapit vennnde nan Jenèz, Matye ak Revelasyon, se renouvèlman alyans Bondye a ak san karannkat mil yo. Èske nou rejte òf mizèrikòd Li a lè nou aji kòmsi nou pa t tande apèl Li a, oswa èske nou bese tèt nou epi nou pwoklame nan fòs imen nou: “tout sa Li kòmande, m ap fè?” Oswa èske nou pèmèt Sentespri a ekri lalwa Li sou kè nou ak nan lespri nou?</w:t>
      </w:r>
    </w:p>
    <w:p>
      <w:pPr>
        <w:pStyle w:val="ArticleBody"/>
        <w:jc w:val="left"/>
      </w:pPr>
      <w:r>
        <w:rPr>
          <w:rFonts w:ascii="Times New Roman" w:hAnsi="Times New Roman" w:eastAsia="Times New Roman" w:cs="Times New Roman"/>
        </w:rPr>
        <w:t>Repons yo jwenn tou nan dezelman douzyèm chapit Danyèl la, kote twa vèsè yo prezante tan kòm mesaj premye, dezyèm ak twazyèm zanj yo. Twa vèsè sa yo make tou 31 Desanm 2023 nan vèsè sèt la, 18 Jiyè 2020 nan vèsè douz la, epi soti nan 1989 rive jis nan lwa dimanch lan e rive jouk nan fen tan gras la, sa reprezante nan vèsè onz la. Twa verite sa yo, anndan twa vèsè sa yo, twouve yo nan menm pasaj Ekriti a kote yo mete devan pwosesis tès an twa fwa a ki toujou fèt lè yo dezèle yon pwofesi!</w:t>
      </w:r>
    </w:p>
    <w:p>
      <w:pPr>
        <w:pStyle w:val="ArticleBody"/>
        <w:jc w:val="left"/>
      </w:pPr>
      <w:r>
        <w:rPr>
          <w:rFonts w:ascii="Times New Roman" w:hAnsi="Times New Roman" w:eastAsia="Times New Roman" w:cs="Times New Roman"/>
        </w:rPr>
        <w:t>Kris la pa t sèlman louvri twa tès Danyèl douz yo, men Li te idantifye tès sa yo tou kòm yon tès fondasyonal, ki te swiv pa yon tès tanp, epi apre sa yon tès decisif. Anplis de sa, Li te idantifye ke tès fondasyonal la te kòmanse 31 desanm 2023 e li te baze sou tès fondasyonal mouvman Millerit la, jan sa reprezante pa antikris la kòm senbòl ki etabli vizyon ekstèn lan.</w:t>
      </w:r>
    </w:p>
    <w:p>
      <w:pPr>
        <w:pStyle w:val="ArticleBody"/>
        <w:jc w:val="left"/>
      </w:pPr>
      <w:r>
        <w:rPr>
          <w:rFonts w:ascii="Times New Roman" w:hAnsi="Times New Roman" w:eastAsia="Times New Roman" w:cs="Times New Roman"/>
        </w:rPr>
        <w:t>Lè sa a, li te idantifye dezyèm tès la, sètadi tès tanp lan, kòm sa ki reprezante pa vizyon Danyèl la sou Kris nan tanp lan nan chapit dis la. Tès sa a ap dewoule kounye a. Ouvèti sele chapit douz Danyèl la konsènan dat 1989, 18 Jiyè 2020, 31 Desanm 2023, ansanm ak lwa dimanch lan, gen ladan l ni vizyon Wòm nan ni vizyon Kris la. Toude vizyon sa yo prezante nan menm vizyon kote ouvèti sele chapit douz la jwenn. Twa chapit sa yo fòme yon sèl vizyon, e vizyon Kris la se tès tanp lan nan chapit dis la; vizyon antikris la se tès fondasyon an nan chapit onz la; epi jalon san karant-kat mil yo nan chapit douz la reprezante twazyèm tès la ak tès desizif la, kote moun sòt yo separe ak moun saj yo, pandan anpil moun ap pirifye, vin blan, epi sibi eprèv.</w:t>
      </w:r>
    </w:p>
    <w:p>
      <w:pPr>
        <w:pStyle w:val="ArticleBody"/>
        <w:jc w:val="left"/>
      </w:pPr>
      <w:r>
        <w:rPr>
          <w:rFonts w:ascii="Times New Roman" w:hAnsi="Times New Roman" w:eastAsia="Times New Roman" w:cs="Times New Roman"/>
        </w:rPr>
        <w:t>Tès tanp lan te louvri limyè Levitik 23 a, ki te limyè bwat kontra a, ki se limyè alfa Saba setyèm jou a ak limyè omega Saba setyèm ane a. Limyè Saba alfa ak omega yo idantifye limyè enkarnasyon an. Limyè sa a idantifye Bondye k ap pran chè imen pou bi retabli inyon Divinite ak limanite a, ki se travay Kris la te kòmanse 22 oktòb 1844 la; travay Li ap fini kounye a nan jijman moun vivan yo.</w:t>
      </w:r>
    </w:p>
    <w:p>
      <w:pPr>
        <w:pStyle w:val="ArticleBody"/>
        <w:jc w:val="left"/>
      </w:pPr>
      <w:r>
        <w:rPr>
          <w:rFonts w:ascii="Times New Roman" w:hAnsi="Times New Roman" w:eastAsia="Times New Roman" w:cs="Times New Roman"/>
        </w:rPr>
        <w:t>Limyè Levitik venntwa a te rasanble fèt prentan alfa yo avèk fèt otòn omega yo pou pwodui menm istwa 31 Desanm 2023 rive jis nan fèmti tan gras limanite a. Anndan liy lan, tès fondamantal la make kòm rive nan 31 Desanm 2023, epi yo idantifye tès tanp lan kòm kòmanse an 2025, ki kontinye jiska tès desizif fèt twonpèt yo. Vwa nan dezè a ki te kòmanse nan mwa Jiyè 2023 make pa fèt pen san ledven an ki te fini senk jou apre repè twa pati yo. Apre sa te gen yon peryòd trant jou, ki te swiv pa yon repè twa pati, epi sa ankò te swiv pa senk jou, konsa sa ilistre twa etap levanjil etènèl la. Repè alfa twa pati ki te swiv pa senk jou a se premye zanj lan; trant jou yo se dezyèm zanj lan; epi repè omega twa pati ki te swiv pa senk jou jiska lwa dimanch Pannkòt la se twazyèm zanj lan.</w:t>
      </w:r>
    </w:p>
    <w:p>
      <w:pPr>
        <w:pStyle w:val="ArticleBody"/>
        <w:jc w:val="left"/>
      </w:pPr>
      <w:r>
        <w:rPr>
          <w:rFonts w:ascii="Times New Roman" w:hAnsi="Times New Roman" w:eastAsia="Times New Roman" w:cs="Times New Roman"/>
        </w:rPr>
        <w:t>Kris tou louvri limyè Levitik venn-twa a tou, pandan y ap konstwi lach alyans lan nan tan eprèv tanp lan. Mesaj la, oswa zanj Saba setyèm jou a, sou yon bò lach la, ak zanj Saba setyèm ane a, sou lòt bò lach la, reprezante cheriben kouvèti yo k ap gade andedan lach la. Nan istwa sele a sou san karannkat mil yo, doub limyè de zanj sa yo—ki reprezante Saba setyèm jou a ak doktrin enkarnasyon an—reprezante yon sijè ki pral etidye pandan letènite.</w:t>
      </w:r>
    </w:p>
    <w:p>
      <w:pPr>
        <w:pStyle w:val="ArticleBody"/>
        <w:jc w:val="left"/>
      </w:pPr>
      <w:r>
        <w:rPr>
          <w:rFonts w:ascii="Times New Roman" w:hAnsi="Times New Roman" w:eastAsia="Times New Roman" w:cs="Times New Roman"/>
        </w:rPr>
        <w:t>Natirèlman, si ou pa kapab wè sèt tan yo kòm senbòl Jibilé a, Pwoklamasyon Emansipasyon espirityèl 1863 la, alò ou p ap wè ke pwofesi alfa ak omega William Miller yo se te sèt tan yo ak de mil twa san jou yo. Lè yon moun pa kapab wè siyifikasyon de pwofesi tan sa yo ki gen rapò youn ak lòt, sa anpeche nenpòt rekonesans ke 1798 reprezante sèt tan yo, epi 1844 reprezante de mil twa san jou yo. Avèk mank konesans sa a, li ta prèske enposib pou wè ke, lè Levitik venntwa rasanble liy sou liy, pandan yo mete premye vennnde vèsè li yo ki tabli fèt prentan yo ansanm ak dènye vennnde vèsè fèt otòn yo; liy lan kòmanse ak Saba setyèm jou a ki reprezante pa 1844, epi Saba ki fini liy karannkat vèsè yo se Saba peyi a ki reprezante pa 1798.</w:t>
      </w:r>
    </w:p>
    <w:p>
      <w:pPr>
        <w:pStyle w:val="ArticleBody"/>
        <w:jc w:val="left"/>
      </w:pPr>
      <w:r>
        <w:rPr>
          <w:rFonts w:ascii="Times New Roman" w:hAnsi="Times New Roman" w:eastAsia="Times New Roman" w:cs="Times New Roman"/>
        </w:rPr>
        <w:t>Enkapasite pou wè relasyon ki genyen ant de Saba yo reprezante enkapasite pou wè ke sèt tan 1798 la se limanite, e de mil twa san jou 1844 la se Divinite. Avèk yon avègman ki tèlman pwofon, li ta sanble prèske enposib pou rekonèt ke limyè alfa Saba setyèm jou a ak limyè omega doktrin enkarnasyon an ap idantifye travay Kris la nan mete Divinite Li ansanm ak limanite lèzòm ki tonbe a. Travay Kris la nan mete Divinite Li ansanm ak limanite nou an se travay ki mete 1798 ansanm ak 1844, paske 1798 reprezante chè imen an epi 1844 reprezante Divinite.</w:t>
      </w:r>
    </w:p>
    <w:p>
      <w:pPr>
        <w:pStyle w:val="ArticleBody"/>
        <w:jc w:val="left"/>
      </w:pPr>
      <w:r>
        <w:rPr>
          <w:rFonts w:ascii="Times New Roman" w:hAnsi="Times New Roman" w:eastAsia="Times New Roman" w:cs="Times New Roman"/>
        </w:rPr>
        <w:t>Limanite te kreye nan imaj Bondye, yo posede yon nati siperyè ak yon nati enferyè. Nati siperyè lèzòm se chè a, vann anba peche. Kris bay yon nanm ki konvèti panse pa Li nan moman konvèsyon an, paske se nan konvèsyon jistifikasyon fèt, e pou yo jistifye, se pou yo fè jis. Nati enferyè a pa ka rachte nan yon sèl kou, e pwomès levanjil la pou nati enferyè a se ke nou resevwa yon kò glorifye lè Kris retounen. Nati siperyè a se lespri a, epi nati enferyè a se chè a. Nati siperyè a se pwofesi sèt fwa yo ki te fini 22 oktòb 1844 nan Jou Ekspyasyon an, lè setyèm twonpèt la ak twonpèt rejwisans lan toude te kòmanse sonnen. Sèt fwa nati enferyè a te fini an 1798, paske li pa ka renouvle jiskaske Dezyèm Vini Kris la.</w:t>
      </w:r>
    </w:p>
    <w:p>
      <w:pPr>
        <w:pStyle w:val="ArticleBody"/>
        <w:jc w:val="left"/>
      </w:pPr>
      <w:r>
        <w:rPr>
          <w:rFonts w:ascii="Times New Roman" w:hAnsi="Times New Roman" w:eastAsia="Times New Roman" w:cs="Times New Roman"/>
        </w:rPr>
        <w:t>Sèt tan 1798 yo, sèt tan 1844 yo, ak de mil twa san ane 1844 yo reprezante travay Kris la ki te kòmanse 22 oktòb 1844. Travay sa a te pou ini Divinite li avèk limanite; men lè tanp ki fòme ak limanite ak Divinite a te dwe ini an 1844, 1798 pa t dwe enkli, paske li reprezante lakou moun lòt nasyon yo.</w:t>
      </w:r>
    </w:p>
    <w:p>
      <w:pPr>
        <w:pStyle w:val="ArticleBody"/>
        <w:jc w:val="left"/>
      </w:pPr>
      <w:r>
        <w:rPr>
          <w:rFonts w:ascii="Times New Roman" w:hAnsi="Times New Roman" w:eastAsia="Times New Roman" w:cs="Times New Roman"/>
        </w:rPr>
        <w:t>Tès tanp lan gen ladan l mezire tanp lan, e byen bonè nan istwa devwale a ki te kòmanse an 2023, devwalman sèt loraj yo te idantifye istwa premye desepsyon an rive jouk nan gwo desepsyon an kòm manifestasyon final ak pafè istwa sèt loraj yo reprezante a, sa enspirasyon an di ki reprezante evènman ki te fèt pandan istwa premye ak dezyèm zanj yo, epi tou evènman alavni ki t ap devwale nan lòd pa yo. Akonplisman pafè a te plase anndan kad verite a ki te youn nan premye revelasyon ki te vini an 2023. Desepsyon ki te nan kòmansman an te reprezante desepsyon omega a, epi nan mitan an te gen reyinyon kan Exeter la kote saj yo ak moun sòt yo te separe dapre “lwil” mesaj la.</w:t>
      </w:r>
    </w:p>
    <w:p>
      <w:pPr>
        <w:pStyle w:val="ArticleBody"/>
        <w:jc w:val="left"/>
      </w:pPr>
      <w:r>
        <w:rPr>
          <w:rFonts w:ascii="Times New Roman" w:hAnsi="Times New Roman" w:eastAsia="Times New Roman" w:cs="Times New Roman"/>
        </w:rPr>
        <w:t>Tanp Millerit yo te bati soti nan desepsyon pou rive nan desepsyon, konsa sa idantifye ke tanp san karannkat mil yo ap bati depi 18 Jiyè 2020 rive jouk lwa dimanch ki pral vini talè a, kote pòt la fèmen nan parabòl la, menm jan li te fèt 22 Oktòb 1844. Istwa sèt loraj yo reprezante a se menm istwa ki reprezante nan limyè Danyèl douz. Limyè mil desan katrevendis jou yo nan Danyèl douz la konekte dirèkteman ak peryòd trant ane ki reprezante nan vèsè onz la. Li konekte tou ak trant ane yo ki make pa premye reprezantan alyans lan avèk yon pèp chwazi ak pwofèt ki te leve pou idantifye chanjman relasyon alyans Izrayèl literal la pou rive nan Izrayèl espirityèl la. Trant jou yo nan mitan kad Levitik venntrwa a se menm trant ane yo nan premye etap alyans twa fwa Abraram nan avèk Bondye. Trant ane yo soti 508 rive 538 nan vèsè onz la se yon senbòl prètriz san karannkat mil yo.</w:t>
      </w:r>
    </w:p>
    <w:p>
      <w:pPr>
        <w:pStyle w:val="ArticleBody"/>
        <w:jc w:val="left"/>
      </w:pPr>
      <w:r>
        <w:rPr>
          <w:rFonts w:ascii="Times New Roman" w:hAnsi="Times New Roman" w:eastAsia="Times New Roman" w:cs="Times New Roman"/>
        </w:rPr>
        <w:t>30 jou yo nan estrikti Levitik venntwa a fè pati karant jou Kris la te anseye disip Li yo fasafas jouk li te monte nan syèl la. Trant se yon senbòl pou prèt yo ki te kòmanse sèvi a laj trant an. Trant ane yo soti nan 508 rive 538 idantifye tranzisyon an soti nan Wòm payen pou rive nan Wòm papal; e, lè yo fè sa, yo idantifye tranzisyon an soti nan prètriz Laodise a nan san karantkat mil yo pou rive nan prètriz Filadèlfi a nan san karantkat mil yo. Tranzisyon an fèt an twa etap, jan 508 reprezante sa lè yo te retire “kontinyèl la”, dekrè Jistinyen an nan 533, epi apre sa lwa dimanch la nan 538, kòm tranzisyon an te finalize.</w:t>
      </w:r>
    </w:p>
    <w:p>
      <w:pPr>
        <w:pStyle w:val="ArticleBody"/>
        <w:jc w:val="left"/>
      </w:pPr>
      <w:r>
        <w:rPr>
          <w:rFonts w:ascii="Times New Roman" w:hAnsi="Times New Roman" w:eastAsia="Times New Roman" w:cs="Times New Roman"/>
        </w:rPr>
        <w:t>Trant ane sa yo reprezante depi 1989 jouk rive nan lwa dimanch lan, kote pèp Filadèlfya Bondye a ki sele yo, kòm tanp Li, pral leve anlè pou tout lemonn wè. Lè sa a, lemonn pral jije ant Kris la, ki reprezante pa pèp Li a, ki chita nan kote ki nan syèl la ansanm ak Kris la e se poutèt sa yo nan tanp Bondye a; oswa ak nonm peche a ki chita nan tanp Bondye a pandan l ap montre tèt li kòm si se Bondye li ye. Nan lwa dimanch ki pral vini byento a, ouvriye onzyèm èdtan yo, ki se tou gwo foul la, pral konfwonte ak yon tès fondamantal. Èske Saba setyèm jou a se Saba Bondye a, oswa èske jou solèy la se Saba Bondye a.</w:t>
      </w:r>
    </w:p>
    <w:p>
      <w:pPr>
        <w:pStyle w:val="ArticleScripture"/>
        <w:jc w:val="left"/>
      </w:pPr>
      <w:r>
        <w:rPr>
          <w:rFonts w:ascii="Times New Roman" w:hAnsi="Times New Roman" w:eastAsia="Times New Roman" w:cs="Times New Roman"/>
        </w:rPr>
        <w:t>“Epi kounye a, yon lòt sèn pase devan li. Yo te montre l kijan Satan te travay pou mennen Jwif yo rejte Kris la, pandan yo t ap fè konnen yo onore lalwa Papa Li a. Kounye a li wè mond kretyen an anba yon twonpri ki sanble avè l, pandan yo fè konnen yo aksepte Kris la, men yo rejte lalwa Bondye a. Li te tande nan men prèt yo ak ansyen yo rèl foli sa a: ‘Wete L ale!’ ‘Kloure L sou kwa a, kloure L sou kwa a!’; epi kounye a li tande nan men anseyan ki di yo se kretyen rèl sa a: ‘Wete lalwa a ale!’ Li wè yo pilonnen Saba a anba pye, epi yo mete yon enstitisyon fo nan plas li. Yon fwa ankò, Moyiz te ranpli ak sezisman ak laterè. Kijan moun ki te kwè nan Kris la te kapab rejte lalwa pwòp vwa pa Li te pwononse sou mòn sakre a? Kijan nenpòt moun ki te gen krentif pou Bondye te kapab mete sou kote lalwa ki se fondasyon gouvènman Li nan syèl la ak sou tè a? Se avèk lajwa Moyiz te wè lalwa Bondye a toujou onore ak leve byen wo pa yon ti kantite fidèl. Li wè dènye gwo batay pisans tè yo pou detwi moun ki kenbe lalwa Bondye a. Li gade pi devan sou tan lè Bondye pral leve pou pini moun ki rete sou tè a poutèt inikite yo, e moun ki te gen krentif pou non Li pral kouvri ak kache nan jou kòlè Li a. Li tande alyans lapè Bondye a avèk moun ki te kenbe lalwa Li a, pandan Li fè tande vwa Li soti nan kay ki sen kote Li rete a, e syèl la ak tè a tranble. Li wè dezyèm vini Kris la nan laglwa, moun ki jis yo ki te mouri leve pou lavi imòtèl, epi sen vivan yo chanje san yo pa wè lanmò, epi ansanm yo monte ak chan lajwa pou ale nan Vil Bondye a.” Patriarchs and Prophets, 476.</w:t>
      </w:r>
    </w:p>
    <w:p>
      <w:pPr>
        <w:pStyle w:val="ArticleBody"/>
        <w:jc w:val="left"/>
      </w:pPr>
      <w:r>
        <w:rPr>
          <w:rFonts w:ascii="Times New Roman" w:hAnsi="Times New Roman" w:eastAsia="Times New Roman" w:cs="Times New Roman"/>
        </w:rPr>
        <w:t>Gran foul la, ki se moun lòt nasyon yo ak travayè yon sèl èdtan yo, ap sibi yon tès fondamantal, ki tousuit swiv pa yon tès tanp. Èske tanp imen Wòm nan, avèk nonm peche a, pral wòch la oswa sab la sou ki nou bati lafwa nou? Oubyen èske se tanp enkarnasyon an, ki se Divinite ak limanite ini ansanm, ki se tanp san karannkat mil yo, ke Pyè rele “yon kay espirityèl”? Nan peryòd tès sa a konsènan fondasyon an ak tanp lan, pèsekisyon an pral akonpli tès desizif twazyèm etap la, epi lè sa a pwobasyon imen an pral fèmen.</w:t>
      </w:r>
    </w:p>
    <w:p>
      <w:pPr>
        <w:pStyle w:val="ArticleBody"/>
        <w:jc w:val="left"/>
      </w:pPr>
      <w:r>
        <w:rPr>
          <w:rFonts w:ascii="Times New Roman" w:hAnsi="Times New Roman" w:eastAsia="Times New Roman" w:cs="Times New Roman"/>
        </w:rPr>
        <w:t>Lyon branch fanmi Jida a ap ranpli kounye a istwa kache vèsè karant lan, epi li te entwodui menm plis limyè ak twa pwofesi de san senkant ane yo konsènan Siris, Neron ak Trump; e li te fè sa nan menm tan li te mete anfaz sou travay pou pwoklame mesaj Nashville la ki korije a. Liy Neron an bay kad dènye etablisman imaj bèt la Ozetazini, epi answit nan lemonn. Liy Siris la, ki soti nan 457 anvan Jezikri, idantifye istwa ki ant Rafia ak Panyòm, istwa ki ant Lagè Ikrèn nan ak Twazyèm Gè Mondyal la, ki kòmanse lè Panyòm ini ak Aksyon nan lwa dimanch ki pral vini byento a. Liy Trump la fini ane sa a, 4 Jiyè.</w:t>
      </w:r>
    </w:p>
    <w:p>
      <w:pPr>
        <w:pStyle w:val="ArticleBody"/>
        <w:jc w:val="left"/>
      </w:pPr>
      <w:r>
        <w:rPr>
          <w:rFonts w:ascii="Times New Roman" w:hAnsi="Times New Roman" w:eastAsia="Times New Roman" w:cs="Times New Roman"/>
        </w:rPr>
        <w:t>Nero se yon senbòl pèsekisyon; legliz Smirn lan idantifye istwa a ki kontinye jiskaske pèsekisyon an fini 250 ane pita nan legliz Pergam lan ak konpwomi. Liy lan idantifye etablisman imaj la, epi konsa li aliyen ak istwa a lè y ap etabli imaj Kris la nan tanp Li a. “Edik” la se pwen depa ki mennen nan premye lwa dimanch lan, lwa ki swiv pa pòt fèmen divizyon ant lès ak lwès, saj ak moun sòt, ble ak move zèb, ak sila yo ki sove oswa ki pèdi. “Edik” ki kòmanse peryòd la se tou “edik” ki kòmanse menm peryòd eprèv sa a pou mond lan. Se poutèt sa “edik” la se premye a epi dènye a. Chak repè nan liy disèt ane Nero a idantifye pèsekisyon k ap ogmante nan kriz lwa dimanch lan ki kòmanse ak yon “edik,” yon bagay ki sanble ak yon “òd egzekitif” prezidansyèl.</w:t>
      </w:r>
    </w:p>
    <w:p>
      <w:pPr>
        <w:pStyle w:val="ArticleBody"/>
        <w:jc w:val="left"/>
      </w:pPr>
      <w:r>
        <w:rPr>
          <w:rFonts w:ascii="Times New Roman" w:hAnsi="Times New Roman" w:eastAsia="Times New Roman" w:cs="Times New Roman"/>
        </w:rPr>
        <w:t>Twa dekrè Siris yo an 457 av. J.-K. idantifye yon peryòd disèt ane ki gen twa baliz nan fen li, menm jan ak liy Neron an, e menm jan ak lòt liy Siris la, ki te fini ak rive premye, dezyèm ak twazyèm zanj yo depi 1798 rive 1844. Twa etap Siris yo se batay Rafya a, apre sa dis ane rive nan dezyèm etap la, epi answit sèt ane rive nan batay Panyòm nan. Kòmansman an ak fen an se toude batay; konsa yo pote siyati Alfa ak Omega a. Premye peryòd dis ane a reprezante yon peryòd eprèv ki te kòmanse an 2014 ak Lagè Ikrèn nan, epi dezyèm peryòd la fini sèt ane pita nan batay Panyòm nan.</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te dezipe mesaj tan an bay Millerit yo nan istwa premye ak dezyèm zanj yo, e Li dezipe mesaj chif yo nan istwa san karannkat mil yo, ki se istwa twazyèm zanj lan.</w:t>
      </w:r>
    </w:p>
    <w:p>
      <w:pPr>
        <w:pStyle w:val="ArticleBody"/>
        <w:jc w:val="left"/>
      </w:pPr>
      <w:r>
        <w:rPr>
          <w:rFonts w:ascii="Times New Roman" w:hAnsi="Times New Roman" w:eastAsia="Times New Roman" w:cs="Times New Roman"/>
        </w:rPr>
        <w:t>Istwa pwofetik senbolik yo, tankou vennnde ane yo depi 1776 rive 1798, jan revòlt Makabe yo te reprezante yo, idantifye kòz kòmansman sizyèm wayòm nan, ansanm ak kòz fen senkyèm wayòm nan. Vennndezyèm prezidan an, Grover Cleveland, te alfa pami prezidan yo ki te tipifye prezidan omega a, Donald Trump, kòm sèl de prezidan ki te sèvi de manda ki pa t youn apre lòt. Trump se vennndezyèm prezidan ki genyen yon dezyèm manda, lè yo konte lòt prezidan ki te pran pòs nan manda yon prezidan anvan, ansanm ak prezidan ki te genyen yon dezyèm manda pou tèt pa yo. Sizyèm wayòm pwofesi biblik la te kòmanse an 1798, apre vennnde ane depi Deklarasyon Endepandans lan. 1798 rive 2026 reprezante pa 22 nan dat alfa a ak 22 nan dat omega a.</w:t>
      </w:r>
    </w:p>
    <w:p>
      <w:pPr>
        <w:pStyle w:val="ArticleBody"/>
        <w:jc w:val="left"/>
      </w:pPr>
      <w:r>
        <w:rPr>
          <w:rFonts w:ascii="Times New Roman" w:hAnsi="Times New Roman" w:eastAsia="Times New Roman" w:cs="Times New Roman"/>
        </w:rPr>
        <w:t>Twa liy onz chapit ki kòmanse avèk onzyèm chapit la epi ki fini nan venndezyèm chapit la. Chak nan twa liy onz chapit sa yo genyen yon pwen mitan egzak ki reprezante pa twa vèsè. Jenèz la idantifye ki lè yo te bay “sikonsizyon” kòm senbòl yon relasyon alyans avèk yon pèp chwazi. Se te premye fwa yo te bay yon pèp chwazi yon siy ki te reprezante yon pèp alyans, epi nan Matye, twa vèsè santral yo idantifye Wòch la sou li Kris t ap bati legliz Li a. Vèsè sa yo idantifye ki lè non Simon Barjona te chanje pou Pyè, sa ki egal a san karantkat mil. Mitan liy la nan Revelasyon an idantifye alyans lanmò a pandan li idantifye papote a kòm uityèm tèt la ki soti nan sèt yo. Ki sa nou ta sipoze enplikasyon yo ye lefètke chapit onz nan Desire of Ages la idantifye mesaj Jan Batis la, epi chapit vennde a idantifye lanmò Jan?</w:t>
      </w:r>
    </w:p>
    <w:p>
      <w:pPr>
        <w:pStyle w:val="ArticleBody"/>
        <w:jc w:val="left"/>
      </w:pPr>
      <w:r>
        <w:rPr>
          <w:rFonts w:ascii="Times New Roman" w:hAnsi="Times New Roman" w:eastAsia="Times New Roman" w:cs="Times New Roman"/>
        </w:rPr>
        <w:t>Nan mitan chapit sa yo mennen ou rive nan paj 168, kote chapit ki gen tit Nikodèm nan kòmanse. Chapit onz la gen tit Batèm nan, epi chapit vennnde a gen tit Prizon ak Lanmò Jan. Chapit onz la se yon senbòl lanmò, antèman ak rezirèksyon, menm jan ak chapit disèt la ak Nikodèm, menm jan tou ak lanmò Jan.</w:t>
      </w:r>
    </w:p>
    <w:p>
      <w:pPr>
        <w:pStyle w:val="ArticleBody"/>
        <w:jc w:val="left"/>
      </w:pPr>
      <w:r>
        <w:rPr>
          <w:rFonts w:ascii="Times New Roman" w:hAnsi="Times New Roman" w:eastAsia="Times New Roman" w:cs="Times New Roman"/>
        </w:rPr>
        <w:t>N ap kontinye bagay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Venn-deux</dc:title>
  <dc:subject>31 desanm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