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Avètisman Paralèl — Nimewo De</w:t>
      </w:r>
    </w:p>
    <w:p>
      <w:pPr>
        <w:pStyle w:val="ArticleSubtitle"/>
        <w:jc w:val="left"/>
      </w:pPr>
      <w:r>
        <w:rPr>
          <w:rFonts w:ascii="Arial" w:hAnsi="Arial" w:eastAsia="Arial" w:cs="Arial"/>
        </w:rPr>
        <w:t>Dechifre Tapisri Pwofetik la: Entèprete Mesaj Revelasyon 14 yo nan Istwa Milerit la ak Jodi 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2023-08-08</w:t>
      </w:r>
    </w:p>
    <w:p>
      <w:pPr>
        <w:pStyle w:val="ArticleBody"/>
        <w:jc w:val="left"/>
      </w:pPr>
      <w:r>
        <w:rPr>
          <w:rFonts w:ascii="Times New Roman" w:hAnsi="Times New Roman" w:eastAsia="Times New Roman" w:cs="Times New Roman"/>
        </w:rPr>
        <w:t>Lè parabòl dis vyèj yo te akonpli nan istwa Millerit la, sa te fèt pandan mesaj dezyèm zanj lan. Mesaj dezyèm zanj lan reprezante de mesaj distenk, ni nan peryòd tan yo kouvri a, ni anrapò ak odyans mesaj la te vize. Mesaj dezyèm zanj lan te adrese a legliz Pwotestan yo ki te fèk retounen Wòm epi ki te vin tounen pitit fi Babilòn yo. Rèl Minwi a te adrese a Millerit yo ki t ap dòmi yo. Premye mesaj la te adrese andeyò Millerit yo; dezyèm nan te adrese anndan yo. Sa ap akonpli a la lèt nan jou pa nou yo.</w:t>
      </w:r>
    </w:p>
    <w:p>
      <w:pPr>
        <w:pStyle w:val="ArticleBody"/>
        <w:jc w:val="left"/>
      </w:pPr>
      <w:r>
        <w:rPr>
          <w:rFonts w:ascii="Times New Roman" w:hAnsi="Times New Roman" w:eastAsia="Times New Roman" w:cs="Times New Roman"/>
        </w:rPr>
        <w:t>Diferans ki bezwen remake nan repetisyon tan pa nou an se ke, nan kòmansman Adantis la, mesaj dezyèm zanj lan te ale an premye deyò pami Millerit yo, epi apre sa dezyèm pati mesaj la te antre andedan pami Millerit yo. Nan fen Adantis la, lè parabòl la repete ankò, konsa tou mesaj dezyèm zanj lan repete. Yo di nou sa dirèkteman plis pase kèk fwa sèlman. Men, nati doub mesaj la ranvèse nan fen an. Premye mesaj la ale bay Adantis la, epi dezyèm nan ale bay sila yo ki deyò Adantis la. Yo di nou ke travay ak mesaj ki reprezante pa zanj Revelasyon dizwit la se yon repetisyon mesaj dezyèm zanj lan.</w:t>
      </w:r>
    </w:p>
    <w:p>
      <w:pPr>
        <w:pStyle w:val="ArticleScripture"/>
        <w:jc w:val="left"/>
      </w:pPr>
      <w:r>
        <w:rPr>
          <w:rFonts w:ascii="Times New Roman" w:hAnsi="Times New Roman" w:eastAsia="Times New Roman" w:cs="Times New Roman"/>
        </w:rPr>
        <w:t>“Pwofèt la di: ‘Mwen wè yon lòt zanj desann soti nan syèl la, li te gen gwo pouvwa; e tè a te klere ak laglwa li. Epi li te rele avèk fòs, ak yon vwa puisan, li t ap di: Babilòn, gran vil la, tonbe, li tonbe, e li vin tounen kay demon yo’ (Revelation 18:1, 2). Sa a se menm mesaj dezyèm zanj lan te bay la. Babilòn tonbe, ‘paske li fè tout nasyon yo bwè diven kòlè fònikasyon li a’ (Revelation 14:8). Ki sa diven sa a ye? —Fo doktrin pa li yo. Li bay lemonn yon fo saba olye de Saba katriyèm kòmandman an, epi li repete manti Satan te premye di Èv nan Jaden Edèn nan—imòtalite natirèl nanm nan. Li gaye anpil lòt erè menm jan toupatou, ‘li anseye kòm doktrin kòmandman lèzòm’ (Matthew 15:9).”</w:t>
      </w:r>
    </w:p>
    <w:p>
      <w:pPr>
        <w:pStyle w:val="ArticleScripture"/>
        <w:jc w:val="left"/>
      </w:pPr>
      <w:r>
        <w:rPr>
          <w:rFonts w:ascii="Times New Roman" w:hAnsi="Times New Roman" w:eastAsia="Times New Roman" w:cs="Times New Roman"/>
        </w:rPr>
        <w:t>“Lè Jezi te kòmanse ministè piblik Li, Li te netwaye Tanp lan anba profanasyon sakrilèj li a. Pami dènye zak ministè Li yo te genyen dezyèm netwayaj Tanp lan. Konsa tou, nan dènye travay avètisman pou mond lan, yo fè de apèl distenk bay legliz yo. Mesaj dezyèm zanj lan se: ‘Babilòn tonbe, li tonbe, gwo vil sa a, paske li fè tout nasyon yo bwè diven kòlè fònikasyon li a’ (Revelation 14:8). Epi, nan gran rèl mesaj twazyèm zanj lan, yo tande yon vwa soti nan syèl la k ap di: ‘Soti ladan li, pèp mwen an, pou nou pa patisipe nan peche li yo, e pou nou pa resevwa nan kalamite li yo. Paske peche li yo rive jouk nan syèl la, e Bondye sonje inikite li yo’ (Revelation 18:4, 5).” Selected Messages, liv 2, 118.</w:t>
      </w:r>
    </w:p>
    <w:p>
      <w:pPr>
        <w:pStyle w:val="ArticleBody"/>
        <w:jc w:val="left"/>
      </w:pPr>
      <w:r>
        <w:rPr>
          <w:rFonts w:ascii="Times New Roman" w:hAnsi="Times New Roman" w:eastAsia="Times New Roman" w:cs="Times New Roman"/>
        </w:rPr>
        <w:t>Mesaj dezyèm zanj lan nan kòmansman Adanmis la se menm mesaj ak mesaj zanj ki reprezante nan Revelasyon dizwityèm lan, e nan avètisman sa a, gen de vwa k ap pwoklame yon mesaj. Premye vwa a pwoklame lè tè a vin klere ak glwa li, epi nan vèsè kat Jan tande yon lòt vwa ki t ap di: “soti nan li.”</w:t>
      </w:r>
    </w:p>
    <w:p>
      <w:pPr>
        <w:pStyle w:val="ArticleBody"/>
        <w:jc w:val="left"/>
      </w:pPr>
      <w:r>
        <w:rPr>
          <w:rFonts w:ascii="Times New Roman" w:hAnsi="Times New Roman" w:eastAsia="Times New Roman" w:cs="Times New Roman"/>
        </w:rPr>
        <w:t>Nan istwa Millerit la, apèl pou soti lavil Babilòn te vini an premye, epi mesaj pou Millerit yo te vini an dezyèm. Nan Revelasyon dizwit, se dezyèm vwa a, oswa dezyèm mesaj la, ki adrese moun ki deyò Adventis la. Ansanm ak deklarasyon an ke gen “de apèl distenk ki fèt bay legliz yo,” nou jwenn tou ke de fwa Kris te pirifye tanp lan (nan kòmansman ak nan fen ministè Li) se tou yon ilistrasyon kòmansman ak fen Adventis la.</w:t>
      </w:r>
    </w:p>
    <w:p>
      <w:pPr>
        <w:pStyle w:val="ArticleBody"/>
        <w:jc w:val="left"/>
      </w:pPr>
      <w:r>
        <w:rPr>
          <w:rFonts w:ascii="Times New Roman" w:hAnsi="Times New Roman" w:eastAsia="Times New Roman" w:cs="Times New Roman"/>
        </w:rPr>
        <w:t>Kòmansman Advantis la te ilistre yon pirifikasyon pami ouvriye yo ki te ede nan bati fondasyon William Miller te sèvi pou etabli a. Fondasyon an te fini nan konklizyon mesaj dezyèm zanj lan, paske avèk rive twazyèm zanj lan nan dat 22 oktòb 1844, verite ki fòme fondasyon Advantis la te vin disponib pou konprann, pou sila yo ki dispoze tande.</w:t>
      </w:r>
    </w:p>
    <w:p>
      <w:pPr>
        <w:pStyle w:val="ArticleBody"/>
        <w:jc w:val="left"/>
      </w:pPr>
      <w:r>
        <w:rPr>
          <w:rFonts w:ascii="Times New Roman" w:hAnsi="Times New Roman" w:eastAsia="Times New Roman" w:cs="Times New Roman"/>
        </w:rPr>
        <w:t>Travay pou bati fondasyon an te fini nan pwen culminan nan istwa dezyèm zanj lan, lè “de apèl diferan te fèt bay legliz yo.” Premye apèl la te deyò Millerit yo; dezyèm nan te pou Millerit yo. Men, gen yon lòt kòmansman ki ann amoni ak kòmansman Advantis la: se ministè Kris la lè Li te netwaye tanp Li a pou premye fwa. Ilistrasyon pwofetik tanp la ki netwaye a make yon pirifikasyon nan kòmansman ak nan fen ministè Li a, e sa, an retou, se tip yon pirifikasyon Advantis la nan kòmansman li ak nan fen li. De netwayaj tanp Kris la ann amoni ak kòmansman ak fen Advantis la, men mesaj Li a te sèlman pou pèp alyans Li a, ki te nan pwosesis pou separe tèt yo ak Bondye pou tout tan.</w:t>
      </w:r>
    </w:p>
    <w:p>
      <w:pPr>
        <w:pStyle w:val="ArticleBody"/>
        <w:jc w:val="left"/>
      </w:pPr>
      <w:r>
        <w:rPr>
          <w:rFonts w:ascii="Times New Roman" w:hAnsi="Times New Roman" w:eastAsia="Times New Roman" w:cs="Times New Roman"/>
        </w:rPr>
        <w:t>Kòmansman Advantis la te prezante yon mesaj ki te anonse ouvèti jijman an, epi fen Advantis la ap anonse fen jijman an. Jezi te netwaye tanp lan premye fwa a, epi Li te reprimande jwif yo paske yo te fè kay Li tounen yon kachèt vòlè; men dezyèm netwayaj tanp lan te fèt “pami dènye zak sèvis Li.” Nan fen sèvis Li a, Li pa t di jwif yo ankò ke yo te fè kay Papa Li tounen yon kachèt vòlè; lè sa a Li te di yo ke kay pa yo a “te kite pou yo dezole.”</w:t>
      </w:r>
    </w:p>
    <w:p>
      <w:pPr>
        <w:pStyle w:val="ArticleScripture"/>
        <w:jc w:val="left"/>
      </w:pPr>
      <w:r>
        <w:rPr>
          <w:rFonts w:ascii="Times New Roman" w:hAnsi="Times New Roman" w:eastAsia="Times New Roman" w:cs="Times New Roman"/>
        </w:rPr>
        <w:t>Pandanstan, adoratè ki soti nan tout nasyon t ap chèche tanp ki te konsakre pou adorasyon Bondye a. Li t ap briye ak lò ak pyè presye; se te yon vizyon bote ak grandè. Men, Jewova pa t la ankò nan palè bèlte sa a. Izrayèl, kòm yon nasyon, te divòse tèt li ak Bondye. Lè Kris, toupre fen ministè Li sou tè a, te gade anndan tanp lan pou dènye fwa, Li te di: “Men, kay nou an kite pou nou, li vin tounen yon dezè.” Matye 23:38. Jiska lè sa a, Li te rele tanp lan kay Papa Li; men lè Pitit Bondye a te soti kite mi sa yo, prezans Bondye te retire pou tout tan nan tanp ki te bati pou glwa Li.” Travay Apot yo, 145.</w:t>
      </w:r>
    </w:p>
    <w:p>
      <w:pPr>
        <w:pStyle w:val="ArticleBody"/>
        <w:jc w:val="left"/>
      </w:pPr>
      <w:r>
        <w:rPr>
          <w:rFonts w:ascii="Times New Roman" w:hAnsi="Times New Roman" w:eastAsia="Times New Roman" w:cs="Times New Roman"/>
        </w:rPr>
        <w:t>Tanp li te netwaye nan kòmansman an te yon tanp diferan de sa li te netwaye nan fen an. Premye tanp la te kay Papa li, men dezyèm tanp la te kay Jwif yo. Seyè a te antre nan alyans ak Advantis la nan kòmansman an, epi Advantis yo te vin prèt nan tanp li. Nan fen Advantis la, yo pa dwe prèt ankò, epi kay yo pral rete dezole.</w:t>
      </w:r>
    </w:p>
    <w:p>
      <w:pPr>
        <w:pStyle w:val="ArticleBody"/>
        <w:jc w:val="left"/>
      </w:pPr>
      <w:r>
        <w:rPr>
          <w:rFonts w:ascii="Times New Roman" w:hAnsi="Times New Roman" w:eastAsia="Times New Roman" w:cs="Times New Roman"/>
        </w:rPr>
        <w:t>Dezyèm zanj lan reprezante de mesaj. Sa se youn nan rezon ki fè mesaj la prezante kòm Babilòn k ap tonbe de fwa. Sa pa rezon prensipal ki fè anons sou tonbe Babilòn nan repete de fwa, men se youn nan rezon yo. Kijan li fè de mesaj?</w:t>
      </w:r>
    </w:p>
    <w:p>
      <w:pPr>
        <w:pStyle w:val="ArticleBody"/>
        <w:jc w:val="left"/>
      </w:pPr>
      <w:r>
        <w:rPr>
          <w:rFonts w:ascii="Times New Roman" w:hAnsi="Times New Roman" w:eastAsia="Times New Roman" w:cs="Times New Roman"/>
        </w:rPr>
        <w:t>Dezyèm zanj lan te vini kòm repons a rejè mesaj premye zanj lan. Lè prediksyon ki te echwe a, ki te idantifye ane 1843 kòm fen pwofesi 2300 ane a, legliz Pwotestan yo te sèvi ak mesaj ki te erè a pou rejte mesaj Miller la. Mesaj Miller la se te mesaj premye zanj lan. Lè yo te rejte l, legliz Pwotestan yo, ki te legliz Bondye nan dezè a pandan plis pase 1260 ane, yo menm tou yo te rejte, epi yo te vin yon pitit fi Babilòn. Se lè sa a dezyèm zanj lan te vini avèk mesaj pa li a.</w:t>
      </w:r>
    </w:p>
    <w:p>
      <w:pPr>
        <w:pStyle w:val="ArticleBody"/>
        <w:jc w:val="left"/>
      </w:pPr>
      <w:r>
        <w:rPr>
          <w:rFonts w:ascii="Times New Roman" w:hAnsi="Times New Roman" w:eastAsia="Times New Roman" w:cs="Times New Roman"/>
        </w:rPr>
        <w:t>Gen kèk pwen ki trè enpòtan ki antre nan divès eleman istwa sa a n ap konsidere a. Gen omwen yon pwen ki dwe devlope dousman, paske li kontribye avèk sètitid nan konpreyansyon mesaj Revelasyon Jezikri a k ap ouvri sele l kounye a. Se poutèt sa, m ap mete yon pasaj ki trè enpòtan sou istwa sa a. Se de chapit m ap lonje dwèt sou yo, men gen tou yon twazyèm chapit enpòtan ant de chapit sa yo. Mwen pa mete li kounye a, pou m limite dimansyon konsiderasyon nou an.</w:t>
      </w:r>
    </w:p>
    <w:p>
      <w:pPr>
        <w:pStyle w:val="ArticleBody"/>
        <w:jc w:val="left"/>
      </w:pPr>
      <w:r>
        <w:rPr>
          <w:rFonts w:ascii="Times New Roman" w:hAnsi="Times New Roman" w:eastAsia="Times New Roman" w:cs="Times New Roman"/>
        </w:rPr>
        <w:t>Pandan w ap li, remake ki zanj yo ap pale avè l la; chèche wè pwosesis tès pwogresif la; remake nan premye paragraf la ke karakteristik pwofetik zanj Revelasyon dizwit la se tou karakteristik premye zanj lan. Remake ke kloure youn nan mesaj yo sou kwa se kloure Kris la sou kwa, epi remake ke twa zanj yo tout prezante kòm yon sèl zanj chak, men mesaj Rèl Minwi a se yon foul zanj.</w:t>
      </w:r>
    </w:p>
    <w:p>
      <w:pPr>
        <w:pStyle w:val="ArticleScripture"/>
        <w:jc w:val="left"/>
      </w:pPr>
      <w:r>
        <w:rPr>
          <w:rFonts w:ascii="Times New Roman" w:hAnsi="Times New Roman" w:eastAsia="Times New Roman" w:cs="Times New Roman"/>
        </w:rPr>
        <w:t>“Mwen te wè enterè tout syèl la te pran nan travay ki t ap fèt sou tè a. Jezi te bay yon zanj fò e pisan misyon pou l desann avèti moun ki rete sou tè a pou yo pare tèt yo pou dezyèm aparisyon li. Mwen te wè zanj pisan an kite prezans Jezi nan syèl la. Devan li t ap mache yon limyè ki te ekstrèmman klere e plen laglwa. Yo te di m misyon li se te klere tè a avèk laglwa li, epi avèti lèzòm konsènan kòlè Bondye k ap vini an. Yon foul moun te resevwa limyè a. Kèk te sanble yo trè serye, tandiske lòt yo te plen lajwa e yo te ravye. Limyè a te gaye sou tout moun, men kèk te sèlman vin anba enfliyans limyè a, epi yo pa t resevwa li ak tout kè yo. Men tout moun ki te resevwa li te leve figi yo anlè vè syèl la, epi yo te bay Bondye laglwa. Anpil te ranpli ak gwo kòlè. Pastè yo ak pèp la te mete tèt yo ansanm ak mechan yo, epi yo te kanpe fèm pou reziste limyè zanj pisan an t ap gaye a. Men tout moun ki te resevwa li te retire kò yo nan mond lan, epi yo te ini youn ak lòt byen sere.”</w:t>
      </w:r>
    </w:p>
    <w:p>
      <w:pPr>
        <w:pStyle w:val="ArticleScripture"/>
        <w:jc w:val="left"/>
      </w:pPr>
      <w:r>
        <w:rPr>
          <w:rFonts w:ascii="Times New Roman" w:hAnsi="Times New Roman" w:eastAsia="Times New Roman" w:cs="Times New Roman"/>
        </w:rPr>
        <w:t>“Satan ak zanj li yo t ap okipe tèt yo anpil pou chèche atire lespri tout moun yo te kapab pou retire yo anba limyè a. Gwoup ki te rejte li a te rete nan fènwa. Mwen te wè zanj lan ap veye avèk enterè ki pi pwofon sou pèp Bondye a ki te fè pwofesyon, pou anrejistre karaktè yo te devlope a, pandan mesaj ki soti nan syèl la t ap prezante devan yo. Epi, lè anpil anpil nan moun ki te fè pwofesyon renmen Jezi yo te vire do bay mesaj ki soti nan syèl la avèk mepri, rizib ak rayisman, yon zanj ki te gen yon woulo papye nan men li te fè dosye wont sa a. Tout syèl la te plen ak endiyasyon, paske Jezi te sibi mepri nan men disip li yo ki te fè pwofesyon suiv li.”</w:t>
      </w:r>
    </w:p>
    <w:p>
      <w:pPr>
        <w:pStyle w:val="ArticleScripture"/>
        <w:jc w:val="left"/>
      </w:pPr>
      <w:r>
        <w:rPr>
          <w:rFonts w:ascii="Times New Roman" w:hAnsi="Times New Roman" w:eastAsia="Times New Roman" w:cs="Times New Roman"/>
        </w:rPr>
        <w:t>“Mwen te wè desepsyon moun ki t ap mete konfyans yo. Yo pa t wè Seyè yo a nan tan yo te espere a. Se te volonte Bondye pou l kache lavni an, epi mennen pèp li a rive nan yon pwen desizyon. San pwen tan sa a, travay Bondye te gen entansyon fè a pa t ap akonpli. Satan t ap mennen lespri anpil moun byen lwen devan nan lavni. Yon peryòd tan ki te pwoklame pou aparisyon Kris la te dwe mennen lespri a chèche avèk tout seryezite yon preparasyon pou tan prezan an. Lè tan an te pase, sila yo ki pa t resevwa limyè zanj lan nèt ale, te ini ak sila yo ki te meprize mesaj ki soti nan syèl la, epi yo te vire sou moun ki te desi yo ak rizib. Mwen te wè zanj yo nan syèl la ap konsilte avèk Jezi. Yo te remake sitiyasyon sila yo ki t ap fè pwofesyon suiv Kris la. Pase tan defini a te teste yo, li te pwouve sa yo te ye, e anpil anpil te peze nan balans lan epi yo te jwenn yo manke. Yo tout te byen fò fè pwofesyon yo se kretyen, men yo te manke suiv Kris la prèske nan tout aspè. Satan te rejwi anpil devan eta sila yo ki t ap fè pwofesyon suiv Kris la. Li te kenbe yo nan pyèj li. Li te mennen majorite a kite chemen dwat la, epi yo t ap eseye monte nan syèl la pa yon lòt chemen. Zanj yo te wè moun ki pi, ki pwòp, ak ki sen yo, tout melanje ansanm ak pechè yo nan Siyon, ansanm ak ipokrit ki renmen lemonn. Yo te veye sou vrè moun ki renmen Jezi yo; men moun ki te fin pouri yo t ap gen move enfliyans sou moun ki sen yo.”</w:t>
      </w:r>
    </w:p>
    <w:p>
      <w:pPr>
        <w:pStyle w:val="ArticleScripture"/>
        <w:jc w:val="left"/>
      </w:pPr>
      <w:r>
        <w:rPr>
          <w:rFonts w:ascii="Times New Roman" w:hAnsi="Times New Roman" w:eastAsia="Times New Roman" w:cs="Times New Roman"/>
        </w:rPr>
        <w:t>“Moun sa yo ki te gen kè yo t ap boule ak yon anvi, yon dezi entans pou wè Jezi, te jwenn entèdiksyon nan men frè yo ki te fè pwofesyon lafwa pou yo pa pale de vini li. Zanj yo te gade tout sèn nan, epi yo te gen senpati pou rès la, ki te renmen aparisyon Jezi. Yo te bay yon lòt zanj pisan misyon pou l desann sou tè a. Jezi te mete nan men li yon ekriti, epi lè li te rive sou tè a, li te rele byen fò: Babilòn tonbe! tonbe! Lè sa a, mwen te wè moun ki te desi yo gade ankò ak kè kontan, epi leve je yo anlè nan syèl la, pandan yo t ap gade avèk lafwa ak espwa aparisyon Seyè yo. Men, anpil te sanble rete nan yon eta sòt, tankou si yo t ap dòmi; poutan mwen te ka wè mak yon gwo lapenn sou figi yo. Moun ki te desi yo te wè nan Bib la ke yo te nan tan reta a, e ke yo te dwe tann avèk pasyans akonplisman vizyon an. Menm prèv ki te fè yo tann Seyè yo an 1843 la, te fè yo atann li an 1844. Mwen te wè ke majorite a pa t posede enèji sa a ki te make lafwa yo an 1843. Desepsyon yo a te afebli lafwa yo. Men, lè moun ki te desi yo te ini nan kri dezyèm zanj lan, lame syèl la te gade avèk enterè ki pi pwofon, epi yo te remake efè mesaj la. Yo te wè moun ki te pote non kretyen yo vire avèk rizib ak mepri sou moun ki te desi yo. Pandan pawòl sa yo t ap soti nan bouch moun k ap moke a: Nou poko monte toujou! yon zanj te ekri yo. Zanj lan te di: Yo ap pase Bondye nan betiz.”</w:t>
      </w:r>
    </w:p>
    <w:p>
      <w:pPr>
        <w:pStyle w:val="ArticleScripture"/>
        <w:jc w:val="left"/>
      </w:pPr>
      <w:r>
        <w:rPr>
          <w:rFonts w:ascii="Times New Roman" w:hAnsi="Times New Roman" w:eastAsia="Times New Roman" w:cs="Times New Roman"/>
        </w:rPr>
        <w:t>“M te mennen tounen sou tradiksyon Eli a. Manto li a te tonbe sou Elize, epi timoun mechan yo (oswa jèn moun yo) te swiv li, yo t ap pase l nan betiz, yo t ap rele: Monte, tèt chòv! Monte, tèt chòv! Yo te pase Bondye nan betiz, epi yo te resevwa pinisyon yo la menm. Yo te aprann sa nan men paran yo. E moun ki te meprize epi pase nan betiz lide sen yo k ap monte a, yo pral sibi kalamite Bondye yo, epi yo pral rann yo kont ke se pa yon ti bagay pou yo jwe ak li.”</w:t>
      </w:r>
    </w:p>
    <w:p>
      <w:pPr>
        <w:pStyle w:val="ArticleScripture"/>
        <w:jc w:val="left"/>
      </w:pPr>
      <w:r>
        <w:rPr>
          <w:rFonts w:ascii="Times New Roman" w:hAnsi="Times New Roman" w:eastAsia="Times New Roman" w:cs="Times New Roman"/>
        </w:rPr>
        <w:t>“Jezi te bay lòt zanj misyon pou yo vole byen vit afin yo ravive epi fòtifye lafwa pèp li a ki t ap febli, epi pou yo prepare yo pou yo konprann mesaj dezyèm zanj lan, ansanm ak mouvman enpòtan ki t apral fèt byento nan syèl la. Mwen te wè zanj sa yo resevwa gwo pouvwa ak limyè nan men Jezi, epi vole byen vit desann sou tè a pou akonpli misyon yo, pou ede dezyèm zanj lan nan travay li. Yon gwo limyè te klere sou pèp Bondye a pandan zanj yo t ap rele: Men Veteren an ap vini, soti al rankontre li. Lè sa a, mwen te wè sila yo ki te desi yo leve, epi ann amoni ak dezyèm zanj lan, pwoklame: Men Veteren an ap vini, soti al rankontre li. Limyè ki soti nan zanj yo te pèse fènwa a toupatou. Satan ak zanj pa l yo te chèche anpeche limyè sa a gaye epi pwodui efè yo te gen entansyon pou li pwodui a. Yo te diskite ak zanj Bondye yo, epi yo te di yo ke Bondye te twonpe pèp la, e ke avèk tout limyè ak pouvwa yo, yo pa t kapab fè pèp la kwè ke Jezi t ap vini. Zanj Bondye yo te kontinye travay yo, byenke Satan t ap fè jefò pou bouche chemen an epi detounen lespri pèp la lwen limyè a. Moun ki te resevwa li yo te parèt trè kontan. Yo te fikse je yo anlè nan syèl la, epi yo te anvi aparisyon Jezi. Kèk ladan yo te nan gwo detrès, yo t ap kriye epi lapriyè. Je yo te sanble fikse sou pwòp tèt yo, e yo pa t oze leve je yo anlè.”</w:t>
      </w:r>
    </w:p>
    <w:p>
      <w:pPr>
        <w:pStyle w:val="ArticleScripture"/>
        <w:jc w:val="left"/>
      </w:pPr>
      <w:r>
        <w:rPr>
          <w:rFonts w:ascii="Times New Roman" w:hAnsi="Times New Roman" w:eastAsia="Times New Roman" w:cs="Times New Roman"/>
        </w:rPr>
        <w:t>“Yon limyè presye ki soti nan syèl la te separe fènwa a ak yo, epi je yo, ki te fikse nan dezespwa sou pwòp tèt yo, te leve anlè, pandan rekonesans ak lajwa sen te parèt sou chak vizaj. Jezi ak tout lame zanj yo te gade ak apwobasyon sou moun fidèl sa yo ki t ap tann yo.”</w:t>
      </w:r>
    </w:p>
    <w:p>
      <w:pPr>
        <w:pStyle w:val="ArticleScripture"/>
        <w:jc w:val="left"/>
      </w:pPr>
      <w:r>
        <w:rPr>
          <w:rFonts w:ascii="Times New Roman" w:hAnsi="Times New Roman" w:eastAsia="Times New Roman" w:cs="Times New Roman"/>
        </w:rPr>
        <w:t>“Moun ki te rejte epi ki te opoze ak limyè mesaj premye zanj lan, te pèdi limyè dezyèm nan, e yo pa t kapab resevwa okenn benefis nan pisans ak laglwa ki te akonpaye mesaj la, Men Veteren maryaj la ap vini. Jezi te vire do bay yo ak yon move gade. Yo te meprize l e yo te rejte l. Moun ki te resevwa mesaj la te anvlope nan yon nwaj laglwa. Yo t ap tann, yo t ap veye, epi yo t ap priye pou yo konnen volonte Bondye. Yo te gen gwo krent pou yo pa ofanse l. Mwen te wè Satan ak zanj li yo ap chèche fèmen limyè diven sa a devan pèp Bondye a; men toutotan sila yo ki t ap tann yo te pran swen limyè a, e yo te kenbe je yo leve soti sou tè a fikse sou Jezi, Satan pa t gen okenn pouvwa pou l ta wete limyè presye sa a nan men yo. Mesaj yo te bay soti nan syèl la te fè Satan ak zanj li yo fache anpil, e moun ki te pretann renmen Jezi, men ki te meprize vini li, te pase moun fidèl sa yo ki te mete konfyans yo nan li nan rizib e yo te moke yo. Men yon zanj te make chak jouman, chak mepri, chak move tretman yo te resevwa nan men frè yo ki te fè profesyon lafwa a. Trè anpil te leve vwa yo pou yo kriye: Men Veteren maryaj la ap vini, epi yo te kite frè yo ki pa t renmen aparisyon Jezi a, e ki pa t vle kite yo rete sou dezyèm vini li a. Mwen te wè Jezi vire figi li lwen moun ki te rejte e ki te meprize vini li a, epi apre sa li te bay zanj yo lòd pou yo mennen pèp li a soti pami moun ki pa pwòp yo, pou yo pa t vin sal. Moun ki te obeyi mesaj yo te parèt apa, lib e ini. Yon limyè sen e ekselan te klere sou yo. Yo te renonse ak lemonn, yo te rache afeksyon yo pou li, e yo te sakrifye enterè tèren yo. Yo te abandone trezò tèren yo, epi gade yo ki te chaje ak kè sote te dirije vè syèl la, pandan yo t ap tann pou yo wè Delivransè byeneme yo a. Yon jwa sakre, yon jwa sen, t ap briye sou figi yo, e sa te fè konnen lapè ak jwa ki t ap gouvène anndan yo. Jezi te bay zanj li yo lòd pou yo ale e pou yo fòtifye yo, paske lè eprèv yo a t ap pwoche. Mwen te wè moun sa yo ki t ap tann yo pa t ankò sibi eprèv jan yo dwe sibi li. Yo pa t delivre anba erè. E mwen te wè mizèrikòd ak bonte Bondye nan voye yon avètisman bay moun ki sou tè a, ansanm ak mesaj repete pou mennen yo rive nan yon pwen tan, pou gide yo nan yon egzamen serye sou tèt yo, pou yo te ka debarase yo de erè ki te pase ba yo depi nan men payen ak papis yo. Se atravè mesaj sa yo Bondye ap fè pèp li a soti kote li ka aji pou yo avèk plis pisans, epi kote yo ka kenbe tout kòmandman li yo....”</w:t>
      </w:r>
    </w:p>
    <w:p>
      <w:pPr>
        <w:pStyle w:val="ArticleScripture"/>
        <w:jc w:val="left"/>
      </w:pPr>
      <w:r>
        <w:rPr>
          <w:rFonts w:ascii="Times New Roman" w:hAnsi="Times New Roman" w:eastAsia="Times New Roman" w:cs="Times New Roman"/>
        </w:rPr>
        <w:t>“Pandan ministè Jezi a t ap fini nan Kote Sen an, epi li te pase antre nan Kote ki Pi Sen an, e li te kanpe devan lach ki te gen lalwa Bondye a, li voye yon lòt zanj pisan sou latè ak twazyèm mesaj la. Li mete yon woulo nan men zanj lan, epi pandan li t ap desann sou latè avèk majeste ak pouvwa, li pwoklame yon avètisman terib, menas ki pi redoutab yo te janm pote bay lèzòm. Mesaj sa a te fèt pou mete pitit Bondye yo sou gad yo, epi pou montre yo lè tantasyon ak tribilasyon ki te devan yo a. Zanj lan di: Y ap mennen yo nan yon konba sere ak bèt la ak imaj li a. Sèl espwa yo pou lavi etènèl se rete fèm. Menm si lavi yo an danje, yo dwe kenbe laverite byen fèm. Twazyèm zanj lan fèmen mesaj li avèk pawòl sa yo: Men pasyans sen yo; men sila yo ki kenbe kòmandman Bondye yo ak lafwa Jezi. Pandan li t ap repete pawòl sa yo, li te lonje dwèt sou Tanp ki nan syèl la. Lespri tout moun ki asepte mesaj sa a yo dirije sou Kote ki Pi Sen an kote Jezi kanpe devan lach la, ap fè dènye entèsesyon li pou tout sila yo pou ki mizèrikòd la toujou retade, e pou sila yo ki, san yo pa t konnen, te vyole lalwa Bondye a. Ekspyasyon sa a fèt pou moun ki mouri nan jistis yo menm jan tou pou moun vivan ki jis yo. Jezi fè yon ekspyasyon pou sila yo ki te mouri san yo pa t resevwa limyè sou kòmandman Bondye yo, ki te peche san yo pa t konnen.”</w:t>
      </w:r>
    </w:p>
    <w:p>
      <w:pPr>
        <w:pStyle w:val="ArticleScripture"/>
        <w:jc w:val="left"/>
      </w:pPr>
      <w:r>
        <w:rPr>
          <w:rFonts w:ascii="Times New Roman" w:hAnsi="Times New Roman" w:eastAsia="Times New Roman" w:cs="Times New Roman"/>
        </w:rPr>
        <w:t>“Apre Jezi te louvri pòt Kote ki Pi Sen an, limyè Saba a te vin parèt, epi pèp Bondye a te dwe sibi eprèv epi pwouve, menm jan Bondye te pwouve pitit Izrayèl yo nan tan lontan, pou wè si yo t ap kenbe lwa li. Mwen te wè twazyèm zanj lan ap montre anlè, ap fè moun ki te wont yo wè chemen pou antre nan Kote ki Pi Sen an nan Tanp ki nan syèl la. Yo te swiv Jezi pa lafwa antre nan Kote ki Pi Sen an. Ankò yo jwenn Jezi, epi lajwa ak espwa boujonnen ankò. Mwen te wè yo ap gade dèyè, ap revize tan pase a, depi nan pwoklamasyon dezyèm vini Jezi a, atravè tout chemen yo jouk rive nan tan an ki te pase an 1844. Yo wè eksplikasyon desepsyon yo, epi lajwa ak asirans vin anime yo ankò. Twazyèm zanj lan te klere tan pase a, prezan an ak lavni an, epi yo konnen Bondye vrèman te dirije yo pa pwovidans mistik li.”</w:t>
      </w:r>
    </w:p>
    <w:p>
      <w:pPr>
        <w:pStyle w:val="ArticleScripture"/>
        <w:jc w:val="left"/>
      </w:pPr>
      <w:r>
        <w:rPr>
          <w:rFonts w:ascii="Times New Roman" w:hAnsi="Times New Roman" w:eastAsia="Times New Roman" w:cs="Times New Roman"/>
        </w:rPr>
        <w:t>“M te reprezante m ke rès la te suiv Jezi antre nan Kote ki Trè Sen an, epi yo te gade lach la ak twòn gras la, epi yo te sezi devan glwa yo. Jezi leve kouvèti lach la, epi gade! tab wòch yo, avèk dis kòmandman yo ekri sou yo. Yo suiv pawòl vivan sa yo; men yo fè bak avèk tranbleman lè yo wè katriyèm kòmandman an vivan nan mitan dis prensip sen yo, pandan yon limyè ki pi klere ap briye sou li pase sou nèf lòt yo, epi yon oreyòl glwa antoure li toutotou. Yo pa jwenn anyen la ki fè yo konnen Saba a te aboli, oswa chanje pou premye jou semèn nan. Li li menm jan ak lè li te pwononse nan bouch Bondye avèk grandè solanèl ak terib sou mòn lan, pandan zèklè yo t ap klere e loraj yo t ap woule, epi lè li te ekri avèk pwòp dwèt sen li sou tab wòch yo. Pandan sis jou w’a travay epi w’a fè tout travay ou; men setyèm jou a se Saba Senyè a, Bondye ou la. Yo sezi lè yo wè swen yo te pran pou dis kòmandman yo. Yo wè yo plase toupre Jewova, anba lonbraj li epi pwoteje pa sentete li. Yo wè yo te pe pilonnen katriyèm kòmandman dekalòg la anba pye, epi yo te obsève yon jou moun lòt nasyon yo ak papis yo te transmèt, olye de jou Jewova te sanktifye a. Yo imilye tèt yo devan Bondye, epi yo plenn sou transgresyon pase yo.”</w:t>
      </w:r>
    </w:p>
    <w:p>
      <w:pPr>
        <w:pStyle w:val="ArticleScripture"/>
        <w:jc w:val="left"/>
      </w:pPr>
      <w:r>
        <w:rPr>
          <w:rFonts w:ascii="Times New Roman" w:hAnsi="Times New Roman" w:eastAsia="Times New Roman" w:cs="Times New Roman"/>
        </w:rPr>
        <w:t>“Mwen te wè lansan an nan lansye a ap fè lafimen pandan Jezi t ap ofri devan Papa li konfesyon ak lapriyè yo. Epi, pandan li t ap monte, yon limyè klere te poze sou Jezi, epi sou chèz mizèrikòd la; epi moun sensè ki t ap priye yo, ki te boulvèse paske yo te dekouvri yo menm se transgresè lalwa Bondye a, te beni, e figi yo te klere ak espwa ak lajwa. Yo te mete tèt yo nan travay twazyèm zanj lan, yo te leve vwa yo, e yo te pwoklame avètisman solanèl la. Men, okòmansman, se te kèk moun sèlman ki te resevwa mesaj la; poutan yo te kontinye ak enèji pwoklame avètisman an. Apre sa mwen te wè anpil moun anbrase mesaj twazyèm zanj lan, epi mete vwa yo ansanm ak sila yo ki te premye pwoklame avètisman an, e yo te leve Bondye anlè epi yo te mayifye li lè yo te obsève Jou Repo li te sanktifye a.”</w:t>
      </w:r>
    </w:p>
    <w:p>
      <w:pPr>
        <w:pStyle w:val="ArticleScripture"/>
        <w:jc w:val="left"/>
      </w:pPr>
      <w:r>
        <w:rPr>
          <w:rFonts w:ascii="Times New Roman" w:hAnsi="Times New Roman" w:eastAsia="Times New Roman" w:cs="Times New Roman"/>
        </w:rPr>
        <w:t>“Anpil nan moun ki te anbrase twazyèm mesaj la pa t gen eksperyans nan de premye mesaj yo. Satan te konprann sa, e move je li te fikse sou yo pou l te fè yo tonbe; men twazyèm zanj lan t ap montre yo kote ki Trè Sen an, epi moun ki te gen eksperyans nan mesaj ki te vini anvan yo t ap montre yo chemen an pou rive nan Tanp lan ki nan syèl la. Anpil te wè chenn verite a ki pafè nan mesaj zanj yo, e yo te resevwa l ak kè kontan. Yo te anbrase yo nan lòd pa yo, epi yo te swiv Jezi pa lafwa antre nan Tanp lan ki nan syèl la. Mesaj sa yo te reprezante pou mwen kòm yon lank pou kenbe kò a fèm. Epi, lè chak moun resevwa yo epi konprann yo, yo pwoteje kont anpil sediksyon Satan yo.”</w:t>
      </w:r>
    </w:p>
    <w:p>
      <w:pPr>
        <w:pStyle w:val="ArticleScripture"/>
        <w:jc w:val="left"/>
      </w:pPr>
      <w:r>
        <w:rPr>
          <w:rFonts w:ascii="Times New Roman" w:hAnsi="Times New Roman" w:eastAsia="Times New Roman" w:cs="Times New Roman"/>
        </w:rPr>
        <w:t>“Apre gwo desepsyon an nan 1844 la, Satan ak zanj li yo te okipe anpil ap tann pyèj pou boulvèse lafwa kò a. Li t ap enfliyanse lespri kèk moun ki te gen yon eksperyans pèsonèl nan bagay sa yo. Yo te gen yon aparans imilite. Yo te chanje premye ak dezyèm mesaj yo, epi yo te lonje dwèt sou lavni pou akonplisman yo, pandan lòt yo t ap lonje dwèt byen lwen nan tan pase a, yo t ap deklare se la yo te deja akonpli. Moun sa yo t ap detounen lespri moun ki pa t gen eksperyans yo, epi t ap boulvèse lafwa yo. Kèk ladan yo t ap fouye Labib la pou eseye bati yon lafwa pa yo, endepandan de kò a. Satan te rejwi anpil nan tout sa; paske li te konnen ke sila yo ki te lage lank la, li te kapab enfliyanse yo ak divès erè epi pote yo ale ak van doktrin yo. Anpil nan sila yo ki te dirije nan premye ak dezyèm mesaj yo, te nye yo, epi divizyon ak gaye te anvayi tout kò a. Lè sa a, mwen wè Wm. Miller. Li te parèt konfonn, epi li te bese anba lapenn ak detrès poutèt pèp li a. Li te wè gwoup la ki te ini e ki te gen lanmou an 1844 la, ap pèdi lanmou youn pou lòt, epi ap opoze youn ak lòt. Li te wè yo retounen nan yon eta frèt, nan glisad espirityèl. Lapenn t ap fini ak fòs li. Mwen te wè dirijan yo ap veye Wm. Miller, e yo te pè pou li pa ta anbrase mesaj twazyèm zanj lan ak kòmandman Bondye yo. Epi pandan li t ap panche sou limyè ki soti nan syèl la, mesye sa yo t ap fè kèk plan pou detounen lespri li. Mwen te wè yon enfliyans lèzòm ap egzèse pou kenbe lespri li nan fènwa, epi pou konsève enfliyans li pami yo. Finalman Wm. Miller leve vwa li kont limyè ki soti nan syèl la. Li te manke lè li pa t resevwa mesaj ki t ap esplike desepsyon li nèt ale, epi ki t ap voye limyè ak glwa sou tan pase a, ki t ap reviv fòs li ki te fin epuize yo, fè espwa li vin pi klere, epi mennen li glorifye Bondye. Men li te apiye sou sajès lèzòm olye de sajès Bondye; epi kòm li te brize anba travay di nan kòz Mèt li a, ak anba pwa laj, li pa t osi responsab ke sila yo ki te anpeche li rive nan verite a. Se yo ki responsab, epi peche a poze sou yo. Si Wm. Miller te kapab wè limyè twazyèm mesaj la, anpil bagay ki te parèt fènwa ak mistik pou li ta jwenn esplikasyon. Frè li yo te fè pwofesyon yo gen yon lanmou ak yon enterè ki te tèlman pwofon pou li, li te panse li pa t kapab rache kò li nan men yo. Kè li t ap panche sou laverite; men apre sa li te gade frè li yo. Yo te opoze li. Èske li te kapab rache kò li nan men sila yo ki te kanpe bò kote li, zepòl kont zepòl avè l, nan pwoklamasyon vini Jezi a? Li te panse sètènman yo pa t ap mennen li pèdi chemen an.”</w:t>
      </w:r>
    </w:p>
    <w:p>
      <w:pPr>
        <w:pStyle w:val="ArticleScripture"/>
        <w:jc w:val="left"/>
      </w:pPr>
      <w:r>
        <w:rPr>
          <w:rFonts w:ascii="Times New Roman" w:hAnsi="Times New Roman" w:eastAsia="Times New Roman" w:cs="Times New Roman"/>
        </w:rPr>
        <w:t>“Bondye te kite li tonbe anba pouvwa Satan, e lanmò pran dominasyon sou li. Li te kache li nan tonm nan, lwen moun ki te toujou ap rale l lwen Bondye. Moyiz te fè erè menm lè li te prèt pou l antre nan tè pwomiz la. Konsa tou, mwen te wè Wm. Miller te fè erè lè li te prèske antre nan Kanaran selès la, lè li te kite enfliyans li ale kont verite a. Se lòt moun ki te mennen l nan sa. Se yo menm ki dwe rann kont sa. Men zanj yo ap veye sou pousyè presye sèvitè Bondye sa a, epi l ap leve soti vivan nan son dènye twonpèt la.</w:t>
      </w:r>
    </w:p>
    <w:p>
      <w:pPr>
        <w:pStyle w:val="ArticleScripture"/>
        <w:jc w:val="left"/>
      </w:pPr>
      <w:r>
        <w:rPr>
          <w:rFonts w:ascii="Times New Roman" w:hAnsi="Times New Roman" w:eastAsia="Times New Roman" w:cs="Times New Roman"/>
        </w:rPr>
        <w:t>“Mwen te wè yon gwoup ki te kanpe byen pwoteje e fèm, epi yo pa t ap bay okenn apui a moun ki ta vle boulvèse lafwa etabli nan kò a. Bondye te gade sou yo avèk apwobasyon. Yo te montre m twa pa—youn, de ak twa—premye, dezyèm ak twazyèm mesaj zanj yo. Zanj lan di: Malè pou moun ki va deplase yon blòk, oswa brannen yon pikèt, nan mesaj sa yo. Vrè konpreyansyon mesaj sa yo gen yon enpòtans vital. Destine nanm yo pandye sou fason yo resevwa yo. Yo te mennen m ankò desann atravè mesaj sa yo, epi mwen te wè konbyen chè pèp Bondye a te achte eksperyans pa yo. Li te jwenn atravè anpil soufrans ak gwo konfli. Pa pa, Bondye te mennen yo, jiskaske li te mete yo sou yon platfòm solid, ki pa ka brannen. Lè sa a mwen te wè kèk moun, pandan yo t ap pwoche bò platfòm la, anvan yo te monte sou li, yo te egzamine fondasyon an. Kèk, avèk lajwa, te monte sou li touswit. Gen lòt ki te kòmanse jwenn fot nan fason fondasyon platfòm la te poze. Yo te vle fè amelyorasyon, epi lè sa a platfòm la t ap vin pi pafè, e pèp la t ap pi kontan anpil. Kèk te desann sou platfòm la epi yo te egzamine li, apre sa yo te jwenn fot nan li, yo te deklare yo te poze li mal. Mwen te wè ke prèske tout te rete fèm sou platfòm la, epi yo te egzòte lòt moun ki te desann yo pou yo sispann plent yo, paske Bondye te mèt-batisè a, e yo t ap goumen kont li. Yo te rakonte bèl mèvèy travay Bondye a, ki te mennen yo rive sou platfòm fèm nan, epi nan inyon prèske tout te leve je yo anlè nan syèl la, e avèk yon gwo vwa yo te bay Bondye glwa. Sa te touche kèk nan sila yo ki te plenyen epi ki te kite platfòm la, epi ankò, avèk yon gade imil, yo te monte sou li.”</w:t>
      </w:r>
    </w:p>
    <w:p>
      <w:pPr>
        <w:pStyle w:val="ArticleScripture"/>
        <w:jc w:val="left"/>
      </w:pPr>
      <w:r>
        <w:rPr>
          <w:rFonts w:ascii="Times New Roman" w:hAnsi="Times New Roman" w:eastAsia="Times New Roman" w:cs="Times New Roman"/>
        </w:rPr>
        <w:t>“Yo te fè m retounen sou pwoklamasyon premye avènman Kris la. Yo te voye Jan nan lespri ak pouvwa Eli pou prepare chemen pou vini Jezi. Moun ki te rejte temwayaj Jan an pa t jwenn okenn benefis nan ansèyman Jezi yo. Opozisyon yo kont pwoklamasyon premye avènman li a te mete yo nan yon pozisyon kote yo pa t kapab fasilman resevwa prèv ki pi fò yo ke li te Mesi a. Satan te pouse moun ki te rejte mesaj Jan an pou yo ale pi lwen toujou, pou yo rejte Jezi epi kloure l sou kwa. Lè yo te fè sa, yo te mete tèt yo nan yon pozisyon kote yo pa t kapab resevwa benediksyon ki te vini nan jou Pannkòt la, benediksyon ki t ap montre yo chemen pou antre nan Tanp ki nan syèl la. Chire rido tanp lan te montre sakrifis ak òdonans jwif yo pa t ap resevwa ankò. Gran Sakrifis la te fin ofri, epi li te aksepte, e Sentespri a ki te desann nan jou Pannkòt la te pote lespri disip yo soti nan Tanp sou tè a pou mennen yo nan Tanp ki nan syèl la, kote Jezi te antre ak pwòp san pa li, epi li te vide sou disip li yo benefis ekspyasyon li a. Jwif yo te rete nan twonpri nèt ale ak nan fènwa total. Yo te pèdi tout limyè yo ta ka genyen sou plan sali a, e yo te kontinye mete konfyans yo nan sakrifis ak ofrann initil yo yo. Tanp ki nan syèl la te pran plas tanp ki sou tè a, men yo pa t gen okenn konesans sou chemen ki mennen nan syèl la.</w:t>
      </w:r>
    </w:p>
    <w:p>
      <w:pPr>
        <w:pStyle w:val="ArticleScripture"/>
        <w:jc w:val="left"/>
      </w:pPr>
      <w:r>
        <w:rPr>
          <w:rFonts w:ascii="Times New Roman" w:hAnsi="Times New Roman" w:eastAsia="Times New Roman" w:cs="Times New Roman"/>
        </w:rPr>
        <w:t>“Anpil moun gade avèk laterè sou chemen Jwif yo te suiv anvè Jezi lè yo te rejte l epi kloure l sou kwa. Epi pandan y ap li istwa move tretman wontan yo te fè l la, yo panse yo renmen Kris, e yo pa t ap nye l tankou Pyè, ni kloure l sou kwa tankou Jwif yo. Men Bondye, ki te temwen senpati yo te deklare pou Pitit li a, te mete yo anba eprèv, e li te soumèt a tès lanmou sa a yo te deklare yo genyen pou Jezi.”</w:t>
      </w:r>
    </w:p>
    <w:p>
      <w:pPr>
        <w:pStyle w:val="ArticleScripture"/>
        <w:jc w:val="left"/>
      </w:pPr>
      <w:r>
        <w:rPr>
          <w:rFonts w:ascii="Times New Roman" w:hAnsi="Times New Roman" w:eastAsia="Times New Roman" w:cs="Times New Roman"/>
        </w:rPr>
        <w:t>“Tout syèl la t ap gade avèk enterè ki pi pwofon kijan yo te resevwa mesaj la. Men anpil nan moun ki deklare yo renmen Jezi, e ki vide dlo nan je lè yo li istwa kwa a, olye pou yo resevwa mesaj la avèk lajwa, yo leve ak kòlè, yo meprize bon nouvèl sou vini Jezi a, epi yo deklare se yon twonpri. Yo pa t vle gen kominyon ak moun ki te renmen aparisyon li, men yo te rayi yo, epi yo te mete yo deyò nan legliz yo. Moun ki te rejte premye mesaj la pa t kapab resevwa okenn benefis nan dezyèm nan, e yo pa t resevwa okenn benefis nan rèl minwi a, ki te dwe prepare yo pou yo antre avèk Jezi, pa lafwa, nan kote ki Trè Sen an nan Tanp Sen ki nan syèl la. Epi, lè yo te rejte de premye mesaj sa yo, yo pa kapab wè okenn limyè nan mesaj twazyèm zanj lan, ki montre chemen pou antre nan kote ki Trè Sen an. Mwen te wè legliz nominal yo, menm jan Jwif yo te kloure Jezi sou kwa a, yo menm tou yo te kloure mesaj sa yo sou kwa a; se poutèt sa yo pa gen okenn konesans sou mouvman ki fèt nan syèl la, ni sou chemen pou antre nan kote ki Trè Sen an, epi yo pa kapab resevwa okenn benefis nan entèsesyon Jezi ap fè la. Menm jan ak Jwif yo, ki te ofri sakrifis initil yo, se konsa yo menm yo monte lapriyè initil yo bay apatman Jezi te kite a; epi Satan, ki pran plezi nan twonpri sa a ki kenbe swadizan disip Kris yo, mare yo pi sere nan pyèj li, li pran yon aparans relijye, li detounen lespri swadizan kretyen sa yo vin jwenn li, epi li aji avèk pisans li, avèk siy li yo ak mèvèy mansonjè li yo. Gen kèk li twonpe yon fason, e gen lòt li twonpe yon lòt fason. Li gen diferan twonpri pare pou aji sou diferan lespri. Gen moun ki gade yon twonpri avèk laterè, pandan yo resevwa yon lòt avèk fasilite. Satan twonpe kèk moun avèk Espirityalis. Li vini tou tankou yon zanj limyè, epi li gaye enfliyans li sou tout peyi a. Mwen te wè fo refòm toupatou. Legliz yo te gonfle ak satisfaksyon, e yo te konsidere ke Bondye t ap fè mèvèy pou yo, alòske se te yon lòt lespri. Sa pral disparèt, epi sa pral kite mond lan ak legliz la nan yon eta ki pi mal pase anvan.”</w:t>
      </w:r>
    </w:p>
    <w:p>
      <w:pPr>
        <w:pStyle w:val="ArticleScripture"/>
        <w:jc w:val="left"/>
      </w:pPr>
      <w:r>
        <w:rPr>
          <w:rFonts w:ascii="Times New Roman" w:hAnsi="Times New Roman" w:eastAsia="Times New Roman" w:cs="Times New Roman"/>
        </w:rPr>
        <w:t>“Mwen te wè ke Bondye te gen timoun sensè pami Advantis yo ki sèlman nan non, ak nan legliz ki tonbe yo; e minis ansanm ak pèp la pral toujou rele soti nan legliz sa yo anvan kalamite yo vide, e yo pral anbrase verite a avèk kè kontan. Satan konnen sa, e anvan gwo rèl twazyèm zanj lan, li leve yon eksitasyon nan gwoup relijye sa yo, pou moun ki te rejte verite a kapab panse ke Bondye avèk yo. Li espere twonpe moun sensè yo, epi mennen yo pou yo panse ke Bondye toujou ap travay pou legliz yo. Men limyè a pral klere, epi chak moun sensè pral kite legliz ki tonbe yo, epi pran pozisyon yo ansanm ak rès la.” Spiritual Gifts, volume 1, 151–172.</w:t>
      </w:r>
    </w:p>
    <w:p>
      <w:pPr>
        <w:pStyle w:val="ArticleBody"/>
        <w:jc w:val="left"/>
      </w:pPr>
      <w:r>
        <w:rPr>
          <w:rFonts w:ascii="Times New Roman" w:hAnsi="Times New Roman" w:eastAsia="Times New Roman" w:cs="Times New Roman"/>
        </w:rPr>
        <w:t>Pasaj sa a genyen anpil verite enpòtan, men m ap sèvi ak pasaj la pou izole kèk karakteristik nan mesaj istwa Millerit la, afin de konprann kijan sa yo prefigure istwa pa nou an. Tout twa zanj ki nan Revelasyon katòz yo gen yon mesaj nan men yo. Yo idantifye dezyèm ak twazyèm zanj lan kòm zanj ki gen yon “pachmen” avèk yo pandan y ap desann ak mesaj yo a. Chak zanj reprezante yon mesaj, e rive chak mesaj pwodui yon efè.</w:t>
      </w:r>
    </w:p>
    <w:p>
      <w:pPr>
        <w:pStyle w:val="ArticleBody"/>
        <w:jc w:val="left"/>
      </w:pPr>
      <w:r>
        <w:rPr>
          <w:rFonts w:ascii="Times New Roman" w:hAnsi="Times New Roman" w:eastAsia="Times New Roman" w:cs="Times New Roman"/>
        </w:rPr>
        <w:t>N ap kontinye sijè sa a nan atik ki vin apre 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Avètisman Paralèl — Nimewo De</dc:title>
  <dc:subject>Dechifre Tapisri Pwofetik la: Entèprete Mesaj Revelasyon 14 yo nan Istwa Milerit la ak Jodi a</dc:subject>
  <dc:creator>Jeff Pippenger</dc:creator>
  <cp:keywords/>
  <dc:description>Generated by ArticleDigger from parallel_warnings\02_parallel_warnings.json</dc:description>
  <cp:lastModifiedBy>ArticleDigger</cp:lastModifiedBy>
  <cp:revision>1</cp:revision>
  <dcterms:created xsi:type="dcterms:W3CDTF">2000-01-01T00:00:00Z</dcterms:created>
  <dcterms:modified xsi:type="dcterms:W3CDTF">2000-01-01T00:00:00Z</dcterms:modified>
  <cp:category>parallel_warnings</cp:category>
  <cp:lastPrinted>2000-01-01T00:00:00Z</cp:lastPrinted>
</cp:coreProperties>
</file>