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Jezikri a — Nimewo Youn</w:t>
      </w:r>
    </w:p>
    <w:p>
      <w:pPr>
        <w:pStyle w:val="ArticleSubtitle"/>
        <w:jc w:val="left"/>
      </w:pPr>
      <w:r>
        <w:rPr>
          <w:rFonts w:ascii="Arial" w:hAnsi="Arial" w:eastAsia="Arial" w:cs="Arial"/>
        </w:rPr>
        <w:t>Grenn revelasyon yo: Dekouvri tapisri pwofetik la depi nan parabòl yo rive jouk nan dènye avètisman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Etazini idantifye klèman nan Bib la. Gen plizyè pasaj biblik ki idantifye Etazini an patikilyèman nan fen mond lan. Nan Revelasyon chapit trèz, Etazini se dezyèm bèt la, oswa bèt ki gen de kòn nan, ki monte soti nan tè a epi ki entèdi lemonn antye achte oswa vann—sof si yo gen mak bèt la.</w:t>
      </w:r>
    </w:p>
    <w:p>
      <w:pPr>
        <w:pStyle w:val="ArticleScripture"/>
        <w:jc w:val="left"/>
      </w:pPr>
      <w:r>
        <w:rPr>
          <w:rFonts w:ascii="Times New Roman" w:hAnsi="Times New Roman" w:eastAsia="Times New Roman" w:cs="Times New Roman"/>
        </w:rPr>
        <w:t>Epi mwen wè yon lòt bèt k ap monte soti nan tè a; li te gen de kòn tankou yon ti mouton, epi li t ap pale tankou yon dragon. Li egzèse tout pouvwa premye bèt la devan li, epi li fè tè a ansanm ak moun k ap viv ladan l yo adore premye bèt la, bèt ki te gen blesi mòtèl li a geri. Li fè gwo mèvèy, konsa li fè dife desann soti nan syèl la sou tè a devan je lèzòm. Epi li twonpe moun k ap viv sou tè a pa mwayen mèvèy sa yo li te gen pouvwa fè devan bèt la; li di moun k ap viv sou tè a pou yo fè yon imaj pou bèt la, bèt ki te resevwa blesi nepe a, epi ki te ret vivan. Epi li te gen pouvwa pou l bay imaj bèt la souf lavi, pou imaj bèt la ta pale tou, epi pou l fè touye tout moun ki pa t vle adore imaj bèt la. Epi li fè tout moun, piti kou gran, rich kou pòv, moun lib kou esklav, resevwa yon mak sou men dwat yo, oswa sou fwon yo; epi pou pèsonn pa ka achte ni vann, eksepte sila ki gen mak la, oswa non bèt la, oswa nimewo non li.</w:t>
      </w:r>
    </w:p>
    <w:p>
      <w:pPr>
        <w:pStyle w:val="ArticleScripture"/>
        <w:jc w:val="left"/>
      </w:pPr>
      <w:r>
        <w:rPr>
          <w:rFonts w:ascii="Times New Roman" w:hAnsi="Times New Roman" w:eastAsia="Times New Roman" w:cs="Times New Roman"/>
        </w:rPr>
        <w:t>Men sajès la. Ke sila a ki gen konprann konte nimewo bèt la; paske se nimewo yon moun li ye; e nimewo li se sis san swasant sis. Revelasyon 13:11–18.</w:t>
      </w:r>
    </w:p>
    <w:p>
      <w:pPr>
        <w:pStyle w:val="ArticleBody"/>
        <w:jc w:val="left"/>
      </w:pPr>
      <w:r>
        <w:rPr>
          <w:rFonts w:ascii="Times New Roman" w:hAnsi="Times New Roman" w:eastAsia="Times New Roman" w:cs="Times New Roman"/>
        </w:rPr>
        <w:t>Gen sèt karakteristik pwofetik prensipal nan pasaj sa a ki asosye ak bèt latè ki gen de kòn nan. Li egzèse pouvwa bèt ki te vini anvan li a; li fè tout moun sou latè adore bèt ki te vini anvan li a; li fè gwo mèvèy tout moun wè; li twonpe lemonn antye epi li bay lemonn lòd pou fè yon imaj bèt ki te vini anvan li a; li bay imaj bèt la lavi epi imaj la pale; li fòse lemonn antye, anba pinisyon lanmò, pou adore imaj bèt la; epi li fòse lemonn antye resevwa mak la swa sou fwon yo oswa sou men yo, epi li entèdi achte ak vann pou moun ki pa gen mak la, non an oswa nimewo bèt la.</w:t>
      </w:r>
    </w:p>
    <w:p>
      <w:pPr>
        <w:pStyle w:val="ArticleBody"/>
        <w:jc w:val="left"/>
      </w:pPr>
      <w:r>
        <w:rPr>
          <w:rFonts w:ascii="Times New Roman" w:hAnsi="Times New Roman" w:eastAsia="Times New Roman" w:cs="Times New Roman"/>
        </w:rPr>
        <w:t>Travay twonpri bèt ki monte “soti nan tè a” nan vèsè onz la akonpli a tèlman twonpe e pwisan, li “twonpe moun ki rete sou tè a.” Tout lemonn pral twonpe pa Etazini. Sa vle di, eksepte legliz Bondye a—tout lemonn gen pou yo twonpe pou yo aksepte mak antikris la. Evènman pwofetik ki vini anvan twonpri sa a sou tout lemonn deja an kou.</w:t>
      </w:r>
    </w:p>
    <w:p>
      <w:pPr>
        <w:pStyle w:val="ArticleBody"/>
        <w:jc w:val="left"/>
      </w:pPr>
      <w:r>
        <w:rPr>
          <w:rFonts w:ascii="Times New Roman" w:hAnsi="Times New Roman" w:eastAsia="Times New Roman" w:cs="Times New Roman"/>
        </w:rPr>
        <w:t>Gen istwa nan Bib la pifò moun konnen, menm si se sèlman sou yon nivo sipèfisyèl. Pifò moun deja tande pale de konfwontasyon ki te genyen ant Moyiz ak Farawon, Danyèl ak Nebikadneza, oswa Jezi ak Pilat. Moun konnen istwa biblik sa yo nan divès nivo konpreyansyon, men yo pa nesesèman rekonèt ke pwofesi biblik idantifye dirèkteman ak trè presizeman wa ak wayòm yo. Sa te vrèman konsa nan ka Moyiz, Danyèl ak Kris la. Lejip, Babilòn ak Wòm te tout idantifye espesyalman nan pwofesi biblik davans, anvan istwa a kote yo te akonpli prediksyon ki te konsène wayòm pa yo chak. Bondye pa janm chanje.</w:t>
      </w:r>
    </w:p>
    <w:p>
      <w:pPr>
        <w:pStyle w:val="ArticleScripture"/>
        <w:jc w:val="left"/>
      </w:pPr>
      <w:r>
        <w:rPr>
          <w:rFonts w:ascii="Times New Roman" w:hAnsi="Times New Roman" w:eastAsia="Times New Roman" w:cs="Times New Roman"/>
        </w:rPr>
        <w:t>Paske mwen menm, mwen se SENYÈ a, mwen pa chanje; se poutèt sa nou menm, pitit Jakòb yo, nou pa disparèt nèt. Malachi 3:6.</w:t>
      </w:r>
    </w:p>
    <w:p>
      <w:pPr>
        <w:pStyle w:val="ArticleScripture"/>
        <w:jc w:val="left"/>
      </w:pPr>
      <w:r>
        <w:rPr>
          <w:rFonts w:ascii="Times New Roman" w:hAnsi="Times New Roman" w:eastAsia="Times New Roman" w:cs="Times New Roman"/>
        </w:rPr>
        <w:t>Jezikri se menm lan yè, jodi a, e pou tout tan. Ebre 13:8.</w:t>
      </w:r>
    </w:p>
    <w:p>
      <w:pPr>
        <w:pStyle w:val="ArticleBody"/>
        <w:jc w:val="left"/>
      </w:pPr>
      <w:r>
        <w:rPr>
          <w:rFonts w:ascii="Times New Roman" w:hAnsi="Times New Roman" w:eastAsia="Times New Roman" w:cs="Times New Roman"/>
        </w:rPr>
        <w:t>Lefètke Bondye pa janm chanje pèmèt nou aplike yon lojik senp nan egzamen nou sou bèt tè a ki gen de kòn nan Revelasyon trèz. Paske nou konnen Bondye te bay prediksyon ki te idantifye dirèkteman wayòm Ejip, Babilòn ak Wòm pandan yo chak t ap aji sou legliz Bondye a epi pèsekite li, nou ka tabli kèk reyalite konsènan bèt tè a nan Revelasyon trèz. Bèt tè a, menm jan ak Ejip, Babilòn ak Wòm, pral idantifye dirèkteman nan pwofesi biblik davans anvan istwa kote prediksyon konsènan nasyon sa a pral akonpli. Mwen di nou ka tabli reyalite sa a sou baz yon règ biblik ki trè senp men enpòtan. Règ la fè konnen verite tabli sou temwayaj de moun.</w:t>
      </w:r>
    </w:p>
    <w:p>
      <w:pPr>
        <w:pStyle w:val="ArticleScripture"/>
        <w:jc w:val="left"/>
      </w:pPr>
      <w:r>
        <w:rPr>
          <w:rFonts w:ascii="Times New Roman" w:hAnsi="Times New Roman" w:eastAsia="Times New Roman" w:cs="Times New Roman"/>
        </w:rPr>
        <w:t>Se sou temwayaj de oswa twa temwen, yo va fè mouri moun ki merite lanmò a; men sou temwayaj yon sèl temwen yo pa dwe fè l mouri. Detewonòm 17:6.</w:t>
      </w:r>
    </w:p>
    <w:p>
      <w:pPr>
        <w:pStyle w:val="ArticleScripture"/>
        <w:jc w:val="left"/>
      </w:pPr>
      <w:r>
        <w:rPr>
          <w:rFonts w:ascii="Times New Roman" w:hAnsi="Times New Roman" w:eastAsia="Times New Roman" w:cs="Times New Roman"/>
        </w:rPr>
        <w:t>Yon sèl temwen p ap leve kont yon moun pou okenn inikite, ni pou okenn peche, nan okenn peche li ta fè; se sou deklarasyon de temwen, oswa sou deklarasyon twa temwen, pou yon bagay tabli. Detewonòm 19:15.</w:t>
      </w:r>
    </w:p>
    <w:p>
      <w:pPr>
        <w:pStyle w:val="ArticleScripture"/>
        <w:jc w:val="left"/>
      </w:pPr>
      <w:r>
        <w:rPr>
          <w:rFonts w:ascii="Times New Roman" w:hAnsi="Times New Roman" w:eastAsia="Times New Roman" w:cs="Times New Roman"/>
        </w:rPr>
        <w:t>Men twazyèm fwa m ap vin kote nou. Se sou temwayaj de oswa twa temwen, tout pawòl va etabli. 2 Corinthians 13:1.</w:t>
      </w:r>
    </w:p>
    <w:p>
      <w:pPr>
        <w:pStyle w:val="ArticleScripture"/>
        <w:jc w:val="left"/>
      </w:pPr>
      <w:r>
        <w:rPr>
          <w:rFonts w:ascii="Times New Roman" w:hAnsi="Times New Roman" w:eastAsia="Times New Roman" w:cs="Times New Roman"/>
        </w:rPr>
        <w:t>Pa resevwa akizasyon kont yon ansyen, sof sou deklarasyon de oswa twa temwen. 1 Timote 5:19.</w:t>
      </w:r>
    </w:p>
    <w:p>
      <w:pPr>
        <w:pStyle w:val="ArticleBody"/>
        <w:jc w:val="left"/>
      </w:pPr>
      <w:r>
        <w:rPr>
          <w:rFonts w:ascii="Times New Roman" w:hAnsi="Times New Roman" w:eastAsia="Times New Roman" w:cs="Times New Roman"/>
        </w:rPr>
        <w:t>Pwofesi biblik te anonse tonbe ansyen Ejip lè Bondye te jije Farawon rebèl peyi Lejip la. Pwofesi biblik te anonse leve ak tonbe ansyen Babilòn, pandan li t ap idantifye epi jije wa rebèl Babilòn yo tou. Pwofesi biblik te anonse leve ak tonbe anpi Wòm payen an, epi li te idantifye epi jije reprezantan kòwonpi Wòm yo. Konstans karaktè Bondye, ki pa janm chanje, montre klèman ke wayòm ki pi enpòtan yo mansyone nan pwofesi biblik la—a bèt ki soti sou tè a nan Revelasyon trèz la—ap san mank idantifye pa pwofesi biblik la.</w:t>
      </w:r>
    </w:p>
    <w:p>
      <w:pPr>
        <w:pStyle w:val="ArticleBody"/>
        <w:jc w:val="left"/>
      </w:pPr>
      <w:r>
        <w:rPr>
          <w:rFonts w:ascii="Times New Roman" w:hAnsi="Times New Roman" w:eastAsia="Times New Roman" w:cs="Times New Roman"/>
        </w:rPr>
        <w:t>Lè pwofesi bèt ki soti sou tè a nan Revelasyon trèz la pral akonpli, legliz Bondye a pral antre nan konfwontasyon ak dirijan politik ak relijye bèt ki soti sou tè a, jan sa montre pwofetikman pa Moyiz, Danyèl ak Kris la. Wòl pwofetik Etazini nan fen mond lan se youn nan sijè prensipal pwofesi biblik yo. Pandan n ap devlope enfòmasyon biblik ki idantifye wòl Etazini nan pwofesi biblik, n ap sèvi ak règ ki jwenn anndan Bib la, paske Pawòl Bondye a pa bezwen okenn definisyon lèzòm. Ansyen Izrayèl te resevwa règ seremoni, règ sou lasante, dis règ moral, règ pou agrikilti, e anpil lòt ankò. Bondye se yon Bondye lòd.</w:t>
      </w:r>
    </w:p>
    <w:p>
      <w:pPr>
        <w:pStyle w:val="ArticleScripture"/>
        <w:jc w:val="left"/>
      </w:pPr>
      <w:r>
        <w:rPr>
          <w:rFonts w:ascii="Times New Roman" w:hAnsi="Times New Roman" w:eastAsia="Times New Roman" w:cs="Times New Roman"/>
        </w:rPr>
        <w:t>Se pou tout bagay fèt avèk desans e avèk lòd. 1 Korentyen 14:40.</w:t>
      </w:r>
    </w:p>
    <w:p>
      <w:pPr>
        <w:pStyle w:val="ArticleBody"/>
        <w:jc w:val="left"/>
      </w:pPr>
      <w:r>
        <w:rPr>
          <w:rFonts w:ascii="Times New Roman" w:hAnsi="Times New Roman" w:eastAsia="Times New Roman" w:cs="Times New Roman"/>
        </w:rPr>
        <w:t>Temwayaj biblik la pa bay okenn prèv ki ta fè konprann yon moun ta beni si li ta senpleman neglije règ Bondye te bay yo. Ki moun ki ka espere resevwa benediksyon si yo neglije règ entèpretasyon pwofetik ki tabli nan Bib la e pa Bib la menm, pou etid pwofetik?</w:t>
      </w:r>
    </w:p>
    <w:p>
      <w:pPr>
        <w:pStyle w:val="ArticleScripture"/>
        <w:jc w:val="left"/>
      </w:pPr>
      <w:r>
        <w:rPr>
          <w:rFonts w:ascii="Times New Roman" w:hAnsi="Times New Roman" w:eastAsia="Times New Roman" w:cs="Times New Roman"/>
        </w:rPr>
        <w:t>Vini kounye a, e annou plede ansanm, se Senyè a ki di sa: menm si peche nou yo tankou koulè wouj violèt, yo pral vin blan tankou nèj; menm si yo wouj tankou koulè grenn, yo pral vin tankou lenn mouton. Ezayi 1:18.</w:t>
      </w:r>
    </w:p>
    <w:p>
      <w:pPr>
        <w:pStyle w:val="ArticleBody"/>
        <w:jc w:val="left"/>
      </w:pPr>
      <w:r>
        <w:rPr>
          <w:rFonts w:ascii="Times New Roman" w:hAnsi="Times New Roman" w:eastAsia="Times New Roman" w:cs="Times New Roman"/>
        </w:rPr>
        <w:t>Pandan n ap aplike règ biblik yo, n ap kite Labib la tabli epi konfime si règ sa yo vrè oswa fo. Menm jan ak tout lòt règ Bondye yo, toujou gen yon kontrefason satanik pou règ yo. Se poutèt sa li nesesè, lè yo sèvi ak yon règ pou tabli yon verite, pou yo teste ni verite yo idantifye a ni règ yo aplike a.</w:t>
      </w:r>
    </w:p>
    <w:p>
      <w:pPr>
        <w:pStyle w:val="ArticleScripture"/>
        <w:jc w:val="left"/>
      </w:pPr>
      <w:r>
        <w:rPr>
          <w:rFonts w:ascii="Times New Roman" w:hAnsi="Times New Roman" w:eastAsia="Times New Roman" w:cs="Times New Roman"/>
        </w:rPr>
        <w:t>Byenneme, pa kwè tout lespri, men sonde lespri yo pou wè si yo soti nan Bondye; paske anpil fo pwofèt soti nan lemonn. 1 Jan 4:1.</w:t>
      </w:r>
    </w:p>
    <w:p>
      <w:pPr>
        <w:pStyle w:val="ArticleBody"/>
        <w:jc w:val="left"/>
      </w:pPr>
      <w:r>
        <w:rPr>
          <w:rFonts w:ascii="Times New Roman" w:hAnsi="Times New Roman" w:eastAsia="Times New Roman" w:cs="Times New Roman"/>
        </w:rPr>
        <w:t>Yon lòt objektif, anplis idantifye wòl pwofetik Etazini nan etid sa a, se idantifye mesaj sekrè ki nan liv Revelasyon an, mesaj Jezi te kache jouk jenerasyon patikilye sa a.</w:t>
      </w:r>
    </w:p>
    <w:p>
      <w:pPr>
        <w:pStyle w:val="ArticleScripture"/>
        <w:jc w:val="left"/>
      </w:pPr>
      <w:r>
        <w:rPr>
          <w:rFonts w:ascii="Times New Roman" w:hAnsi="Times New Roman" w:eastAsia="Times New Roman" w:cs="Times New Roman"/>
        </w:rPr>
        <w:t>Bagay sekrè yo se pou SENYÈ a, Bondye nou an; men bagay ki revele yo se pou nou menm ak pou pitit nou yo pou tout tan, pou nou ka fè tout pawòl lalwa sa a. Detewonòm 29:29.</w:t>
      </w:r>
    </w:p>
    <w:p>
      <w:pPr>
        <w:pStyle w:val="ArticleBody"/>
        <w:jc w:val="left"/>
      </w:pPr>
      <w:r>
        <w:rPr>
          <w:rFonts w:ascii="Times New Roman" w:hAnsi="Times New Roman" w:eastAsia="Times New Roman" w:cs="Times New Roman"/>
        </w:rPr>
        <w:t>Sekrè pwofetik Bondye yo ki revele yo gen pou objektif pèmèt moun ki resevwa sekrè a kenbe lalwa Li. Lèzòm kapab kenbe lalwa Li sèlman si li ekri sou kè yo. Sekrè k ap dezipe nan liv Revelasyon an se yon pati nan pwosesis Lespri Sen an ap sèvi pou ekri lalwa Bondye sou pati anndan nou ak sou kè nou. Sekrè ki louvri devan pèp Bondye a, lè e si yo aksepte li pa lafwa, tabli nouvo alyans lan.</w:t>
      </w:r>
    </w:p>
    <w:p>
      <w:pPr>
        <w:pStyle w:val="ArticleScripture"/>
        <w:jc w:val="left"/>
      </w:pPr>
      <w:r>
        <w:rPr>
          <w:rFonts w:ascii="Times New Roman" w:hAnsi="Times New Roman" w:eastAsia="Times New Roman" w:cs="Times New Roman"/>
        </w:rPr>
        <w:t>Gade jou yo ap vini, se Seyè a ki di sa, kote m ap fè yon nouvo alyans ak kay Izrayèl la, ak kay Jida a: Li p ap tankou alyans mwen te fè ak zansèt yo nan jou mwen te pran yo nan men pou mennen yo soti nan peyi Lejip; alyans pa m nan yo te kraze, byenke mwen te yon mari pou yo, se Seyè a ki di sa: Men se alyans sa a m ap fè ak kay Izrayèl la; apre jou sa yo, se Seyè a ki di sa, m ap mete lalwa mwen anndan yo, epi m ap ekri l nan kè yo; m ap Bondye yo, epi yo va pèp mwen. Jeremi 31:31–33.</w:t>
      </w:r>
    </w:p>
    <w:p>
      <w:pPr>
        <w:pStyle w:val="ArticleScripture"/>
        <w:jc w:val="left"/>
      </w:pPr>
      <w:r>
        <w:rPr>
          <w:rFonts w:ascii="Times New Roman" w:hAnsi="Times New Roman" w:eastAsia="Times New Roman" w:cs="Times New Roman"/>
        </w:rPr>
        <w:t>“Nan dènye jou istwa tè sa a, alyans Bondye avèk pèp li a ki kenbe kòmandman li yo dwe renouvle.” Review and Herald, 26 fevriye 1914.</w:t>
      </w:r>
    </w:p>
    <w:p>
      <w:pPr>
        <w:pStyle w:val="ArticleBody"/>
        <w:jc w:val="left"/>
      </w:pPr>
      <w:r>
        <w:rPr>
          <w:rFonts w:ascii="Times New Roman" w:hAnsi="Times New Roman" w:eastAsia="Times New Roman" w:cs="Times New Roman"/>
        </w:rPr>
        <w:t>Revelasyon 1:1–3 Dènye Mesaj Avètisman an:</w:t>
      </w:r>
    </w:p>
    <w:p>
      <w:pPr>
        <w:pStyle w:val="ArticleScripture"/>
        <w:jc w:val="left"/>
      </w:pPr>
      <w:r>
        <w:rPr>
          <w:rFonts w:ascii="Times New Roman" w:hAnsi="Times New Roman" w:eastAsia="Times New Roman" w:cs="Times New Roman"/>
        </w:rPr>
        <w:t>Revelasyon Jezikri a, Bondye te bay li, pou l montre sèvitè li yo bagay ki gen pou rive talè konsa; epi li voye fè yo konnen pa mwayen zanj li bay sèvitè li Jan: Li menm ki te rann temwayaj sou pawòl Bondye a, sou temwayaj Jezikri a, ak sou tout bagay li te wè. Benediksyon pou moun ki li a, ak pou moun ki tande pawòl pwofesi sa a, epi ki kenbe bagay ki ekri ladan l yo; paske tan an pre. Revelasyon 1:1–3.</w:t>
      </w:r>
    </w:p>
    <w:p>
      <w:pPr>
        <w:pStyle w:val="ArticleBody"/>
        <w:jc w:val="left"/>
      </w:pPr>
      <w:r>
        <w:rPr>
          <w:rFonts w:ascii="Times New Roman" w:hAnsi="Times New Roman" w:eastAsia="Times New Roman" w:cs="Times New Roman"/>
        </w:rPr>
        <w:t>Premye twa vèsè yo nan chapit youn nan Revelasyon idantifye ke “Revelasyon Jezikri a” se dènye mesaj pou limanite. Se klèman yon mesaj, paske “Revelasyon Jezikri a” te bay Li pa Papa ki nan Syèl la pou montre sèvitè Li yo sa ki “dwe rive talè konsa.”</w:t>
      </w:r>
    </w:p>
    <w:p>
      <w:pPr>
        <w:pStyle w:val="ArticleBody"/>
        <w:jc w:val="left"/>
      </w:pPr>
      <w:r>
        <w:rPr>
          <w:rFonts w:ascii="Times New Roman" w:hAnsi="Times New Roman" w:eastAsia="Times New Roman" w:cs="Times New Roman"/>
        </w:rPr>
        <w:t>Yo di nou pou nou konsidere ke “Sentespri a te ranje bagay yo konsa, ni nan bay pwofesi a” epi tou “nan evènman yo dekri yo.”</w:t>
      </w:r>
    </w:p>
    <w:p>
      <w:pPr>
        <w:pStyle w:val="ArticleScripture"/>
        <w:jc w:val="left"/>
      </w:pPr>
      <w:r>
        <w:rPr>
          <w:rFonts w:ascii="Times New Roman" w:hAnsi="Times New Roman" w:eastAsia="Times New Roman" w:cs="Times New Roman"/>
        </w:rPr>
        <w:t>“Sentespri a te òganize bagay yo, ni nan bay pwofesi a ni nan evènman yo dekri yo, yon fason pou anseye ke ajan imen an dwe rete deyò je moun, kache nan Kris la, e ke Senyè Bondye syèl la ansanm ak lalwa Li a dwe leve byen wo. Li liv Danyèl la. Reviv, pwen pa pwen, istwa wayòm yo ki reprezante ladan l yo.” Testimonies to Ministers, 112.</w:t>
      </w:r>
    </w:p>
    <w:p>
      <w:pPr>
        <w:pStyle w:val="ArticleBody"/>
        <w:jc w:val="left"/>
      </w:pPr>
      <w:r>
        <w:rPr>
          <w:rFonts w:ascii="Times New Roman" w:hAnsi="Times New Roman" w:eastAsia="Times New Roman" w:cs="Times New Roman"/>
        </w:rPr>
        <w:t>“Evènman yo dekri” yo, ansanm ak “bay pwofesi a” nan twa premye vèsè chapit youn nan Revelasyon an, montre avèk presizyon pwosesis pa pwosesis kijan Bondye kominike ak lèzòm, epi yo idantifye tou ke mesaj yo kominike a rele “Revelasyon Jezikri.”</w:t>
      </w:r>
    </w:p>
    <w:p>
      <w:pPr>
        <w:pStyle w:val="ArticleBody"/>
        <w:jc w:val="left"/>
      </w:pPr>
      <w:r>
        <w:rPr>
          <w:rFonts w:ascii="Times New Roman" w:hAnsi="Times New Roman" w:eastAsia="Times New Roman" w:cs="Times New Roman"/>
        </w:rPr>
        <w:t>Lè sa a, Jezikri te fè de bagay avèk mesaj li te resevwa nan men Bondye. Li te voye mesaj la pa zanj li, epi li te siyifye mesaj li a pa zanj sa a tou. Lè sa a, zanj li a te pote mesaj la bay pwofèt Jan, ki te ekri li, epi li te voye li bay legliz yo pou ou menm ak mwen. Premye twa vèsè yo te “fòme konsa” pa “Sentespri a” pou mete anfaz ni sou “mesaj la” ni sou “pwosesis kominikasyon an” ki te enplike nan transmèt mesaj la.</w:t>
      </w:r>
    </w:p>
    <w:p>
      <w:pPr>
        <w:pStyle w:val="ArticleBody"/>
        <w:jc w:val="left"/>
      </w:pPr>
      <w:r>
        <w:rPr>
          <w:rFonts w:ascii="Times New Roman" w:hAnsi="Times New Roman" w:eastAsia="Times New Roman" w:cs="Times New Roman"/>
        </w:rPr>
        <w:t>Twa vèsè n ap konsidere yo prezante dènye mesaj la bay limanite; men se pa sèlman dènye mesaj la yo ye—sa ki pi enpòtan toujou, twa vèsè sa yo reprezante dènye mesaj “avètisman” an pou planèt tè a. Karaktè “avètisman” mesaj la parèt lè yo idantifye yon kategori moun kòm “beni” poutèt yo li, yo tande, epi yo kenbe “bagay sa yo ki ekri ladan l”. Gen yon kategori moun ki pap li, ni tande yon avètisman ki reprezante kòm “Revelasyon Jezikri a”. Li enposib pou yo beni. Li klè ke si gen yon kategori ki beni poutèt li, li tande, epi li kenbe bagay sa yo ki ekri yo, alò gen yon kategori ki pa beni. Èske yon moun ap li, tande, epi kenbe mesaj Revelasyon Jezikri a? Si wi, li va beni; si non, li va modi.</w:t>
      </w:r>
    </w:p>
    <w:p>
      <w:pPr>
        <w:pStyle w:val="ArticleScripture"/>
        <w:jc w:val="left"/>
      </w:pPr>
      <w:r>
        <w:rPr>
          <w:rFonts w:ascii="Times New Roman" w:hAnsi="Times New Roman" w:eastAsia="Times New Roman" w:cs="Times New Roman"/>
        </w:rPr>
        <w:t>“Pwofèt la di konsa: ‘Benediksyon pou moun ki li a’—gen moun ki pa vle li; benediksyon an pa pou yo. ‘E pou moun ki tande yo’—gen kèk moun tou ki refize tande anyen konsènan pwofesi yo; benediksyon an pa pou gwoup sa a. ‘E ki kenbe bagay ki ekri ladan l yo’—anpil moun refize pran an konsiderasyon avètisman ak enstriksyon ki nan Revelasyon an; pa youn nan yo pa ka reklame benediksyon yo te pwomèt la. Tout moun ki pase sijè pwofesi a nan rizib epi k ap pase senbòl yo, ki isit la bay avèk tout solanite, nan betiz, tout moun ki refize refòme lavi yo epi prepare pou vini Pitit lòm nan, yo p ap resevwa benediksyon.” The Great Controversy, 341.</w:t>
      </w:r>
    </w:p>
    <w:p>
      <w:pPr>
        <w:pStyle w:val="ArticleBody"/>
        <w:jc w:val="left"/>
      </w:pPr>
      <w:r>
        <w:rPr>
          <w:rFonts w:ascii="Times New Roman" w:hAnsi="Times New Roman" w:eastAsia="Times New Roman" w:cs="Times New Roman"/>
        </w:rPr>
        <w:t>Ekspresyon «tan an pwòch» nan vèsè twa a montre se yon tan presi lè dènye mesaj avètisman an rive nan listwa. «Tan an» — (yon tan presi) — «an pwòch.» Yon tan presi pral rive byento, paske li an pwòch, e pèp Bondye a (Jan reprezante yo) konprann mesaj la anvan «tan» an rive. Jan te ekri liv Revelasyon an anviwon nan fen premye syèk la, poutan vèsè sa yo montre pral gen yon pwen nan listwa, byen lontan apre ane 100, kote dènye mesaj avètisman an pral pwoklame. Lè «tan an» «an pwòch», mesaj ki idantifye «bagay ki gen pou rive talè konsa yo» pral revele bay sèvitè Bondye yo.</w:t>
      </w:r>
    </w:p>
    <w:p>
      <w:pPr>
        <w:pStyle w:val="ArticleBody"/>
        <w:jc w:val="left"/>
      </w:pPr>
      <w:r>
        <w:rPr>
          <w:rFonts w:ascii="Times New Roman" w:hAnsi="Times New Roman" w:eastAsia="Times New Roman" w:cs="Times New Roman"/>
        </w:rPr>
        <w:t>Nan seri atik sa yo, Bib la ak ekriti Ellen White yo pral sèvi kòm otorite pou soutni eksplikasyon pasaj biblik nou site yo.</w:t>
      </w:r>
    </w:p>
    <w:p>
      <w:pPr>
        <w:pStyle w:val="ArticleBody"/>
        <w:jc w:val="left"/>
      </w:pPr>
      <w:r>
        <w:rPr>
          <w:rFonts w:ascii="Times New Roman" w:hAnsi="Times New Roman" w:eastAsia="Times New Roman" w:cs="Times New Roman"/>
        </w:rPr>
        <w:t>N ap refere tou a règ entèpretasyon pwofetik William Miller te rasanble yo, ansanm ak règ yo idantifye nan konpilasyon ki rele Prophetic Keys. N ap sèvi tou ak etid pwofetik ki rele Habakkuk’s Tables.</w:t>
      </w:r>
    </w:p>
    <w:p>
      <w:pPr>
        <w:pStyle w:val="ArticleBody"/>
        <w:jc w:val="left"/>
      </w:pPr>
      <w:r>
        <w:rPr>
          <w:rFonts w:ascii="Times New Roman" w:hAnsi="Times New Roman" w:eastAsia="Times New Roman" w:cs="Times New Roman"/>
        </w:rPr>
        <w:t>Nou pa gen entansyon defini chak règ nou itilize. Pou koutè, n ap senpleman fè referans ak konpilasyon Prophetic Keys la pou nenpòt moun ki ta vle li yon prèv ki pi detaye sou règ la. Avèk seri Habakkuk’s Tables la, nou gen entansyon montre kèk prezantasyon kote yon sijè nou pral touche yon ti tan, pran an konsiderasyon ak plis pwofondè.</w:t>
      </w:r>
    </w:p>
    <w:p>
      <w:pPr>
        <w:pStyle w:val="ArticleBody"/>
        <w:jc w:val="left"/>
      </w:pPr>
      <w:r>
        <w:rPr>
          <w:rFonts w:ascii="Times New Roman" w:hAnsi="Times New Roman" w:eastAsia="Times New Roman" w:cs="Times New Roman"/>
        </w:rPr>
        <w:t>Pandan n ap fè etid liv Revelasyon an, nou ankouraje repons piblik, men n ap reponn sèlman a kontribisyon ki sèvi etid la k ap kontinye a. Dimansyon diskisyon nou an pral gen ladan l seri prezantasyon aktyèl la, règ pwofetik nou aplike yo, ak enfòmasyon yo jwenn nan Tab Habakik yo.</w:t>
      </w:r>
    </w:p>
    <w:p>
      <w:pPr>
        <w:pStyle w:val="ArticleScripture"/>
        <w:jc w:val="left"/>
      </w:pPr>
      <w:r>
        <w:rPr>
          <w:rFonts w:ascii="Times New Roman" w:hAnsi="Times New Roman" w:eastAsia="Times New Roman" w:cs="Times New Roman"/>
        </w:rPr>
        <w:t>Revelasyon Jezikri a, Bondye te ba li a, pou l montre sèvitè li yo bagay ki dwe rive talè konsa; epi li voye l, li fè l konnen pa mwayen zanj li bay sèvitè li Jan: Li menm ki rann temwayaj konsènan pawòl Bondye a, ak temwayaj Jezikri a, ak tout bagay li te wè. Benediksyon pou moun ki li a, ak pou moun ki tande pawòl pwofesi sa a, epi ki kenbe bagay ki ekri ladan l yo: paske tan an toupre. Revelasyon 1:1–3.</w:t>
      </w:r>
    </w:p>
    <w:p>
      <w:pPr>
        <w:pStyle w:val="ArticleBody"/>
        <w:jc w:val="left"/>
      </w:pPr>
      <w:r>
        <w:rPr>
          <w:rFonts w:ascii="Times New Roman" w:hAnsi="Times New Roman" w:eastAsia="Times New Roman" w:cs="Times New Roman"/>
        </w:rPr>
        <w:t>Mo grèk yo tradui kòm « signified » la vle di « endike ». Li te voye mesaj la pa mwayen zanj « li » a, e li te endike li pa mwayen zanj « li » a. Zanj « li » a se Gabriyèl.</w:t>
      </w:r>
    </w:p>
    <w:p>
      <w:pPr>
        <w:pStyle w:val="ArticleScripture"/>
        <w:jc w:val="left"/>
      </w:pPr>
      <w:r>
        <w:rPr>
          <w:rFonts w:ascii="Times New Roman" w:hAnsi="Times New Roman" w:eastAsia="Times New Roman" w:cs="Times New Roman"/>
        </w:rPr>
        <w:t>“Pawòl zanj lan, ‘Mwen se Gabriyèl, ki kanpe devan prezans Bondye,’ montre li okipe yon pozisyon gwo onè nan lakou syèl la. Lè li te vini ak yon mesaj pou Danyèl, li te di, ‘Pa gen okenn lòt ki kenbe fèm avè m nan bagay sa yo, eksepte Mikayèl [Kris] Chèf nou an.’ Danyèl 10:21. Konsènan Gabriyèl, Sovè a pale nan Revelasyon an, li di: ‘Li te voye l epi fè l konnen pa zanj Li a bay sèvitè Li Jan.’ Revelasyon 1:1.” The Desire of Ages, 99.</w:t>
      </w:r>
    </w:p>
    <w:p>
      <w:pPr>
        <w:pStyle w:val="ArticleBody"/>
        <w:jc w:val="left"/>
      </w:pPr>
      <w:r>
        <w:rPr>
          <w:rFonts w:ascii="Times New Roman" w:hAnsi="Times New Roman" w:eastAsia="Times New Roman" w:cs="Times New Roman"/>
        </w:rPr>
        <w:t>Anj Gabriyèl la voye ak mesaj la, e anj Gabriyèl la reprezante mesaj la tou. Lè limanite rive nan pwen sa a nan listwa kote “tan an rive” pou dènye mesaj avètisman an pwoklame, dènye mesaj sa a reprezante pa yon anj. Nan liv Revelasyon an, “mesaj” yo souvan reprezante kòm anj, e natirèlman mo grèk ki tradui kòm “anj” nan Revelasyon vle di mesaje.</w:t>
      </w:r>
    </w:p>
    <w:p>
      <w:pPr>
        <w:pStyle w:val="ArticleBody"/>
        <w:jc w:val="left"/>
      </w:pPr>
      <w:r>
        <w:rPr>
          <w:rFonts w:ascii="Times New Roman" w:hAnsi="Times New Roman" w:eastAsia="Times New Roman" w:cs="Times New Roman"/>
        </w:rPr>
        <w:t>Chak revelasyon verite Bondye ki rive nan listwa se sètènman yon revelasyon Jezikri, men Revelasyon Jezikri ki nan Revelasyon chapit premye a se dènye avètisman pou limanite, epi li rive nan yon moman espesifik ki reprezante kòm yon “tan.” Gen yon lòt pasaj nan liv Revelasyon an kote Jan fè referans ak sa ke “tan an pwoche.” Lòt pasaj sa a bay yon dezyèm temwen pou verifye premye deklarasyon mwen te fè konsènan vèsè youn rive twa.</w:t>
      </w:r>
    </w:p>
    <w:p>
      <w:pPr>
        <w:pStyle w:val="ArticleScripture"/>
        <w:jc w:val="left"/>
      </w:pPr>
      <w:r>
        <w:rPr>
          <w:rFonts w:ascii="Times New Roman" w:hAnsi="Times New Roman" w:eastAsia="Times New Roman" w:cs="Times New Roman"/>
        </w:rPr>
        <w:t>Li di m: Pawòl sa yo fidèl e veritab; epi Senyè Bondye pwofèt ki sen yo voye zanj li pou montre sèvitè li yo bagay ki dwe rive talè konsa. Gade, m ap vini vit; beni se moun ki kenbe pawòl pwofesi ki nan liv sa a.</w:t>
      </w:r>
    </w:p>
    <w:p>
      <w:pPr>
        <w:pStyle w:val="ArticleScripture"/>
        <w:jc w:val="left"/>
      </w:pPr>
      <w:r>
        <w:rPr>
          <w:rFonts w:ascii="Times New Roman" w:hAnsi="Times New Roman" w:eastAsia="Times New Roman" w:cs="Times New Roman"/>
        </w:rPr>
        <w:t>Epi mwen menm Jan, mwen te wè bagay sa yo, epi mwen te tande yo. E lè m te fin tande ak wè yo, mwen tonbe ajenou pou m adore devan pye zanj ki te montre m bagay sa yo.</w:t>
      </w:r>
    </w:p>
    <w:p>
      <w:pPr>
        <w:pStyle w:val="ArticleScripture"/>
        <w:jc w:val="left"/>
      </w:pPr>
      <w:r>
        <w:rPr>
          <w:rFonts w:ascii="Times New Roman" w:hAnsi="Times New Roman" w:eastAsia="Times New Roman" w:cs="Times New Roman"/>
        </w:rPr>
        <w:t>Lè sa a, li di m konsa: Gade, pa fè sa! Paske mwen se yon sèvitè menm jan avè w, ansanm ak frè w yo, pwofèt yo, ak sila yo ki kenbe pawòl liv sa a: adore Bondye.</w:t>
      </w:r>
    </w:p>
    <w:p>
      <w:pPr>
        <w:pStyle w:val="ArticleScripture"/>
        <w:jc w:val="left"/>
      </w:pPr>
      <w:r>
        <w:rPr>
          <w:rFonts w:ascii="Times New Roman" w:hAnsi="Times New Roman" w:eastAsia="Times New Roman" w:cs="Times New Roman"/>
        </w:rPr>
        <w:t>Li di m: Pa sele pawòl pwofesi liv sa a, paske tan an toupre. Moun ki enjis la, se pou l rete enjis toujou; moun ki sal la, se pou l rete sal toujou; moun ki jis la, se pou l rete jis toujou; epi moun ki sen an, se pou l rete sen toujou. Revelasyon 22:6–11.</w:t>
      </w:r>
    </w:p>
    <w:p>
      <w:pPr>
        <w:pStyle w:val="ArticleBody"/>
        <w:jc w:val="left"/>
      </w:pPr>
      <w:r>
        <w:rPr>
          <w:rFonts w:ascii="Times New Roman" w:hAnsi="Times New Roman" w:eastAsia="Times New Roman" w:cs="Times New Roman"/>
        </w:rPr>
        <w:t>Nan fen liv Revelasyon an, nou jwenn menm sijè a tankou nan kòmansman Revelasyon an. Yo fè referans ankò ak pwosesis kominikasyon an ak mesaj la lè “Senyè Bondye a” “te voye zanj li a pou montre sèvitè li yo bagay ki gen pou fèt talè konsa.” E depi menm lè yo montre sèvitè yo mesaj ki idantifye “bagay ki gen pou fèt talè konsa,” Kris la anonse ke Li ap vini vit. Sa a se mesaj ki vini anvan dezyèm vini Kris la, e se poutèt sa li se dènye mesaj avètisman an—menm mesaj la menm ki reprezante kòm “Revelasyon Jezikri” nan vèsè en chapit en an. Benediksyon ki pwomèt nan twa premye vèsè Revelasyon an repete ak deklarasyon sa a: “beni se moun ki kenbe pawòl pwofesi liv sa a.”</w:t>
      </w:r>
    </w:p>
    <w:p>
      <w:pPr>
        <w:pStyle w:val="ArticleBody"/>
        <w:jc w:val="left"/>
      </w:pPr>
      <w:r>
        <w:rPr>
          <w:rFonts w:ascii="Times New Roman" w:hAnsi="Times New Roman" w:eastAsia="Times New Roman" w:cs="Times New Roman"/>
        </w:rPr>
        <w:t>Nan vèsè sa yo, nou jwenn yon devlopman pwosesis kominikasyon ki te tabli nan chapit premye a; paske nou wè ke apre Gabriyèl fin delivre mesaj la bay Jan, Jan tèlman anvayi pa mesaj la, li chèche adore Gabriyèl; alò, Gabriyèl sèvi ak move konpreyansyon Jan an pou fè konnen ke zanj selès yo, pwofèt sou latè yo, ansanm ak tout moun ki kenbe pawòl mesaj la, se “konpatizan nan sèvis” ki dwe adore Bondye Kreyatè a, pa kreyasyon Bondye a.</w:t>
      </w:r>
    </w:p>
    <w:p>
      <w:pPr>
        <w:pStyle w:val="ArticleBody"/>
        <w:jc w:val="left"/>
      </w:pPr>
      <w:r>
        <w:rPr>
          <w:rFonts w:ascii="Times New Roman" w:hAnsi="Times New Roman" w:eastAsia="Times New Roman" w:cs="Times New Roman"/>
        </w:rPr>
        <w:t>Vèsè sa yo ap dekri menm evènman ak menm mesaj nou ap konsidere nan chapit youn nan. Yo ap repete pawòl fidèl e veritab yo ki montre sèvitè Bondye yo sa ki dwe fèt talè konsa. Yon fwa ankò, mesaj la plase nan kontèks pwosesis kominikasyon ant Bondye ak sèvitè Li yo. Nan chapit vennnde, nou jwenn plis prèv ke mesaj la se dènye mesaj avètisman an, paske “tan” ki “toupre a” make kòm yon bagay k ap rive jis anvan tan gras limanite a fini; paske deklarasyon ki di: “moun ki enjis la, se pou li rete enjis toujou; epi moun ki sal la, se pou li rete sal toujou; epi moun ki jis la, se pou li rete jis toujou; epi moun ki sen an, se pou li rete sen toujou,” make fen tan gras la, epi sa make kòmansman sèt dènye flewo yo, ki, pa yo menm, rive nan konklizyon yo ak Dezyèm Vini Kris la.</w:t>
      </w:r>
    </w:p>
    <w:p>
      <w:pPr>
        <w:pStyle w:val="ArticleScripture"/>
        <w:jc w:val="left"/>
      </w:pPr>
      <w:r>
        <w:rPr>
          <w:rFonts w:ascii="Times New Roman" w:hAnsi="Times New Roman" w:eastAsia="Times New Roman" w:cs="Times New Roman"/>
        </w:rPr>
        <w:t>“Nan tan sa a, Micaël va leve kanpe, gran Chèf la ki kanpe pou pitit pèp ou a; epi pral gen yon tan detrès, tankou pa t janm genyen depi lè te gen yon nasyon jouk rive nan menm tan sa a; e nan tan sa a pèp ou a va delivre, tout moun yo va jwenn ekri nan liv la.” Danyèl 12:1.</w:t>
      </w:r>
    </w:p>
    <w:p>
      <w:pPr>
        <w:pStyle w:val="ArticleScripture"/>
        <w:jc w:val="left"/>
      </w:pPr>
      <w:r>
        <w:rPr>
          <w:rFonts w:ascii="Times New Roman" w:hAnsi="Times New Roman" w:eastAsia="Times New Roman" w:cs="Times New Roman"/>
        </w:rPr>
        <w:t>“Lè mesaj twazyèm zanj lan fini, mizèrikòd pa plede ankò pou moun koupab k ap viv sou latè. Pèp Bondye a fin akonpli travay li. Yo resevwa ‘lapli ta a,’ ‘rafrechisman ki soti nan prezans Senyè a,’ epi yo pare pou lè eprèv ki devan yo a. Zanj yo ap fè vit ale vini nan syèl la. Yon zanj k ap retounen soti sou latè anonse travay li fini; dènye tès la fin vini sou lemonn, epi tout moun ki te pwouve yo fidèl ak prensip diven yo resevwa ‘sele Bondye vivan an.’ Lè sa a, Jezi sispann entèsesyon Li nan tanp ki anwo a. Li leve men Li, epi avèk yon gwo vwa Li di: ‘Sa fèt;’ epi tout lame zanj yo depoze kouwòn yo pandan Li ap fè anons solanèl sa a: ‘Moun ki enjis la, se pou li rete enjis toujou; epi moun ki sal la, se pou li rete sal toujou; epi moun ki jis la, se pou li rete jis toujou; epi moun ki sen an, se pou li rete sen toujou.’ Revelasyon 22:11. Chak ka fin deside pou lavi oswa pou lanmò.” The Great Controversy, 613.</w:t>
      </w:r>
    </w:p>
    <w:p>
      <w:pPr>
        <w:pStyle w:val="ArticleBody"/>
        <w:jc w:val="left"/>
      </w:pPr>
      <w:r>
        <w:rPr>
          <w:rFonts w:ascii="Times New Roman" w:hAnsi="Times New Roman" w:eastAsia="Times New Roman" w:cs="Times New Roman"/>
        </w:rPr>
        <w:t>Nan kòmansman liv Revelasyon an ak nan fen liv Revelasyon an, se menm istwa a yo prezante. Lè nou mete de pasaj sa yo ansanm, sa pèmèt nou konprann ke “Revelasyon Jezi Kris la” se dènye mesaj avètisman pou limanite anvan Dezyèm Vini Kris la. Mesaj la reprezante senbolikman pa yon zanj ki rive jis anvan fen tan gras la. Mesaj la divize limanite an de kategori selon si yo li, yo tande, epi yo kenbe mesaj ki de sele lè “tan an pre,” — jis anvan tan gras la fini.</w:t>
      </w:r>
    </w:p>
    <w:p>
      <w:pPr>
        <w:pStyle w:val="ArticleScripture"/>
        <w:jc w:val="left"/>
      </w:pPr>
      <w:r>
        <w:rPr>
          <w:rFonts w:ascii="Times New Roman" w:hAnsi="Times New Roman" w:eastAsia="Times New Roman" w:cs="Times New Roman"/>
        </w:rPr>
        <w:t>“Pandan n ap pwoche fen istwa mond sa a, pwofesi ki gen rapò ak dènye jou yo mande etid nou espesyalman. Dènye liv Nouvo Testaman an chaje ak verite nou bezwen konprann. Satan avèg lespri anpil moun, konsa yo te kontan jwenn nenpòt pretèks pou yo pa fè Apokalips la tounen sijè etid yo.</w:t>
      </w:r>
    </w:p>
    <w:p>
      <w:pPr>
        <w:pStyle w:val="ArticleScripture"/>
        <w:jc w:val="left"/>
      </w:pPr>
      <w:r>
        <w:rPr>
          <w:rFonts w:ascii="Times New Roman" w:hAnsi="Times New Roman" w:eastAsia="Times New Roman" w:cs="Times New Roman"/>
        </w:rPr>
        <w:t>“Liv Revelasyon an, an koneksyon avèk liv Danyèl la, mande yon etid ki fèt ak anpil atansyon. Se pou chak anseyan ki gen krentif pou Bondye konsidere kijan pou l konprann epi prezante pi klè Levanjil ke Sovè nou an te vini an pèsòn pou fè konnen bay sèvitè Li Jan, — ‘Revelasyon Jezikri a, Bondye te bay Li li, pou montre sèvitè Li yo bagay ki gen pou rive talè konsa.’ Pèsonn pa dwe dekouraje nan etid yo sou Revelasyon poutèt senbòl li yo ki sanble mistik. ‘Si yon moun pami nou manke sajès, se pou l mande Bondye, ki bay tout moun avèk liberalite, san li pa fè repwòch.’ ‘Benediksyon pou moun ki li a, ak pou moun ki tande pawòl pwofesi sa a, epi ki kenbe bagay ki ekri ladan l yo; paske tan an pre.’ Nou dwe pwoklame bay lemonn gwo verite grav ki nan liv Revelasyon an. Verite sa yo dwe antre nan menm desen ak prensip legliz Bondye a. Dwe gen yon etid ki pi sere ak pi dilijan sou liv sa a, yon prezantasyon ki pi serye sou verite li genyen yo, verite ki konsène tout moun k ap viv nan dènye jou sa yo. Tout moun k ap prepare pou rankontre Seyè yo ta dwe fè liv sa a tounen sijè yon etid serye ak lapriyè. Se egzakteman sa non li vle di a, — yon revelasyon sou evènman ki pi enpòtan ki gen pou fèt nan dènye jou listwa tè sa a. Jan, poutèt konfyans fidèl li nan pawòl Bondye a ak temwayaj Kris la, te depòte sou zile Patmos la. Men depòtasyon li a pa t separe l ak Kris la. Seyè a te vizite sèvitè fidèl Li a pandan depòtasyon li, epi Li te ba li enstriksyon konsènan sa ki te gen pou vini sou lemonn.”</w:t>
      </w:r>
    </w:p>
    <w:p>
      <w:pPr>
        <w:pStyle w:val="ArticleScripture"/>
        <w:jc w:val="left"/>
      </w:pPr>
      <w:r>
        <w:rPr>
          <w:rFonts w:ascii="Times New Roman" w:hAnsi="Times New Roman" w:eastAsia="Times New Roman" w:cs="Times New Roman"/>
        </w:rPr>
        <w:t>“Enstriksyon sa a gen pi gwo enpòtans pou nou; paske n ap viv nan dènye jou listwa tè sa a. Talè konsa n ap antre nan akonplisman evènman Kris la te montre Jan yo t ap rive. Lè mesaje Senyè a ap prezante verite solanèl sa yo, yo dwe rann yo kont yo ap trete sijè ki gen enterè etènèl, epi yo dwe chèche batèm Sentespri a, pou yo ka pale, pa pwòp pawòl pa yo, men pawòl Bondye ba yo.”</w:t>
      </w:r>
    </w:p>
    <w:p>
      <w:pPr>
        <w:pStyle w:val="ArticleScripture"/>
        <w:jc w:val="left"/>
      </w:pPr>
      <w:r>
        <w:rPr>
          <w:rFonts w:ascii="Times New Roman" w:hAnsi="Times New Roman" w:eastAsia="Times New Roman" w:cs="Times New Roman"/>
        </w:rPr>
        <w:t>Liv Revelasyon an dwe louvri devan pèp la. Anpil moun yo te anseye ke li se yon liv sele, men li sele sèlman pou sila yo ki rejte verite ak limyè. Verite li genyen yo dwe pwoklame, pou moun yo ka gen yon okazyon pou prepare yo pou evènman ki pral rive talè konsa. Mesaj Twazyèm Zanj lan dwe prezante kòm sèl espwa pou delivrans yon mond k ap peri.</w:t>
      </w:r>
    </w:p>
    <w:p>
      <w:pPr>
        <w:pStyle w:val="ArticleScripture"/>
        <w:jc w:val="left"/>
      </w:pPr>
      <w:r>
        <w:rPr>
          <w:rFonts w:ascii="Times New Roman" w:hAnsi="Times New Roman" w:eastAsia="Times New Roman" w:cs="Times New Roman"/>
        </w:rPr>
        <w:t>“Danje dènye jou yo rive sou nou, e nan travay nou an nou dwe avèti pèp la sou danje kote yo ye a. Pa kite sèn solanèl yo ke pwofesi te revele yo, e ki pral byento fèt, rete san yo pa touche. Nou se mesaje Bondye yo, e nou pa gen tan pou nou pèdi. Moun ki ta vle vin kòlaboratè avèk Seyè nou Jezikri a pral montre yon enterè pwofon nan verite yo jwenn nan liv sa a. Ak plim ak vwa yo pral fè efò pou mete klè bèl bagay mèvèy yo ke Kris te soti nan syèl la pou revele.” Signs of the Times, 4 jiyè 1906.</w:t>
      </w:r>
    </w:p>
    <w:p>
      <w:pPr>
        <w:pStyle w:val="ArticleBody"/>
        <w:jc w:val="left"/>
      </w:pPr>
      <w:r>
        <w:rPr>
          <w:rFonts w:ascii="Times New Roman" w:hAnsi="Times New Roman" w:eastAsia="Times New Roman" w:cs="Times New Roman"/>
        </w:rPr>
        <w:t>Plis pase san (100) lane de sa, an 1906, yo te fè nou konnen byento “n ap antre nan akonplisman evènman Kris la te montre Jan yo t ap gen pou rive.” Mesaj la te toujou sele an 1906. Li enpòtan pou nou konprann ke mesaj Revelasyon Jezikri a louvri devan pèp Bondye a jis anvan evènman yo rive. Yo di nou liv Revelasyon an “se egzakteman sa non li vle di a,—yon revelasyon sou evènman ki pi enpòtan yo ki gen pou fèt nan dènye jou istwa tè sa a.”</w:t>
      </w:r>
    </w:p>
    <w:p>
      <w:pPr>
        <w:pStyle w:val="ArticleBody"/>
        <w:jc w:val="left"/>
      </w:pPr>
      <w:r>
        <w:rPr>
          <w:rFonts w:ascii="Times New Roman" w:hAnsi="Times New Roman" w:eastAsia="Times New Roman" w:cs="Times New Roman"/>
        </w:rPr>
        <w:t>Yo louvri yo pou pèp Bondye a ka bay avètisman an, pou moun k ap tande avètisman an kapab “gen yon opòtinite pou yo prepare pou evènman ki prèske pral rive yo.” Li vo remake (paske Jan reprezante pèp Bondye a nan peryòd listwa kote mesaj la dwe pwoklame), Jan idantifye de kestyon ki te lakòz yo t ap pèsekite l. Se “paske li te gen yon konfyans fidèl nan pawòl Bondye a, ak temwayaj Kris la,” ke li “te depòte sou zile Patmos la.” Yo te depòte l paske li te aksepte ni Bib la ni Lespri Pwofesi a, ki se “temwayaj Jezi a.”</w:t>
      </w:r>
    </w:p>
    <w:p>
      <w:pPr>
        <w:pStyle w:val="ArticleScripture"/>
        <w:jc w:val="left"/>
      </w:pPr>
      <w:r>
        <w:rPr>
          <w:rFonts w:ascii="Times New Roman" w:hAnsi="Times New Roman" w:eastAsia="Times New Roman" w:cs="Times New Roman"/>
        </w:rPr>
        <w:t>Apre sa m tonbe nan pye li pou m adore li. Men li di m konsa: Gade, pa fè sa! Mwen se yon konpayon-sèvitè avè w, ansanm ak frè w yo ki kenbe temwayaj Jezi a. Adore Bondye; paske temwayaj Jezi a se lespri pwofesi a. Revelasyon 19:10.</w:t>
      </w:r>
    </w:p>
    <w:p>
      <w:pPr>
        <w:pStyle w:val="ArticleBody"/>
        <w:jc w:val="left"/>
      </w:pPr>
      <w:r>
        <w:rPr>
          <w:rFonts w:ascii="Times New Roman" w:hAnsi="Times New Roman" w:eastAsia="Times New Roman" w:cs="Times New Roman"/>
        </w:rPr>
        <w:t>Jan ap reprezante yon pèp nan fen mond lan ki konprann mesaj Revelasyon Jezikri a, epi yo pèsekite yo poutèt yo kenbe fèm ni Bib la ni Lespri Pwofesi a.</w:t>
      </w:r>
    </w:p>
    <w:p>
      <w:pPr>
        <w:pStyle w:val="ArticleBody"/>
        <w:jc w:val="left"/>
      </w:pPr>
      <w:r>
        <w:rPr>
          <w:rFonts w:ascii="Times New Roman" w:hAnsi="Times New Roman" w:eastAsia="Times New Roman" w:cs="Times New Roman"/>
        </w:rPr>
        <w:t>Nan twa premye vèsè chapit premye a, yo mete anfaz sou pwosesis kominikasyon ant Bondye Papa a ak sèvitè li yo. Chapit venn-de a ajoute nan naratif pwosesis kominikasyon an. De pasaj sa yo reprezante kòmansman ak fen liv Revelasyon an, epi ansanm yo bay detay sou wòl Jan nan ilistrasyon pwofetik la. Li pa sèlman sila a ki te ekri pawòl Revelasyon yo, men li reprezante tou moun ki nan fen mond lan k ap kominike dènye mesaj avètisman an.</w:t>
      </w:r>
    </w:p>
    <w:p>
      <w:pPr>
        <w:pStyle w:val="ArticleScripture"/>
        <w:jc w:val="left"/>
      </w:pPr>
      <w:r>
        <w:rPr>
          <w:rFonts w:ascii="Times New Roman" w:hAnsi="Times New Roman" w:eastAsia="Times New Roman" w:cs="Times New Roman"/>
        </w:rPr>
        <w:t>Senyè a bay pawòl la: anpil anpil te foul moun sila yo ki te pibliye li a. Sòm 68:11</w:t>
      </w:r>
    </w:p>
    <w:p>
      <w:pPr>
        <w:pStyle w:val="ArticleBody"/>
        <w:jc w:val="left"/>
      </w:pPr>
      <w:r>
        <w:rPr>
          <w:rFonts w:ascii="Times New Roman" w:hAnsi="Times New Roman" w:eastAsia="Times New Roman" w:cs="Times New Roman"/>
        </w:rPr>
        <w:t>Jan “te wè” epi “tande” “bagay” ki fòme mesaj la, epi yo te ba li lòd pou l ekri epi voye mesaj la bay legliz yo.</w:t>
      </w:r>
    </w:p>
    <w:p>
      <w:pPr>
        <w:pStyle w:val="ArticleScripture"/>
        <w:jc w:val="left"/>
      </w:pPr>
      <w:r>
        <w:rPr>
          <w:rFonts w:ascii="Times New Roman" w:hAnsi="Times New Roman" w:eastAsia="Times New Roman" w:cs="Times New Roman"/>
        </w:rPr>
        <w:t>Li t ap di: Mwen se Alfa ak Omega, premye a ak dènye a; epi: Sa ou wè a, ekri l nan yon liv, epi voye l bay sèt legliz ki nan Azi yo: bay Efèz, bay Smirn, bay Pègam, bay Tiyatir, bay Sard, bay Filadèlfi, ak bay Laodise. Revelasyon 1:19.</w:t>
      </w:r>
    </w:p>
    <w:p>
      <w:pPr>
        <w:pStyle w:val="ArticleBody"/>
        <w:jc w:val="left"/>
      </w:pPr>
      <w:r>
        <w:rPr>
          <w:rFonts w:ascii="Times New Roman" w:hAnsi="Times New Roman" w:eastAsia="Times New Roman" w:cs="Times New Roman"/>
        </w:rPr>
        <w:t>Sa li te “tande” ak sa li te “wè,” yo te ba li lòd pou l ekri yo epi voye yo bay sèt legliz Azi Minè yo; men lè sa te rive sou legliz yo chak apa, Jezi te dikte mesaj yo dirèkteman bay Jan, paske chak mesaj pou chak nan sèt legliz yo kòmanse ak fraz sa a: “Epi ekri bay zanj legliz ki nan … la.” Jezi te dikte mesaj yo chak apa bay legliz yo.</w:t>
      </w:r>
    </w:p>
    <w:p>
      <w:pPr>
        <w:pStyle w:val="ArticleBody"/>
        <w:jc w:val="left"/>
      </w:pPr>
      <w:r>
        <w:rPr>
          <w:rFonts w:ascii="Times New Roman" w:hAnsi="Times New Roman" w:eastAsia="Times New Roman" w:cs="Times New Roman"/>
        </w:rPr>
        <w:t>Jezi te dikte Jan, epi Jezi te di Jan tou pou l ekri sa li te wè ak sa li te tande; epi yon fwa, Jezi te di Jan pou l “pa” ekri sa li te tande a.</w:t>
      </w:r>
    </w:p>
    <w:p>
      <w:pPr>
        <w:pStyle w:val="ArticleScripture"/>
        <w:jc w:val="left"/>
      </w:pPr>
      <w:r>
        <w:rPr>
          <w:rFonts w:ascii="Times New Roman" w:hAnsi="Times New Roman" w:eastAsia="Times New Roman" w:cs="Times New Roman"/>
        </w:rPr>
        <w:t>Li rele avèk yon gwo vwa, tankou lè yon lyon ap gwonde; e lè li te fin rele, sèt loraj yo fè tande vwa pa yo. E lè sèt loraj yo te fin fè tande vwa pa yo, mwen te pare pou m ekri; men mwen tande yon vwa soti nan syèl la ki t ap di m: Sele sa sèt loraj yo te di yo, epi pa ekri yo. Revelasyon 10:3, 4.</w:t>
      </w:r>
    </w:p>
    <w:p>
      <w:pPr>
        <w:pStyle w:val="ArticleBody"/>
        <w:jc w:val="left"/>
      </w:pPr>
      <w:r>
        <w:rPr>
          <w:rFonts w:ascii="Times New Roman" w:hAnsi="Times New Roman" w:eastAsia="Times New Roman" w:cs="Times New Roman"/>
        </w:rPr>
        <w:t>Yo te di lòd pou l sele sa sèt loraj yo te di a; konsa, li t ap sele mesaj sèt loraj yo, menm jan yo te bay Danyèl lòd pou l sele liv li a jouk tan lafen an.</w:t>
      </w:r>
    </w:p>
    <w:p>
      <w:pPr>
        <w:pStyle w:val="ArticleScripture"/>
        <w:jc w:val="left"/>
      </w:pPr>
      <w:r>
        <w:rPr>
          <w:rFonts w:ascii="Times New Roman" w:hAnsi="Times New Roman" w:eastAsia="Times New Roman" w:cs="Times New Roman"/>
        </w:rPr>
        <w:t>Men ou menm, Danyèl, fèmen pawòl yo, epi sele liv la, jis rive nan tan lafen an: anpil moun pral kouri ale vini, epi konesans pral ogmante.... Epi li di: Ale fè chemen ou, Danyèl; paske pawòl yo fèmen epi sele jouk tan lafen an. Danyèl 12:4, 9.</w:t>
      </w:r>
    </w:p>
    <w:p>
      <w:pPr>
        <w:pStyle w:val="ArticleScripture"/>
        <w:jc w:val="left"/>
      </w:pPr>
      <w:r>
        <w:rPr>
          <w:rFonts w:ascii="Times New Roman" w:hAnsi="Times New Roman" w:eastAsia="Times New Roman" w:cs="Times New Roman"/>
        </w:rPr>
        <w:t>“Apre sèt loraj sa yo fin fè tande vwa yo, lòd la vini bay Jan menm jan li te vini bay Danyèl konsènan ti liv la: ‘Sele bagay sa yo sèt loraj yo te pwononse.’” The Seventh-day Adventist Bible Commentary, volim 7, 971.</w:t>
      </w:r>
    </w:p>
    <w:p>
      <w:pPr>
        <w:pStyle w:val="ArticleBody"/>
        <w:jc w:val="left"/>
      </w:pPr>
      <w:r>
        <w:rPr>
          <w:rFonts w:ascii="Times New Roman" w:hAnsi="Times New Roman" w:eastAsia="Times New Roman" w:cs="Times New Roman"/>
        </w:rPr>
        <w:t>Sa n ap idantifye a se ke ni nan fen ni nan kòmansman liv Revelasyon an, yo idantifye yon mesaj. Yo idantifye tou pwosesis kominikasyon mesaj sa a. Yo adrese ak presizyon wòl Jan jwe nan kominikasyon mesaj la. Pafwa li te senpleman ekri sa li te wè ak sa li te tande. Lòt fwa yo te dikte l sa pou l ekri, epi yon fwa yo te di l pou l pa ekri sa li te tande a. Mesaj Revelasyon Jezikri a soti nan Papa a, pase bay Jezi, bay Gabriyèl, epi apre sa bay pwofèt Jan, ki te resevwa responsablite pou l ekri mesaj la epi voye l bay legliz yo.</w:t>
      </w:r>
    </w:p>
    <w:p>
      <w:pPr>
        <w:pStyle w:val="ArticleScripture"/>
        <w:jc w:val="left"/>
      </w:pPr>
      <w:r>
        <w:rPr>
          <w:rFonts w:ascii="Times New Roman" w:hAnsi="Times New Roman" w:eastAsia="Times New Roman" w:cs="Times New Roman"/>
        </w:rPr>
        <w:t>Ekri bagay ou wè yo, ak bagay ki la kounye a, ak bagay ki pral rive apre sa. Revelasyon 1:19.</w:t>
      </w:r>
    </w:p>
    <w:p>
      <w:pPr>
        <w:pStyle w:val="ArticleBody"/>
        <w:jc w:val="left"/>
      </w:pPr>
      <w:r>
        <w:rPr>
          <w:rFonts w:ascii="Times New Roman" w:hAnsi="Times New Roman" w:eastAsia="Times New Roman" w:cs="Times New Roman"/>
        </w:rPr>
        <w:t>Li ta ka posib pou yon moun li vèsè a san li pa rekonèt prensip pwofetik ki idantifye nan kòmandman yo te bay Jan pou l ekri a. Ekri “bagay” yo wè ak tande se anrejistre istwa aktyèl la, paske nan epòk Jan an, “bagay” sa yo te egziste. Anrejistre istwa aktyèl la, epi lè w fè sa, an menm tan ekri bagay ki pral rive nan lavni yo, se règ pwofetik prensipal nan liv Revelasyon an. Yo sèvi ak Jan pou mete aksan sou menm prensip sa a epi pou ilistre enpòtans li, paske an reyalite yo te di l ekri “bagay ki la yo, epi” lè l fè sa, li va ekri “bagay ki pral vini apre sa yo,” paske istwa repete tèt li. Teknik pwofetik sa a se siyati Jezi, paske yon siyati se yon non, epi non Li nan premye chapit Revelasyon an se Alfa ak Omega. Li idantifye fen an avèk kòmansman an.</w:t>
      </w:r>
    </w:p>
    <w:p>
      <w:pPr>
        <w:pStyle w:val="ArticleBody"/>
        <w:jc w:val="left"/>
      </w:pPr>
      <w:r>
        <w:rPr>
          <w:rFonts w:ascii="Times New Roman" w:hAnsi="Times New Roman" w:eastAsia="Times New Roman" w:cs="Times New Roman"/>
        </w:rPr>
        <w:t>Nou fèk ap kòmanse etid “Revelasyon Jezikri a”, epi kounye a nou ap konsidere twa premye vèsè chapit premye a. Dènye mesaj avètisman an, ki pote tit “Revelasyon Jezikri a”, transmèt soti nan Papa selès la bay Jezi, soti nan Jezi bay Gabriyèl, soti nan Gabriyèl bay Jan, ki ekri li nan yon liv pou voye bay legliz yo. Paske mesaj la tèlman nonmen dirèkteman kòm “Revelasyon Jezikri a”, li enpòtan pou nou remake ke, pami tout eleman ki te ekri bay lèzòm atravè Pawòl enspire a ki revele Kris la, sèl karakteristik kiyès Jezi ye ak sa li ye a ilistre nan aktivite Jan lè l ap ekri mesaj la. Pandan li t ap ekri bagay ki te la lè sa a, li te ansanm tou ap ekri bagay ki te poko gen pou vini.</w:t>
      </w:r>
    </w:p>
    <w:p>
      <w:pPr>
        <w:pStyle w:val="ArticleBody"/>
        <w:jc w:val="left"/>
      </w:pPr>
      <w:r>
        <w:rPr>
          <w:rFonts w:ascii="Times New Roman" w:hAnsi="Times New Roman" w:eastAsia="Times New Roman" w:cs="Times New Roman"/>
        </w:rPr>
        <w:t>Verite istwa k ap repete a reprezante lè Jan ekri yon avètisman pou epòk pa li a, ki se tou yon avètisman pou yon tan k ap vini. Lè Jan te ekri sèt legliz yo nan kòmansman legliz kretyen an, li te an menm tan ap trase yon avètisman pou legliz kretyen an nan fen mond lan. Atribi sa a nan karaktè Kris la reprezante lè yo rele Kris la Alfa ak Omega, oswa kòmansman an ak fen an, oswa premye a ak dènye a. Anfèt, Bib la idantifye atribi sa a nan karaktè Kris la kòm sa ki pwouve ke li se sèl Bondye a.</w:t>
      </w:r>
    </w:p>
    <w:p>
      <w:pPr>
        <w:pStyle w:val="ArticleBody"/>
        <w:jc w:val="left"/>
      </w:pPr>
      <w:r>
        <w:rPr>
          <w:rFonts w:ascii="Times New Roman" w:hAnsi="Times New Roman" w:eastAsia="Times New Roman" w:cs="Times New Roman"/>
        </w:rPr>
        <w:t>Nan premye chapit liv Revelasyon an, nou jwenn Jezi k ap idantifye tèt Li kòm Alfa ak Omega.</w:t>
      </w:r>
    </w:p>
    <w:p>
      <w:pPr>
        <w:pStyle w:val="ArticleScripture"/>
        <w:jc w:val="left"/>
      </w:pPr>
      <w:r>
        <w:rPr>
          <w:rFonts w:ascii="Times New Roman" w:hAnsi="Times New Roman" w:eastAsia="Times New Roman" w:cs="Times New Roman"/>
        </w:rPr>
        <w:t>Mwen te nan Lespri a nan jou Senyè a, epi mwen tande dèyè m yon gwo vwa, tankou son yon twonpèt, ki t ap di: Mwen se Alfa ak Omega, premye a ak dènye a; epi: Sa ou wè a, ekri l nan yon liv, epi voye li bay sèt legliz ki nan Azi yo; bay Efèz, ak Smirn, ak Pègam, ak Tiyatir, ak Sàd, ak Filadèlfi, ak Lawodise.</w:t>
      </w:r>
    </w:p>
    <w:p>
      <w:pPr>
        <w:pStyle w:val="ArticleScripture"/>
        <w:jc w:val="left"/>
      </w:pPr>
      <w:r>
        <w:rPr>
          <w:rFonts w:ascii="Times New Roman" w:hAnsi="Times New Roman" w:eastAsia="Times New Roman" w:cs="Times New Roman"/>
        </w:rPr>
        <w:t>Mwen vire pou m wè vwa ki t ap pale avè m nan. Lè m fin vire, mwen wè sèt chanpdelò an lò; epi nan mitan sèt chanpdelò yo, yon moun ki te sanble ak Pitit Lòm nan, abiye ak yon rad ki te desann jouk nan pye l, epi li te mare nan pwatrin li ak yon sentiwon an lò. Tèt li ak cheve li te blan tankou lenn, blan tankou nèj; epi je li yo te tankou yon flanm dife; pye li yo te tankou kwiv rafine, tankou si yo t ap boule nan yon fou; epi vwa li te tankou bri gwo dlo anpil. Li te gen sèt zetwal nan men dwat li; epi nan bouch li te soti yon nepe file, de bò li byen file; epi vizaj li te tankou solèy la lè li klere nan tout fòs li.</w:t>
      </w:r>
    </w:p>
    <w:p>
      <w:pPr>
        <w:pStyle w:val="ArticleScripture"/>
        <w:jc w:val="left"/>
      </w:pPr>
      <w:r>
        <w:rPr>
          <w:rFonts w:ascii="Times New Roman" w:hAnsi="Times New Roman" w:eastAsia="Times New Roman" w:cs="Times New Roman"/>
        </w:rPr>
        <w:t>E lè m te wè li, mwen tonbe nan pye li tankou yon moun mouri. E li mete men dwat li sou mwen, li di m: Ou pa bezwen pè; mwen se premye a ak dènye a. Revelasyon 1:10–17.</w:t>
      </w:r>
    </w:p>
    <w:p>
      <w:pPr>
        <w:pStyle w:val="ArticleBody"/>
        <w:jc w:val="left"/>
      </w:pPr>
      <w:r>
        <w:rPr>
          <w:rFonts w:ascii="Times New Roman" w:hAnsi="Times New Roman" w:eastAsia="Times New Roman" w:cs="Times New Roman"/>
        </w:rPr>
        <w:t>Gen anpil verite nan vèsè sa yo, men isit la mwen ta senpleman fè remake ke lè Jan tande vwa Kris la tankou yon twonpèt epi li vire pou l wè kiyès ki t ap pale avè l la, li wè Jezi Kris kòm Gran Prèt selès la anndan kote ki sen an nan Tanp selès la. Lè sa a, Jezi idantifye tèt Li kòm Alfa ak Omega, epi kòm premye a ak dènye a. Nan mesaj la ak nan kominikasyon li nan twa premye vèsè yo, nou te jwenn yon liy verite ki te koresponn ak liy verite ki nan fen Revelasyon an. Antanke Alfa ak Omega, Jezi montre fen an avèk kòmansman an, dènye a avèk premye a. Nan fen liv Revelasyon an menm jan ak nan kòmansman an, Li yon lòt fwa ankò idantifye tèt Li kòm Alfa ak Omega.</w:t>
      </w:r>
    </w:p>
    <w:p>
      <w:pPr>
        <w:pStyle w:val="ArticleScripture"/>
        <w:jc w:val="left"/>
      </w:pPr>
      <w:r>
        <w:rPr>
          <w:rFonts w:ascii="Times New Roman" w:hAnsi="Times New Roman" w:eastAsia="Times New Roman" w:cs="Times New Roman"/>
        </w:rPr>
        <w:t>Epi li di mwen: Pawòl sa yo fidèl e veritab; epi Senyè Bondye pwofèt ki sen yo voye zanj li a pou montre sèvitè li yo bagay ki gen pou fèt talè konsa. Men, m ap vini byento: beni pou moun ki kenbe pawòl pwofesi ki nan liv sa a.</w:t>
      </w:r>
    </w:p>
    <w:p>
      <w:pPr>
        <w:pStyle w:val="ArticleScripture"/>
        <w:jc w:val="left"/>
      </w:pPr>
      <w:r>
        <w:rPr>
          <w:rFonts w:ascii="Times New Roman" w:hAnsi="Times New Roman" w:eastAsia="Times New Roman" w:cs="Times New Roman"/>
        </w:rPr>
        <w:t>Epi mwen Jan, mwen te wè bagay sa yo, epi mwen te tande yo. E lè mwen te fin tande e wè, mwen tonbe ajenou pou m adore devan pye zanj ki te fè m wè bagay sa yo. Lè sa a li di m konsa: Gade, pa fè sa; paske mwen se yon parèy sèvitè avè w, ak frè w yo, pwofèt yo, ansanm ak moun ki kenbe pawòl liv sa a: adore Bondye.</w:t>
      </w:r>
    </w:p>
    <w:p>
      <w:pPr>
        <w:pStyle w:val="ArticleScripture"/>
        <w:jc w:val="left"/>
      </w:pPr>
      <w:r>
        <w:rPr>
          <w:rFonts w:ascii="Times New Roman" w:hAnsi="Times New Roman" w:eastAsia="Times New Roman" w:cs="Times New Roman"/>
        </w:rPr>
        <w:t>Epi li di m: Pa sele pawòl pwofesi liv sa a, paske tan an pre.</w:t>
      </w:r>
    </w:p>
    <w:p>
      <w:pPr>
        <w:pStyle w:val="ArticleScripture"/>
        <w:jc w:val="left"/>
      </w:pPr>
      <w:r>
        <w:rPr>
          <w:rFonts w:ascii="Times New Roman" w:hAnsi="Times New Roman" w:eastAsia="Times New Roman" w:cs="Times New Roman"/>
        </w:rPr>
        <w:t>Moun ki enjis la, kite l kontinye fè enjis toujou; e sila a ki sal la, kite l kontinye sal toujou; e sila a ki jis la, kite l kontinye pratike jistis toujou; e sila a ki sen an, kite l kontinye vin sen toujou.</w:t>
      </w:r>
    </w:p>
    <w:p>
      <w:pPr>
        <w:pStyle w:val="ArticleScripture"/>
        <w:jc w:val="left"/>
      </w:pPr>
      <w:r>
        <w:rPr>
          <w:rFonts w:ascii="Times New Roman" w:hAnsi="Times New Roman" w:eastAsia="Times New Roman" w:cs="Times New Roman"/>
        </w:rPr>
        <w:t>Epi, gade, m ap vini vit; e rekonpans mwen avèk mwen, pou m bay chak moun dapre sa zèv li va ye. Mwen se Alfa ak Omega, kòmansman an ak finisman an, premye a ak dènye a. Revelasyon 22:7–13.</w:t>
      </w:r>
    </w:p>
    <w:p>
      <w:pPr>
        <w:pStyle w:val="ArticleBody"/>
        <w:jc w:val="left"/>
      </w:pPr>
      <w:r>
        <w:rPr>
          <w:rFonts w:ascii="Times New Roman" w:hAnsi="Times New Roman" w:eastAsia="Times New Roman" w:cs="Times New Roman"/>
        </w:rPr>
        <w:t>Liv Revelasyon an dekri avèk anpil swen ke, lè Jan anrejistre mesaj la, mesaj la t ap chita sou prensip kòmansman an ki ilistre fen an. Mesaj la se premye verite ki louvri nan liv Revelasyon an, e menm verite sa a se dènye verite yo pale nan liv la. E nan temwayaj ki nan kòmansman an ak nan fen liv Revelasyon an, Jezi idantifye tèt Li kòm Alfa ak Omega, kòmansman ak fen, epi kòm premye a ak dènye a.</w:t>
      </w:r>
    </w:p>
    <w:p>
      <w:pPr>
        <w:pStyle w:val="ArticleBody"/>
        <w:jc w:val="left"/>
      </w:pPr>
      <w:r>
        <w:rPr>
          <w:rFonts w:ascii="Times New Roman" w:hAnsi="Times New Roman" w:eastAsia="Times New Roman" w:cs="Times New Roman"/>
        </w:rPr>
        <w:t>Premye twa vèsè liv Revelasyon an idantifye dènye mesaj avètisman pou limanite. Se avètisman ki vini anvan sèt dènye flewo yo ak Dezyèm Vini Kris la. Mesaj Revelasyon Jezikri a te “voye e fè konnen li pa siy” “pa zanj li a.”</w:t>
      </w:r>
    </w:p>
    <w:p>
      <w:pPr>
        <w:pStyle w:val="ArticleBody"/>
        <w:jc w:val="left"/>
      </w:pPr>
      <w:r>
        <w:rPr>
          <w:rFonts w:ascii="Times New Roman" w:hAnsi="Times New Roman" w:eastAsia="Times New Roman" w:cs="Times New Roman"/>
        </w:rPr>
        <w:t>Menm avètisman sa a idantifye ankò nan dènye pasaj Revelasyon an, epi li reprezante tou kòm twazyèm zanj nan Revelasyon katòz.</w:t>
      </w:r>
    </w:p>
    <w:p>
      <w:pPr>
        <w:pStyle w:val="ArticleScripture"/>
        <w:jc w:val="left"/>
      </w:pPr>
      <w:r>
        <w:rPr>
          <w:rFonts w:ascii="Times New Roman" w:hAnsi="Times New Roman" w:eastAsia="Times New Roman" w:cs="Times New Roman"/>
        </w:rPr>
        <w:t>Apre yo menm, twazyèm zanj lan swiv yo, li t ap di byen fò: Si yon moun adore bèt la ak imaj li, epi li resevwa mak li sou fwon li, oswa nan men li, moun sa a va bwè diven kòlè Bondye a, ki vide san melanj nan gode endiyasyon li; epi li va sibi tòti nan dife ak souf nan prezans zanj sen yo, ak nan prezans Ti Mouton an. Epi lafimen tòti yo ap monte pou tout tan ak pou tout tan; e yo pa gen repo ni lajounen ni lannwit, yo menm ki adore bèt la ak imaj li, ansanm ak tout moun ki resevwa mak non li. Revelasyon 14:9–11.</w:t>
      </w:r>
    </w:p>
    <w:p>
      <w:pPr>
        <w:pStyle w:val="ArticleBody"/>
        <w:jc w:val="left"/>
      </w:pPr>
      <w:r>
        <w:rPr>
          <w:rFonts w:ascii="Times New Roman" w:hAnsi="Times New Roman" w:eastAsia="Times New Roman" w:cs="Times New Roman"/>
        </w:rPr>
        <w:t>Dènye mesaj avètisman an se mesaj ki reprezante pa twazyèm zanj lan. Se dènye avètisman an, paske li idantifye dirèkteman dènye eprèv limanite a. Gen yon lòt zanj ki vini apre epi ki mete tèt li ansanm ak twazyèm zanj lan, e zanj sa a tou se mesaj final avètisman an.</w:t>
      </w:r>
    </w:p>
    <w:p>
      <w:pPr>
        <w:pStyle w:val="ArticleScripture"/>
        <w:jc w:val="left"/>
      </w:pPr>
      <w:r>
        <w:rPr>
          <w:rFonts w:ascii="Times New Roman" w:hAnsi="Times New Roman" w:eastAsia="Times New Roman" w:cs="Times New Roman"/>
        </w:rPr>
        <w:t>Apre bagay sa yo, mwen wè yon lòt zanj desann sot nan syèl la, li te gen gwo pouvwa; e tè a te klere ak glwa li. E li te rele avèk fòs, ak yon vwa pwisan, li di: Gwo Babilòn tonbe, li tonbe, e li vin tounen kay demon yo, repè tout move lespri, ak kaj tout zwazo sal e rayisab. Paske tout nasyon yo bwè diven kòlè fònikasyon li a, wa latè yo fè fònikasyon avè l, epi machann latè yo vin rich grasa abondans liks li yo.</w:t>
      </w:r>
    </w:p>
    <w:p>
      <w:pPr>
        <w:pStyle w:val="ArticleScripture"/>
        <w:jc w:val="left"/>
      </w:pPr>
      <w:r>
        <w:rPr>
          <w:rFonts w:ascii="Times New Roman" w:hAnsi="Times New Roman" w:eastAsia="Times New Roman" w:cs="Times New Roman"/>
        </w:rPr>
        <w:t>Epi mwen tande yon lòt vwa soti nan syèl la, ki t ap di: Soti nan li, pèp mwen an, pou nou pa patisipe nan peche li yo, e pou nou pa resevwa nan kalamite li yo. Paske peche li yo monte rive jouk nan syèl la, e Bondye sonje inikite li yo. Revelasyon 18:1–5.</w:t>
      </w:r>
    </w:p>
    <w:p>
      <w:pPr>
        <w:pStyle w:val="ArticleBody"/>
        <w:jc w:val="left"/>
      </w:pPr>
      <w:r>
        <w:rPr>
          <w:rFonts w:ascii="Times New Roman" w:hAnsi="Times New Roman" w:eastAsia="Times New Roman" w:cs="Times New Roman"/>
        </w:rPr>
        <w:t>Mesaj ki se Revelasyon Jezikri a reprezante nan chapit youn, chapit katòz, chapit dizwit, ak chapit vennnde. Mesaj la siyifi pa yon zanj ki idantifye nan premye ak dènye referans nan Revelasyon an kòm zanj Gabriyèl, epi apre sa, nan chapit katòz ak dizwit, mesaj la reprezante senbolikman pa yon zanj k ap vole nan syèl la oswa k ap desann soti nan syèl la.</w:t>
      </w:r>
    </w:p>
    <w:p>
      <w:pPr>
        <w:pStyle w:val="ArticleBody"/>
        <w:jc w:val="left"/>
      </w:pPr>
      <w:r>
        <w:rPr>
          <w:rFonts w:ascii="Times New Roman" w:hAnsi="Times New Roman" w:eastAsia="Times New Roman" w:cs="Times New Roman"/>
        </w:rPr>
        <w:t>Zanj ki soti nan syèl la nan chapit dizwit la te deja prefigire pi bonè nan chapit dis la, lè yon zanj desann epi li mete yon pye sou tè a, epi yon lòt sou lanmè a. Zanj sa a gen yon liv Jan resevwa lòd pou l manje; li fè bouch li dous, men vant li anmè. Liv Jan manje a se yon mesaj, e mesaj ti liv la reprezante a prefigure mesaj zanj ki nan Revelasyon dizwit la; konsa, li menm tou, li se yon reprezantasyon dènye mesaj avètisman an.</w:t>
      </w:r>
    </w:p>
    <w:p>
      <w:pPr>
        <w:pStyle w:val="ArticleBody"/>
        <w:jc w:val="left"/>
      </w:pPr>
      <w:r>
        <w:rPr>
          <w:rFonts w:ascii="Times New Roman" w:hAnsi="Times New Roman" w:eastAsia="Times New Roman" w:cs="Times New Roman"/>
        </w:rPr>
        <w:t>Yo di nou ke mesaj Bondye a te voye e li te siyifye pa yon zanj; epi lè nou egzamine ak anpil atansyon pou nou wè kijan mesaj avètisman final la prezante nan liv Revelasyon an, nou jwenn ke sèt fwa se yon zanj ki siyifye mesaj avètisman final la. Nan premye ak nan dènye ka yo, se te zanj Gabriyèl la. Apre sa, nan Revelasyon 10, nou wè yon zanj desann ak yon ti liv nan men li. Nan Revelasyon 14, nou wè twa lòt zanj ankò, yo tout reprezante mesaj avètisman final la. Epi nan Revelasyon 18, nou wè yon lòt zanj ki reprezante menm mesaj avètisman final sa a. Sèt mesaj avètisman final yo reprezante pa zanj. Premye a ak dènye a se zanj Gabriyèl la, epi senk zanj ki nan mitan premye a ak dènye a se zanj senbolik.</w:t>
      </w:r>
    </w:p>
    <w:p>
      <w:pPr>
        <w:pStyle w:val="ArticleBody"/>
        <w:jc w:val="left"/>
      </w:pPr>
      <w:r>
        <w:rPr>
          <w:rFonts w:ascii="Times New Roman" w:hAnsi="Times New Roman" w:eastAsia="Times New Roman" w:cs="Times New Roman"/>
        </w:rPr>
        <w:t>Natirèlman, chak nan sèt legliz yo gen yon zanj tou, men yo ap pote yon mesaj bay legliz yo, tandiske dènye mesaj avètisman nou te ap pale a se yon mesaj ki gen lemonn antye kòm odyans li.</w:t>
      </w:r>
    </w:p>
    <w:p>
      <w:pPr>
        <w:pStyle w:val="ArticleBody"/>
        <w:jc w:val="left"/>
      </w:pPr>
      <w:r>
        <w:rPr>
          <w:rFonts w:ascii="Times New Roman" w:hAnsi="Times New Roman" w:eastAsia="Times New Roman" w:cs="Times New Roman"/>
        </w:rPr>
        <w:t>Chak nan sèt liy pwofetik ki reprezante dènye mesaj avètisman an dwe egzamine ak anpil atansyon epi mete yo ann amoni youn ak lòt, men nan moman sa a mwen vle senpleman defini yon prensip debaz konsènan Alfa ak Omega. Premye fwa yon sijè mansyone nan Pawòl Bondye a se referans ki pi enpòtan an. Premye fwa yo mansyone “semans” nan Bib la se nan Jenèz 1:11, kote yo fè nou konnen semans lan t ap pwodui “dapre espès pa li.” Premye mansyon semans lan mete anfaz sou lefèt ke li gen ADN ki nesesè pou repwodui tèt li. Jezi te idantifye Pawòl Bondye a kòm yon semans.</w:t>
      </w:r>
    </w:p>
    <w:p>
      <w:pPr>
        <w:pStyle w:val="ArticleScripture"/>
        <w:jc w:val="left"/>
      </w:pPr>
      <w:r>
        <w:rPr>
          <w:rFonts w:ascii="Times New Roman" w:hAnsi="Times New Roman" w:eastAsia="Times New Roman" w:cs="Times New Roman"/>
        </w:rPr>
        <w:t>Menm jou sa a, Jezi soti nan kay la, li al chita bò lanmè a. Epi yon gwo foul moun te rasanble bò kote l, tèlman li monte nan yon kannòt, li chita; epi tout foul la te kanpe sou rivaj la. Lè sa a, li pale yo anpil bagay an parabòl, li di:</w:t>
      </w:r>
    </w:p>
    <w:p>
      <w:pPr>
        <w:pStyle w:val="ArticleScripture"/>
        <w:jc w:val="left"/>
      </w:pPr>
      <w:r>
        <w:rPr>
          <w:rFonts w:ascii="Times New Roman" w:hAnsi="Times New Roman" w:eastAsia="Times New Roman" w:cs="Times New Roman"/>
        </w:rPr>
        <w:t>Gade, yon moun ki t ap simen an soti al simen; E pandan li t ap simen an, kèk grenn tonbe bò chemen an, epi zwazo yo vini e yo devore yo: Kèk tonbe sou tè wòch, kote yo pa t gen anpil tè; epi tousuit yo leve, paske yo pa t gen pwofondè tè: E lè solèy la leve, yo te boule; e paske yo pa t gen rasin, yo cheche nèt. E kèk tonbe nan mitan pikan; epi pikan yo leve, e yo toufe yo: Men lòt tonbe nan bon tè, e yo bay fwi, youn san pou youn, youn swasant pou youn, youn trant pou youn. Moun ki gen zòrèy pou tande, se pou li tande.</w:t>
      </w:r>
    </w:p>
    <w:p>
      <w:pPr>
        <w:pStyle w:val="ArticleScripture"/>
        <w:jc w:val="left"/>
      </w:pPr>
      <w:r>
        <w:rPr>
          <w:rFonts w:ascii="Times New Roman" w:hAnsi="Times New Roman" w:eastAsia="Times New Roman" w:cs="Times New Roman"/>
        </w:rPr>
        <w:t>Epi disip yo vin jwenn li, yo di li: Poukisa ou pale ak yo an parabòl?</w:t>
      </w:r>
    </w:p>
    <w:p>
      <w:pPr>
        <w:pStyle w:val="ArticleScripture"/>
        <w:jc w:val="left"/>
      </w:pPr>
      <w:r>
        <w:rPr>
          <w:rFonts w:ascii="Times New Roman" w:hAnsi="Times New Roman" w:eastAsia="Times New Roman" w:cs="Times New Roman"/>
        </w:rPr>
        <w:t>Li reponn yo, li di yo: Se paske yo ban nou konnen mistè wayòm syèl la; men yo pa bay sa a yo menm. Paske nenpòt moun ki genyen, y a ba li ankò, e l ap gen an abondans; men nenpòt moun ki pa genyen, menm sa li genyen an, y a wete l nan men li. Se poutèt sa mwen pale ak yo an parabòl: paske, pandan y ap gade, yo pa wè; pandan y ap tande, yo pa tande, ni yo pa konprann. E nan yo pwofesi Ezayi a ap akonpli, ki di: Lè n ap tande, n a tande, men nou p ap konprann; lè n ap gade, n a gade, men nou p ap wè. Paske kè pèp sa a vin lou, zòrèy yo vin di pou tande, e je yo, yo fèmen yo; pou sa pa rive yo wè ak je yo, yo tande ak zòrèy yo, yo konprann ak kè yo, yo konvèti, epi mwen geri yo.</w:t>
      </w:r>
    </w:p>
    <w:p>
      <w:pPr>
        <w:pStyle w:val="ArticleScripture"/>
        <w:jc w:val="left"/>
      </w:pPr>
      <w:r>
        <w:rPr>
          <w:rFonts w:ascii="Times New Roman" w:hAnsi="Times New Roman" w:eastAsia="Times New Roman" w:cs="Times New Roman"/>
        </w:rPr>
        <w:t>Men, benediksyon pou je nou, paske yo wè; ak pou zòrèy nou, paske yo tande. Paske, an verite, mwen di nou sa: anpil pwofèt ak moun jis te swete wè bagay nou wè yo, men yo pa t wè yo; epi tande bagay nou tande yo, men yo pa t tande yo.</w:t>
      </w:r>
    </w:p>
    <w:p>
      <w:pPr>
        <w:pStyle w:val="ArticleScripture"/>
        <w:jc w:val="left"/>
      </w:pPr>
      <w:r>
        <w:rPr>
          <w:rFonts w:ascii="Times New Roman" w:hAnsi="Times New Roman" w:eastAsia="Times New Roman" w:cs="Times New Roman"/>
        </w:rPr>
        <w:t>Se poutèt sa, koute parabòl moun k ap simen an.</w:t>
      </w:r>
    </w:p>
    <w:p>
      <w:pPr>
        <w:pStyle w:val="ArticleScripture"/>
        <w:jc w:val="left"/>
      </w:pPr>
      <w:r>
        <w:rPr>
          <w:rFonts w:ascii="Times New Roman" w:hAnsi="Times New Roman" w:eastAsia="Times New Roman" w:cs="Times New Roman"/>
        </w:rPr>
        <w:t>Lè yon moun tande pawòl wayòm nan epi li pa konprann li, lè sa a, mechan an vini, li rache sa ki te simen nan kè li a. Se sa ki moun ki te resevwa semans lan bò chemen an.</w:t>
      </w:r>
    </w:p>
    <w:p>
      <w:pPr>
        <w:pStyle w:val="ArticleScripture"/>
        <w:jc w:val="left"/>
      </w:pPr>
      <w:r>
        <w:rPr>
          <w:rFonts w:ascii="Times New Roman" w:hAnsi="Times New Roman" w:eastAsia="Times New Roman" w:cs="Times New Roman"/>
        </w:rPr>
        <w:t>Men, moun ki te resevwa grenn nan sou tè wòch, se li menm ki tande pawòl la, epi touswit li resevwa li ak kè kontan; men li pa gen rasin nan li menm, se pou yon ti tan sèlman li kenbe fèm; paske lè tribilasyon oswa pèsekisyon leve poutèt pawòl la, touswit li bite.</w:t>
      </w:r>
    </w:p>
    <w:p>
      <w:pPr>
        <w:pStyle w:val="ArticleScripture"/>
        <w:jc w:val="left"/>
      </w:pPr>
      <w:r>
        <w:rPr>
          <w:rFonts w:ascii="Times New Roman" w:hAnsi="Times New Roman" w:eastAsia="Times New Roman" w:cs="Times New Roman"/>
        </w:rPr>
        <w:t>Moun ki resevwa semans lan nan mitan pikan yo, se li menm ki tande pawòl la; men sousi lavi sa a, ansanm ak twonpri richès yo, toufe pawòl la, epi li vin san fwi.</w:t>
      </w:r>
    </w:p>
    <w:p>
      <w:pPr>
        <w:pStyle w:val="ArticleScripture"/>
        <w:jc w:val="left"/>
      </w:pPr>
      <w:r>
        <w:rPr>
          <w:rFonts w:ascii="Times New Roman" w:hAnsi="Times New Roman" w:eastAsia="Times New Roman" w:cs="Times New Roman"/>
        </w:rPr>
        <w:t>Men, moun ki te resevwa semans lan nan bon tè a, se li menm ki tande pawòl la epi ki konprann li; li menm tou li pote fwi, epi li donnen, kèk bay san fwa plis, kèk swasant, kèk trant. Matye 13:1–23.</w:t>
      </w:r>
    </w:p>
    <w:p>
      <w:pPr>
        <w:pStyle w:val="ArticleBody"/>
        <w:jc w:val="left"/>
      </w:pPr>
      <w:r>
        <w:rPr>
          <w:rFonts w:ascii="Times New Roman" w:hAnsi="Times New Roman" w:eastAsia="Times New Roman" w:cs="Times New Roman"/>
        </w:rPr>
        <w:t>Yon grenn, ki se Pawòl Bondye a, gen tout ADN ki nesesè pou pwodui yon plant konplè. Premye fwa yon sijè parèt nan Pawòl Bondye a gen ladan l tout eleman sijè sa a genyen. Verite sa a idantifye kòm “règ premye mansyònman an.” Plis yo egzamine règ sa a de prè, se plis li vin sèten.</w:t>
      </w:r>
    </w:p>
    <w:p>
      <w:pPr>
        <w:pStyle w:val="ArticleBody"/>
        <w:jc w:val="left"/>
      </w:pPr>
      <w:r>
        <w:rPr>
          <w:rFonts w:ascii="Times New Roman" w:hAnsi="Times New Roman" w:eastAsia="Times New Roman" w:cs="Times New Roman"/>
        </w:rPr>
        <w:t>Anvan nou kontinye nan esplikasyon nou sou Alfa ak Omega a ak definisyon Pawòl Bondye a kòm yon semans, li vo lapenn pou nou konsidere, dapre pasaj nou sot site nan Matye a, kèk pwen ki enpòtan pou refleksyon nou sou liv Revelasyon an. Tout pwofèt yo ap pale konsènan fen mond lan.</w:t>
      </w:r>
    </w:p>
    <w:p>
      <w:pPr>
        <w:pStyle w:val="ArticleScripture"/>
        <w:jc w:val="left"/>
      </w:pPr>
      <w:r>
        <w:rPr>
          <w:rFonts w:ascii="Times New Roman" w:hAnsi="Times New Roman" w:eastAsia="Times New Roman" w:cs="Times New Roman"/>
        </w:rPr>
        <w:t>«Chak nan ansyen pwofèt yo te pale mwens pou pwòp epòk pa yo pase pou pa nou an, konsa pwofesi yo gen fòs pou nou. “Koulye a, tout bagay sa yo te rive yo kòm egzanp; epi yo te ekri yo pou avètisman nou, nou menm sou ki fen mond lan rive.” 1 Korentyen 10:11. “Se pa t pou tèt pa yo, men se te pou nou yo t ap sèvi bagay sa yo, ki kounye a yo fè nou konnen pa mwayen moun ki te anonse nou levanjil la avèk Sentespri ki te voye desann soti nan syèl la; bagay sa yo zanj yo menm anvi gade ladan yo.” 1 Pyè 1:12....»</w:t>
      </w:r>
    </w:p>
    <w:p>
      <w:pPr>
        <w:pStyle w:val="ArticleScripture"/>
        <w:jc w:val="left"/>
      </w:pPr>
      <w:r>
        <w:rPr>
          <w:rFonts w:ascii="Times New Roman" w:hAnsi="Times New Roman" w:eastAsia="Times New Roman" w:cs="Times New Roman"/>
        </w:rPr>
        <w:t>“Bib la te rasanble epi mare ansanm trezò li yo pou dènye jenerasyon sa a. Tout gwo evènman yo ak tout tranzaksyon solenèl nan istwa Ansyen Testaman an te repete tèt yo, e yo ap repete tèt yo, nan legliz la nan dènye jou sa yo.” Selected Messages, book 3, 338, 339.</w:t>
      </w:r>
    </w:p>
    <w:p>
      <w:pPr>
        <w:pStyle w:val="ArticleBody"/>
        <w:jc w:val="left"/>
      </w:pPr>
      <w:r>
        <w:rPr>
          <w:rFonts w:ascii="Times New Roman" w:hAnsi="Times New Roman" w:eastAsia="Times New Roman" w:cs="Times New Roman"/>
        </w:rPr>
        <w:t>Pasaj sa a bay twa temwen, (Pòl, Pyè ak Ellen White) k ap rann temwayaj sou lefèt ke tout pwofèt yo ap pale konsènan lafen mond lan, ki se egzakteman moman kote sekrè ki nan liv Revelasyon an devwale. Se poutèt sa, nan Matye trèz, lè Jezi te di: “benediksyon pou je nou, paske yo wè; ak pou zòrèy nou, paske yo tande. Paske anverite mwen di nou sa, anpil pwofèt ak moun jis te anvi wè bagay sa yo nou wè yo, epi yo pa t wè yo; epi tande bagay sa yo nou tande yo, epi yo pa t tande yo,” Li t ap eksprime menm benediksyon ki make nan twa premye vèsè yo nan chapit youn liv Revelasyon an.</w:t>
      </w:r>
    </w:p>
    <w:p>
      <w:pPr>
        <w:pStyle w:val="ArticleScripture"/>
        <w:jc w:val="left"/>
      </w:pPr>
      <w:r>
        <w:rPr>
          <w:rFonts w:ascii="Times New Roman" w:hAnsi="Times New Roman" w:eastAsia="Times New Roman" w:cs="Times New Roman"/>
        </w:rPr>
        <w:t>Benediksyon pou moun ki li, ak pou sa yo ki tande pawòl pwofesi sa a, epi ki kenbe bagay ki ekri ladan l yo; paske tan an pre. Revelasyon 1:3.</w:t>
      </w:r>
    </w:p>
    <w:p>
      <w:pPr>
        <w:pStyle w:val="ArticleBody"/>
        <w:jc w:val="left"/>
      </w:pPr>
      <w:r>
        <w:rPr>
          <w:rFonts w:ascii="Times New Roman" w:hAnsi="Times New Roman" w:eastAsia="Times New Roman" w:cs="Times New Roman"/>
        </w:rPr>
        <w:t>Jezi te prezante parabòl Moun k ap simen an, epi apre sa disip yo vin pouse pou antre an dyalòg avè l sou parabòl la. Men, anvan yo te mennen yo antre an relasyon avè Jezi, Li te deklare pou yo e, pi enpòtan toujou, pou nou: « Moun ki gen zòrèy pou tande, se pou l tande. »</w:t>
      </w:r>
    </w:p>
    <w:p>
      <w:pPr>
        <w:pStyle w:val="ArticleBody"/>
        <w:jc w:val="left"/>
      </w:pPr>
      <w:r>
        <w:rPr>
          <w:rFonts w:ascii="Times New Roman" w:hAnsi="Times New Roman" w:eastAsia="Times New Roman" w:cs="Times New Roman"/>
        </w:rPr>
        <w:t>Jezi bay parabòl la epi li fini li ak avètisman pou moun ki gen zòrèy pou tande. Apre sa, yo mennen disip yo antre nan diskisyon an, kote Jezi pale sou omwen twa panse enpòtan. Li fè konnen gen yon distenksyon ant de kategori moun k ap tande, epi lè li fè sa, li fè referans ak yon pasaj nan liv Ezayi a pou bay yon dezyèm temwen sou de kategori moun k ap tande yo (paske sonje, tout bagay sa yo plase nan kontèks moun ki va tande yo). Twazyèm lide li mete devan, anplis de de kategori moun k ap tande yo ak liv Ezayi a kòm yon dezyèm temwen, se lefètke Pawòl Bondye a se yon grenn. Lefètke Pawòl Bondye a se yon grenn fè pati, kidonk, de sa ki dwe tande pa moun ki tande Revelasyon Jezi Kris la nan chapit youn nan Revelasyon an. Gen de moun k ap tande nan twa premye vèsè yo, menm jan gen de kategori moun k ap tande nan Matye trèz. Matye trèz senpleman ajoute kèk limyè sou divès fason moun ki refize tande yo fè chwa pou yo pa tande. Epi temwayaj Ezayi a ajoute plis toujou nan mesaj nou dwe tande a.</w:t>
      </w:r>
    </w:p>
    <w:p>
      <w:pPr>
        <w:pStyle w:val="ArticleScripture"/>
        <w:jc w:val="left"/>
      </w:pPr>
      <w:r>
        <w:rPr>
          <w:rFonts w:ascii="Times New Roman" w:hAnsi="Times New Roman" w:eastAsia="Times New Roman" w:cs="Times New Roman"/>
        </w:rPr>
        <w:t>Nan ane wa Ozyas, wa a, m te wè Seyè a chita sou yon twòn, byen wo e leve anlè, epi long rad li te plen tanp lan. Anwo li te kanpe serafen yo: chak te gen sis zèl; ak de li te kouvri figi l, ak de li te kouvri pye l, epi ak de li t ap vole. Youn t ap rele lòt, li t ap di: Sen, sen, sen, se SENYÈ ki chèf tout lame yo; tout tè a plen ak laglwa li. Poto pòt yo te tranble anba vwa sila a ki t ap rele a, epi kay la te plen ak lafimen.</w:t>
      </w:r>
    </w:p>
    <w:p>
      <w:pPr>
        <w:pStyle w:val="ArticleScripture"/>
        <w:jc w:val="left"/>
      </w:pPr>
      <w:r>
        <w:rPr>
          <w:rFonts w:ascii="Times New Roman" w:hAnsi="Times New Roman" w:eastAsia="Times New Roman" w:cs="Times New Roman"/>
        </w:rPr>
        <w:t>Lè sa a mwen di: Malè pou mwen! paske mwen pèdi; paske mwen se yon moun ki gen bouch sal, e mwen rete nan mitan yon pèp ki gen bouch sal; paske je mwen yo wè Wa a, SENYÈ ki gen tout lame yo.</w:t>
      </w:r>
    </w:p>
    <w:p>
      <w:pPr>
        <w:pStyle w:val="ArticleScripture"/>
        <w:jc w:val="left"/>
      </w:pPr>
      <w:r>
        <w:rPr>
          <w:rFonts w:ascii="Times New Roman" w:hAnsi="Times New Roman" w:eastAsia="Times New Roman" w:cs="Times New Roman"/>
        </w:rPr>
        <w:t>Apre sa, youn nan sèrafen yo vole vin jwenn mwen, li te gen nan men li yon chabon dife ki t ap limen, li te pran l ak pens sou lotèl la. Li manyen bouch mwen avèk li, epi li di: Gade, sa a touche bouch ou; mechanste ou wete, epi peche ou pirifye.</w:t>
      </w:r>
    </w:p>
    <w:p>
      <w:pPr>
        <w:pStyle w:val="ArticleScripture"/>
        <w:jc w:val="left"/>
      </w:pPr>
      <w:r>
        <w:rPr>
          <w:rFonts w:ascii="Times New Roman" w:hAnsi="Times New Roman" w:eastAsia="Times New Roman" w:cs="Times New Roman"/>
        </w:rPr>
        <w:t>Epi mwen tande vwa Seyè a k ap di: Kiyès mwen va voye, e kiyès ki va ale pou nou? Lè sa a, mwen di: Men mwen; voye m.</w:t>
      </w:r>
    </w:p>
    <w:p>
      <w:pPr>
        <w:pStyle w:val="ArticleScripture"/>
        <w:jc w:val="left"/>
      </w:pPr>
      <w:r>
        <w:rPr>
          <w:rFonts w:ascii="Times New Roman" w:hAnsi="Times New Roman" w:eastAsia="Times New Roman" w:cs="Times New Roman"/>
        </w:rPr>
        <w:t>Epi li di: Ale, epi di pèp sa a: Nou pral tande vre, men nou p ap konprann; nou pral gade vre, men nou p ap wè. Rann kè pèp sa a lou, rann zòrèy yo lou, epi fèmen je yo; pou yo pa wè ak je yo, pou yo pa tande ak zòrèy yo, pou yo pa konprann ak kè yo, pou yo pa tounen vin jwenn Bondye, epi pou yo pa geri.</w:t>
      </w:r>
    </w:p>
    <w:p>
      <w:pPr>
        <w:pStyle w:val="ArticleScripture"/>
        <w:jc w:val="left"/>
      </w:pPr>
      <w:r>
        <w:rPr>
          <w:rFonts w:ascii="Times New Roman" w:hAnsi="Times New Roman" w:eastAsia="Times New Roman" w:cs="Times New Roman"/>
        </w:rPr>
        <w:t>Lè sa a, mwen di: Seyè, jouk kilè? E li reponn: Jouk lè lavil yo fin devaste san pesonn pa rete ladan yo, kay yo san moun, epi peyi a vin nèt ale dezole; jouk lè Seyè a fin mennen moun yo byen lwen, epi gen yon gwo abandònman nan mitan peyi a. Men, toujou va rete ladan li yon dizyèm pati; li va retounen, epi yo va devore l: tankou pye tèrebant lan ak pye bwadchenn nan, ki toujou gen souch yo ladan yo lè fèy yo tonbe; konsa desandans sen an va souch li. Ezayi 6:1–13.</w:t>
      </w:r>
    </w:p>
    <w:p>
      <w:pPr>
        <w:pStyle w:val="ArticleBody"/>
        <w:jc w:val="left"/>
      </w:pPr>
      <w:r>
        <w:rPr>
          <w:rFonts w:ascii="Times New Roman" w:hAnsi="Times New Roman" w:eastAsia="Times New Roman" w:cs="Times New Roman"/>
        </w:rPr>
        <w:t>Natirèlman, pasaj sa a ki soti nan Ezayi a vrèman ekstraòdinè nan pwofondè sijè pwofetik li abòde. Anpil nan sijè sa yo te deja diskite plizyè fwa nan Tab Habakik yo; se poutèt sa, n ap tou senpleman rezime pwen ki nan pasaj la ki soutni konsiderasyon nou sou referans Jezi te fè lè Li te di pawòl Li a se yon semans.</w:t>
      </w:r>
    </w:p>
    <w:p>
      <w:pPr>
        <w:pStyle w:val="ArticleBody"/>
        <w:jc w:val="left"/>
      </w:pPr>
      <w:r>
        <w:rPr>
          <w:rFonts w:ascii="Times New Roman" w:hAnsi="Times New Roman" w:eastAsia="Times New Roman" w:cs="Times New Roman"/>
        </w:rPr>
        <w:t>Yo te etabli ke Ezayi, nan pasaj sa a, reprezante yon pwofèt, e konsa pèp Bondye a nan tan lafen an. Sa ki pi enpòtan pou pwen nou an, se ke Ezayi reprezante yon pèp ki t ap viv nan peche, pandan yo t ap fonksyone anndan legliz Bondye a. Jiskaske Ezayi te resevwa revelasyon laglwa Bondye a, li pa t rekonèt pwòp peche pa li. Li te Lawodiseyen, li te avèg.</w:t>
      </w:r>
    </w:p>
    <w:p>
      <w:pPr>
        <w:pStyle w:val="ArticleScripture"/>
        <w:jc w:val="left"/>
      </w:pPr>
      <w:r>
        <w:rPr>
          <w:rFonts w:ascii="Times New Roman" w:hAnsi="Times New Roman" w:eastAsia="Times New Roman" w:cs="Times New Roman"/>
        </w:rPr>
        <w:t>“Ezayi te denonse peche lòt moun; men kounye a li wè tèt li vin ekspoze anba menm kondanasyon li te pwononse sou yo a. Li te kontante l ak yon seremoni frèt, san lavi, nan adorasyon li t ap rann Bondye a. Li pa t konnen sa jouk lè vizyon Senyè a te ba li a. Ala piti sajès li ak talan li yo te parèt kounye a pandan li t ap gade sou sakralite ak majeste Tanp lan. Ala li pa t diy! Ala li pa t apwopriye pou sèvis sakre! Jan li te wè tèt li a ta ka eksprime nan langaj apot Pòl la: ‘O nonm malere mwen ye a! ki moun ki va delivre m anba kò lanmò sa a?’”</w:t>
      </w:r>
    </w:p>
    <w:p>
      <w:pPr>
        <w:pStyle w:val="ArticleScripture"/>
        <w:jc w:val="left"/>
      </w:pPr>
      <w:r>
        <w:rPr>
          <w:rFonts w:ascii="Times New Roman" w:hAnsi="Times New Roman" w:eastAsia="Times New Roman" w:cs="Times New Roman"/>
        </w:rPr>
        <w:t>“Men, sekou te voye bay Ezayi nan detrès li a. ‘Lè sa a, youn nan serafen yo vole vin jwenn mwen, li te gen nan men li yon chabon dife vivan, li te pran ak pens sou lotèl la; epi li mete l sou bouch mwen, li di: Gade, sa a manyen bouch ou; mechanste ou wete, epi peche ou pirifye.’ Ezayi 6:6, 7.”</w:t>
      </w:r>
    </w:p>
    <w:p>
      <w:pPr>
        <w:pStyle w:val="ArticleScripture"/>
        <w:jc w:val="left"/>
      </w:pPr>
      <w:r>
        <w:rPr>
          <w:rFonts w:ascii="Times New Roman" w:hAnsi="Times New Roman" w:eastAsia="Times New Roman" w:cs="Times New Roman"/>
        </w:rPr>
        <w:t>“Vizyon yo te bay Ezayi a reprezante kondisyon pèp Bondye a nan dènye jou yo. Yo gen privilèj pou yo wè pa lafwa travay k ap fèt nan sanktyè ki nan syèl la. ‘Epi tanp Bondye a te louvri nan syèl la, e yo te wè nan tanp li a lach alyans li a.’ Lè yo gade pa lafwa anndan Sen Sen yo, epi yo wè travay Kris la nan sanktyè ki nan syèl la, yo rann yo kont yo se yon pèp ki gen bouch sal,—yon pèp ki gen bouch ki souvan pale pawòl san valè, e ki gen talan yo ki pa t sanktifye ni sèvi pou glwa Bondye. Se vre yo ka dekouraje lè yo konpare pwòp feblès pa yo ak endiyite pa yo ak pite ak bote karaktè gloriye Kris la. Men si yo, menm jan ak Ezayi, resevwa enpresyon Senyè a gen entansyon fè sou kè a, si yo imilye nanm yo devan Bondye, gen espwa pou yo. Lakansyèl pwomès la anlè twòn nan, e travay ki te fèt pou Ezayi a ap fèt nan yo. Bondye ap reponn petisyon ki soti nan kè ki gen kontrisyon an.”</w:t>
      </w:r>
    </w:p>
    <w:p>
      <w:pPr>
        <w:pStyle w:val="ArticleScripture"/>
        <w:jc w:val="left"/>
      </w:pPr>
      <w:r>
        <w:rPr>
          <w:rFonts w:ascii="Times New Roman" w:hAnsi="Times New Roman" w:eastAsia="Times New Roman" w:cs="Times New Roman"/>
        </w:rPr>
        <w:t>“Objè gwo ak solanèl travay Bondye sa a se rasanble grap yo pou granj selès la; paske tè a dwe ranpli ak laglwa Senyè a. Se poutèt sa, pèsonn pa dwe dekouraje lè yo wè mechanste k ap domine epi yo tande langaj k ap soti nan bouch sal yo. Lè pouvwa fènwa yo mete tèt yo annòd kont pèp Bondye a; lè Satan va rasanble fòs li yo pou dènye gwo konfli a, epi pouvwa li parèt gran e prèske akablant, [lè sa a] vizyon klè laglwa diven an, twòn nan ki wo e leve anlè, voute ak banza pwomès la, pral bay rekonfò, asirans, ak lapè.” Review and Herald, 22 Desanm 1896.</w:t>
      </w:r>
    </w:p>
    <w:p>
      <w:pPr>
        <w:pStyle w:val="ArticleBody"/>
        <w:jc w:val="left"/>
      </w:pPr>
      <w:r>
        <w:rPr>
          <w:rFonts w:ascii="Times New Roman" w:hAnsi="Times New Roman" w:eastAsia="Times New Roman" w:cs="Times New Roman"/>
        </w:rPr>
        <w:t>Vizyon an “reprezante kondisyon pèp Bondye a nan dènye jou yo.” Pèp Bondye a nan dènye jou yo se Lawodise.</w:t>
      </w:r>
    </w:p>
    <w:p>
      <w:pPr>
        <w:pStyle w:val="ArticleScripture"/>
        <w:jc w:val="left"/>
      </w:pPr>
      <w:r>
        <w:rPr>
          <w:rFonts w:ascii="Times New Roman" w:hAnsi="Times New Roman" w:eastAsia="Times New Roman" w:cs="Times New Roman"/>
        </w:rPr>
        <w:t>Ekri zanj legliz Lawodise yo: Men sa Amèn nan di a, temwen fidèl e veritab la, kòmansman kreyasyon Bondye a: Mwen konnen zèv ou yo, paske ou pa ni frèt ni cho; mwen ta pito ou te frèt oswa cho. Konsa, paske ou tyèd, e ou pa ni frèt ni cho, m ap vomi ou soti nan bouch mwen. Paske ou di: Mwen rich, mwen vin gen anpil byen, epi mwen pa bezwen anyen; men ou pa konnen ou se yon malere, yon mizèrab, yon pòv, yon avèg, ak yon moun toutouni. Mwen konseye ou achte nan men mwen lò ki pase nan dife, pou ou ka rich; ak rad blan, pou ou ka abiye, pou wont toutouni ou pa parèt; epi pase pomad nan je ou, pou ou ka wè.</w:t>
      </w:r>
    </w:p>
    <w:p>
      <w:pPr>
        <w:pStyle w:val="ArticleScripture"/>
        <w:jc w:val="left"/>
      </w:pPr>
      <w:r>
        <w:rPr>
          <w:rFonts w:ascii="Times New Roman" w:hAnsi="Times New Roman" w:eastAsia="Times New Roman" w:cs="Times New Roman"/>
        </w:rPr>
        <w:t>Tout moun mwen renmen, mwen reprimande yo, epi mwen korije yo: se pou sa, gen anpil zel, epi repanti. Men, m ap kanpe devan pòt la, m ap frape: si yon moun tande vwa mwen, epi l ouvri pòt la, m ap antre lakay li, m ap manje avè l, epi li menm avè m. Moun ki va genyen batay la, m ap ba li dwa pou l chita avè m sou twòn mwen, menm jan mwen menm tou mwen te genyen batay la, epi mwen chita avèk Papa m sou twòn li.</w:t>
      </w:r>
    </w:p>
    <w:p>
      <w:pPr>
        <w:pStyle w:val="ArticleScripture"/>
        <w:jc w:val="left"/>
      </w:pPr>
      <w:r>
        <w:rPr>
          <w:rFonts w:ascii="Times New Roman" w:hAnsi="Times New Roman" w:eastAsia="Times New Roman" w:cs="Times New Roman"/>
        </w:rPr>
        <w:t>Moun ki gen zòrèy, se pou li tande sa Lespri a di legliz yo. Revelasyon 3:14–22.</w:t>
      </w:r>
    </w:p>
    <w:p>
      <w:pPr>
        <w:pStyle w:val="ArticleScripture"/>
        <w:jc w:val="left"/>
      </w:pPr>
      <w:r>
        <w:rPr>
          <w:rFonts w:ascii="Times New Roman" w:hAnsi="Times New Roman" w:eastAsia="Times New Roman" w:cs="Times New Roman"/>
        </w:rPr>
        <w:t>“Mesaj pou legliz Lawodise a se yon denonsyasyon frapan, epi li aplikab pou pèp Bondye a nan tan prezan an.</w:t>
      </w:r>
    </w:p>
    <w:p>
      <w:pPr>
        <w:pStyle w:val="ArticleScripture"/>
        <w:jc w:val="left"/>
      </w:pPr>
      <w:r>
        <w:rPr>
          <w:rFonts w:ascii="Times New Roman" w:hAnsi="Times New Roman" w:eastAsia="Times New Roman" w:cs="Times New Roman"/>
        </w:rPr>
        <w:t>“‘Epi pou zanj legliz Lawodise a, ekri: Men sa sa Amèn nan di a, Temwen fidèl e veritab la, kòmansman kreyasyon Bondye a; Mwen konnen zèv ou yo, ou pa ni frèt ni cho: Mwen ta renmen ou te swa frèt swa cho. Konsa, paske ou tyèd, e ou pa ni frèt ni cho, Mwen pral vomi ou soti nan bouch Mwen. Paske ou di: Mwen rich, mwen vin gen anpil byen, e mwen pa bezwen anyen; epi ou pa konnen ou se yon malere, yon mizèrab, yon pòv, yon avèg, ak toutouni.’”</w:t>
      </w:r>
    </w:p>
    <w:p>
      <w:pPr>
        <w:pStyle w:val="ArticleScripture"/>
        <w:jc w:val="left"/>
      </w:pPr>
      <w:r>
        <w:rPr>
          <w:rFonts w:ascii="Times New Roman" w:hAnsi="Times New Roman" w:eastAsia="Times New Roman" w:cs="Times New Roman"/>
        </w:rPr>
        <w:t>“Seyè a montre nou isit la ke mesaj minis Li rele pou avèti pèp la dwe pote bay pèp Li a se pa yon mesaj lapè ak sekirite. Li pa sèlman teyorik, men li pratik nan tout detay. Pèp Bondye a reprezante nan mesaj pou Laodiseyen yo kòm yo nan yon pozisyon sekirite lachè. Yo alèz, yo kwè tèt yo rive nan yon kondisyon elve nan akonplisman espirityèl. ‘Paske ou di, Mwen rich, mwen vin gen anpil byen, e mwen pa bezwen anyen; epi ou pa konnen ke ou mizerab, malere, pòv, avèg, ak toutouni.’”</w:t>
      </w:r>
    </w:p>
    <w:p>
      <w:pPr>
        <w:pStyle w:val="ArticleScripture"/>
        <w:jc w:val="left"/>
      </w:pPr>
      <w:r>
        <w:rPr>
          <w:rFonts w:ascii="Times New Roman" w:hAnsi="Times New Roman" w:eastAsia="Times New Roman" w:cs="Times New Roman"/>
        </w:rPr>
        <w:t>“Ki pi gwo twonpri ki ka vin sou lespri lèzòm pase yon konfyans yo genyen ke yo gen rezon lè yo antyèman nan erè! Mesaj Temwen Fidèl la jwenn pèp Bondye a nan yon twonpri tris, men onèt nan twonpri sa a. Yo pa konnen ke kondisyon yo deplorab devan je Bondye. Pandan sila yo yo adrese yo ap bat lestonmak yo ke yo nan yon kondisyon espirityèl ki wo, mesaj Temwen Fidèl la kraze sekirite yo pa denonsyasyon frapan sa a sou vrè kondisyon yo: avèg espirityèl, povrete, ak mizè. Temwayaj la, tèlman sevè e tèlman pèse, pa ka yon erè, paske se Temwen Fidèl la k ap pale, e temwayaj Li dwe kòrèk.</w:t>
      </w:r>
    </w:p>
    <w:p>
      <w:pPr>
        <w:pStyle w:val="ArticleScripture"/>
        <w:jc w:val="left"/>
      </w:pPr>
      <w:r>
        <w:rPr>
          <w:rFonts w:ascii="Times New Roman" w:hAnsi="Times New Roman" w:eastAsia="Times New Roman" w:cs="Times New Roman"/>
        </w:rPr>
        <w:t>“Li difisil pou moun ki santi yo an sekirite nan sa yo rive reyalize, epi ki kwè tèt yo rich nan konesans espirityèl, resevwa mesaj ki deklare yo twonpe tèt yo e yo bezwen tout gras espirityèl yo. Kè ki pa sanktifye a se ‘pi twonpè pase tout bagay, e li mechan anpil.’ Yo te montre m ke anpil moun ap bay tèt yo konpliman kòm si yo te bon kretyen, alòske yo pa gen menm yon reyon limyè ki soti nan Jezi. Yo pa gen, pou tèt pa yo, yon eksperyans vivan nan lavi diven an. Yo bezwen yon travay pwofon ak konplè nan imilyasyon pwòp tèt yo devan Bondye anvan yo va santi vrè bezwen yo genyen pou yon efò serye, pèsistan, pou yo ka jwenn gras presye Lespri a.” Testimonies, volume 3, 252, 253.</w:t>
      </w:r>
    </w:p>
    <w:p>
      <w:pPr>
        <w:pStyle w:val="ArticleBody"/>
        <w:jc w:val="left"/>
      </w:pPr>
      <w:r>
        <w:rPr>
          <w:rFonts w:ascii="Times New Roman" w:hAnsi="Times New Roman" w:eastAsia="Times New Roman" w:cs="Times New Roman"/>
        </w:rPr>
        <w:t>Yon lè Ezayi te konvèti soti nan kondisyon Laodise li a, li te ofri tèt li pou pote dènye mesaj avètisman an bay mond lan. Vèsè twa nan chapit sis la konekte istwa pwofetik Ezayi a ak istwa pwofetik Revelasyon dizwit la lè zanj lan desann epi li klere tè a avèk glwa li.</w:t>
      </w:r>
    </w:p>
    <w:p>
      <w:pPr>
        <w:pStyle w:val="ArticleScripture"/>
        <w:jc w:val="left"/>
      </w:pPr>
      <w:r>
        <w:rPr>
          <w:rFonts w:ascii="Times New Roman" w:hAnsi="Times New Roman" w:eastAsia="Times New Roman" w:cs="Times New Roman"/>
        </w:rPr>
        <w:t>Apre bagay sa yo, mwen wè yon lòt zanj ki t ap desann soti nan syèl la, li te gen gwo pouvwa; e tè a te klere avèk glwa li. Revelasyon 18:1.</w:t>
      </w:r>
    </w:p>
    <w:p>
      <w:pPr>
        <w:pStyle w:val="ArticleBody"/>
        <w:jc w:val="left"/>
      </w:pPr>
      <w:r>
        <w:rPr>
          <w:rFonts w:ascii="Times New Roman" w:hAnsi="Times New Roman" w:eastAsia="Times New Roman" w:cs="Times New Roman"/>
        </w:rPr>
        <w:t>Ezayi ap reprezante pèp Bondye a pandan tan lè zanj Revelasyon dizwit la desann, paske lè yo te pran li antre nan tanp ki nan syèl la, li te tande serafen yo k ap pwoklame: “Sen, sen, sen, se SENYÈ lame yo: tout tè a plen ak glwa li.” Ezayi, menm jan ak Jan nan Revelasyon an, reprezante pèp Bondye a ki pwoklame dènye mesaj avètisman an. Jan te rele pèp Bondye a “rès la,” epi Ezayi te fè referans ak yo kòm “yon dizyèm,” oubyen yon ladim. Mo rasin lan nan lang ebre a vle di “bay ladim.”</w:t>
      </w:r>
    </w:p>
    <w:p>
      <w:pPr>
        <w:pStyle w:val="ArticleBody"/>
        <w:jc w:val="left"/>
      </w:pPr>
      <w:r>
        <w:rPr>
          <w:rFonts w:ascii="Times New Roman" w:hAnsi="Times New Roman" w:eastAsia="Times New Roman" w:cs="Times New Roman"/>
        </w:rPr>
        <w:t>Kesyon pwofetik la, “jis kilè?”, ke Ezayi te poze a, repete anpil fwa nan Pawòl Bondye a (epi, pou rezon koutè, repons pou kesyon “jis kilè?” a se ke li make rive lwa dimanch nasyonal la Ozetazini.) Dapre Ellen White, nan moman sa a “apostazi nasyonal pral swiv pa ruinn nasyonal,” epi dapre Ezayi, se lè “lavil yo vin devaste san okenn moun ladan yo, kay yo san moun, e peyi a nèt ale vin tounen dezolasyon. Seyè a va retire moun byen lwen, e va gen yon gwo abandonman nan mitan peyi a.” “Gwo abandonman nan mitan peyi a” se “anpil” yo ki tonbe dapre Danyèl 11:41 nan moman Lwa Dimanch la. Se moun sa yo nan Ezayi sis ak Matye trèz ki gen je, men yo pa wè, e ki gen zòrèy, men yo pa tande; epi tou sa yo nan Revelasyon twa ki refize konsèy yo bay legliz Lawodise a.</w:t>
      </w:r>
    </w:p>
    <w:p>
      <w:pPr>
        <w:pStyle w:val="ArticleScripture"/>
        <w:jc w:val="left"/>
      </w:pPr>
      <w:r>
        <w:rPr>
          <w:rFonts w:ascii="Times New Roman" w:hAnsi="Times New Roman" w:eastAsia="Times New Roman" w:cs="Times New Roman"/>
        </w:rPr>
        <w:t>Li pral antre tou nan bèl peyi a, e anpil peyi pral tonbe anba destriksyon; men sa yo pral chape anba men li: Edòm, Moab, ak chèf pitit Amon yo. Danyèl 11:41</w:t>
      </w:r>
    </w:p>
    <w:p>
      <w:pPr>
        <w:pStyle w:val="ArticleBody"/>
        <w:jc w:val="left"/>
      </w:pPr>
      <w:r>
        <w:rPr>
          <w:rFonts w:ascii="Times New Roman" w:hAnsi="Times New Roman" w:eastAsia="Times New Roman" w:cs="Times New Roman"/>
        </w:rPr>
        <w:t>Ezayi te gen yon vizyon Jezikri nan Tanp li a, menm jan Jan te genyen nan liv Revelasyon an. Ezayi reprezante “dizyèm” nan, oswa dim nan, ki “retounen” epi “yo pral manje l” tankou yon pyebwa. Mo ebre ki tradui kòm “manje” a vle di detwi nan dife. Men, “dizyèm” nan gen yon “sibstans” anndan yo ke dife a pa detwi. Sa parèt klè ke nèf dizyèm yo pa t gen sibstans sa a? Dife ki reprezante kòm sa k ap manje epi k ap detwi pyebwa teil la ak pyebwa chenn nan, se dife Mesaje Alyans lan, ki vini toudenkou nan tanp li a nan liv Malachi a.</w:t>
      </w:r>
    </w:p>
    <w:p>
      <w:pPr>
        <w:pStyle w:val="ArticleScripture"/>
        <w:jc w:val="left"/>
      </w:pPr>
      <w:r>
        <w:rPr>
          <w:rFonts w:ascii="Times New Roman" w:hAnsi="Times New Roman" w:eastAsia="Times New Roman" w:cs="Times New Roman"/>
        </w:rPr>
        <w:t>Men m ap voye mesaje mwen an, e li pral pare chemen an devan mwen; epi Seyè a, moun nou ap chèche a, pral vini toudenkou nan tanp li a, wi, mesaje alyans lan, moun nou pran plezi nan li a: men li pral vini, se Seyè ki gen tout lame yo ki di sa.</w:t>
      </w:r>
    </w:p>
    <w:p>
      <w:pPr>
        <w:pStyle w:val="ArticleScripture"/>
        <w:jc w:val="left"/>
      </w:pPr>
      <w:r>
        <w:rPr>
          <w:rFonts w:ascii="Times New Roman" w:hAnsi="Times New Roman" w:eastAsia="Times New Roman" w:cs="Times New Roman"/>
        </w:rPr>
        <w:t>Men kiyès ki ka kapab sipòte jou vini li a? e kiyès ki va kanpe lè li parèt? paske li tankou dife moun ki rafine a, e tankou savon moun ki blanchi twal yo: Epi li va chita tankou yon moun ki rafine ak ki pirifye ajan: e li va pirifye pitit Levi yo, e li va netwaye yo tankou lò ak ajan, pou yo ka ofri bay Senyè a yon ofrann nan lajistis. Lè sa a, ofrann Jida ak Jerizalèm lan va fè Senyè a plezi, tankou nan jou lontan yo, ak tankou nan ane premye yo. Malachi 3:1–4.</w:t>
      </w:r>
    </w:p>
    <w:p>
      <w:pPr>
        <w:pStyle w:val="ArticleBody"/>
        <w:jc w:val="left"/>
      </w:pPr>
      <w:r>
        <w:rPr>
          <w:rFonts w:ascii="Times New Roman" w:hAnsi="Times New Roman" w:eastAsia="Times New Roman" w:cs="Times New Roman"/>
        </w:rPr>
        <w:t>Dezyèm lan, sa ki fè yon dizyèm, nan Ezayi a, se tou “ofrann nan jistis” Malachi a. Ofrann Malachi a se pèp Bondye a, yo reprezante l kòm “pitit gason Levi yo,” yo menm yo pirifye pa dife pou pwodui yon “ofrann nan jistis”; epi sila yo dife a “devore” nan temwayaj Ezayi a se dizyèm nan, oswa yon ladim.</w:t>
      </w:r>
    </w:p>
    <w:p>
      <w:pPr>
        <w:pStyle w:val="ArticleScripture"/>
        <w:jc w:val="left"/>
      </w:pPr>
      <w:r>
        <w:rPr>
          <w:rFonts w:ascii="Times New Roman" w:hAnsi="Times New Roman" w:eastAsia="Times New Roman" w:cs="Times New Roman"/>
        </w:rPr>
        <w:t>Dapre gras Bondye ki ban mwen an, tankou yon mèt-batisè ki gen sajès, mwen poze fondasyon an, epi yon lòt ap bati sou li. Men, se pou chak moun veye byen kijan li bati sou li. Paske pèsonn pa ka poze yon lòt fondasyon pase sa ki deja poze a, ki se Jezikri. Kounye a, si yon moun bati sou fondasyon sa a ak lò, ajan, pyè presye, bwa, zèb, pay; travay chak moun pral parèt aklè; paske jou a ap fè sa konnen, poutèt li pral revele pa dife; epi dife a pral éprouve travay chak moun, pou montre ki kalite li ye. 1 Korentyen 3:10–13.</w:t>
      </w:r>
    </w:p>
    <w:p>
      <w:pPr>
        <w:pStyle w:val="ArticleBody"/>
        <w:jc w:val="left"/>
      </w:pPr>
      <w:r>
        <w:rPr>
          <w:rFonts w:ascii="Times New Roman" w:hAnsi="Times New Roman" w:eastAsia="Times New Roman" w:cs="Times New Roman"/>
        </w:rPr>
        <w:t>Pòl deklare isit la ke zèv chak moun pral revele pa “dife”. Nan Malachi, dife a boule salte a pou l disparèt. Nan Ezayi, pirifikasyon “dizyèm nan” fèt “lè” yo jete fèy yo. Fèy yo se yon senbòl peche kache, pretansyon ak prezonpsyon, jan sa temwaye nan istwa Adan ak Èv.</w:t>
      </w:r>
    </w:p>
    <w:p>
      <w:pPr>
        <w:pStyle w:val="ArticleBody"/>
        <w:jc w:val="left"/>
      </w:pPr>
      <w:r>
        <w:rPr>
          <w:rFonts w:ascii="Times New Roman" w:hAnsi="Times New Roman" w:eastAsia="Times New Roman" w:cs="Times New Roman"/>
        </w:rPr>
        <w:t>“Dizyèm” Ezayi yo gen nan yo yon sibstans ki pa ka boule nèt, e sibstans sa a se “semans sen an”. Yo gen Kris la andedan yo, espwa laglwa a. Ezayi li menm se yon “semans sen”, epi tou “dizyèm” li idantifye a. Tou de “semans sen an” ak “dizyèm” nan retounen soti nan yon kondisyon Laodiseyen pou rive nan kondisyon Filadèlfyen an atravè Revelasyon Jezi Kris la nan tanp li a.</w:t>
      </w:r>
    </w:p>
    <w:p>
      <w:pPr>
        <w:pStyle w:val="ArticleBody"/>
        <w:jc w:val="left"/>
      </w:pPr>
      <w:r>
        <w:rPr>
          <w:rFonts w:ascii="Times New Roman" w:hAnsi="Times New Roman" w:eastAsia="Times New Roman" w:cs="Times New Roman"/>
        </w:rPr>
        <w:t>Vizyon laglwa Bondye a ki fè Ezayi rele byen fò li fini nèt, li se yon moun ki pa pwòp e yon pechè ki bezwen padon, rive nan sanktyè ki nan syèl la lè pyebwa yo lage fèy yo. Mo “lage” a vle di “jete deyò”, oubyen “koupe desann” yon pyebwa. Rejte Lawodise a reprezante isit la. Yon “dizyèm” oswa yon rès pral pase nan “dife” pirifikasyon an Mesaje Alyans lan mansyone pa Malachi pote a, konsa zèv imen yo pral boule espirityèlman pou yo disparèt, e konsa sèlman “sibstans lan” ki pa ka boule a ap rete, ki se “Semans Sen an”. Moun ki refize tande yo pral rejte tankou fèy sèch ki mouri, oswa vomi soti nan bouch Seyè a.</w:t>
      </w:r>
    </w:p>
    <w:p>
      <w:pPr>
        <w:pStyle w:val="ArticleBody"/>
        <w:jc w:val="left"/>
      </w:pPr>
      <w:r>
        <w:rPr>
          <w:rFonts w:ascii="Times New Roman" w:hAnsi="Times New Roman" w:eastAsia="Times New Roman" w:cs="Times New Roman"/>
        </w:rPr>
        <w:t>Jezi se Grenn Sen an, epi yon grenn gen tout ADN ki nesesè pou pwodui tout plant lan. Pawòl Bondye a se yon grenn; kidonk, premye fwa yo mansyone yon bagay nan Pawòl Bondye a gen ladan l tout enfòmasyon ki nesesè pou mennen sijè sa a rive nan tout matirite li nan kwayan an, si yo konprann li jan sa dwe fèt.</w:t>
      </w:r>
    </w:p>
    <w:p>
      <w:pPr>
        <w:pStyle w:val="ArticleBody"/>
        <w:jc w:val="left"/>
      </w:pPr>
      <w:r>
        <w:rPr>
          <w:rFonts w:ascii="Times New Roman" w:hAnsi="Times New Roman" w:eastAsia="Times New Roman" w:cs="Times New Roman"/>
        </w:rPr>
        <w:t>Izayi chapit sis idantifye yon pèp ki pap “tande” nan peryòd tan kote ou DWE tande pou w resevwa benediksyon mesaj Revelasyon Jezikri a. Pèp Jezi t ap pale de yo a se te pèp Bondye te chwazi a; yo te madanm Li, yo te pèp alyans Li a, yo te ansyen Izrayèl.</w:t>
      </w:r>
    </w:p>
    <w:p>
      <w:pPr>
        <w:pStyle w:val="ArticleBody"/>
        <w:jc w:val="left"/>
      </w:pPr>
      <w:r>
        <w:rPr>
          <w:rFonts w:ascii="Times New Roman" w:hAnsi="Times New Roman" w:eastAsia="Times New Roman" w:cs="Times New Roman"/>
        </w:rPr>
        <w:t>Izrayèl ansyen an, oswa premye Izrayèl la, se tip Izrayèl modèn nan, oswa dènye Izrayèl la. Pèp Bondye a nan fen mond lan se Advantis Setyèm Jou yo, pèp li chwazi a, madanm li, pèp alyans li a—Izrayèl modèn nan. Temwayaj istwa Ezayi a, ansanm ak istwa Kris la, bay de temwen ki tabli ke, nan fen mond lan, Advantis Setyèm Jou yo pral nan yon “kondisyon” pèdi e ki pa kapab sove, jan sa reprezante nan mesaj pou Lawodise a.</w:t>
      </w:r>
    </w:p>
    <w:p>
      <w:pPr>
        <w:pStyle w:val="ArticleBody"/>
        <w:jc w:val="left"/>
      </w:pPr>
      <w:r>
        <w:rPr>
          <w:rFonts w:ascii="Times New Roman" w:hAnsi="Times New Roman" w:eastAsia="Times New Roman" w:cs="Times New Roman"/>
        </w:rPr>
        <w:t>Yo pa vrèman enkapab pou yo sove, men yo senpleman enkapab pou yo sove nan kondisyon Laodiseyen yo a, menm jan Ezayi te ye anvan eksperyans li a, e menm jan Jwif yo te ye nan istwa Kris la.</w:t>
      </w:r>
    </w:p>
    <w:p>
      <w:pPr>
        <w:pStyle w:val="ArticleBody"/>
        <w:jc w:val="left"/>
      </w:pPr>
      <w:r>
        <w:rPr>
          <w:rFonts w:ascii="Times New Roman" w:hAnsi="Times New Roman" w:eastAsia="Times New Roman" w:cs="Times New Roman"/>
        </w:rPr>
        <w:t>Youn nan bagay yon Laodiseyen dwe “tande” se parabòl Moun k ap simen an. Li dwe “tande” nan parabòl sa a ke Pawòl Bondye a se yon “grenn”, yon grenn sen. Lè sa a “tande”, lè sa a yon fondasyon poze ki kòmanse louvri mesaj sekrè Revelasyon an, paske mesaj sa a vlope nan rekonesans pwofon ke Jezi se Alfa ak Omega, Premye a ak Dènye a, Kòmansman an ak Fen an. Pou konprann relasyon fen an avèk kòmansman an, sa gen ladan l konprann ke Jezi se Pawòl la, e Li se Grenn nan.</w:t>
      </w:r>
    </w:p>
    <w:p>
      <w:pPr>
        <w:pStyle w:val="ArticleScripture"/>
        <w:jc w:val="left"/>
      </w:pPr>
      <w:r>
        <w:rPr>
          <w:rFonts w:ascii="Times New Roman" w:hAnsi="Times New Roman" w:eastAsia="Times New Roman" w:cs="Times New Roman"/>
        </w:rPr>
        <w:t>Okòmansman an te gen Pawòl la; Pawòl la te avèk Bondye, e Pawòl la te Bondye. Menm Pawòl sa a te okòmansman avèk Bondye. Tout bagay te fèt pa li; e san li pa t gen anyen ki fèt nan tout sa ki te fèt. Nan li te gen lavi; e lavi a te limyè lèzòm. E limyè a klere nan fènwa; e fènwa a pa t konprann li. Jan 1:1–5.</w:t>
      </w:r>
    </w:p>
    <w:p>
      <w:pPr>
        <w:pStyle w:val="ArticleScripture"/>
        <w:jc w:val="left"/>
      </w:pPr>
      <w:r>
        <w:rPr>
          <w:rFonts w:ascii="Times New Roman" w:hAnsi="Times New Roman" w:eastAsia="Times New Roman" w:cs="Times New Roman"/>
        </w:rPr>
        <w:t>Koulye a, se a Abraram ak desandan li yo pwomès yo te fèt. Li pa di: Epi a desandan yo, tankou si se te pou anpil; men tankou se pou yon sèl: Epi a desandan ou, ki se Kris la. Galat 3:16.</w:t>
      </w:r>
    </w:p>
    <w:p>
      <w:pPr>
        <w:pStyle w:val="ArticleBody"/>
        <w:jc w:val="left"/>
      </w:pPr>
      <w:r>
        <w:rPr>
          <w:rFonts w:ascii="Times New Roman" w:hAnsi="Times New Roman" w:eastAsia="Times New Roman" w:cs="Times New Roman"/>
        </w:rPr>
        <w:t>Pou konprann relasyon ki genyen ant fen an ak kòmansman an, li nesesè pou nou konprann “règ premye mansyon an.” Règ premye mansyon an montre ke kòmansman yon sijè se referans ki pi enpòtan an, paske li genyen tout istwa a ladan l, paske, antanke Pawòl Bondye a, li se yon semans. Dènye referans lan se dezyèm nan enpòtans, nan sans se la tout eleman istwa a mare ansanm san yo pa kite okenn bout ki pandye. Men, se referans ki nan mitan yo sou yon sijè ki ajoute fòs ak klète nan istwa a; epi, nan sans sa a, mitan an tèlman esansyèl menm jan ak kòmansman an oswa fen an.</w:t>
      </w:r>
    </w:p>
    <w:p>
      <w:pPr>
        <w:pStyle w:val="ArticleBody"/>
        <w:jc w:val="left"/>
      </w:pPr>
      <w:r>
        <w:rPr>
          <w:rFonts w:ascii="Times New Roman" w:hAnsi="Times New Roman" w:eastAsia="Times New Roman" w:cs="Times New Roman"/>
        </w:rPr>
        <w:t>Gen anpil lòt bagay ankò pou nou adrese sou sijè sa a, men, lè nou retounen nan pasaj ki nan Matye trèz la, nou ka remake ke Jezi te idantifye de kategori moun: sa ki tande ak sa ki pa tande. Li idantifye plis pase yon fason pou pa tande, men apre sa li pwononse yon benediksyon sou sila yo ki tande.</w:t>
      </w:r>
    </w:p>
    <w:p>
      <w:pPr>
        <w:pStyle w:val="ArticleScripture"/>
        <w:jc w:val="left"/>
      </w:pPr>
      <w:r>
        <w:rPr>
          <w:rFonts w:ascii="Times New Roman" w:hAnsi="Times New Roman" w:eastAsia="Times New Roman" w:cs="Times New Roman"/>
        </w:rPr>
        <w:t>Men, benediksyon pou je nou, paske yo wè; ak pou zòrèy nou, paske yo tande. Paske anverite mwen di nou sa: anpil pwofèt ak moun jis te anvi wè bagay sa yo nou wè yo, men yo pa t wè yo; epi tande bagay sa yo nou tande yo, men yo pa t tande yo. Se poutèt sa, koute parabòl moun ki t ap simen an. Matye 13:16–18.</w:t>
      </w:r>
    </w:p>
    <w:p>
      <w:pPr>
        <w:pStyle w:val="ArticleBody"/>
        <w:jc w:val="left"/>
      </w:pPr>
      <w:r>
        <w:rPr>
          <w:rFonts w:ascii="Times New Roman" w:hAnsi="Times New Roman" w:eastAsia="Times New Roman" w:cs="Times New Roman"/>
        </w:rPr>
        <w:t>Sou plan pwofetik, “benediksyon” sa a se poutèt sa menm benediksyon egzak la ak sa ki nan Revelasyon 1:3 la:</w:t>
      </w:r>
    </w:p>
    <w:p>
      <w:pPr>
        <w:pStyle w:val="ArticleScripture"/>
        <w:jc w:val="left"/>
      </w:pPr>
      <w:r>
        <w:rPr>
          <w:rFonts w:ascii="Times New Roman" w:hAnsi="Times New Roman" w:eastAsia="Times New Roman" w:cs="Times New Roman"/>
        </w:rPr>
        <w:t>Benediksyon pou moun ki li, ak pou moun ki tande pawòl pwofesi sa a, epi ki kenbe bagay ki ekri ladan l yo; paske tan an toupre.</w:t>
      </w:r>
    </w:p>
    <w:p>
      <w:pPr>
        <w:pStyle w:val="ArticleBody"/>
        <w:jc w:val="left"/>
      </w:pPr>
      <w:r>
        <w:rPr>
          <w:rFonts w:ascii="Times New Roman" w:hAnsi="Times New Roman" w:eastAsia="Times New Roman" w:cs="Times New Roman"/>
        </w:rPr>
        <w:t>Referans Jezi fè nan Matye trèz sou Ezayi sis la, ansanm ak ekriti Ellen White yo, konfime ke gen bagay yo wè ak yo tande nan fen mond lan ki te tèlman gran ak ekstraòdinè, anpil moun jis ak pwofèt te anvi viv nan peryòd tan sa a lè dènye mesaj avètisman an t ap devwale, e lè sa a moun yo t ap “wè” ak “tande” yo.</w:t>
      </w:r>
    </w:p>
    <w:p>
      <w:pPr>
        <w:pStyle w:val="ArticleBody"/>
        <w:jc w:val="left"/>
      </w:pPr>
      <w:r>
        <w:rPr>
          <w:rFonts w:ascii="Times New Roman" w:hAnsi="Times New Roman" w:eastAsia="Times New Roman" w:cs="Times New Roman"/>
        </w:rPr>
        <w:t>Yo te di Jan lòd pou l sele sa “Sèt Loraj yo” te di nan chapit dis la, epi nan chapit vennnde a yo fè deklarasyon sa a: “Pa sele pawòl pwofesi liv sa a, paske tan an toupre.” Vèsè ki vin apre a idantifye fen tan gras limanite. Tousuit anvan tan gras la fèmen, gen yon deklarasyon ki bay lòd pou yo dese­le “Sèt Loraj yo”, ki se sèl pasaj nan liv Revelasyon an ki sele nan moman sa a. Konsènan “Sèt Loraj yo”, yo fè nou konnen yo reprezante kòmansman ak fen Adantis la.</w:t>
      </w:r>
    </w:p>
    <w:p>
      <w:pPr>
        <w:pStyle w:val="ArticleScripture"/>
        <w:jc w:val="left"/>
      </w:pPr>
      <w:r>
        <w:rPr>
          <w:rFonts w:ascii="Times New Roman" w:hAnsi="Times New Roman" w:eastAsia="Times New Roman" w:cs="Times New Roman"/>
        </w:rPr>
        <w:t>“Limyè espesyal yo te bay Jan an, ki te eksprime nan sèt loraj yo, se te yon deskripsyon evènman ki t ap fèt anba mesaj premye ak dezyèm zanj yo....”</w:t>
      </w:r>
    </w:p>
    <w:p>
      <w:pPr>
        <w:pStyle w:val="ArticleScripture"/>
        <w:jc w:val="left"/>
      </w:pPr>
      <w:r>
        <w:rPr>
          <w:rFonts w:ascii="Times New Roman" w:hAnsi="Times New Roman" w:eastAsia="Times New Roman" w:cs="Times New Roman"/>
        </w:rPr>
        <w:t>“Apre sèt loraj sa yo te fè tande vwa yo, enjonksyon an vini bay Jan menm jan li te vini bay Danyèl konsènan ti liv la: ‘Sele bagay sa yo sèt loraj yo te pwononse.’ Sa yo gen rapò ak evènman ki gen pou vini, ki pral devwale nan lòd pa yo.” The Seventh-day Adventist Bible Commentary, volim 7, 971.</w:t>
      </w:r>
    </w:p>
    <w:p>
      <w:pPr>
        <w:pStyle w:val="ArticleBody"/>
        <w:jc w:val="left"/>
      </w:pPr>
      <w:r>
        <w:rPr>
          <w:rFonts w:ascii="Times New Roman" w:hAnsi="Times New Roman" w:eastAsia="Times New Roman" w:cs="Times New Roman"/>
        </w:rPr>
        <w:t>Sèt Loray yo reprezante evènman ki te rive pandan kòmansman Advantis la nan istwa mesaj premye ak dezyèm zanj lan, depi 1798 jouk rive 22 Oktòb 1844; e nan menm atik ki mansyone pi wo a, yo fè nou konnen Sèt Loray yo “gen rapò ak evènman k ap vini yo, ki pral devwale nan lòd pa yo.” Istwa kòmansman Advantis la ilistre fen Advantis la, paske Jezikri, kòm Alfa ak Omega, mete siyati Li sou tout istwa Advantis la; paske se yon istwa ki osi sakre menm jan ak istwa ansyen Izrayèl la.</w:t>
      </w:r>
    </w:p>
    <w:p>
      <w:pPr>
        <w:pStyle w:val="ArticleBody"/>
        <w:jc w:val="left"/>
      </w:pPr>
      <w:r>
        <w:rPr>
          <w:rFonts w:ascii="Times New Roman" w:hAnsi="Times New Roman" w:eastAsia="Times New Roman" w:cs="Times New Roman"/>
        </w:rPr>
        <w:t>Selon Jésus, dans Matthieu treize, ces événements sont ceux que les prophètes ont désiré voir, et pour la connaissance desquels les disciples ont été bénis. Ces disciples représentent le peuple de Dieu à la fin du monde, qui est béni pour ce qu’il voit et entend. Ce qu’il voit et entend, c’est le message de la Révélation de Jésus-Christ, lequel est aussi représenté par le message des Sept Tonnerres, qui représentent à la fois l’histoire millérite et l’histoire des cent quarante-quatre mille.</w:t>
      </w:r>
    </w:p>
    <w:p>
      <w:pPr>
        <w:pStyle w:val="ArticleScripture"/>
        <w:jc w:val="left"/>
      </w:pPr>
      <w:r>
        <w:rPr>
          <w:rFonts w:ascii="Times New Roman" w:hAnsi="Times New Roman" w:eastAsia="Times New Roman" w:cs="Times New Roman"/>
        </w:rPr>
        <w:t>“Tout mesaj yo te bay soti nan 1840–1844 yo dwe vin pisan kounye a, paske gen anpil moun ki pèdi oryantasyon yo. Mesaj yo dwe ale nan tout legliz yo.</w:t>
      </w:r>
    </w:p>
    <w:p>
      <w:pPr>
        <w:pStyle w:val="ArticleScripture"/>
        <w:jc w:val="left"/>
      </w:pPr>
      <w:r>
        <w:rPr>
          <w:rFonts w:ascii="Times New Roman" w:hAnsi="Times New Roman" w:eastAsia="Times New Roman" w:cs="Times New Roman"/>
        </w:rPr>
        <w:t>“Kris te di: ‘Benediksyon pou zye nou, paske yo wè; e pou zòrèy nou, paske yo tande. Paske an verite mwen di nou sa, anpil pwofèt ak moun jis te anvi wè bagay nou wè yo, men yo pa t wè yo; epi tande bagay nou tande yo, men yo pa t tande yo’ [Matye 13:16, 17]. Benediksyon pou zye ki te wè bagay ki te parèt an 1843 ak 1844.”</w:t>
      </w:r>
    </w:p>
    <w:p>
      <w:pPr>
        <w:pStyle w:val="ArticleScripture"/>
        <w:jc w:val="left"/>
      </w:pPr>
      <w:r>
        <w:rPr>
          <w:rFonts w:ascii="Times New Roman" w:hAnsi="Times New Roman" w:eastAsia="Times New Roman" w:cs="Times New Roman"/>
        </w:rPr>
        <w:t>“Mesaj la te bay. Epi pa dwe gen okenn reta nan repete mesaj la, paske siy tan yo ap akonpli; travay final la dwe fèt. Yon gwo travay pral fèt nan yon ti tan. Talè konsa, yon mesaj pral bay pa desizyon Bondye, epi li pral vin tounen yon gwo rèl. Lè sa a, Danyèl pral kanpe nan plas li, pou l bay temwayaj li.” Manuscript Releases, volim 21, 437.</w:t>
      </w:r>
    </w:p>
    <w:p>
      <w:pPr>
        <w:pStyle w:val="ArticleBody"/>
        <w:jc w:val="left"/>
      </w:pPr>
      <w:r>
        <w:rPr>
          <w:rFonts w:ascii="Times New Roman" w:hAnsi="Times New Roman" w:eastAsia="Times New Roman" w:cs="Times New Roman"/>
        </w:rPr>
        <w:t>Ellen White idantifye istwa Kris te idantifye kòm istwa moun jis yo te anvi wè a, kòm istwa Millerit yo soti 1840 rive 1844, epi ansuit li di ke yon “mesaj pral byento bay dapre desizyon Bondye a, e l ap grandi pou l tounen yon gwo kri.” “Gwo kri” a senbolize avètisman final twazyèm zanj lan, epi lè mesaj sa a va bay, li pral repete istwa kòmansman Adventis la. Mesaj avètisman final la se “mesaj” ki “dwe ale nan tout legliz yo,” epi tout “mesaj yo te bay soti 1840–1844 yo dwe prezante avèk fòs kounye a.”</w:t>
      </w:r>
    </w:p>
    <w:p>
      <w:pPr>
        <w:pStyle w:val="ArticleBody"/>
        <w:jc w:val="left"/>
      </w:pPr>
      <w:r>
        <w:rPr>
          <w:rFonts w:ascii="Times New Roman" w:hAnsi="Times New Roman" w:eastAsia="Times New Roman" w:cs="Times New Roman"/>
        </w:rPr>
        <w:t>Alfa ak Omega a montre fen an ansanm ak kòmansman an. Ellen White deklare ke “mesaj yo dwe ale bay tout legliz yo,” epi Jezi te di Jan: “Mwen se Alfa ak Omega, premye a ak dènye a; epi sa ou wè a, ekri l nan yon liv, epi voye l bay sèt legliz ki nan Lazi yo; bay Efèz, ak Smirn, ak Pègam, ak Tiyatir, ak Sad, ak Filadèlfi, ak Lawodise.”</w:t>
      </w:r>
    </w:p>
    <w:p>
      <w:pPr>
        <w:pStyle w:val="ArticleBody"/>
        <w:jc w:val="left"/>
      </w:pPr>
      <w:r>
        <w:rPr>
          <w:rFonts w:ascii="Times New Roman" w:hAnsi="Times New Roman" w:eastAsia="Times New Roman" w:cs="Times New Roman"/>
        </w:rPr>
        <w:t>Mesaj ki te bay soti nan 1840 rive 1844 yo fè pati sa ki dwe voye bay legliz 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Jezikri a — Nimewo Youn</dc:title>
  <dc:subject>Grenn revelasyon yo: Dekouvri tapisri pwofetik la depi nan parabòl yo rive jouk nan dènye avètisman an</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