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 Kris la — Nimewo De</w:t>
      </w:r>
    </w:p>
    <w:p>
      <w:pPr>
        <w:pStyle w:val="ArticleSubtitle"/>
        <w:jc w:val="left"/>
      </w:pPr>
      <w:r>
        <w:rPr>
          <w:rFonts w:ascii="Arial" w:hAnsi="Arial" w:eastAsia="Arial" w:cs="Arial"/>
        </w:rPr>
        <w:t>Non Alyans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Mwen te mete anpil bagay nan atik anvan yo nan yon efò pou tabli kèk pwen referans debaz depi nan kòmansman an. Kounye a, m ap eseye konsantre m pi byen sou sijè ki devan nou an. Mèsi pou pasyans nou.</w:t>
      </w:r>
    </w:p>
    <w:p>
      <w:pPr>
        <w:pStyle w:val="ArticleBody"/>
        <w:jc w:val="left"/>
      </w:pPr>
      <w:r>
        <w:rPr>
          <w:rFonts w:ascii="Times New Roman" w:hAnsi="Times New Roman" w:eastAsia="Times New Roman" w:cs="Times New Roman"/>
        </w:rPr>
        <w:t>Depi nan kòmansman menm, Bondye ap chèche fè konpreyansyon nou grandi konsènan kiyès li ye ak ki sa li ye. Nan travay sa a, li sèvi ak plizyè mwayen pou ede lèzòm konprann sa ki te revele sou li, epi youn nan mwayen sa yo se itilizasyon li fè de “non,” ni anpil non yo bay Bondye nan Ekriti yo, ni non yo bay reprezantan li chwazi yo. Li chwazi reprezantan sa ki mal ak sa ki byen.</w:t>
      </w:r>
    </w:p>
    <w:p>
      <w:pPr>
        <w:pStyle w:val="ArticleBody"/>
        <w:jc w:val="left"/>
      </w:pPr>
      <w:r>
        <w:rPr>
          <w:rFonts w:ascii="Times New Roman" w:hAnsi="Times New Roman" w:eastAsia="Times New Roman" w:cs="Times New Roman"/>
        </w:rPr>
        <w:t>Li te sèvi tou ak chanjman dispensasyonèl pèp alyans li te chwazi a pou l fè konpreyansyon karaktè Li vin pi klè, pa etap, atravè listwa. Se poutèt sa, istwa chanjman dispensasyonèl ki gen rapò ak alyans lan, nan plizyè fason, pale tou sou agrandisman verite konsènan karaktè ak nati Li.</w:t>
      </w:r>
    </w:p>
    <w:p>
      <w:pPr>
        <w:pStyle w:val="ArticleBody"/>
        <w:jc w:val="left"/>
      </w:pPr>
      <w:r>
        <w:rPr>
          <w:rFonts w:ascii="Times New Roman" w:hAnsi="Times New Roman" w:eastAsia="Times New Roman" w:cs="Times New Roman"/>
        </w:rPr>
        <w:t>Si nous abordons le chapitre premier de l’Apocalypse comme une introduction et une clé pour les chapitres suivants, nous trouvons dans ce chapitre initial certaines vérités qui influent sur le reste du livre. L’une de ces vérités concerne l’identité de Jésus-Christ, et non pas simplement le fait qu’Il soit l’Alpha et l’Oméga. Si une vérité est exposée au chapitre premier de l’Apocalypse, elle est très certainement une vérité présente d’épreuve pour la génération finale, cette génération finale étant la « génération élue » identifiée par Pierre.</w:t>
      </w:r>
    </w:p>
    <w:p>
      <w:pPr>
        <w:pStyle w:val="ArticleBody"/>
        <w:jc w:val="left"/>
      </w:pPr>
      <w:r>
        <w:rPr>
          <w:rFonts w:ascii="Times New Roman" w:hAnsi="Times New Roman" w:eastAsia="Times New Roman" w:cs="Times New Roman"/>
        </w:rPr>
        <w:t>Youn nan atribi karaktè Kris la nou te ap egzamine se lefèt ke Kris idantifye kòmansman an depi nan fen an. Tan kote Kris te konfime alyans lan ak anpil moun pandan yon semèn reprezante yon chanjman dispansasyonèl nan alyans lan, soti nan Izrayèl literal pou rive nan Izrayèl espirityèl. Chanjman dispansasyonèl yo ki idantifye nan Ekriti yo, ki tout pale de ogmantasyon konesans konsènan karaktè ak èt Kris la, se Abraram, Izarak, Jakòb, Jozèf, Moyiz, Kris, William Miller, ak san karannkat mil yo. Gen yon lòt liy chanjman dispansasyonèl ki poze sou tèt liy sa a, ki idantifye sèt dispansasyon legliz Bondye a, ki reprezante pa sèt legliz yo nan Revelasyon de ak twa, men nou poko pral manyen sa yo. Te gen yon chanjman dispansasyonèl avèk Adan ak Èv, sa ki reprezante pa anvan tonbe yo ak apre tonbe yo; epi, natirèlman, te gen yon chanjman dispansasyon soti anvan delij la pou rive apre delij la nan tan Noye. Tout liy sa yo kontribye nan limyè n ap konsidere a, men kounye a nou ap konsantre sou pèp chwazi a.</w:t>
      </w:r>
    </w:p>
    <w:p>
      <w:pPr>
        <w:pStyle w:val="ArticleBody"/>
        <w:jc w:val="left"/>
      </w:pPr>
      <w:r>
        <w:rPr>
          <w:rFonts w:ascii="Times New Roman" w:hAnsi="Times New Roman" w:eastAsia="Times New Roman" w:cs="Times New Roman"/>
        </w:rPr>
        <w:t>Lè Kris te kòmanse ministè Li nan kòmansman semèn alyans lan, Li te batize.</w:t>
      </w:r>
    </w:p>
    <w:p>
      <w:pPr>
        <w:pStyle w:val="ArticleScripture"/>
        <w:jc w:val="left"/>
      </w:pPr>
      <w:r>
        <w:rPr>
          <w:rFonts w:ascii="Times New Roman" w:hAnsi="Times New Roman" w:eastAsia="Times New Roman" w:cs="Times New Roman"/>
        </w:rPr>
        <w:t>Epi Jezi, lè li te fin batize, li soti touswit nan dlo a; epi, gade, syèl yo te louvri devan li, e li wè Lespri Bondye a desann tankou yon pijon, epi li poze sou li. Epi, gade, yon vwa soti nan syèl la, ki t ap di: Men Pitit mwen renmen anpil la, nan li mwen pran tout plezi mwen. Matye 3:16, 17.</w:t>
      </w:r>
    </w:p>
    <w:p>
      <w:pPr>
        <w:pStyle w:val="ArticleBody"/>
        <w:jc w:val="left"/>
      </w:pPr>
      <w:r>
        <w:rPr>
          <w:rFonts w:ascii="Times New Roman" w:hAnsi="Times New Roman" w:eastAsia="Times New Roman" w:cs="Times New Roman"/>
        </w:rPr>
        <w:t>Premye pawòl Bondye te di menm lè Jezi t ap soti nan dlo a, konsa li t ap kòmanse semèn alyans lan, se te deklarasyon Papa a fè konnen Jezi se Pitit Bondye a. Si nou konprann “règ premye mansyon an”, verite sa a gen anpil fòs. Si nou pa konprann li, li pa tèlman konsa.</w:t>
      </w:r>
    </w:p>
    <w:p>
      <w:pPr>
        <w:pStyle w:val="ArticleScripture"/>
        <w:jc w:val="left"/>
      </w:pPr>
      <w:r>
        <w:rPr>
          <w:rFonts w:ascii="Times New Roman" w:hAnsi="Times New Roman" w:eastAsia="Times New Roman" w:cs="Times New Roman"/>
        </w:rPr>
        <w:t>Nan kòmansman an, Bondye kreye syèl la ak tè a. E tè a te san fòm, e vid; e fènwa te sou sifas gwo twou san fon an. E Lespri Bondye t ap plane sou sifas dlo yo. Jenèz 1:1, 2.</w:t>
      </w:r>
    </w:p>
    <w:p>
      <w:pPr>
        <w:pStyle w:val="ArticleBody"/>
        <w:jc w:val="left"/>
      </w:pPr>
      <w:r>
        <w:rPr>
          <w:rFonts w:ascii="Times New Roman" w:hAnsi="Times New Roman" w:eastAsia="Times New Roman" w:cs="Times New Roman"/>
        </w:rPr>
        <w:t>Menm jan sa parèt nan Jenèz la, seremoni onksyon an idantifye twa Pèsonalite nan Bondye a.</w:t>
      </w:r>
    </w:p>
    <w:p>
      <w:pPr>
        <w:pStyle w:val="ArticleBody"/>
        <w:jc w:val="left"/>
      </w:pPr>
      <w:r>
        <w:rPr>
          <w:rFonts w:ascii="Times New Roman" w:hAnsi="Times New Roman" w:eastAsia="Times New Roman" w:cs="Times New Roman"/>
        </w:rPr>
        <w:t>Verite ki Jezi te Pitit Bondye a, Pitit David la ak Pitit Lòm nan te kontinye boulvèse dirèkteman dirèktè lalwa yo ak Farizyen yo pandan twa ane edmi ki te vin apre yo. Jezi te chanje pwofetikman soti nan Jezi pou vin Jezikri nan batèm Li. Lè Jezi te batize, Li te vin “Kris la,” ki vle di “moun Bondye chwazi ak lwil,” e se mo “Mesi” a nan lang ebre. E, natirèlman, Ebre yo t ap tann yon Mesi, e yo te konnen li t ap Pitit David la. Lè Li te “chwazi ak lwil” pou kòmanse twa ane edmi ki pi sakre nan istwa tè a, Li te wè Sentespri a desann, epi Li te tande Papa Li pale.</w:t>
      </w:r>
    </w:p>
    <w:p>
      <w:pPr>
        <w:pStyle w:val="ArticleBody"/>
        <w:jc w:val="left"/>
      </w:pPr>
      <w:r>
        <w:rPr>
          <w:rFonts w:ascii="Times New Roman" w:hAnsi="Times New Roman" w:eastAsia="Times New Roman" w:cs="Times New Roman"/>
        </w:rPr>
        <w:t>Se te yon seremoni onksyon trè pwofon kote mesaj ki te pwoklame konsènan Li menm ak travay Li te sa a: “Li te Pitit Bondye.” Sa ki te plis twouble Juif yo, se pa t sèlman ke Li te Pitit Bondye, men tou ke Li te deklare, antanke Pitit Bondye a — Li te an reyalite Bondye. Juif yo pa t kapab tolere sa yo te konprann kòm yon reklamasyon konsa ki tèlman blasfematwa! Dilèm Juif yo, se dilèm Abraram—paske Abraram te papa Juif yo, papa alyans lan, epi tou senbòl lafwa ki nesesè pou rete fidèl ak kondisyon alyans lan.</w:t>
      </w:r>
    </w:p>
    <w:p>
      <w:pPr>
        <w:pStyle w:val="ArticleBody"/>
        <w:jc w:val="left"/>
      </w:pPr>
      <w:r>
        <w:rPr>
          <w:rFonts w:ascii="Times New Roman" w:hAnsi="Times New Roman" w:eastAsia="Times New Roman" w:cs="Times New Roman"/>
        </w:rPr>
        <w:t>Egzanp Abraram lan konsènan lafwa ki nesesè pou antre nan yon relasyon alyans avèk Bondye mande pou lafwa ou sibi eprèv. Eprèv Abraram lan, ki t ap pwouve si lafwa li te reyèl oswa si se te prezonpsyon, te baze sou demonstrasyon si li t ap suiv pawòl Bondye a—menm si li te sanble kontredi pawòl Bondye te bay anvan an. Abraram te konnen sakrifis imen se te asasina e li te reprezante pratik idolatr yo pami pèp idolatr yo nan mitan moun li t ap viv yo lè sa a. Skrib yo ak Farizyen yo te konnen depi nan kòmansman istwa alyans yo a ke Bondye se te yon sèl Bondye sèlman, epi yo te konnen tou Jezi t ap fè reklamasyon li se te yon dezyèm Bondye. Yo menm tou, yo t ap sibi dènye eprèv yo.</w:t>
      </w:r>
    </w:p>
    <w:p>
      <w:pPr>
        <w:pStyle w:val="ArticleScripture"/>
        <w:jc w:val="left"/>
      </w:pPr>
      <w:r>
        <w:rPr>
          <w:rFonts w:ascii="Times New Roman" w:hAnsi="Times New Roman" w:eastAsia="Times New Roman" w:cs="Times New Roman"/>
        </w:rPr>
        <w:t>Koute, Izrayèl: Seyè a, Bondye nou an, se yon sèl Seyè. Detewonòm 6:4.</w:t>
      </w:r>
    </w:p>
    <w:p>
      <w:pPr>
        <w:pStyle w:val="ArticleBody"/>
        <w:jc w:val="left"/>
      </w:pPr>
      <w:r>
        <w:rPr>
          <w:rFonts w:ascii="Times New Roman" w:hAnsi="Times New Roman" w:eastAsia="Times New Roman" w:cs="Times New Roman"/>
        </w:rPr>
        <w:t>Nan listwa kote Moyiz te ekri vèsè anvan an, Bondye te deja di Moyiz ke depi lè sa a li ta dwe konnen li kòm Jewova. Li pa t dwe sèlman Seyè Bondye Toupisan an ankò, men depi lè sa a li ta dwe konnen kòm Jewova. Nan menm listwa kote li ap elaji pi plis konpreyansyon sou karaktè li jan non li yo reprezante l, li ap fè ansyen Izrayèl la konnen avèk anpil fòs tou ke Bondye se yon sèl Bondye. Kisa Jwif yo nan epòk Kris la te dwe panse?</w:t>
      </w:r>
    </w:p>
    <w:p>
      <w:pPr>
        <w:pStyle w:val="ArticleBody"/>
        <w:jc w:val="left"/>
      </w:pPr>
      <w:r>
        <w:rPr>
          <w:rFonts w:ascii="Times New Roman" w:hAnsi="Times New Roman" w:eastAsia="Times New Roman" w:cs="Times New Roman"/>
        </w:rPr>
        <w:t>Pita nan sèvis Li a, lè sa t ap rive nan somè Antre Triyonfal la nan Jerizalèm, Jwif yo yon lòt fwa ankò rete sezi nèt dèske Jezi ap pèmèt timoun yo chante louwanj pou Li.</w:t>
      </w:r>
    </w:p>
    <w:p>
      <w:pPr>
        <w:pStyle w:val="ArticleScripture"/>
        <w:jc w:val="left"/>
      </w:pPr>
      <w:r>
        <w:rPr>
          <w:rFonts w:ascii="Times New Roman" w:hAnsi="Times New Roman" w:eastAsia="Times New Roman" w:cs="Times New Roman"/>
        </w:rPr>
        <w:t>Epi foul ki t ap mache devan yo ak sa ki t ap swiv yo t ap rele, yo t ap di: Ozana pou Pitit David la! Benediksyon pou sila a ki vini nan non Senyè a; Ozana nan pi wo syèl la. Matye 21:9.</w:t>
      </w:r>
    </w:p>
    <w:p>
      <w:pPr>
        <w:pStyle w:val="ArticleBody"/>
        <w:jc w:val="left"/>
      </w:pPr>
      <w:r>
        <w:rPr>
          <w:rFonts w:ascii="Times New Roman" w:hAnsi="Times New Roman" w:eastAsia="Times New Roman" w:cs="Times New Roman"/>
        </w:rPr>
        <w:t>Pawòl chan an ki te fè Farizyen yo pèdi tèt yo se te pati ki te idantifye Jezi kòm Pitit David la epi ki te idantifye tou ke Pitit David la se te non Seyè a. Nan kòmansman ministè Li, nan antre triyonfal la, epi natirèlman sou kwa a, konfli a gen ladan l tou ajitasyon konsènan non Jezi.</w:t>
      </w:r>
    </w:p>
    <w:p>
      <w:pPr>
        <w:pStyle w:val="ArticleScripture"/>
        <w:jc w:val="left"/>
      </w:pPr>
      <w:r>
        <w:rPr>
          <w:rFonts w:ascii="Times New Roman" w:hAnsi="Times New Roman" w:eastAsia="Times New Roman" w:cs="Times New Roman"/>
        </w:rPr>
        <w:t>Lè sa a, chèf prèt Jwif yo di Pilat: Pa ekri: Wa Jwif yo; men pito, ke li te di: Mwen se Wa Jwif yo. Jan 19:21.</w:t>
      </w:r>
    </w:p>
    <w:p>
      <w:pPr>
        <w:pStyle w:val="ArticleBody"/>
        <w:jc w:val="left"/>
      </w:pPr>
      <w:r>
        <w:rPr>
          <w:rFonts w:ascii="Times New Roman" w:hAnsi="Times New Roman" w:eastAsia="Times New Roman" w:cs="Times New Roman"/>
        </w:rPr>
        <w:t>Byen sûr, li t ap esansyèlman kòrèk pou Pilat te chanje sa ki te ekri a pou l te di: “Mwen Se, Wa Jwif yo,” paske “Mwen Se” se non Jezi te prezante konsènan tèt pa li a, repete anpil fwa. Byen sûr, sèvi ak lojik defektye sa a pou chanje Pawòl Bondye a, sitou lè se istwa kwa a, se yon bagay lèzòm pa t ap janm fè, pa vre? Jezi te “Wa Jwif yo,” men Li te tou “Mwen Se”; konsa, deklarasyon an “Mwen Se, Wa Jwif yo” egzat nan yon sans, men se pa sa pwen an ye.</w:t>
      </w:r>
    </w:p>
    <w:p>
      <w:pPr>
        <w:pStyle w:val="ArticleBody"/>
        <w:jc w:val="left"/>
      </w:pPr>
      <w:r>
        <w:rPr>
          <w:rFonts w:ascii="Times New Roman" w:hAnsi="Times New Roman" w:eastAsia="Times New Roman" w:cs="Times New Roman"/>
        </w:rPr>
        <w:t>Depi nan kòmansman an, atravè mitan an, jouk rive nan fen twa ane edmi yo, non Li te yon pwen ajitasyon. Gen anpil bagay pou yo konprann konsènan liy non alyans yo, men isit la mwen vle montre ke te gen yon soukous nan fen ansyen Izrayèl la, nan legliz jwif la, ki te gen rapò ak non Kris la. Antanke Pitit David la, Li te posede kalifikasyon ki te nesesè pou Li te Mesi a; antanke Pitit Bondye a, (nan sans ke Li se Bondye tou), epi antanke Pitit Lòm, Jezi te prezante yon tès tèrib pou pèp eli a. Ki jan nonm sa a te kapab fè konnen Li se Bondye epi tou Pitit Bondye, alòske Moyiz, nan kòmansman istwa alyans yo a, te tèlman presi sou lefèt ke Bondye se yon sèl Bondye?</w:t>
      </w:r>
    </w:p>
    <w:p>
      <w:pPr>
        <w:pStyle w:val="ArticleBody"/>
        <w:jc w:val="left"/>
      </w:pPr>
      <w:r>
        <w:rPr>
          <w:rFonts w:ascii="Times New Roman" w:hAnsi="Times New Roman" w:eastAsia="Times New Roman" w:cs="Times New Roman"/>
        </w:rPr>
        <w:t>Men, se pou sa Kris la t ap mache pami lèzòm. Bondye te nan Li, ap rekonsilye lèzòm avèk tèt Li, e Li t ap fè sa lè Li te pèmèt lèzòm wè Jezi, ki te anseye klèman e dirèkteman ke si nou wè Li—nou wè Papa a. Istwa sa a reprezante fen Izrayèl literal kòm pèp Bondye te chwazi a, e nan kòmansman an te gen yon konfli ki te make sou kiyès Bondye ye ak kisa Li ye.</w:t>
      </w:r>
    </w:p>
    <w:p>
      <w:pPr>
        <w:pStyle w:val="ArticleScripture"/>
        <w:jc w:val="left"/>
      </w:pPr>
      <w:r>
        <w:rPr>
          <w:rFonts w:ascii="Times New Roman" w:hAnsi="Times New Roman" w:eastAsia="Times New Roman" w:cs="Times New Roman"/>
        </w:rPr>
        <w:t>Farawon di: Kilès Senyè a, pou m ta obeyi vwa li pou m kite Izrayèl ale? Mwen pa konnen Senyè a, e mwen p ap kite Izrayèl ale. Egzòd 5:2.</w:t>
      </w:r>
    </w:p>
    <w:p>
      <w:pPr>
        <w:pStyle w:val="ArticleBody"/>
        <w:jc w:val="left"/>
      </w:pPr>
      <w:r>
        <w:rPr>
          <w:rFonts w:ascii="Times New Roman" w:hAnsi="Times New Roman" w:eastAsia="Times New Roman" w:cs="Times New Roman"/>
        </w:rPr>
        <w:t>Farawon an pa eksprime sèlman senbòl defi ateis kont konesans Bondye a, men li eksprime tou konpreyansyon Ejipsyen yo konsènan Bondye Abraram nan. Epi, repete fwa, Seyè a te di se te pou pèmèt limanite konnen kiyès li ye menm zèv mèvèy li yo ann Ejip yo te fèt. Istwa kòmansman Izrayèl literal la kòm pèp Bondye te chwazi a se yon tip fen an.</w:t>
      </w:r>
    </w:p>
    <w:p>
      <w:pPr>
        <w:pStyle w:val="ArticleBody"/>
        <w:jc w:val="left"/>
      </w:pPr>
      <w:r>
        <w:rPr>
          <w:rFonts w:ascii="Times New Roman" w:hAnsi="Times New Roman" w:eastAsia="Times New Roman" w:cs="Times New Roman"/>
        </w:rPr>
        <w:t>Nan toude istwa yo, gen yon mank konpreyansyon sou kiyès Bondye ye ak sou sa Li ye, e sa gen rapò ak divès non pa Li; men sa ki pi enpòtan pou konsiderasyon nou an se ke istwa Kris la nan fen pèp Izrayèl la kòm pèp chwazi a montre ke youn nan rezon prensipal ki fè Jwif yo bite nan aksepte Mesi yo a, se paske yo te konnen Pawòl Bondye a, nan kòmansman istwa alyans yo a, te idantifye ke Li se yon sèl Bondye. Ala yon gwo dilèm!</w:t>
      </w:r>
    </w:p>
    <w:p>
      <w:pPr>
        <w:pStyle w:val="ArticleScripture"/>
        <w:jc w:val="left"/>
      </w:pPr>
      <w:r>
        <w:rPr>
          <w:rFonts w:ascii="Times New Roman" w:hAnsi="Times New Roman" w:eastAsia="Times New Roman" w:cs="Times New Roman"/>
        </w:rPr>
        <w:t>Epi apre sa, yo pa t oze poze li okenn kesyon ankò. E li di yo: Ki jan yo fè di Kris la se Pitit David la? Paske David li menm di nan liv Sòm yo: Senyè a di ak Seyè mwen an: Chita sou bò dwat mwen, jouk lè m fè lènmi ou yo tounen machpye pye ou. Donk, David rele li Seyè; ki jan li fè Pitit li, alò? Lik 20:40–44.</w:t>
      </w:r>
    </w:p>
    <w:p>
      <w:pPr>
        <w:pStyle w:val="ArticleBody"/>
        <w:jc w:val="left"/>
      </w:pPr>
      <w:r>
        <w:rPr>
          <w:rFonts w:ascii="Times New Roman" w:hAnsi="Times New Roman" w:eastAsia="Times New Roman" w:cs="Times New Roman"/>
        </w:rPr>
        <w:t>Sa se dènye peryòd kestyon ak repons pou Jwif yo, paske apre echanj sa a, “yo pa t gen kouraj poze L okenn lòt kestyon ankò.” Li te fenk reponn dènye kestyon ministè Li a pou kay ki pèdi a (e toujou gen yon kay ki pèdi nan naratif pwofetik la), epi apre sa Li soulve sijè non Li kòm “Pitit David la,” e konsa kòm Mesi a. Pandan tout twa zan edmi yo, konfli a gen ladan l divès non pa Li yo, ki reprezante karaktè ak nati Li. Yo pale de non Li nan kòmansman an, nan batèm Li, epi apre sa nan dènye echanj Li ak kay ki pèdi a nan antre triyonfal la ak sou kwa a, pami lòt pasaj nan levanjil yo.</w:t>
      </w:r>
    </w:p>
    <w:p>
      <w:pPr>
        <w:pStyle w:val="ArticleScripture"/>
        <w:jc w:val="left"/>
      </w:pPr>
      <w:r>
        <w:rPr>
          <w:rFonts w:ascii="Times New Roman" w:hAnsi="Times New Roman" w:eastAsia="Times New Roman" w:cs="Times New Roman"/>
        </w:rPr>
        <w:t>Farizyen yo te rasanble toupre Jezi pandan Li t ap reponn kestyon skrib la. Lè sa a, Li vire bò kote yo, Li poze yo yon kestyon: «Kisa nou panse konsènan Kris la? Pitit kiyès Li ye?» K kestyon sa a te fèt pou mete lafwa yo sou Mesi a a lèsè—pou montre si yo te konsidere Li senpleman kòm yon moun oswa kòm Pitit Bondye. Yon koral vwa reponn: «Pitit David la.» Se te tit pwofesi a te bay Mesi a. Lè Jezi te revele divinite Li pa mwayen mirak pwisan Li yo, lè Li te geri malad yo epi leve mò yo, pèp la te konn mande youn lòt: «Èske se pa Pitit David la sa?» Fanm Sirofenisyèn nan, avèg Batime a, ansanm ak anpil lòt moun, te rele L pou mande sekou: «Gen pitye pou mwen, O Seyè, Ou menm Pitit David.» Matye 15:22. Pandan Li t ap antre Jerizalèm sou do bèt la, yo te salye Li ak kri kè kontan sa a: «Ozana pou Pitit David la: Benediksyon pou Sila a ki vini nan non Seyè a.» Matye 21:9. E ti timoun yo nan tanp lan, jou sa a, te repete menm aklamasyon lajwa sa a. Men, anpil nan moun ki te rele Jezi Pitit David pa t rekonèt divinite Li. Yo pa t konprann ke Pitit David la te Pitit Bondye tou.</w:t>
      </w:r>
    </w:p>
    <w:p>
      <w:pPr>
        <w:pStyle w:val="ArticleScripture"/>
        <w:jc w:val="left"/>
      </w:pPr>
      <w:r>
        <w:rPr>
          <w:rFonts w:ascii="Times New Roman" w:hAnsi="Times New Roman" w:eastAsia="Times New Roman" w:cs="Times New Roman"/>
        </w:rPr>
        <w:t>“An repons ak deklarasyon ki te di Kris la se Pitit David la, Jezi te di: ‘Ki jan, donk, David, pa Lespri a [Lespri enspirasyon ki soti nan Bondye], rele Li Seyè, lè li di: Seyè a te di ak Seyè mwen an, Chita sou bò dwat Mwen, jouk lè M ap fè lènmi Ou yo tounen ban pou pye Ou? Si, donk, David rele Li Seyè, kijan Li fè pitit li?’ E pèsonn pa t kapab reponn Li yon sèl mo, ni depi jou sa a pèsonn pa t gen odas poze Li okenn lòt kesyon ankò.” The Desire of Ages, 609.</w:t>
      </w:r>
    </w:p>
    <w:p>
      <w:pPr>
        <w:pStyle w:val="ArticleBody"/>
        <w:jc w:val="left"/>
      </w:pPr>
      <w:r>
        <w:rPr>
          <w:rFonts w:ascii="Times New Roman" w:hAnsi="Times New Roman" w:eastAsia="Times New Roman" w:cs="Times New Roman"/>
        </w:rPr>
        <w:t>Onksyon Li kòm Mesi a ak dènye entèraksyon Li avèk moun Li te vini pou sove yo te konsène divinite Li, senbolis non Li yo, epi byen sûr règ premye mansyonn lan. Jezi fini travay dirèk Li pou Jwif yo lè Li sèvi ak istwa David literal la pou anseye sou David espirityèl la. Poukisa David ta fè kòmantè sou lè Seyè a di Seyè a pou l chita sou twòn nan ansanm avèk Li? Paske wa David nan kòmansman an reprezante Wa David espirityèl la nan fen an. Sèl fason pou byen konprann dènye deklarasyon Jezi te fè bay kay pèdi a se te pou yon moun kapab aplike règ premye mansyonn lan, sa ki pa kapab fèt si ou pa konnen règ la.</w:t>
      </w:r>
    </w:p>
    <w:p>
      <w:pPr>
        <w:pStyle w:val="ArticleBody"/>
        <w:jc w:val="left"/>
      </w:pPr>
      <w:r>
        <w:rPr>
          <w:rFonts w:ascii="Times New Roman" w:hAnsi="Times New Roman" w:eastAsia="Times New Roman" w:cs="Times New Roman"/>
        </w:rPr>
        <w:t>Dènye deklarasyon Li te fè bay kay ki te pèdi a te mande yon konpreyansyon sou règ premye mansyonnman an pou li te ka konprann. Jezi te sèvi ak David ak Pitit David la pou prezante verite a bay kay ki te pèdi a nan dènye deklarasyon Li. Apre tou, yo te kay David la. Se poutèt sa, Jezi te pran papa a (David) epi Li te oryante l sou (Pitit David la), epi Li te pran pitit la (David) tou epi Li te vire l bay papa li (David). Li te vire Papa a bay timoun nan, jan mesaj Eli a te pwofetize pou l fè nan “dènye jou yo.” Se te dènye mesaj Li pou ansyen Izrayèl literal la, e se te yon mesaj Eli, paske li te chita sou règ premye mansyonnman an. Se poutèt sa, règ premye mansyonnman an konfime mesaj Jezi a tou kòm yon mesaj Eli, ki baze sou règ la menm. Règ premye mansyonnman an egzije ke si mesaj Eli Jan Batis la te premye nan dènye mesaj avètisman an bay kay Izrayèl ki te pèdi a, alò dènye mesaj yo te bay la t ap dwe mesaj Eli a tou. Epi se konsa li te ye…</w:t>
      </w:r>
    </w:p>
    <w:p>
      <w:pPr>
        <w:pStyle w:val="ArticleBody"/>
        <w:jc w:val="left"/>
      </w:pPr>
      <w:r>
        <w:rPr>
          <w:rFonts w:ascii="Times New Roman" w:hAnsi="Times New Roman" w:eastAsia="Times New Roman" w:cs="Times New Roman"/>
        </w:rPr>
        <w:t>Apre tout sa fin di, mwen ta vle kounyeya tire yon pwen ladan l ki chita sou règ premye mansyònman an—Alpha ak Omega a. Te gen yon konfli konsènan konpreyansyon sou kiyès Bondye ye ak kisa Bondye ye nan kòmansman ansyen Izrayèl la, e sa te tipifye menm konfli a nan fen ansyen Izrayèl la. Nan fen ansyen Izrayèl la, travay Kris la te gen ladan l anseye kay pèdi Izrayèl la kiyès Bondye ye ak kisa Bondye ye. Nan istwa fen an, te gen yon rezistans kont Kris ki te baze sou yon verite orijinal ki te tabli nan kòmansman an. Izrayèl espirityèl modèn nan ap posede menm karakteristik pwofetik sa yo nan istwa li.</w:t>
      </w:r>
    </w:p>
    <w:p>
      <w:pPr>
        <w:pStyle w:val="ArticleBody"/>
        <w:jc w:val="left"/>
      </w:pPr>
      <w:r>
        <w:rPr>
          <w:rFonts w:ascii="Times New Roman" w:hAnsi="Times New Roman" w:eastAsia="Times New Roman" w:cs="Times New Roman"/>
        </w:rPr>
        <w:t>Nan kòmansman Advantis la, istoryen yo fè nou konnen Millerit yo te sitou konpoze de de denominasyon kretyen: Metodis ak Christian Connection. Kwayans prensipal Metodis yo te baze sou viv yon lavi kretyen ki dwat. Yo te gen “metòd” la. Kwayans prensipal Christian Connection nan ta ka rezime kòm yon opozisyon kont doktrin katolik trinite a.</w:t>
      </w:r>
    </w:p>
    <w:p>
      <w:pPr>
        <w:pStyle w:val="ArticleBody"/>
        <w:jc w:val="left"/>
      </w:pPr>
      <w:r>
        <w:rPr>
          <w:rFonts w:ascii="Times New Roman" w:hAnsi="Times New Roman" w:eastAsia="Times New Roman" w:cs="Times New Roman"/>
        </w:rPr>
        <w:t>Selon l’état actuel de mes recherches, pratiquement toute la direction des millérites adhérait à cette doctrine de la Christian Connection. Il existe de nombreuses branches du Mouvement de Réforme Adventiste du Septième Jour (SDARM) qui maintiennent encore et continuent de promouvoir la compréhension millérite originelle de l’« anti-trinitarianisme ». Un dilemme — et une source actuelle de controverse — pour ceux qui conservent la compréhension des pionniers a été, et sera toujours, de savoir comment répondre aux nombreux et divers passages où Sister White s’oppose directement à la position doctrinale qu’ils soutiennent et promeuvent.</w:t>
      </w:r>
    </w:p>
    <w:p>
      <w:pPr>
        <w:pStyle w:val="ArticleScripture"/>
        <w:jc w:val="left"/>
      </w:pPr>
      <w:r>
        <w:rPr>
          <w:rFonts w:ascii="Times New Roman" w:hAnsi="Times New Roman" w:eastAsia="Times New Roman" w:cs="Times New Roman"/>
        </w:rPr>
        <w:t>“Mwen resevwa enstriksyon pou m di, santiman moun k ap chèche lide syantifik avanse yo pa dwe fè konfyans. Yo fè prezantasyon tankou sa ki annapre yo: ‘Papa a se tankou limyè envizib la; Pitit la se tankou limyè ki pran kò; Lespri a se limyè ki gaye toupatou.’ ‘Papa a se tankou lawouze a, vapè envizib; Pitit la se tankou lawouze ki rasanble nan yon bèl fòm; Lespri a se tankou lawouze ki tonbe sou chèz lavi a.’ Yon lòt prezantasyon: ‘Papa a se tankou vapè envizib la; Pitit la se tankou nyaj plonbe a; Lespri a se lapli ki tonbe e k ap aji avèk pouvwa rafrechisan.’”</w:t>
      </w:r>
    </w:p>
    <w:p>
      <w:pPr>
        <w:pStyle w:val="ArticleScripture"/>
        <w:jc w:val="left"/>
      </w:pPr>
      <w:r>
        <w:rPr>
          <w:rFonts w:ascii="Times New Roman" w:hAnsi="Times New Roman" w:eastAsia="Times New Roman" w:cs="Times New Roman"/>
        </w:rPr>
        <w:t>“Tout resanblans espiritis sa yo se senpleman anyen. Yo enpafè, yo pa vre. Yo febli e yo diminye Majeste sa a, ak ki pa gen okenn resanblans sou tè a yo ka konpare. Bondye pa ka konpare ak bagay men pa l fè. Sa yo se sèlman bagay tèren, k ap soufri anba madichon Bondye poutèt peche lòm. Yo pa ka dekri Papa a pa mwayen bagay sou tè a. Papa a se tout plenitid Bondye a nan kò, e li envizib pou je mòtèl.”</w:t>
      </w:r>
    </w:p>
    <w:p>
      <w:pPr>
        <w:pStyle w:val="ArticleScripture"/>
        <w:jc w:val="left"/>
      </w:pPr>
      <w:r>
        <w:rPr>
          <w:rFonts w:ascii="Times New Roman" w:hAnsi="Times New Roman" w:eastAsia="Times New Roman" w:cs="Times New Roman"/>
        </w:rPr>
        <w:t>“Pitit la se tout plenitid Bondye a ki vin manifeste. Pawòl Bondye a deklare Li se ‘imaj egzak pèsonn Li.’ ‘Paske Bondye te tèlman renmen lemonn, Li bay sèl Pitit li a ki fèt sèlman an, pou nenpòt moun ki kwè nan Li pa peri, men pou li gen lavi etènèl.’ La a, pèsonalite Papa a parèt aklè.”</w:t>
      </w:r>
    </w:p>
    <w:p>
      <w:pPr>
        <w:pStyle w:val="ArticleScripture"/>
        <w:jc w:val="left"/>
      </w:pPr>
      <w:r>
        <w:rPr>
          <w:rFonts w:ascii="Times New Roman" w:hAnsi="Times New Roman" w:eastAsia="Times New Roman" w:cs="Times New Roman"/>
        </w:rPr>
        <w:t>“Konsole a Kris te pwomèt pou voye apre Li te monte nan syèl la, se Lespri a nan tout plenitid Bondye a, k ap fè pouvwa gras diven an parèt aklè pou tout moun ki resevwa Kris epi ki kwè nan Li kòm yon Sovè pèsonèl. Gen twa pèsonalite vivan nan triyo selès la; se nan non twa gwo pouvwa sa yo—Papa a, Pitit la, ak Lespri Sen an—moun ki resevwa Kris pa yon lafwa vivan yo batize, epi pouvwa sa yo pral kolabore avèk sijè obeyisan syèl la nan efò yo pou yo viv nouvo lavi a nan Kris.” Special Testimonies, Series B, number 7, 62, 63.</w:t>
      </w:r>
    </w:p>
    <w:p>
      <w:pPr>
        <w:pStyle w:val="ArticleBody"/>
        <w:jc w:val="left"/>
      </w:pPr>
      <w:r>
        <w:rPr>
          <w:rFonts w:ascii="Times New Roman" w:hAnsi="Times New Roman" w:eastAsia="Times New Roman" w:cs="Times New Roman"/>
        </w:rPr>
        <w:t>Pasaj la idantifye “santiman sila yo” ki t ap defini Papa a, Pitit la ak Lespri a avèk “bagay ki sou latè.” Apre sa, li di: “Yo pa kapab dekri Papa a pa mwayen bagay ki sou latè.” Remake de pwen li fè, byenke youn ka parèt tankou yon kontradiksyon. Li ap idantifye yon fo deskripsyon Divinite a ki, si nou vle di sa konsa, idantifye twa dye. Se yon fo deskripsyon Divinite a, men li pa fè okenn kòmantè sou lefèt ke fo definisyon Divinite a pa kòrèk tou paske li bay move kantite dye nan Divinite a.</w:t>
      </w:r>
    </w:p>
    <w:p>
      <w:pPr>
        <w:pStyle w:val="ArticleBody"/>
        <w:jc w:val="left"/>
      </w:pPr>
      <w:r>
        <w:rPr>
          <w:rFonts w:ascii="Times New Roman" w:hAnsi="Times New Roman" w:eastAsia="Times New Roman" w:cs="Times New Roman"/>
        </w:rPr>
        <w:t>Remake tou sa li di yo pa kapab sèvi ak bagay ki sou tè a pou dekri Papa a. Nan menm deklarasyon sa a menm, se li menm k ap sèvi ak bagay ki sou tè a. Se lèzòm ki gen pitit, manman, papa, matant ak kouzen. Epi Jezi fè nou konnen p ap gen maryaj ankò nan syèl la, sou tè a ki va renouvle a, paske n ap tankou zanj yo. Pa gen zanj gason ni zanj fi. Tèm lèzòm itilize pou defini relasyon yo youn ak lòt, Bondye sèvi avè yo pou enstwi nou sou nati ak karaktè pa Li; men menm “bagay ki sou tè a” ke enspirasyon an te itilize pou enstwi lèzòm sou karaktè ak nati Bondye yo, yo enpafè.</w:t>
      </w:r>
    </w:p>
    <w:p>
      <w:pPr>
        <w:pStyle w:val="ArticleBody"/>
        <w:jc w:val="left"/>
      </w:pPr>
      <w:r>
        <w:rPr>
          <w:rFonts w:ascii="Times New Roman" w:hAnsi="Times New Roman" w:eastAsia="Times New Roman" w:cs="Times New Roman"/>
        </w:rPr>
        <w:t>Yo fè nou konnen ke, “Gen twa pèsonn vivan nan triyo selès la” … “Papa a, Pitit la, ak Sentespri a.” Se yon bagay abominab pou tache santiman espirityalis tèren yo ak twa pèsonn sa yo, men se pa yon abominasyon pou tache “non twa gran pouvwa sa yo” ak definisyon biblik Divinite a.</w:t>
      </w:r>
    </w:p>
    <w:p>
      <w:pPr>
        <w:pStyle w:val="ArticleBody"/>
        <w:jc w:val="left"/>
      </w:pPr>
      <w:r>
        <w:rPr>
          <w:rFonts w:ascii="Times New Roman" w:hAnsi="Times New Roman" w:eastAsia="Times New Roman" w:cs="Times New Roman"/>
        </w:rPr>
        <w:t>Pwofètès la di “non” twa gwo Pwisans ki fòme Divinite a se Papa a, Pitit la, ak Sentespri a. Menm jan ak tout verite biblik, lè yo rasanble l liy sou liy, temwayaj konplè a dwe gen ladan l chak repè ki te revele. Temwayaj pwofèt yo dwe konbine. Danyèl bay Kris la non Palmoni (pami lòt non tou, men sa se sèlman yon egzanp). Jan rele Li Alfa ak Omega, epi Moyiz rele Li Jewova. Dapre Ellen White, non Li se Papa a, Pitit la, ak Sentespri a.</w:t>
      </w:r>
    </w:p>
    <w:p>
      <w:pPr>
        <w:pStyle w:val="ArticleScripture"/>
        <w:jc w:val="left"/>
      </w:pPr>
      <w:r>
        <w:rPr>
          <w:rFonts w:ascii="Times New Roman" w:hAnsi="Times New Roman" w:eastAsia="Times New Roman" w:cs="Times New Roman"/>
        </w:rPr>
        <w:t>“Satana ap... san rete ap pouse sa ki fo a—pou detounen moun yo lwen laverite a. Dènye desepsyon Satan an menm pral se fè temwayaj Lespri Bondye a vin san okenn efè. ‘Kote pa gen vizyon, pèp la peri’ (Pwovèb 29:18). Satan pral travay avèk anpil riz, nan divès fason e atravè divès mwayen, pou brannen konfyans pèp rès Bondye a nan vrè temwayaj la.</w:t>
      </w:r>
    </w:p>
    <w:p>
      <w:pPr>
        <w:pStyle w:val="ArticleScripture"/>
        <w:jc w:val="left"/>
      </w:pPr>
      <w:r>
        <w:rPr>
          <w:rFonts w:ascii="Times New Roman" w:hAnsi="Times New Roman" w:eastAsia="Times New Roman" w:cs="Times New Roman"/>
        </w:rPr>
        <w:t>“Va gen yon rayisman ki pral limen kont Temwayaj yo, yon rayisman ki satanik. Travay Satan yo pral fèt pou souke lafwa legliz yo nan yo, poutèt rezon sa a: Satan pa ka gen yon chemen ki tèlman klè pou l fè antre twonpri li yo epi mare nanm yo nan delizyon li yo, si avètisman yo, repwòch yo, ak konsèy Lespri Bondye a jwenn atansyon.” Selected Messages, liv 1, 48.</w:t>
      </w:r>
    </w:p>
    <w:p>
      <w:pPr>
        <w:pStyle w:val="ArticleBody"/>
        <w:jc w:val="left"/>
      </w:pPr>
      <w:r>
        <w:rPr>
          <w:rFonts w:ascii="Times New Roman" w:hAnsi="Times New Roman" w:eastAsia="Times New Roman" w:cs="Times New Roman"/>
        </w:rPr>
        <w:t>Yon ti pwen rapid an pasan ki soti nan pasaj sa a. Yo te ekzile Jan sou Patmos poutèt Pawòl Bondye a ak temwayaj Jezi a. Gen de gwoup moun mesaj twazyèm zanj lan vize: sila yo ki andeyò Advantis la ak sila yo ki anndan Advantis la. Jan reprezante yon Advantis ki pa sèlman ap sibi pèsekisyon anba men lemonn poutèt obeyisans li anvè Bib la, men li ap sibi pèsekisyon tou poutèt obeyisans li anvè ekriti Lespri Pwofesi a. Pèsekisyon ki leve kont Lespri Pwofesi a soti anndan, pa deyò.</w:t>
      </w:r>
    </w:p>
    <w:p>
      <w:pPr>
        <w:pStyle w:val="ArticleBody"/>
        <w:jc w:val="left"/>
      </w:pPr>
      <w:r>
        <w:rPr>
          <w:rFonts w:ascii="Times New Roman" w:hAnsi="Times New Roman" w:eastAsia="Times New Roman" w:cs="Times New Roman"/>
        </w:rPr>
        <w:t>Nan kòmansman ansyen Izrayèl la, apre katsan (400) ane ann Ejip, moun ki te dwe pèp alyans chwazi a pa t kenbe Saba a ankò. Yo pa t konnen karaktè ni nati Kris la. Yo te kenbe move konpreyansyon sou Bondye yo te anrasinen nan yo pandan yo te nan kaptivite. Dis kalamite yo; delivrans Lanmè Wouj la; laman ki soti nan syèl la; sanktyè a ak tout mèb li yo; seremoni sakre yo; lakou a, kote ki sen an, ak Kote ki Trè Sen an; lalwa Bondye a; Wòch la ki t ap swiv yo; dlo ki te soti nan Wòch la ki t ap swiv yo, e menm sèpan ki te sou poto a, tout sa yo te gen pou bi pou ogmante konesans Bondye nan pèp li te chwazi a. Se te yon edikasyon pwogresif. Edikasyon pwogresif sa a te kontinye jiskaske eskrib yo “durst ask him no more questions” epi Lè sa a, Li te idantifye dènye sijè nèt yo t ap genyen nan yon diskisyon ouvè avèk Li, e sa te gen rapò ak non David ak kiyès Kris la ye, ansanm ak sa Li ye.</w:t>
      </w:r>
    </w:p>
    <w:p>
      <w:pPr>
        <w:pStyle w:val="ArticleBody"/>
        <w:jc w:val="left"/>
      </w:pPr>
      <w:r>
        <w:rPr>
          <w:rFonts w:ascii="Times New Roman" w:hAnsi="Times New Roman" w:eastAsia="Times New Roman" w:cs="Times New Roman"/>
        </w:rPr>
        <w:t>Nan kòmansman Izrayèl espirityèl modèn nan, apre 1260 ane nan Babilòn espirityèl, sila yo ki te dwe pèp alyans chwazi a pa t kenbe Saba a ankò. Yo pa t konnen karaktè ni nati Kris la. Yo te kenbe move konpreyansyon sou Bondye yo te enstile pandan yo te nan kaptivite. Istwa Advantis la, avèk tout etap repè li yo, apostazi li yo, konpwomi li yo, ak lit entèn li yo, te rive nan yon pwen nan ane 1880 yo lè The Desire of Ages te pibliye. Konsa, nan liv sa a, nan paj 671, gen yon konpreyansyon sou Bondye a an twa Pèsòn ki devlope byen lwen pi plis pase konpreyansyon ki te soti nan dizwityèm syèk la.</w:t>
      </w:r>
    </w:p>
    <w:p>
      <w:pPr>
        <w:pStyle w:val="ArticleBody"/>
        <w:jc w:val="left"/>
      </w:pPr>
      <w:r>
        <w:rPr>
          <w:rFonts w:ascii="Times New Roman" w:hAnsi="Times New Roman" w:eastAsia="Times New Roman" w:cs="Times New Roman"/>
        </w:rPr>
        <w:t>Ansyen Izrayèl te gen yon konfli nan fen egzistans li, ki te lakòz pa yon konpreyansyon limite sou Divinite a, ki te chita sou yon konpreyansyon yo te genyen depi nan kòmansman istwa yo. Temwayaj Jezi a di ke, kit se Papa a, Pitit la, oswa Sentespri a, yo tout se “plènitid Divinite a nan kò” (Kolosyen 2:9). Temwayaj biblik la di: “Koute, O Izrayèl: Senyè a, Bondye nou an, se yon sèl Senyè” (Detewonòm 6:4).</w:t>
      </w:r>
    </w:p>
    <w:p>
      <w:pPr>
        <w:pStyle w:val="ArticleBody"/>
        <w:jc w:val="left"/>
      </w:pPr>
      <w:r>
        <w:rPr>
          <w:rFonts w:ascii="Times New Roman" w:hAnsi="Times New Roman" w:eastAsia="Times New Roman" w:cs="Times New Roman"/>
        </w:rPr>
        <w:t>Izrayèl modèn kenbe divès lide konsènan Divinite a, e se yon sèl ladan yo ki kòrèk. Nan fen Izrayèl modèn nan, Bondye pral fini travay revelasyon karaktè pa Li a, an tèm de fè sa pandan tan gras la toujou ap dire. Se sa Li te fè pou Jwif yo, e Li pa janm chanje. Li sèten ke nou pral kontinye grandi nan konpreyansyon nou sou nati ak karaktè Bondye pandan tout letènite a, men te gen yon liy pwofetik verite a ki te fèt avèk entansyon, ki demontre efò Bondye pou edike pèp Li a sou tèt Li; e istwa sa a fè pati ansèyman Li ap chèche bay kounye a, epi enfòmasyon yo jwenn nan pawòl pwofetik la konsènan pwosesis edikasyon sa a idantifye yon fen nan diskisyon an ki koresponn ak fèmti tan gras la.</w:t>
      </w:r>
    </w:p>
    <w:p>
      <w:pPr>
        <w:pStyle w:val="ArticleScripture"/>
        <w:jc w:val="left"/>
      </w:pPr>
      <w:r>
        <w:rPr>
          <w:rFonts w:ascii="Times New Roman" w:hAnsi="Times New Roman" w:eastAsia="Times New Roman" w:cs="Times New Roman"/>
        </w:rPr>
        <w:t>«Kris se Pitit Bondye ki te egziste anvan tout bagay, e ki egziste pa tèt pa li…. Lè Kris ap pale sou pre-egzistans li, li mennen lespri a tounen atravè epòk san dat. Li ban nou asirans ke pa t janm gen yon tan kote Li pa t nan yon kominyon pwòch ak Bondye etènèl la. Li menm, sila a vwa li Jwif yo t ap koute lè sa a, te avèk Bondye tankou yon moun yo te elve ansanm avè l.» Signs of the Times, 29 out 1900.</w:t>
      </w:r>
    </w:p>
    <w:p>
      <w:pPr>
        <w:pStyle w:val="ArticleScripture"/>
        <w:jc w:val="left"/>
      </w:pPr>
      <w:r>
        <w:rPr>
          <w:rFonts w:ascii="Times New Roman" w:hAnsi="Times New Roman" w:eastAsia="Times New Roman" w:cs="Times New Roman"/>
        </w:rPr>
        <w:t>“Li te egal ak Bondye, enfini e toupisan…. Li se Pitit etènèl la, ki egziste pa tèt li.”</w:t>
      </w:r>
    </w:p>
    <w:p>
      <w:pPr>
        <w:pStyle w:val="ArticleScripture"/>
        <w:jc w:val="left"/>
      </w:pPr>
      <w:r>
        <w:rPr>
          <w:rFonts w:ascii="Times New Roman" w:hAnsi="Times New Roman" w:eastAsia="Times New Roman" w:cs="Times New Roman"/>
        </w:rPr>
        <w:t>“Pandan Pawòl Bondye a pale konsènan limanite Kris la lè Li te sou tè sa a, li pale tou avèk klète konsènan pre-egzistans Li. Pawòl la te egziste kòm yon Êt divin, menm kòm Pitit Bondye etènèl la, nan inyon ak inite avèk Papa Li. Depi tout letènite Li te Medyatè alyans lan, sila a nan ki tout nasyon tè a, ni Jwif ni moun lòt nasyon, si yo te aksepte Li, te dwe resevwa benediksyon. ‘Pawòl la te avèk Bondye, e Pawòl la te Bondye.’ Anvan lèzòm oswa zanj yo te kreye, Pawòl la te avèk Bondye, e li te Bondye.” Review and Herald, 5 avril 1906.</w:t>
      </w:r>
    </w:p>
    <w:p>
      <w:pPr>
        <w:pStyle w:val="ArticleBody"/>
        <w:jc w:val="left"/>
      </w:pPr>
      <w:r>
        <w:rPr>
          <w:rFonts w:ascii="Times New Roman" w:hAnsi="Times New Roman" w:eastAsia="Times New Roman" w:cs="Times New Roman"/>
        </w:rPr>
        <w:t>Nan pasaj la, li site depi nan premye pawòl Jan yo menm.</w:t>
      </w:r>
    </w:p>
    <w:p>
      <w:pPr>
        <w:pStyle w:val="ArticleScripture"/>
        <w:jc w:val="left"/>
      </w:pPr>
      <w:r>
        <w:rPr>
          <w:rFonts w:ascii="Times New Roman" w:hAnsi="Times New Roman" w:eastAsia="Times New Roman" w:cs="Times New Roman"/>
        </w:rPr>
        <w:t>Au commencement était la Parole, et la Parole était avec Dieu, et la Parole était Dieu. Elle était au commencement avec Dieu. Toutes choses ont été faites par elle; et rien de ce qui a été fait n’a été fait sans elle. Jean 1:1–3.</w:t>
      </w:r>
    </w:p>
    <w:p>
      <w:pPr>
        <w:pStyle w:val="ArticleBody"/>
        <w:jc w:val="left"/>
      </w:pPr>
      <w:r>
        <w:rPr>
          <w:rFonts w:ascii="Times New Roman" w:hAnsi="Times New Roman" w:eastAsia="Times New Roman" w:cs="Times New Roman"/>
        </w:rPr>
        <w:t>Nan kòmansman an te gen omwen de Bondye, paske Jan fèk di: “Pawòl la te Bondye e li te avèk Bondye.” Nan premye vèsè Jenèz la, mo ebre “Elohim” nan tradui kòm Bondye. Souvan nan Pawòl Bondye a, yo mete “Elohim” nan yon estrikti gramatikal pou idantifye yon sèl Bondye, men, kanmenm, li rete yon pliryèl. Jan retire posiblite pou konsidere “Elohim” nan vèsè sa a kòm yon sèl Bondye pa dezyèm temwen li sou sijè a. Temwayaj li a tabli omwen de Bondye.</w:t>
      </w:r>
    </w:p>
    <w:p>
      <w:pPr>
        <w:pStyle w:val="ArticleBody"/>
        <w:jc w:val="left"/>
      </w:pPr>
      <w:r>
        <w:rPr>
          <w:rFonts w:ascii="Times New Roman" w:hAnsi="Times New Roman" w:eastAsia="Times New Roman" w:cs="Times New Roman"/>
        </w:rPr>
        <w:t>Sa ki pi twoublan ankò pou anti-trinitè ki deklare yo soutni Lespri Pwofesi a, se ke nan kòmansman an, “Lespri Bondye a t ap plane sou sifas dlo yo.” Èske “Lespri” ki t ap plane sou dlo a se te Papa a oswa Pitit la, oswa èske se te twazyèm pèsonaj trio selès la, jan Sè White pale de Li a? Twa premye vèsè Jan yo nan levanjil li a swiv avèk pawòl sa yo.</w:t>
      </w:r>
    </w:p>
    <w:p>
      <w:pPr>
        <w:pStyle w:val="ArticleScripture"/>
        <w:jc w:val="left"/>
      </w:pPr>
      <w:r>
        <w:rPr>
          <w:rFonts w:ascii="Times New Roman" w:hAnsi="Times New Roman" w:eastAsia="Times New Roman" w:cs="Times New Roman"/>
        </w:rPr>
        <w:t>Nan li te gen lavi; e lavi a se te limyè lèzòm. E limyè a klere nan fènwa; men fènwa a pa t konprann li. Jan 1:4, 5.</w:t>
      </w:r>
    </w:p>
    <w:p>
      <w:pPr>
        <w:pStyle w:val="ArticleBody"/>
        <w:jc w:val="left"/>
      </w:pPr>
      <w:r>
        <w:rPr>
          <w:rFonts w:ascii="Times New Roman" w:hAnsi="Times New Roman" w:eastAsia="Times New Roman" w:cs="Times New Roman"/>
        </w:rPr>
        <w:t>Referans a limyè ak fènwa a ann antant nèt ak kòmansman Jenèz la, ki di.</w:t>
      </w:r>
    </w:p>
    <w:p>
      <w:pPr>
        <w:pStyle w:val="ArticleScripture"/>
        <w:jc w:val="left"/>
      </w:pPr>
      <w:r>
        <w:rPr>
          <w:rFonts w:ascii="Times New Roman" w:hAnsi="Times New Roman" w:eastAsia="Times New Roman" w:cs="Times New Roman"/>
        </w:rPr>
        <w:t>Epi Bondye di: Se pou limyè fèt; epi limyè fèt. Epi Bondye wè limyè a, li te bon; epi Bondye separe limyè a ak fènwa a. Jenèz 1:3, 4.</w:t>
      </w:r>
    </w:p>
    <w:p>
      <w:pPr>
        <w:pStyle w:val="ArticleBody"/>
        <w:jc w:val="left"/>
      </w:pPr>
      <w:r>
        <w:rPr>
          <w:rFonts w:ascii="Times New Roman" w:hAnsi="Times New Roman" w:eastAsia="Times New Roman" w:cs="Times New Roman"/>
        </w:rPr>
        <w:t>Nou pral retounen touswit sou de pasaj paralèl sa yo konsènan limyè a ki se sijè a nan istwa kreyasyon an ki vini apre entwodiksyon Divinite a. Nan kòmansman an, premye verite yo abòde se konpozisyon an oswa nati Divinite a. Men pasaj la pa sispann jouk nan chapit de, vèsè twa, kote nou jwenn dènye twa mo yo nan kreyasyon an kòmanse avèk twa lèt ebre yo ki ansanm fòme mo yo tradui kòm “verite.”</w:t>
      </w:r>
    </w:p>
    <w:p>
      <w:pPr>
        <w:pStyle w:val="ArticleBody"/>
        <w:jc w:val="left"/>
      </w:pPr>
      <w:r>
        <w:rPr>
          <w:rFonts w:ascii="Times New Roman" w:hAnsi="Times New Roman" w:eastAsia="Times New Roman" w:cs="Times New Roman"/>
        </w:rPr>
        <w:t>Kòmansman istwa kreyasyon an prezante Divinite a, apre sa li mete devan pouvwa kreyatif pawòl Li a, epi apre sa li fini pasaj la avèk yon siyati diven ki reprezante verite a, mesaj twazyèm zanj lan, ak non Bondye jan Alfa ak Omega reprezante li.</w:t>
      </w:r>
    </w:p>
    <w:p>
      <w:pPr>
        <w:pStyle w:val="ArticleScripture"/>
        <w:jc w:val="left"/>
      </w:pPr>
      <w:r>
        <w:rPr>
          <w:rFonts w:ascii="Times New Roman" w:hAnsi="Times New Roman" w:eastAsia="Times New Roman" w:cs="Times New Roman"/>
        </w:rPr>
        <w:t>Epi sou setyèm jou a, Bondye te fini travay li te fè a; epi li te repoze sou setyèm jou a apre tout travay li te fè a. Epi Bondye beni setyèm jou a, epi li mete l apa kòm yon bagay sakre; paske se nan li li te repoze apre tout travay li Bondye te kreye epi te fè. Jenèz 2:2, 3.</w:t>
      </w:r>
    </w:p>
    <w:p>
      <w:pPr>
        <w:pStyle w:val="ArticleBody"/>
        <w:jc w:val="left"/>
      </w:pPr>
      <w:r>
        <w:rPr>
          <w:rFonts w:ascii="Times New Roman" w:hAnsi="Times New Roman" w:eastAsia="Times New Roman" w:cs="Times New Roman"/>
        </w:rPr>
        <w:t>Fin premye verite yo anseye nan Pawòl Bondye a se somè pasaj la. Li fini ak twa mo sa yo: “Bondye,” “kreye” ak “fè,” konsa li mete anfaz sou kòmansman pasaj la, men tou, menm jan enpòtan, li mete anfaz sou Saba setyèm jou a. Natirèlman, Saba a se senbòl kreyasyon an ak siy ki genyen ant Bondye ak pèp Li te chwazi a. “Verite” reprezante nan twa lèt ki kòmanse chak nan twa dènye mo sa yo sou kreyasyon an. Temwayaj la ap mete aksan sou jan verite Saba a enpòtan e jan li gen gwo siyifikasyon; men sa ki menm pwofon tou, se lefèt ke twa lèt sa yo reprezante tou twa etap mesaj premye, dezyèm ak twazyèm zanj yo. Konsa, nan premye menm pasaj Bib la, Saba a, kòm siy pouvwa kreyatif Bondye a, idantifye tou kòm sijè tès la nan fen tan an. Dènye liv nan Bib la bay yon twazyèm temwen pou akonpaye temwayaj Jan nan levanjil li a.</w:t>
      </w:r>
    </w:p>
    <w:p>
      <w:pPr>
        <w:pStyle w:val="ArticleScripture"/>
        <w:jc w:val="left"/>
      </w:pPr>
      <w:r>
        <w:rPr>
          <w:rFonts w:ascii="Times New Roman" w:hAnsi="Times New Roman" w:eastAsia="Times New Roman" w:cs="Times New Roman"/>
        </w:rPr>
        <w:t>Jan pou sèt legliz ki nan Lazi yo: Gras ak lapè pou nou, soti nan men Sila a ki la, ki te la, e ki gen pou vini an; e soti nan sèt Lespri yo ki devan twòn li an; epi soti nan Jezikri, ki se temwen fidèl la, premye pitit ki leve soti vivan nan pami mò yo, ak chèf wa latè yo. A li menm ki te renmen nou, e ki lave nou anba peche nou yo nan pwòp san pa li, e ki fè nou wa ak prèt pou Bondye ak Papa li; a li menm glwa ak dominasyon pou tout tan tout tan. Amèn. Gade, li ap vini ak nyaj yo; e tout je pral wè li, menm sila yo tou ki te pèse li a; e tout fanmi sou latè pral plenn poutèt li. Wi, Amèn. Mwen se Alfa ak Omega, kòmansman an ak finisman an, Senyè a di sa, Sila a ki la, ki te la, e ki gen pou vini an, Toupisan an.</w:t>
      </w:r>
    </w:p>
    <w:p>
      <w:pPr>
        <w:pStyle w:val="ArticleScripture"/>
        <w:jc w:val="left"/>
      </w:pPr>
      <w:r>
        <w:rPr>
          <w:rFonts w:ascii="Times New Roman" w:hAnsi="Times New Roman" w:eastAsia="Times New Roman" w:cs="Times New Roman"/>
        </w:rPr>
        <w:t>Mwen menm Jan, ki frè nou tou, ak konpayon nou nan tribilasyon an, nan wayòm nan, ak nan pasyans Jezikri a, mwen te sou zile yo rele Patmos la, poutèt pawòl Bondye a, ak poutèt temwayaj Jezikri a. Mwen te nan Lespri a nan jou Seyè a, epi mwen tande dèyè mwen yon gwo vwa, tankou son yon twonpèt, ki t ap di: Mwen se Alfa ak Omega, premye a ak dènye a; epi: Sa ou wè, ekri l nan yon liv, epi voye l bay sèt legliz ki nan Azi yo: bay Efèz, ak Smèn, ak Pègam, ak Tiyatir, ak Sàd, ak Filadèlfi, ak Lawodise. Revelasyon 1:4–11.</w:t>
      </w:r>
    </w:p>
    <w:p>
      <w:pPr>
        <w:pStyle w:val="ArticleBody"/>
        <w:jc w:val="left"/>
      </w:pPr>
      <w:r>
        <w:rPr>
          <w:rFonts w:ascii="Times New Roman" w:hAnsi="Times New Roman" w:eastAsia="Times New Roman" w:cs="Times New Roman"/>
        </w:rPr>
        <w:t>Twa premye vèsè nan Revelasyon chapit youn idantifye dènye mesaj avètisman an ansanm ak fason mesaj sa a transmèt soti nan Bondye bay limanite. Li deklare tou ke se Revelasyon Jezikri a, konsa li make yon distenksyon ant liv Revelasyon an ak liv Danyèl la. Youn se yon pwofesi, lòt la se yon revelasyon.</w:t>
      </w:r>
    </w:p>
    <w:p>
      <w:pPr>
        <w:pStyle w:val="ArticleScripture"/>
        <w:jc w:val="left"/>
      </w:pPr>
      <w:r>
        <w:rPr>
          <w:rFonts w:ascii="Times New Roman" w:hAnsi="Times New Roman" w:eastAsia="Times New Roman" w:cs="Times New Roman"/>
        </w:rPr>
        <w:t>“Nan Revelasyon an tout liv Bib la rankontre ansanm epi yo fini. Men konpleman liv Danyèl la. Youn se yon pwofesi; lòt la se yon revelasyon. Liv ki te sele a se pa Revelasyon an, men se pati sa a nan pwofesi Danyèl la ki gen rapò ak dènye jou yo. Zanj lan te bay lòd: ‘Men ou menm, O Danyèl, fèmen pawòl yo, epi sele liv la, jouk nan tan lafen an.’ Danyèl 12:4.” Acts of the Apostles, 585.</w:t>
      </w:r>
    </w:p>
    <w:p>
      <w:pPr>
        <w:pStyle w:val="ArticleBody"/>
        <w:jc w:val="left"/>
      </w:pPr>
      <w:r>
        <w:rPr>
          <w:rFonts w:ascii="Times New Roman" w:hAnsi="Times New Roman" w:eastAsia="Times New Roman" w:cs="Times New Roman"/>
        </w:rPr>
        <w:t>Nan liv Revelasyon an, gen liy pwofesi ki dwe rekonèt epi mete ansanm, liy sou liy. Tout liy pwofetik sa yo fini nan liv Revelasyon an, men liv ki te sele a pa t liv Revelasyon an, e se pa t tou senpleman liv Danyèl la ki te sele; men sa ki te sele nan liv Danyèl la se te “pòsyon pwofesi Danyèl la ki gen rapò ak dènye jou yo.”</w:t>
      </w:r>
    </w:p>
    <w:p>
      <w:pPr>
        <w:pStyle w:val="ArticleBody"/>
        <w:jc w:val="left"/>
      </w:pPr>
      <w:r>
        <w:rPr>
          <w:rFonts w:ascii="Times New Roman" w:hAnsi="Times New Roman" w:eastAsia="Times New Roman" w:cs="Times New Roman"/>
        </w:rPr>
        <w:t>“dènye jou” yo ka konprann nan yon sans jeneral, men pou nou konprann yo kòm pawòl enspire, (jan yo ye toutbon) sa mande pou nou egzamine tou si ekspresyon “dènye jou” a pa pote yon senbolis pwofetik ki makonnen avè l. “Dènye jou” yo se yon peryòd presi nan istwa pwofetik la, ki gen anpil liy temwayaj k ap soutni l. Mwen espere prezante istwa sa a byento. Li se espesyalman istwa ki soti an 1798 rive jis nan fen tan gras la. Youn nan fason pou nou rekonèt sa se lefètke, nan sèvis sanktyè literal la, te gen yon sèl jou nan ane a ki te reprezante jijman, e se te Jou Ekspyasyon an. Seremoni literal sa a te yon tip de sa Sè White rele Jou Ekspyasyon antitipik la. Jou Ekspyasyon pwofetik oubyen espirityèl la reprezante “dènye jou” tan pwobasyon an; li reprezante peryòd jijman final la.</w:t>
      </w:r>
    </w:p>
    <w:p>
      <w:pPr>
        <w:pStyle w:val="ArticleBody"/>
        <w:jc w:val="left"/>
      </w:pPr>
      <w:r>
        <w:rPr>
          <w:rFonts w:ascii="Times New Roman" w:hAnsi="Times New Roman" w:eastAsia="Times New Roman" w:cs="Times New Roman"/>
        </w:rPr>
        <w:t>Pwofesi ki nan Danyèl la ki te sele a te gen de pati. Te gen yon pwofesi ki gen rapò ak dènye jou yo ke Milerit yo te rekonèt, ki te anonse ouvèti jijman an. Pasaj sa a nan Danyèl la reprezante pa vizyon larivyè Ulayi a nan chapit uit ak nèf yo. Lòt pwofesi ki te sele a nan Danyèl anonse fen jijman an, ak fen Adventis la, ak fen Etazini, ak fen mond lan. Vizyon sa a te reprezante pa larivyè Iddèkèl la.</w:t>
      </w:r>
    </w:p>
    <w:p>
      <w:pPr>
        <w:pStyle w:val="ArticleScripture"/>
        <w:jc w:val="left"/>
      </w:pPr>
      <w:r>
        <w:rPr>
          <w:rFonts w:ascii="Times New Roman" w:hAnsi="Times New Roman" w:eastAsia="Times New Roman" w:cs="Times New Roman"/>
        </w:rPr>
        <w:t>«Limyè Danyèl te resevwa nan men Bondye a te bay espesyalman pou dènye jou sa yo. Vizyon li te wè bò rivaj Ulayi ak Iddèkèl la, gran rivyè Chinea yo, yo kounye a nan pwosesis akonplisman, e tout evènman yo te predi yo pral rive talè konsa.» Testimonies to Ministers, 112, 113.</w:t>
      </w:r>
    </w:p>
    <w:p>
      <w:pPr>
        <w:pStyle w:val="ArticleBody"/>
        <w:jc w:val="left"/>
      </w:pPr>
      <w:r>
        <w:rPr>
          <w:rFonts w:ascii="Times New Roman" w:hAnsi="Times New Roman" w:eastAsia="Times New Roman" w:cs="Times New Roman"/>
        </w:rPr>
        <w:t>Vizyon Ulaï a te desele an 1798 e li pale konsènan Tanp Bondye a ak pèp Li a. Vizyon Iddekèl la te desele an 1989 lè, jan sa dekri nan Dànyèl onz, vèsè karant, peyi ki te reprezante ansyen Inyon Sovyetik la te baleye ale pa papote a ak Etazini, e li pale konsènan lènmi pèp Bondye a. De vizyon sa yo fonksyone menm jan ak sèt legliz yo ak sèt so yo nan liv Revelasyon an. Youn se listwa entèn legliz la, epi lòt la se listwa ekstèn legliz la; e yo toude kouvri tout dire epòk la epi yo se “espesyalman pou” “dènye jou sa yo.”</w:t>
      </w:r>
    </w:p>
    <w:p>
      <w:pPr>
        <w:pStyle w:val="ArticleBody"/>
        <w:jc w:val="left"/>
      </w:pPr>
      <w:r>
        <w:rPr>
          <w:rFonts w:ascii="Times New Roman" w:hAnsi="Times New Roman" w:eastAsia="Times New Roman" w:cs="Times New Roman"/>
        </w:rPr>
        <w:t>Men, byenke yo di nou Liv Revelasyon an se pa liv ki sele a, yo di nou tou li se yon liv ki sele.</w:t>
      </w:r>
    </w:p>
    <w:p>
      <w:pPr>
        <w:pStyle w:val="ArticleScripture"/>
        <w:jc w:val="left"/>
      </w:pPr>
      <w:r>
        <w:rPr>
          <w:rFonts w:ascii="Times New Roman" w:hAnsi="Times New Roman" w:eastAsia="Times New Roman" w:cs="Times New Roman"/>
        </w:rPr>
        <w:t>« Revelation se yon liv sele, men li se yon liv ouvè tou. Li rapòte evènman mèvèye ki gen pou fèt nan dènye jou istwa tè sa a. Ansèyman liv sa a yo klè e byen detèmine, yo pa mistik ni enkonpreyansib. Nan li, se menm liy pwofesi a yo reprann tankou nan Daniel. Gen kèk pwofesi Bondye repete, konsa Li montre yo dwe ba yo enpòtans. Seyè a pa repete bagay ki pa gen anpil konsekans. » Manuscript Releases, volim 9, 8.</w:t>
      </w:r>
    </w:p>
    <w:p>
      <w:pPr>
        <w:pStyle w:val="ArticleBody"/>
        <w:jc w:val="left"/>
      </w:pPr>
      <w:r>
        <w:rPr>
          <w:rFonts w:ascii="Times New Roman" w:hAnsi="Times New Roman" w:eastAsia="Times New Roman" w:cs="Times New Roman"/>
        </w:rPr>
        <w:t>Liv Rezèv la sele ankò paske pwofesi ki nan Danyèl yo te de sele, e menm liy pwofesi ki te de sele nan Danyèl yo se menm liy yo jwenn nan Rezèv la. Sa ki te sele nan liv Rezèv la se te yon pòsyon nan Rezèv la ki espesyalman gen rapò ak pèp Bondye a nan “dènye jou yo.” Lè Sè White te ekri deklarasyon sa a, “sèt loraj yo” te, nan epòk li t ap ekri a, toujou sele; se poutèt sa li te ekri ke “se yon liv sele.” Li te di tou ke liv Danyèl la se te “liv ki te sele a,” nan tan pase. Pou li menm, li te deja de sele an 1798.</w:t>
      </w:r>
    </w:p>
    <w:p>
      <w:pPr>
        <w:pStyle w:val="ArticleBody"/>
        <w:jc w:val="left"/>
      </w:pPr>
      <w:r>
        <w:rPr>
          <w:rFonts w:ascii="Times New Roman" w:hAnsi="Times New Roman" w:eastAsia="Times New Roman" w:cs="Times New Roman"/>
        </w:rPr>
        <w:t>Sa ki te sele konsènan sèt loraj yo pandan lavi pa li, se pa t sèlman evènman nan lavni sèt loraj yo reprezante yo, men sitou lefèt ke “sèt loraj yo” reprezante ke kòmansman Advantis la mache an paralèl ak fen Advantis la. “Sèt loraj yo” ap revele règ pwofetik ki pi enpòtan ki nesesè pou konprann Revelasyon Jezikri a, pandan y ap revele tou yon atribi nan nati ak karaktè Bondye, sètadi ke Li se kòmansman ak fen tout bagay. Pwofesi idantifye ke gen yon devlopman entansyonèl nan verite ki konekte ak nati ak karaktè Bondye.</w:t>
      </w:r>
    </w:p>
    <w:p>
      <w:pPr>
        <w:pStyle w:val="ArticleBody"/>
        <w:jc w:val="left"/>
      </w:pPr>
      <w:r>
        <w:rPr>
          <w:rFonts w:ascii="Times New Roman" w:hAnsi="Times New Roman" w:eastAsia="Times New Roman" w:cs="Times New Roman"/>
        </w:rPr>
        <w:t>Jezi, lè yo reprezante li kòm “Lyon tribi Jida a”, li senbolize travay li akonpli pandan l ap revele laverite yon fason pwogresif ak sistematik atravè listwa. Li sele pawòl pwofetik la, jouk rive nan moman nan tan an kote li dwe konprann. Li sele epi li desèle laverite nan bi enstriksyon. Kòm Palmoni, Jezi se Mèvèyab ki konte a, Mèt tan an k ap kontwole His-story li. Kòm Alfa ak Omega, li se, pami lòt bagay, Mèt langaj la. Kòm Lyon tribi Jida a, se li menm ki kontwole kilè laverite revele bay lèzòm.</w:t>
      </w:r>
    </w:p>
    <w:p>
      <w:pPr>
        <w:pStyle w:val="ArticleBody"/>
        <w:jc w:val="left"/>
      </w:pPr>
      <w:r>
        <w:rPr>
          <w:rFonts w:ascii="Times New Roman" w:hAnsi="Times New Roman" w:eastAsia="Times New Roman" w:cs="Times New Roman"/>
        </w:rPr>
        <w:t>Nan Revelasyon chapit premye a, apre twa premye vèsè yo, Divinite a prezante kòm twa antite distenk.</w:t>
      </w:r>
    </w:p>
    <w:p>
      <w:pPr>
        <w:pStyle w:val="ArticleScripture"/>
        <w:jc w:val="left"/>
      </w:pPr>
      <w:r>
        <w:rPr>
          <w:rFonts w:ascii="Times New Roman" w:hAnsi="Times New Roman" w:eastAsia="Times New Roman" w:cs="Times New Roman"/>
        </w:rPr>
        <w:t>Jan pou sèt legliz ki nan Lazi yo: Lagras ak lapè pou nou,</w:t>
      </w:r>
    </w:p>
    <w:p>
      <w:pPr>
        <w:pStyle w:val="ArticleScripture"/>
        <w:jc w:val="left"/>
      </w:pPr>
      <w:r>
        <w:rPr>
          <w:rFonts w:ascii="Times New Roman" w:hAnsi="Times New Roman" w:eastAsia="Times New Roman" w:cs="Times New Roman"/>
        </w:rPr>
        <w:t>nan men Sila a ki ye a, e ki te ye, e ki pral vini an;</w:t>
      </w:r>
    </w:p>
    <w:p>
      <w:pPr>
        <w:pStyle w:val="ArticleScripture"/>
        <w:jc w:val="left"/>
      </w:pPr>
      <w:r>
        <w:rPr>
          <w:rFonts w:ascii="Times New Roman" w:hAnsi="Times New Roman" w:eastAsia="Times New Roman" w:cs="Times New Roman"/>
        </w:rPr>
        <w:t>epi nan men sèt Lespri ki devan twòn li a;</w:t>
      </w:r>
    </w:p>
    <w:p>
      <w:pPr>
        <w:pStyle w:val="ArticleScripture"/>
        <w:jc w:val="left"/>
      </w:pPr>
      <w:r>
        <w:rPr>
          <w:rFonts w:ascii="Times New Roman" w:hAnsi="Times New Roman" w:eastAsia="Times New Roman" w:cs="Times New Roman"/>
        </w:rPr>
        <w:t>Epi Jezikri, ki se temwen fidèl la, premye pitit ki leve soti vivan pami mò yo, epi chèf wa latè yo. Revelasyon 1:4, 5.</w:t>
      </w:r>
    </w:p>
    <w:p>
      <w:pPr>
        <w:pStyle w:val="ArticleBody"/>
        <w:jc w:val="left"/>
      </w:pPr>
      <w:r>
        <w:rPr>
          <w:rFonts w:ascii="Times New Roman" w:hAnsi="Times New Roman" w:eastAsia="Times New Roman" w:cs="Times New Roman"/>
        </w:rPr>
        <w:t>Entwodiksyon dènye liv Bib la klèman voye yon salitasyon bay legliz Bondye a, salitasyon sa a ki idantifye Papa a, Lespri a ak Pitit la. Fen Pawòl Bondye a ap repete kòmansman an, e lè li fè sa, li mete anfaz sou enpòtans bon konpreyansyon Bondye a. Li fè sa pou sila yo ki pral Filadèlfyen yo epi ki pral fòme san karannkat mil yo. Yo se pèp final alyans lan, ki te jwenn tipifikasyon yo atravè tout liy istwa alyans lan. Temwen sa yo, pami lòt verite yo, tabli ke Bondye te, pa etap pa etap, ap chèche ogmante konesans sou nati ak karaktè pa Li atravè istwa pwofetik la.</w:t>
      </w:r>
    </w:p>
    <w:p>
      <w:pPr>
        <w:pStyle w:val="ArticleBody"/>
        <w:jc w:val="left"/>
      </w:pPr>
      <w:r>
        <w:rPr>
          <w:rFonts w:ascii="Times New Roman" w:hAnsi="Times New Roman" w:eastAsia="Times New Roman" w:cs="Times New Roman"/>
        </w:rPr>
        <w:t>Pi gwo senbòl nan Bib la ki montre mank konesans lèzòm genyen sou Bondye se te Farawon, ki te reprezante peyi Lejip, yon senbòl tout lemonn e, kidonk, tout limanite. Siy chemen sa a kòmanse pwosesis la nan kòmansman Izrayèl literal la, kote Bondye t ap chèche fè non pa Li konnen. Nan fen Izrayèl literal la, konfli sou non Bondye te repete ankò. Nan fen Izrayèl literal la, Jezi te make entèraksyon Li avèk Jwif yo lè Li te idantifye istwa David la epi Li te sèvi ak “règ premye mansyon an” pou reprezante deklarasyon final la konsènan avègman Laodiseyen Jwif yo. Yo pa t kapab konprann sa Li t ap di a, paske yo pa t konnen règ Alfa ak Omega a, ni yo pa t konnen Alfa ak Omega ki te kanpe devan yo.</w:t>
      </w:r>
    </w:p>
    <w:p>
      <w:pPr>
        <w:pStyle w:val="ArticleBody"/>
        <w:jc w:val="left"/>
      </w:pPr>
      <w:r>
        <w:rPr>
          <w:rFonts w:ascii="Times New Roman" w:hAnsi="Times New Roman" w:eastAsia="Times New Roman" w:cs="Times New Roman"/>
        </w:rPr>
        <w:t>Nan kòmansman Izrayèl espirityèl la, konfli ki te tipifye nan istwa Moyiz la jwenn paralèl li. Pandan Advantis la ap travèse istwa “dènye jou yo,” anpil okazyon pou konprann plis sou Alfa ak Omega te bay, menm jan sa te ye pou Izrayèl nan tan lontan. Va rive yon pwen kote p ap gen okenn lòt kestyon ankò nan fen Advantis la, menm jan sa te ye nan jou Kris la.</w:t>
      </w:r>
    </w:p>
    <w:p>
      <w:pPr>
        <w:pStyle w:val="ArticleBody"/>
        <w:jc w:val="left"/>
      </w:pPr>
      <w:r>
        <w:rPr>
          <w:rFonts w:ascii="Times New Roman" w:hAnsi="Times New Roman" w:eastAsia="Times New Roman" w:cs="Times New Roman"/>
        </w:rPr>
        <w:t>Retounen nan pasaj ki nan Revelasyon chapit youn nan, nou wè gras ak lapè voye soti nan men Sila a ki la, ki te la, e ki gen pou vini an, epi tou nan men sèt Lespri yo, epi tou nan men Jezi. Yo prezante Divinite a kòm Jezi, sèt Lespri yo, ak Sila a ki la, ki te la, e ki gen pou vini an; konsa sa pèmèt nou konnen se Papa a ki posede karakteristik yo reprezante kòm Sila a ki la, ki te la, e ki gen pou vini an. Karakteristik sa yo reprezante nati etènèl Bondye. Li toujou egziste depi tout tan, e nan vèsè uit ak nèf, yo atribye menm kalite sa a aklè bay Jezi.</w:t>
      </w:r>
    </w:p>
    <w:p>
      <w:pPr>
        <w:pStyle w:val="ArticleScripture"/>
        <w:jc w:val="left"/>
      </w:pPr>
      <w:r>
        <w:rPr>
          <w:rFonts w:ascii="Times New Roman" w:hAnsi="Times New Roman" w:eastAsia="Times New Roman" w:cs="Times New Roman"/>
        </w:rPr>
        <w:t>Mwen se Alfa ak Omega, kòmansman ak finisman an, se sa Senyè a di, li menm ki la, ki te la, e ki gen pou vini an, Toupisan an. Mwen menm Jan, ki se frè nou tou, e ki patisipe avèk nou nan tribilasyon an, nan wayòm nan, ak nan pasyans Jezikri a, mwen te sou zile yo rele Patmos la, poutèt pawòl Bondye a, ak poutèt temwayaj Jezikri a. Mwen te nan Lespri a nan jou Senyè a, epi mwen tande dèyè m yon gwo vwa, tankou son yon twonpèt, ki t ap di: Mwen se Alfa ak Omega, premye a ak dènye a; epi, sa w wè a, ekri l nan yon liv, epi voye l bay sèt legliz ki nan Azi yo: bay Efèz, bay Smirn, bay Pègam, bay Tiyatir, bay Sard, bay Filadèlfi, ak bay Laodise. Revelasyon 1:8–11.</w:t>
      </w:r>
    </w:p>
    <w:p>
      <w:pPr>
        <w:pStyle w:val="ArticleBody"/>
        <w:jc w:val="left"/>
      </w:pPr>
      <w:r>
        <w:rPr>
          <w:rFonts w:ascii="Times New Roman" w:hAnsi="Times New Roman" w:eastAsia="Times New Roman" w:cs="Times New Roman"/>
        </w:rPr>
        <w:t>Moun ki gen yon Bib kote yo ekri pawòl Jezi yo an koulè wouj, konnen se Jezi k ap pale nan vèsè uit ak onz yo. Nan vèsè sa yo, Jezi fè konnen Li posede menm nati etènèl ak Papa a lè Li idantifye tèt Li kòm “Seyè a, ki la, ki te la, e ki gen pou vini an,” epi Jezi ajoute tou ke Li se “Toupisan an.”</w:t>
      </w:r>
    </w:p>
    <w:p>
      <w:pPr>
        <w:pStyle w:val="ArticleBody"/>
        <w:jc w:val="left"/>
      </w:pPr>
      <w:r>
        <w:rPr>
          <w:rFonts w:ascii="Times New Roman" w:hAnsi="Times New Roman" w:eastAsia="Times New Roman" w:cs="Times New Roman"/>
        </w:rPr>
        <w:t>Premye bagay menm Jezi di nan kòmansman liv Revelasyon an, liv ki fè konnen se Revelasyon Jezikri a, se ke Li se Alfa ak Omega, ke Li menm tou Li etènèl menm jan Papa a etènèl, e ke Li menm tou Li se Bondye Toupisan an. Atribi nati Bondye yo se premye pawòl menm Jezi di nan liv Revelasyon an. Atribi sa yo se baryè dirèk ki fè Advantis ki toujou ap defann pozisyon orijinal sou Divinite a bite. Yo kwè te gen yon lè kote Papa a te fè Pitit li a parèt.</w:t>
      </w:r>
    </w:p>
    <w:p>
      <w:pPr>
        <w:pStyle w:val="ArticleBody"/>
        <w:jc w:val="left"/>
      </w:pPr>
      <w:r>
        <w:rPr>
          <w:rFonts w:ascii="Times New Roman" w:hAnsi="Times New Roman" w:eastAsia="Times New Roman" w:cs="Times New Roman"/>
        </w:rPr>
        <w:t>Fen liv Liv Revelasyon an dakò ak kòmansman Liv Revelasyon an.</w:t>
      </w:r>
    </w:p>
    <w:p>
      <w:pPr>
        <w:pStyle w:val="ArticleBody"/>
        <w:jc w:val="left"/>
      </w:pPr>
      <w:r>
        <w:rPr>
          <w:rFonts w:ascii="Times New Roman" w:hAnsi="Times New Roman" w:eastAsia="Times New Roman" w:cs="Times New Roman"/>
        </w:rPr>
        <w:t>Dezyèm Vini an vini apre deskripsyon Divinite a. Nan chapit vennde, nou jwenn fen liv la dakò ak kòmansman liv la, epi vèsè douz la koresponn ak vèsè sèt nan chapit premye a lè li fè referans ak Dezyèm Vini an.</w:t>
      </w:r>
    </w:p>
    <w:p>
      <w:pPr>
        <w:pStyle w:val="ArticleScripture"/>
        <w:jc w:val="left"/>
      </w:pPr>
      <w:r>
        <w:rPr>
          <w:rFonts w:ascii="Times New Roman" w:hAnsi="Times New Roman" w:eastAsia="Times New Roman" w:cs="Times New Roman"/>
        </w:rPr>
        <w:t>Epi, gade, m ap vini talè; e rekonpans mwen avèk mwen, pou m rann chak moun dapre sa travay li va ye. Mwen se Alfa ak Omega, kòmansman an ak finisman an, premye a ak dènye a. Benediksyon pou moun ki fè kòmandman li yo, pou yo ka gen dwa sou pyebwa lavi a, e pou yo ka antre nan vil la pa pòtay yo. Paske andeyò gen chen yo, ak majisyen yo, ak imoral yo, ak ansasen yo, ak moun k ap adore zidòl yo, ak tout moun ki renmen epi ki pratike manti. Mwen menm Jezi, mwen voye zanj mwen an pou rann nou temwayaj sou bagay sa yo nan legliz yo. Mwen se rasin lan ak desandan David, zetwal klere e zetwal maten an. E Lespri a ak lamarye a di: Vini. E se pou moun ki tande a di: Vini. E se pou moun ki swaf la vini. E nenpòt moun ki vle, se pou li pran dlo lavi a gratis. Revelasyon 22:12–17.</w:t>
      </w:r>
    </w:p>
    <w:p>
      <w:pPr>
        <w:pStyle w:val="ArticleBody"/>
        <w:jc w:val="left"/>
      </w:pPr>
      <w:r>
        <w:rPr>
          <w:rFonts w:ascii="Times New Roman" w:hAnsi="Times New Roman" w:eastAsia="Times New Roman" w:cs="Times New Roman"/>
        </w:rPr>
        <w:t>Apre li fin fè referans ak Dezyèm Vini an, Jezi, menm jan sa parèt nan chapit premye Liv Revelasyon an, idantifye tèt li kòm Alfa ak Omega. Apre sa, li ajoute distenksyon ki genyen ant moun ki t ap tande ak moun ki pa t ap tande sa Lespri a te di legliz yo. Li fè referans ak pwosesis kominikasyon ki ilistre nan vèsè youn rive twa nan chapit premye a, lè li fè konnen li te voye Gabriyèl ak mesaj la bay Jan.</w:t>
      </w:r>
    </w:p>
    <w:p>
      <w:pPr>
        <w:pStyle w:val="ArticleBody"/>
        <w:jc w:val="left"/>
      </w:pPr>
      <w:r>
        <w:rPr>
          <w:rFonts w:ascii="Times New Roman" w:hAnsi="Times New Roman" w:eastAsia="Times New Roman" w:cs="Times New Roman"/>
        </w:rPr>
        <w:t>Apre sa, Li retounen sou dènye deklarasyon Li te fè bay dirèktè lalwa yo ak Farizyen yo nan fen ansyen Izrayèl la. Li mare ansanm toude finisman yo, sa vle di finisman Izrayèl literal la ak Izrayèl espirityèl la, lè Li reponn nan Revelasyon an, pou sila yo ki nan “dènye jou” yo, sa Jwif yo nan “dènye jou” pa yo pa t kapab konprann. Li di ke Li se rasin nan (kòmansman an) ak desandan an (fen an) David. Sijè David ak Seyè li a te dènye deklarasyon Jezi te fè bay Jwif diskitè yo, e sa sèvi kòm tip dènye pwononsyasyon an pou sila yo ki nan dènye jou yo ki, dapre mesaj la bay legliz Filadèlfi a, pretann yo se Jwif, men yo pa sa.</w:t>
      </w:r>
    </w:p>
    <w:p>
      <w:pPr>
        <w:pStyle w:val="ArticleScripture"/>
        <w:jc w:val="left"/>
      </w:pPr>
      <w:r>
        <w:rPr>
          <w:rFonts w:ascii="Times New Roman" w:hAnsi="Times New Roman" w:eastAsia="Times New Roman" w:cs="Times New Roman"/>
        </w:rPr>
        <w:t>Men m ap fè sa yo ki nan sinagòg Satan an, ki di yo se Juif, men yo pa sa, yo manti; men m ap fè yo vini adore devan pye ou, epi konnen se ou menm mwen renmen. Paske ou te kenbe pawòl pasyans mwen an, mwen menm tou, m ap kenbe ou anba lè eprèv la, ki pral vini sou tout lemonn, pou l mete moun k ap viv sou tè a anba eprèv. Revelasyon 3:9, 10.</w:t>
      </w:r>
    </w:p>
    <w:p>
      <w:pPr>
        <w:pStyle w:val="ArticleBody"/>
        <w:jc w:val="left"/>
      </w:pPr>
      <w:r>
        <w:rPr>
          <w:rFonts w:ascii="Times New Roman" w:hAnsi="Times New Roman" w:eastAsia="Times New Roman" w:cs="Times New Roman"/>
        </w:rPr>
        <w:t>Moun ki adore nan pye sen yo se Advantis Laodise ki te vomi soti nan bouch Seyè a.</w:t>
      </w:r>
    </w:p>
    <w:p>
      <w:pPr>
        <w:pStyle w:val="ArticleScripture"/>
        <w:jc w:val="left"/>
      </w:pPr>
      <w:r>
        <w:rPr>
          <w:rFonts w:ascii="Times New Roman" w:hAnsi="Times New Roman" w:eastAsia="Times New Roman" w:cs="Times New Roman"/>
        </w:rPr>
        <w:t>“Ou panse ke moun sa yo ki adore devan pye sen yo, (Revelation 3:9), pral finalman sove. Isit la mwen dwe pa dakò avèk ou; paske Bondye te montre m ke gwoup sa a se te Advantis ki te fè pwofesyon lafwa, men ki te tonbe lwen verite a, e ki ‘te kloure Pitit Bondye a sou kwa ankò pou tèt pa yo, epi yo te ekspoze li devan tout moun nan wont.’ E nan ‘lè tantasyon an,’ ki poko vini toujou, pou fè parèt vrè karaktè chak moun, yo pral konnen yo pèdi pou toutan; e, anba gwo kè sere nan lespri yo, yo pral bese devan pye sen yo.” Word to the Little Flock, 12.</w:t>
      </w:r>
    </w:p>
    <w:p>
      <w:pPr>
        <w:pStyle w:val="ArticleBody"/>
        <w:jc w:val="left"/>
      </w:pPr>
      <w:r>
        <w:rPr>
          <w:rFonts w:ascii="Times New Roman" w:hAnsi="Times New Roman" w:eastAsia="Times New Roman" w:cs="Times New Roman"/>
        </w:rPr>
        <w:t>Dapre Bib la ak Lespri Pwofesi a, sila yo ki adore nan pye sen yo se manm sinagòg Satan an. Yo pretann yo se Jwif, men yo pa sa. Se Advantis ki jis yo y ap pale avè yo nan legliz Filadèlfi a. San karannkat mil yo se Filadèlfyen, epi Jwif ki di yo sa, men ki pa sa yo—se Laodiseyen. Gen de gwoup moun fidèl nan “dènye jou” yo: san karannkat mil yo ak sila yo ki mati. Nan sèt legliz yo, gen sèlman de ki pa resevwa okenn repwòch. Youn se Filadèlfi, ki reprezante sila yo ki pa janm mouri; lòt la se Smèn, ki reprezante mati fidèl yo. Mati yo ak sila yo ki pa mouri yo, Smèn ak Filadèlfi, se sèl legliz nan sèt yo ki pa gen okenn kondanasyon tache ak mesaj yo te resevwa a. Men, toude legliz yo te gen pou fè fas ak moun ki te deklare yo se Jwif, men ki pa t sa. Sa se konsa, paske yo tout se manm menm legliz la nan “dènye jou” yo, k ap fè fas ak menm sikonstans yo: youn nan gwoup yo destine pou rann temwayaj ak san yo, gwoup Moyiz te reprezante sou Mòn Transfigirasyon an; epi lòt gwoup la reprezante pa Eli, ki pa t janm mouri.</w:t>
      </w:r>
    </w:p>
    <w:p>
      <w:pPr>
        <w:pStyle w:val="ArticleScripture"/>
        <w:jc w:val="left"/>
      </w:pPr>
      <w:r>
        <w:rPr>
          <w:rFonts w:ascii="Times New Roman" w:hAnsi="Times New Roman" w:eastAsia="Times New Roman" w:cs="Times New Roman"/>
        </w:rPr>
        <w:t>Epi zanj legliz ki nan Smirn lan, ekri: Men sa premye a ak dènye a di, li menm ki te mouri epi ki vivan ankò: Mwen konnen zèv ou yo, ak tribilasyon ou, ak povrete ou, (men ou rich,) epi mwen konnen blasfèm moun sa yo k ap di yo se Jwif, men yo pa sa; okontrè, yo se sinagòg Satan an. Ou pa bezwen pè anyen nan bagay ou pral soufri yo: gade, dyab la pral jete kèk nan nou nan prizon, pou nou ka pase anba eprèv; epi nou pral gen tribilasyon pandan dis jou: rete fidèl jouk nan lanmò, epi m ap ba ou kouwòn lavi a. Revelasyon 2:8–10.</w:t>
      </w:r>
    </w:p>
    <w:p>
      <w:pPr>
        <w:pStyle w:val="ArticleBody"/>
        <w:jc w:val="left"/>
      </w:pPr>
      <w:r>
        <w:rPr>
          <w:rFonts w:ascii="Times New Roman" w:hAnsi="Times New Roman" w:eastAsia="Times New Roman" w:cs="Times New Roman"/>
        </w:rPr>
        <w:t>Pandan Jezi ap dekri sikonstans grav legliz Smirn nan, li fè yon sèl kòmantè pozitif lè Li di: “men ou rich,” konsa Li mete yo an kontrast ak manm sinagòg Satan an ki pa rich. Moun sa yo nan Revelasyon an ki se Advantis epi ki panse yo rich, alòske yo pa rich, se Jwif ki di yo se Jwif, alòske yo pa sa—paske yo se Advantis Setyèm Jou Lawodiseyen.</w:t>
      </w:r>
    </w:p>
    <w:p>
      <w:pPr>
        <w:pStyle w:val="ArticleBody"/>
        <w:jc w:val="left"/>
      </w:pPr>
      <w:r>
        <w:rPr>
          <w:rFonts w:ascii="Times New Roman" w:hAnsi="Times New Roman" w:eastAsia="Times New Roman" w:cs="Times New Roman"/>
        </w:rPr>
        <w:t>Nan ouvèti liv Revelasyon an, Bondye a prezante kòm twa Pèsonn; epi nan fen liv Revelasyon an, Jezi ak Lespri a mansyone dirèkteman, men se pa Papa a. Sa pa chanje anyen, paske prensip “liy sou liy” la, ansanm ak lefèt ke premye a sèvi pou ilistre dènye a, egzije pou yo rekonèt Papa a nan dènye vèsè Revelasyon yo, paske li deja idantifye kòm prezan la nan premye vèsè yo. Sa pa diferan ak Levanjil Jan, chapit premye a, kote Jan pa idantifye Lespri a dirèkteman, men yo konprann Lespri a la, paske Lespri a te la depi premye fwa yo te ekri ekspresyon “nan kòmansman an.” Temwayaj levanjil Jan an nan chapit premye a kòmanse ak menm ekspresyon an: “nan kòmansman an.”</w:t>
      </w:r>
    </w:p>
    <w:p>
      <w:pPr>
        <w:pStyle w:val="ArticleBody"/>
        <w:jc w:val="left"/>
      </w:pPr>
      <w:r>
        <w:rPr>
          <w:rFonts w:ascii="Times New Roman" w:hAnsi="Times New Roman" w:eastAsia="Times New Roman" w:cs="Times New Roman"/>
        </w:rPr>
        <w:t>“Kòmansman” an se yon senbòl pwofetik, epi li dwe evalye selon règ pwofetik yo, ki gen ladan liy sou liy. Kòmansman Moyiz la se kòmansman Levanjil Jan an, se kòmansman liv Revelasyon an, epi li se tou fen Revelasyon an. Pami kat liy sa yo, de fwa yo idantifye tout twa pèsonn triyad selès la; nan youn nan liy yo (Levanjil Jan an), Lespri a ka sanble absan, epi nan katriyèm liy lan Papa a absan; men lè yo mete yo ansanm, tout twa Pèsonn diven yo reprezante nan tout kat liy yo.</w:t>
      </w:r>
    </w:p>
    <w:p>
      <w:pPr>
        <w:pStyle w:val="ArticleBody"/>
        <w:jc w:val="left"/>
      </w:pPr>
      <w:r>
        <w:rPr>
          <w:rFonts w:ascii="Times New Roman" w:hAnsi="Times New Roman" w:eastAsia="Times New Roman" w:cs="Times New Roman"/>
        </w:rPr>
        <w:t>Kris te vini pou fè Papa a konnen, epi Sentespri a te vini pou fè Pitit la konnen. Toule twa te fè sakrifis etènèl. Papa a te tèlman renmen lemonn, li te bay Jezi; Jezi te tèlman renmen lemonn, li te dakò pou pran sou tèt li, pou tout letènite, chè moun li menm li te kreye yo. Ki kalite don ki reprezante nan zak Kreyatè a ki chwazi vin fè pati pwòp kreyasyon li? Twazyèm moun Bondye a te bay tèt li, paske li aksepte pozisyon pou l viv anndan antite kreye yo rele limanite a—pandan tout letènite.</w:t>
      </w:r>
    </w:p>
    <w:p>
      <w:pPr>
        <w:pStyle w:val="ArticleBody"/>
        <w:jc w:val="left"/>
      </w:pPr>
      <w:r>
        <w:rPr>
          <w:rFonts w:ascii="Times New Roman" w:hAnsi="Times New Roman" w:eastAsia="Times New Roman" w:cs="Times New Roman"/>
        </w:rPr>
        <w:t>Se petèt pou rezon sa a Lespri Sen an asosye repete ak senbòl pèp Bondye a. Li se Pèsonn Divinite a ki dwe rete avèk kreyasyon imen an. Se poutèt sa, senbòl Lespri Sen an nan Ekriti yo, pi souvan pase non, reprezante pa yon senbòl ki ka reprezante ni Lespri Sen an ni limanite. Nan kòmansman an, Lespri a t ap plane sou dlo yo.</w:t>
      </w:r>
    </w:p>
    <w:p>
      <w:pPr>
        <w:pStyle w:val="ArticleScripture"/>
        <w:jc w:val="left"/>
      </w:pPr>
      <w:r>
        <w:rPr>
          <w:rFonts w:ascii="Times New Roman" w:hAnsi="Times New Roman" w:eastAsia="Times New Roman" w:cs="Times New Roman"/>
        </w:rPr>
        <w:t>Li di m: Dlo ou te wè yo, kote fanm movèz vi a chita a, se pèp, ak foul moun, ak nasyon, ak lang yo. Revelasyon 17:15.</w:t>
      </w:r>
    </w:p>
    <w:p>
      <w:pPr>
        <w:pStyle w:val="ArticleBody"/>
        <w:jc w:val="left"/>
      </w:pPr>
      <w:r>
        <w:rPr>
          <w:rFonts w:ascii="Times New Roman" w:hAnsi="Times New Roman" w:eastAsia="Times New Roman" w:cs="Times New Roman"/>
        </w:rPr>
        <w:t>Sèl pyès mèb nan Tanp lan Moyiz te drese a ki pa t gen yon modèl ki te dekri an detay espesyalman pou ouvriye yo swiv, se te gwo chandelye ki te gen sèt branch lan. Chandelye a reprezante konbinezon limanite ak divinite. Se poutèt sa, konsepsyon chandelye a te sèl eleman nan Tanp lan ki te kite pou lèzòm pote kontribisyon pa yo ladan l. Sèt chandelye Kris la ap mache nan mitan yo a yo idantifye kòm sèt legliz yo; poutan chandelye a te alimante ak lwil, ki reprezante Sentespri a, epi mèch chandèl yo ki te soutni flanm nan pou bay limyè te fèt ak vye rad blan twal fen prèt yo te itilize, ki reprezante jistis Kris la ki klere kòm limyè lemonn. Pèp Bondye a se limyè lemonn, men limyè sa a se sèlman lwil Sentespri a ki alimante li. Souvan yo asosye Sentespri a ak moun nan fason Ekriti yo dekri Li.</w:t>
      </w:r>
    </w:p>
    <w:p>
      <w:pPr>
        <w:pStyle w:val="ArticleScripture"/>
        <w:jc w:val="left"/>
      </w:pPr>
      <w:r>
        <w:rPr>
          <w:rFonts w:ascii="Times New Roman" w:hAnsi="Times New Roman" w:eastAsia="Times New Roman" w:cs="Times New Roman"/>
        </w:rPr>
        <w:t>Epi soti nan twòn nan t ap sòti zeklè, loraj ak vwa; e te gen sèt lanp dife ki t ap boule devan twòn nan, ki se sèt Lespri Bondye yo. Revelasyon 4:5.</w:t>
      </w:r>
    </w:p>
    <w:p>
      <w:pPr>
        <w:pStyle w:val="ArticleBody"/>
        <w:jc w:val="left"/>
      </w:pPr>
      <w:r>
        <w:rPr>
          <w:rFonts w:ascii="Times New Roman" w:hAnsi="Times New Roman" w:eastAsia="Times New Roman" w:cs="Times New Roman"/>
        </w:rPr>
        <w:t>Isit la, yo idantifye sèt lanp yo kòm “sèt Lespri Bondye yo,” men yo di nou sèt gwo poto chandèl yo se sèt legliz yo.</w:t>
      </w:r>
    </w:p>
    <w:p>
      <w:pPr>
        <w:pStyle w:val="ArticleScripture"/>
        <w:jc w:val="left"/>
      </w:pPr>
      <w:r>
        <w:rPr>
          <w:rFonts w:ascii="Times New Roman" w:hAnsi="Times New Roman" w:eastAsia="Times New Roman" w:cs="Times New Roman"/>
        </w:rPr>
        <w:t>Mistè sèt zetwal ou te wè nan men dwat mwen an, ak sèt chandelye an lò yo. Sèt zetwal yo se zanj sèt legliz yo; epi sèt chandelye ou te wè yo se sèt legliz yo. Revelasyon 1:20.</w:t>
      </w:r>
    </w:p>
    <w:p>
      <w:pPr>
        <w:pStyle w:val="ArticleBody"/>
        <w:jc w:val="left"/>
      </w:pPr>
      <w:r>
        <w:rPr>
          <w:rFonts w:ascii="Times New Roman" w:hAnsi="Times New Roman" w:eastAsia="Times New Roman" w:cs="Times New Roman"/>
        </w:rPr>
        <w:t>Sèt gwo lanp yo se ni sèt Lespri yo, epi yo se Legliz Bondye a.</w:t>
      </w:r>
    </w:p>
    <w:p>
      <w:pPr>
        <w:pStyle w:val="ArticleScripture"/>
        <w:jc w:val="left"/>
      </w:pPr>
      <w:r>
        <w:rPr>
          <w:rFonts w:ascii="Times New Roman" w:hAnsi="Times New Roman" w:eastAsia="Times New Roman" w:cs="Times New Roman"/>
        </w:rPr>
        <w:t>Epi mwen gade, epi, gade, nan mitan twòn nan ak kat bèt vivan yo, epi nan mitan ansyen yo, te kanpe yon Ti Mouton tankou si yo te touye li, li te gen sèt kòn ak sèt je, ki se sèt Lespri Bondye yo voye toupatou sou tout tè a. Revelasyon 5:6.</w:t>
      </w:r>
    </w:p>
    <w:p>
      <w:pPr>
        <w:pStyle w:val="ArticleBody"/>
        <w:jc w:val="left"/>
      </w:pPr>
      <w:r>
        <w:rPr>
          <w:rFonts w:ascii="Times New Roman" w:hAnsi="Times New Roman" w:eastAsia="Times New Roman" w:cs="Times New Roman"/>
        </w:rPr>
        <w:t>Sèt kòn yo ak sèt je yo se tou Sentespri a, ki voye ale sou tout tè a; epi lè yon kretyen batize, li menm tou li voye ale sou tout tè a, paske li te batize nan non Papa a, Pitit la ak Sentespri a. Nan benediksyon ki pwononse sou mati yo nan kriz lwa dimanch lan, ak sou tout moun ki te mouri nan lafwa nan Izrayèl espirityèl modèn depi 1844, se Lespri a ki bay elòj la pou antèman yo lè Li di: “Wi,” “pou yo ka repoze anba travay yo,” paske Li te la pandan travay yo, depi nan kòmansman rive jouk lè yo te depoze lavi yo.</w:t>
      </w:r>
    </w:p>
    <w:p>
      <w:pPr>
        <w:pStyle w:val="ArticleScripture"/>
        <w:jc w:val="left"/>
      </w:pPr>
      <w:r>
        <w:rPr>
          <w:rFonts w:ascii="Times New Roman" w:hAnsi="Times New Roman" w:eastAsia="Times New Roman" w:cs="Times New Roman"/>
        </w:rPr>
        <w:t>Apre sa, mwen tande yon vwa soti nan syèl la ki t ap di m: Ekri: Benediksyon pou mò yo ki mouri nan Seyè a depi kounye a. Wi, Lespri a di sa, pou yo ka repoze anba travay yo; epi zèv yo ap swiv yo. Revelasyon 14:13.</w:t>
      </w:r>
    </w:p>
    <w:p>
      <w:pPr>
        <w:pStyle w:val="ArticleBody"/>
        <w:jc w:val="left"/>
      </w:pPr>
      <w:r>
        <w:rPr>
          <w:rFonts w:ascii="Times New Roman" w:hAnsi="Times New Roman" w:eastAsia="Times New Roman" w:cs="Times New Roman"/>
        </w:rPr>
        <w:t>Lè n ap konsidere fen ak kòmansman liv Revelasyon an, kòmansman Bib la, ak kòmansman Levanjil Jan an, nou wè tout twa Pèsonalite Divinite a reprezante, byenke Papa a la tou, dapre aplikasyon prensip liy sou liy. Pitit la la, k ap idantifye tèt li kòm Alfa ak Omega.</w:t>
      </w:r>
    </w:p>
    <w:p>
      <w:pPr>
        <w:pStyle w:val="ArticleBody"/>
        <w:jc w:val="left"/>
      </w:pPr>
      <w:r>
        <w:rPr>
          <w:rFonts w:ascii="Times New Roman" w:hAnsi="Times New Roman" w:eastAsia="Times New Roman" w:cs="Times New Roman"/>
        </w:rPr>
        <w:t>Si nou rekonèt ke inyon limanite ak divinite a se yon inyon ant Sentespri a ak limanite, nou kapab Lè sa a konprann poukisa senbòl Sentespri a mare ansanm ak senbòl limanite. Avèk pèspektiv sa a nan lespri nou, nou retounen sou de “nan kòmansman yo” nou te ap trete si souvan.</w:t>
      </w:r>
    </w:p>
    <w:p>
      <w:pPr>
        <w:pStyle w:val="ArticleScripture"/>
        <w:jc w:val="left"/>
      </w:pPr>
      <w:r>
        <w:rPr>
          <w:rFonts w:ascii="Times New Roman" w:hAnsi="Times New Roman" w:eastAsia="Times New Roman" w:cs="Times New Roman"/>
        </w:rPr>
        <w:t>Nan kòmansman, Bondye te kreye syèl la ak tè a. Tè a te san fòm e vid; e tenèb te sou sifas gwo twou san fon an. Epi Lespri Bondye t ap plane sou sifas dlo yo. Epi Bondye di: Se pou limyè fèt; epi limyè fèt. Epi Bondye wè limyè a, ke li te bon; epi Bondye separe limyè a ak tenèb yo. Jenèz 1:1–4.</w:t>
      </w:r>
    </w:p>
    <w:p>
      <w:pPr>
        <w:pStyle w:val="ArticleScripture"/>
        <w:jc w:val="left"/>
      </w:pPr>
      <w:r>
        <w:rPr>
          <w:rFonts w:ascii="Times New Roman" w:hAnsi="Times New Roman" w:eastAsia="Times New Roman" w:cs="Times New Roman"/>
        </w:rPr>
        <w:t>Nan kòmansman an, Pawòl la te la; Pawòl la te avèk Bondye, e Pawòl la te Bondye. Li menm te nan kòmansman an avèk Bondye. Se pa li tout bagay te fèt; e pa t gen anyen nan sa ki te fèt ki te fèt san li. Nan li te gen lavi; e lavi a te limyè lèzòm. E limyè a klere nan fènwa a; men fènwa a pa t konprann li. Jan 1:1–5.</w:t>
      </w:r>
    </w:p>
    <w:p>
      <w:pPr>
        <w:pStyle w:val="ArticleBody"/>
        <w:jc w:val="left"/>
      </w:pPr>
      <w:r>
        <w:rPr>
          <w:rFonts w:ascii="Times New Roman" w:hAnsi="Times New Roman" w:eastAsia="Times New Roman" w:cs="Times New Roman"/>
        </w:rPr>
        <w:t>Lè n ap sèvi ak de temwen sa yo sou “nan kòmansman an,” Bondye Pawòl la, ki te fè tout bagay, te bay lavi pa li tou, paske “nan li te gen lavi,” e lavi li te “limyè” lèzòm. “Limyè” yon moun ki kreye se jistis Kreyatè a. Jistis Kreyatè a se mèch ki nan chandèl yo nan Tanp lan.</w:t>
      </w:r>
    </w:p>
    <w:p>
      <w:pPr>
        <w:pStyle w:val="ArticleScripture"/>
        <w:jc w:val="left"/>
      </w:pPr>
      <w:r>
        <w:rPr>
          <w:rFonts w:ascii="Times New Roman" w:hAnsi="Times New Roman" w:eastAsia="Times New Roman" w:cs="Times New Roman"/>
        </w:rPr>
        <w:t>Epi yo te ba li dwa pou l abiye ak twal fen blan, pwòp e klere; paske twal fen blan an se jistis sen yo. Revelasyon 19:18.</w:t>
      </w:r>
    </w:p>
    <w:p>
      <w:pPr>
        <w:pStyle w:val="ArticleBody"/>
        <w:jc w:val="left"/>
      </w:pPr>
      <w:r>
        <w:rPr>
          <w:rFonts w:ascii="Times New Roman" w:hAnsi="Times New Roman" w:eastAsia="Times New Roman" w:cs="Times New Roman"/>
        </w:rPr>
        <w:t>Lwil ki alimante mèch la reprezante aktivite Sentespri a nan lavi kwayan an. Okòmansman, tè a te nan fènwa e pa t gen limyè. Lè sa a, Jezi te bay lavi pa Li a, lavi ki te nan Li a, pou te kapab gen limyè pou lèzòm.</w:t>
      </w:r>
    </w:p>
    <w:p>
      <w:pPr>
        <w:pStyle w:val="ArticleScripture"/>
        <w:jc w:val="left"/>
      </w:pPr>
      <w:r>
        <w:rPr>
          <w:rFonts w:ascii="Times New Roman" w:hAnsi="Times New Roman" w:eastAsia="Times New Roman" w:cs="Times New Roman"/>
        </w:rPr>
        <w:t>Epi tout moun k ap viv sou tè a va adore li, tout sa yo ki pa gen non yo ekri nan liv lavi Mouton an, ki te touye depi fondasyon mond lan. Revelasyon 13:8.</w:t>
      </w:r>
    </w:p>
    <w:p>
      <w:pPr>
        <w:pStyle w:val="ArticleBody"/>
        <w:jc w:val="left"/>
      </w:pPr>
      <w:r>
        <w:rPr>
          <w:rFonts w:ascii="Times New Roman" w:hAnsi="Times New Roman" w:eastAsia="Times New Roman" w:cs="Times New Roman"/>
        </w:rPr>
        <w:t>Lè Jezi te chwazi vin yon sakrifis pou limanite, Li te bay lavi Li pou lèzòm ta gen limyè. Menm jan sa parèt nan de pasaj sa yo, chak fwa limyè parèt, limyè a pwodui de kategori adoratè, jan limyè ak tenèb reprezante yo: pitit lajounen yo oswa pitit lannuit yo.</w:t>
      </w:r>
    </w:p>
    <w:p>
      <w:pPr>
        <w:pStyle w:val="ArticleScripture"/>
        <w:jc w:val="left"/>
      </w:pPr>
      <w:r>
        <w:rPr>
          <w:rFonts w:ascii="Times New Roman" w:hAnsi="Times New Roman" w:eastAsia="Times New Roman" w:cs="Times New Roman"/>
        </w:rPr>
        <w:t>Men nou menm, frè m yo, nou pa nan fènwa, pou jou sa a ta pran nou tankou yon vòlè. Nou tout se pitit limyè ak pitit lajounen; nou pa pitit lannuit, ni pitit fènwa. 1 Thessalonians 5:4, 5.</w:t>
      </w:r>
    </w:p>
    <w:p>
      <w:pPr>
        <w:pStyle w:val="ArticleBody"/>
        <w:jc w:val="left"/>
      </w:pPr>
      <w:r>
        <w:rPr>
          <w:rFonts w:ascii="Times New Roman" w:hAnsi="Times New Roman" w:eastAsia="Times New Roman" w:cs="Times New Roman"/>
        </w:rPr>
        <w:t>Lè nou rekonèt relasyon etènèl sere Sentespri a genyen ak pitit lajounen yo, nou ka konprann poukisa senbòl ni pitit Bondye yo ni Sentespri a tèlman makònen youn ak lòt. Nan dènye pasaj Revelasyon an, nou wè Jezi kòm Alfa ak Omega, nou wè Papa a atravè aplikasyon liy sou liy, epi Sentespri a ap bay dènye reprezantasyon senbolik pa li sou tèt li, paske moun sen yo nan tan lontan te pale jan Sentespri a te pouse yo. Premye deklarasyon li fè sou tèt li nan Jenèz montre li ap deplase sou dlo yo, oswa ap deplase sou limanite, epi dènye referans li fè sou tèt li se konsa.</w:t>
      </w:r>
    </w:p>
    <w:p>
      <w:pPr>
        <w:pStyle w:val="ArticleScripture"/>
        <w:jc w:val="left"/>
      </w:pPr>
      <w:r>
        <w:rPr>
          <w:rFonts w:ascii="Times New Roman" w:hAnsi="Times New Roman" w:eastAsia="Times New Roman" w:cs="Times New Roman"/>
        </w:rPr>
        <w:t>Epi Lespri a ak lamarye a di: Vini. Epi se pou sila a ki tande a, di: Vini. Epi se pou sila a ki swaf vini. Epi nenpòt moun ki vle, se pou li pran dlo lavi a gratis. Revelasyon 22:17.</w:t>
      </w:r>
    </w:p>
    <w:p>
      <w:pPr>
        <w:pStyle w:val="ArticleBody"/>
        <w:jc w:val="left"/>
      </w:pPr>
      <w:r>
        <w:rPr>
          <w:rFonts w:ascii="Times New Roman" w:hAnsi="Times New Roman" w:eastAsia="Times New Roman" w:cs="Times New Roman"/>
        </w:rPr>
        <w:t>Depi nan kòmansman rive nan fen an, yo idantifye Sentespri a an asosyasyon ak limanite, paske pitit lajounen yo reprezante yon konbinezon divinite ak limanite. Pòl idantifye, menm jan ak Ezayi, ke lèzòm se veso; epi gwo lanp sèt branch ki te nan sanktyè a te gen veso kote mèch la te plase, epi lwil la te desann nan veso yo pou bay gaz ki nesesè pou manifeste limyè a ki se jistis Kris la. Nou se veso Sentespri a, twazyèm Pèsòn Divinite a, jan sa idantifye depi nan kòmansman jouk nan fen Pawòl Bondye a, epi jan sa idantifye avèk presizyon nan ekriti Lespri Pwofesi a.</w:t>
      </w:r>
    </w:p>
    <w:p>
      <w:pPr>
        <w:pStyle w:val="ArticleBody"/>
        <w:jc w:val="left"/>
      </w:pPr>
      <w:r>
        <w:rPr>
          <w:rFonts w:ascii="Times New Roman" w:hAnsi="Times New Roman" w:eastAsia="Times New Roman" w:cs="Times New Roman"/>
        </w:rPr>
        <w:t>Nan mesaj dezyèm zanj lan, ki te akonpli nan kòmansman Adantis la ak nan fen an, gen de mesaj ki diferan byen klè: youn pou legliz la, epi youn pou mond lan.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 Kris la — Nimewo De</dc:title>
  <dc:subject>Non Alyans yo</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