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Révélation de Jésus-Christ - Numéro Trois</w:t>
      </w:r>
    </w:p>
    <w:p>
      <w:pPr>
        <w:pStyle w:val="ArticleSubtitle"/>
        <w:jc w:val="left"/>
      </w:pPr>
      <w:r>
        <w:rPr>
          <w:rFonts w:ascii="Arial" w:hAnsi="Arial" w:eastAsia="Arial" w:cs="Arial"/>
        </w:rPr>
        <w:t>Devwale Fondman Pwofetik yo: Yon Etid sou Revelasyon ak Chemen Verite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“Konsa, pandan n ap fouye chan an epi n ap chèche bijou presye verite yo, nou rive dekouvri trezò kache yo. San nou pa t atann sa, nou jwenn minrè presye ki dwe ranmase epi konsève kòm trezò. Epi rechèch la dwe kontinye. Jiska prezan, anpil nan trezò yo jwenn yo te kouche toupre sifas la, e yo te fasil pou jwenn. Lè rechèch la fèt jan sa dwe fèt, yo fè tout efò pou kenbe yon konpreyansyon ki pir ak yon kè ki pir. Lè lespri a rete ouvè epi li ap kontinye fouye nan chan revelasyon an, n ap jwenn depo rich verite.”</w:t>
      </w:r>
    </w:p>
    <w:p>
      <w:pPr>
        <w:pStyle w:val="ArticleScripture"/>
        <w:jc w:val="left"/>
      </w:pPr>
      <w:r>
        <w:rPr>
          <w:rFonts w:ascii="Times New Roman" w:hAnsi="Times New Roman" w:eastAsia="Times New Roman" w:cs="Times New Roman"/>
        </w:rPr>
        <w:t>“Ansyen verite yo pral revele anba nouvo aspè, epi verite yo pral parèt ki te neglije nan rechèch la. Gwo verite yo te antere anba sofis erè a, men moun ki chèche avèk dilijans la pral jwenn yo. Lè li jwenn epi louvri trezò pyè presye verite yo, sa pa vòl ditou; paske tout moun ki apresye bijou sa yo ka posede yo, epi lè sa a yo menm tou yo gen yon trezò pou yo louvri bay lòt moun. Moun ki pataje a pa prive tèt li de trezò a; paske pandan li egzamine l pou l ka prezante l yon fason ki va atire lòt moun, li jwenn nouvo trezò....”</w:t>
      </w:r>
    </w:p>
    <w:p>
      <w:pPr>
        <w:pStyle w:val="ArticleScripture"/>
        <w:jc w:val="left"/>
      </w:pPr>
      <w:r>
        <w:rPr>
          <w:rFonts w:ascii="Times New Roman" w:hAnsi="Times New Roman" w:eastAsia="Times New Roman" w:cs="Times New Roman"/>
        </w:rPr>
        <w:t>“Moun ki kanpe devan pèp la kòm anseyan verite yo dwe lite ak gwo tèm yo. Yo pa dwe okipe tan presye a ap pale sou sijè ki san enpòtans. Se pou yo etidye Pawòl la, epi preche Pawòl la. Se pou Pawòl la nan men yo tankou yon nepe file, de bò. Se pou li rann temwayaj konsènan verite ki te nan tan pase yo, epi montre sa ki gen pou vini nan lavni an.</w:t>
      </w:r>
    </w:p>
    <w:p>
      <w:pPr>
        <w:pStyle w:val="ArticleScripture"/>
        <w:jc w:val="left"/>
      </w:pPr>
      <w:r>
        <w:rPr>
          <w:rFonts w:ascii="Times New Roman" w:hAnsi="Times New Roman" w:eastAsia="Times New Roman" w:cs="Times New Roman"/>
        </w:rPr>
        <w:t>“Yon limyè pi gran ap klere sou tout gwo verite pwofesi yo, epi yo pral wè yo ak frechè ak klète, paske reyon briyan Solèy Jistis la pral eklere tout antye a.” Manuscript Releases, volim 1, 37–40.</w:t>
      </w:r>
    </w:p>
    <w:p>
      <w:pPr>
        <w:pStyle w:val="ArticleBody"/>
        <w:jc w:val="left"/>
      </w:pPr>
      <w:r>
        <w:rPr>
          <w:rFonts w:ascii="Times New Roman" w:hAnsi="Times New Roman" w:eastAsia="Times New Roman" w:cs="Times New Roman"/>
        </w:rPr>
        <w:t>Mwen kwè kounye a mwen deja mete ase reprezantasyon pwofetik an plas nan atik ki te vini anvan yo pou nou gen yon bon pwen referans pandan n ap kòmanse avanse nan liv Revelasyon an. Si w ap li atik sa yo sou entènèt, mwen ta swete ou konprann ke atik yo prezante annòd dapre dat yo. Mwen konprann genyen kèk moun k ap suiv atik sa yo ki deja familye ak pi fò nan sa m ap pataje a, e mwen ofri yo eskiz mwen pou tout repetisyon sa yo. Mwen te ap chèche bay ase sipò biblik pou verite n ap trete yo, pou yon moun ki fèk antre nan prensip Future for America itilize yo kapab konprann epi rete angaje, menm si li ta manke kèk nan familyarite ak konsèp sa yo ke anpil nan nou deja genyen.</w:t>
      </w:r>
    </w:p>
    <w:p>
      <w:pPr>
        <w:pStyle w:val="ArticleBody"/>
        <w:jc w:val="left"/>
      </w:pPr>
      <w:r>
        <w:rPr>
          <w:rFonts w:ascii="Times New Roman" w:hAnsi="Times New Roman" w:eastAsia="Times New Roman" w:cs="Times New Roman"/>
        </w:rPr>
        <w:t>Gen kèk verite ki trè pisan, ke jouk dènyèman mwen pa t janm rekonèt, ki te louvri nan liv Revelasyon an. Mwen ta ka senpleman mete verite sa yo deyò nan domèn piblik la san m pa chèche anvan sa bati yon baz sipò pwofetik anvan mwen pataje yo; men verite sa yo tèlman nouvo e tèlman grav, ke mwen pa t dispoze pataje yo san yon fondasyon sou ki pou poze verite sa yo, verite mwen kwè yo reprezante kòm devwale Revelasyon an ki rive jis anvan tan gras la fini.</w:t>
      </w:r>
    </w:p>
    <w:p>
      <w:pPr>
        <w:pStyle w:val="ArticleScripture"/>
        <w:jc w:val="left"/>
      </w:pPr>
      <w:r>
        <w:rPr>
          <w:rFonts w:ascii="Times New Roman" w:hAnsi="Times New Roman" w:eastAsia="Times New Roman" w:cs="Times New Roman"/>
        </w:rPr>
        <w:t>Epi li di m: Pa sele pawòl pwofesi ki nan liv sa a; paske tan an pre. Moun ki enjis la, kite l rete enjis toujou; moun ki sal la, kite l rete sal toujou; moun ki jis la, kite l rete jis toujou; epi moun ki sen an, kite l rete sen toujou. Revelasyon 22:10, 11.</w:t>
      </w:r>
    </w:p>
    <w:p>
      <w:pPr>
        <w:pStyle w:val="ArticleBody"/>
        <w:jc w:val="left"/>
      </w:pPr>
      <w:r>
        <w:rPr>
          <w:rFonts w:ascii="Times New Roman" w:hAnsi="Times New Roman" w:eastAsia="Times New Roman" w:cs="Times New Roman"/>
        </w:rPr>
        <w:t>Jezi te tabli yon prensip konsènan ansèyman verite a, e mwen kwè prensip sa a aplike isit la. Prensip la chita nan idantifikasyon travay Sentespri a.</w:t>
      </w:r>
    </w:p>
    <w:p>
      <w:pPr>
        <w:pStyle w:val="ArticleScripture"/>
        <w:jc w:val="left"/>
      </w:pPr>
      <w:r>
        <w:rPr>
          <w:rFonts w:ascii="Times New Roman" w:hAnsi="Times New Roman" w:eastAsia="Times New Roman" w:cs="Times New Roman"/>
        </w:rPr>
        <w:t>Epi lè li va vini, l ap konvenk mond lan konsènan peche, konsènan jistis, ak konsènan jijman: konsènan peche, paske yo pa kwè nan mwen; konsènan jistis, paske m ale bò kote Papa m, epi nou p ap wè m ankò; konsènan jijman, paske chèf mond sa a deja jije. Mwen gen anpil lòt bagay toujou pou m di nou, men nou pa ka sipòte yo kounye a. Men, lè li menm, Lespri verite a, va vini, li va gide nou nan tout verite a; paske li p ap pale dapre pwòp tèt pa li; men tout sa li va tande, se sa li va pale; epi li va fè nou konnen bagay k ap vini yo. Li va glorifye mwen, paske li va pran nan sa ki pou mwen, epi li va fè nou konnen li. Jan 16:8–16.</w:t>
      </w:r>
    </w:p>
    <w:p>
      <w:pPr>
        <w:pStyle w:val="ArticleBody"/>
        <w:jc w:val="left"/>
      </w:pPr>
      <w:r>
        <w:rPr>
          <w:rFonts w:ascii="Times New Roman" w:hAnsi="Times New Roman" w:eastAsia="Times New Roman" w:cs="Times New Roman"/>
        </w:rPr>
        <w:t>Lè Kris te deklare, “Mwen gen anpil bagay toujou pou m di nou, men nou pa kapab pote yo kounye a,” sa konfime konviksyon mwen ke gen anpil bagay pou pataje kounye a, men anvan sa, dwe gen yon premis lojik sou ki pou bati verite sa yo. Sa di konsa, vèsè ki vin anvan yo idantifye mesaj twa zanj yo kòm sa Sentespri a reprezante lè li konvenk “lemonn konsènan peche, ak konsènan jistis, ak konsènan jijman.” Twa mesaj sa yo se dènye mesaj avètisman an; kidonk, pasaj sa a ki idantifye travay Sentespri a se yon temwayaj enpòtan, paske li mete anfaz sou lefèt ke mesaj la vin konprann pwogresivman, e se sèlman sila yo ki posede lwil Sentespri a ki konprann li. Jan, nan liv Revelasyon an, reprezante menm verite sa a lè li idantifye ke li se yon Advantis Setyèm Jou k ap adore nan Saba a nan fen mond lan.</w:t>
      </w:r>
    </w:p>
    <w:p>
      <w:pPr>
        <w:pStyle w:val="ArticleScripture"/>
        <w:jc w:val="left"/>
      </w:pPr>
      <w:r>
        <w:rPr>
          <w:rFonts w:ascii="Times New Roman" w:hAnsi="Times New Roman" w:eastAsia="Times New Roman" w:cs="Times New Roman"/>
        </w:rPr>
        <w:t>Mwen te nan Lespri a nan jou Senyè a, epi mwen tande dèyè m yon gwo vwa, tankou son yon twonpèt. Revelasyon 1:10.</w:t>
      </w:r>
    </w:p>
    <w:p>
      <w:pPr>
        <w:pStyle w:val="ArticleBody"/>
        <w:jc w:val="left"/>
      </w:pPr>
      <w:r>
        <w:rPr>
          <w:rFonts w:ascii="Times New Roman" w:hAnsi="Times New Roman" w:eastAsia="Times New Roman" w:cs="Times New Roman"/>
        </w:rPr>
        <w:t>Advantis Setyèm Jou yo nan fen mond lan ki pral konprann mesaj ki devwale nan Revelasyon an, ap fè sa paske yo “nan Lespri a.” Nan kontèks parabòl yo te di nou an “montre eksperyans pèp Advantis la,” Jan se yon vyèj saj, paske li gen lwil Lespri a. Li reprezante vyèj saj yo nan fen mond lan, ki tande yon gran vwa “dèyè” yo. “Vwa ki soti dèyè” li a se Alfa ak Omega a, jan sa idantifye nan vèsè ki vin tousuit apre a, epi vwa a fè l konnen pou l retounen nan ansyen chemen yo epi pou l mache ladan yo.</w:t>
      </w:r>
    </w:p>
    <w:p>
      <w:pPr>
        <w:pStyle w:val="ArticleScripture"/>
        <w:jc w:val="left"/>
      </w:pPr>
      <w:r>
        <w:rPr>
          <w:rFonts w:ascii="Times New Roman" w:hAnsi="Times New Roman" w:eastAsia="Times New Roman" w:cs="Times New Roman"/>
        </w:rPr>
        <w:t>Men sa Seyè a di konsa: Kanpe sou chemen yo, gade, epi mande pou ansyen santye yo, kote bon chemen an ye a; mache ladan l, epi n ap jwenn repo pou nanm nou. Men yo te di: Nou p ap mache ladan l. Jeremi 6:16.</w:t>
      </w:r>
    </w:p>
    <w:p>
      <w:pPr>
        <w:pStyle w:val="ArticleBody"/>
        <w:jc w:val="left"/>
      </w:pPr>
      <w:r>
        <w:rPr>
          <w:rFonts w:ascii="Times New Roman" w:hAnsi="Times New Roman" w:eastAsia="Times New Roman" w:cs="Times New Roman"/>
        </w:rPr>
        <w:t>“Repoze” Jeremi ap pale de li a se vide Sentespri a pandan lapli dènye a. Nan vèsè ki vin apre a, Jeremi bay yon dezyèm ilistrasyon sou vyèj sòt yo ki refize retounen nan fondasyon Advantis yo (ansyen chemen yo) epi mache ladan yo.</w:t>
      </w:r>
    </w:p>
    <w:p>
      <w:pPr>
        <w:pStyle w:val="ArticleScripture"/>
        <w:jc w:val="left"/>
      </w:pPr>
      <w:r>
        <w:rPr>
          <w:rFonts w:ascii="Times New Roman" w:hAnsi="Times New Roman" w:eastAsia="Times New Roman" w:cs="Times New Roman"/>
        </w:rPr>
        <w:t>Mwen mete gad sou nou tou, mwen di: Koute son twonpèt la. Men yo di: Nou p ap koute. Jeremi 6:17.</w:t>
      </w:r>
    </w:p>
    <w:p>
      <w:pPr>
        <w:pStyle w:val="ArticleBody"/>
        <w:jc w:val="left"/>
      </w:pPr>
      <w:r>
        <w:rPr>
          <w:rFonts w:ascii="Times New Roman" w:hAnsi="Times New Roman" w:eastAsia="Times New Roman" w:cs="Times New Roman"/>
        </w:rPr>
        <w:t>Lè Jan tande vwa ki dèyè l la k ap dirije l tounen sou ansyen chemen yo oswa sou fondasyon Advantis la, vwa li tande a tankou yon twonpèt. Vwa sa a transmèt atravè “gad yo” Bondye te tabli sou Advantis la. Papa Miller te gad ki te kònen twonpèt avètisman an nan kòmansman Advantis la pandan pwoklamasyon premye zanj lan ki t ap anonse ouvèti jijman an. Men, Jan reprezante an patikilye sila yo ki pwoklame mesaj twazyèm zanj lan k ap anonse fèmti jijman an. Li reprezante sila yo ki retounen sou fondasyon Bondye te poze atravè travay Miller la.</w:t>
      </w:r>
    </w:p>
    <w:p>
      <w:pPr>
        <w:pStyle w:val="ArticleBody"/>
        <w:jc w:val="left"/>
      </w:pPr>
      <w:r>
        <w:rPr>
          <w:rFonts w:ascii="Times New Roman" w:hAnsi="Times New Roman" w:eastAsia="Times New Roman" w:cs="Times New Roman"/>
        </w:rPr>
        <w:t>Nou te montre a plizyè repriz pandan ane yo, (epi yo ka jwenn sa nan Tablo Abakik yo), ke mesaj premye zanj lan, “gen krentif pou Bondye,” se pou konvenk moun de peche, e ke mesaj dezyèm zanj lan se kote jistis la manifeste, epi twazyèm lan idantifye jijman an. Sa yo se twa etap twa zanj yo, epi tou twa etap travay Sentespri a. Twa etap sa yo reprezante tou pa twa lèt ebre ki fòme mo ebre yo tradui kòm “verite.” Nan pasaj Jan sèz la, Jezi ap pale de travay Sentespri a nan gide pèp Bondye a nan “tout verite,” pandan L ap montre yo tou “bagay k ap vini yo.” Men Jezi deklare ke Li gen “anpil bagay pou M di nou, men nou pa kapab sipòte yo kounye a.”</w:t>
      </w:r>
    </w:p>
    <w:p>
      <w:pPr>
        <w:pStyle w:val="ArticleBody"/>
        <w:jc w:val="left"/>
      </w:pPr>
      <w:r>
        <w:rPr>
          <w:rFonts w:ascii="Times New Roman" w:hAnsi="Times New Roman" w:eastAsia="Times New Roman" w:cs="Times New Roman"/>
        </w:rPr>
        <w:t>Mwen espere nou konprann kèk nan siyifikasyon mo ebre ki tradui kòm “verite” a. Paske nou fèk kòmanse aplike senbòl sa a nan etid nou an. Nan twa premye vèsè Revelasyon premye chapit la, yo idantifye pwosesis kominikasyon ant Bondye ak lòm. Yo idantifye li menm anvan Revelasyon an idantifye nati twa-fwa Bondye a. Li jwenn yon dezyèm temwen nan dènye vèsè Revelasyon yo, epi konsa, sou baz aplikasyon “liy sou liy”, li pwodui plis limyè.</w:t>
      </w:r>
    </w:p>
    <w:p>
      <w:pPr>
        <w:pStyle w:val="ArticleBody"/>
        <w:jc w:val="left"/>
      </w:pPr>
      <w:r>
        <w:rPr>
          <w:rFonts w:ascii="Times New Roman" w:hAnsi="Times New Roman" w:eastAsia="Times New Roman" w:cs="Times New Roman"/>
        </w:rPr>
        <w:t>Lè sa a, lè nou ajoute Jenèz 1:1–2:3, nou jwenn yon twazyèm temwen ak yon lòt liy pwofetik pou nou poze sou de liy anvan yo nan kòmansman ak nan fen Revelasyon an.</w:t>
      </w:r>
    </w:p>
    <w:p>
      <w:pPr>
        <w:pStyle w:val="ArticleBody"/>
        <w:jc w:val="left"/>
      </w:pPr>
      <w:r>
        <w:rPr>
          <w:rFonts w:ascii="Times New Roman" w:hAnsi="Times New Roman" w:eastAsia="Times New Roman" w:cs="Times New Roman"/>
        </w:rPr>
        <w:t>Lè sa a, nou ajoute dènye pwomès ki nan Ansyen Testaman an, ki idantifye Eli ki gen pou vini an, epi nou gen kat liy pwofetik.</w:t>
      </w:r>
    </w:p>
    <w:p>
      <w:pPr>
        <w:pStyle w:val="ArticleBody"/>
        <w:jc w:val="left"/>
      </w:pPr>
      <w:r>
        <w:rPr>
          <w:rFonts w:ascii="Times New Roman" w:hAnsi="Times New Roman" w:eastAsia="Times New Roman" w:cs="Times New Roman"/>
        </w:rPr>
        <w:t>Lè sa a, nou ajoute premye chapit Nouvo Testaman an, epi nou gen senk liy pou mete ansanm mesaj final ki jwenn nan Bib la lè nou aplike prensip Alfa ak Omega a sou tout liy yo. Si nou ta konplete senk liy nou deja idantifye yo, lè nou aplike prensip la toutbon sou senk liy sa yo, lè sa a nou ta dwe atann pou nou wè fen Matye ak fen Jan ap rann temwayaj sou menm enfòmasyon tout senk liy pwofetik “premye ak dènye” nou ap konsidere yo bay.</w:t>
      </w:r>
    </w:p>
    <w:p>
      <w:pPr>
        <w:pStyle w:val="ArticleBody"/>
        <w:jc w:val="left"/>
      </w:pPr>
      <w:r>
        <w:rPr>
          <w:rFonts w:ascii="Times New Roman" w:hAnsi="Times New Roman" w:eastAsia="Times New Roman" w:cs="Times New Roman"/>
        </w:rPr>
        <w:t>Mesaj k ap dewoule a tabli nan liv Revelasyon an, kidonk se li ki pwen referans pou lòt liy yo, an akò ak Sè White ki fè nou konnen ke “all the books of the Bible meet and end in Revelation.” Mesaj twa premye vèsè liv Revelasyon an idantifye pwosesis Bondye itilize pou transmèt pawòl Li bay Jan pou l ekri l epi voye l bay legliz yo. Premye liv Nouvo Testaman an, jan sa deja te note, prezante liy desandans Jezikri a, epi li kòmanse avèk yon pwen ki bay anpil enfòmasyon.</w:t>
      </w:r>
    </w:p>
    <w:p>
      <w:pPr>
        <w:pStyle w:val="ArticleScripture"/>
        <w:jc w:val="left"/>
      </w:pPr>
      <w:r>
        <w:rPr>
          <w:rFonts w:ascii="Times New Roman" w:hAnsi="Times New Roman" w:eastAsia="Times New Roman" w:cs="Times New Roman"/>
        </w:rPr>
        <w:t>Liv jenerasyon Jezikri a, pitit David la, pitit Abraram nan. Matye 1:1.</w:t>
      </w:r>
    </w:p>
    <w:p>
      <w:pPr>
        <w:pStyle w:val="ArticleBody"/>
        <w:jc w:val="left"/>
      </w:pPr>
      <w:r>
        <w:rPr>
          <w:rFonts w:ascii="Times New Roman" w:hAnsi="Times New Roman" w:eastAsia="Times New Roman" w:cs="Times New Roman"/>
        </w:rPr>
        <w:t>Jezi te mete fen nan entèraksyon dirèk li avèk Juif k ap diskite yo lè li fè yo rete san pawòl sou sijè “pitit David la”, yon sijè Juif yo pa t ap kapab konprann sof si yo te konprann prensip biblik kòmansman ak fen an. Yo pa t konprann li, e pifò Advantis pa konprann li nonplis. Nenpòt moun ki vle diskite kont prensip istwa k ap repete a demontre ke yo pa konprann Izrayèl ansyen an se tip Izrayèl modèn nan, epi mank volonte yo pou yo kwè prensip sa a se menm mank volonte egzakteman ki te egziste nan fen Izrayèl ansyen an pou yo konprann menm prensip sa a. Jezi te reprezante prensip sa a nan dènye devinèt li te poze Juif yo lè li te dirije yo sou devinèt sa a: kijan Seyè David la te kapab tou pitit David la?</w:t>
      </w:r>
    </w:p>
    <w:p>
      <w:pPr>
        <w:pStyle w:val="ArticleBody"/>
        <w:jc w:val="left"/>
      </w:pPr>
      <w:r>
        <w:rPr>
          <w:rFonts w:ascii="Times New Roman" w:hAnsi="Times New Roman" w:eastAsia="Times New Roman" w:cs="Times New Roman"/>
        </w:rPr>
        <w:t>Jan chapit youn nan idantifye ke nan kòmansman an Pawòl la te avèk Bondye, e Pawòl la se Bondye, e Pawòl la te kreye tout bagay. Sa, natirèlman, ann amoni ak lòt liy nou ap refere yo. E si nou konsidere dènye pawòl yo nan Levanjil Jan an, nou wè Pyè, apre li fin tande Jezi dekri kijan li t ap mouri, mande Jezi sa ki t ap rive apot Jan an.</w:t>
      </w:r>
    </w:p>
    <w:p>
      <w:pPr>
        <w:pStyle w:val="ArticleScripture"/>
        <w:jc w:val="left"/>
      </w:pPr>
      <w:r>
        <w:rPr>
          <w:rFonts w:ascii="Times New Roman" w:hAnsi="Times New Roman" w:eastAsia="Times New Roman" w:cs="Times New Roman"/>
        </w:rPr>
        <w:t>Pyè, lè li wè l, di Jezi: Seyè, e mesye sa a, kisa li menm pral fè? Jezi di li: Si mwen vle pou li rete jouk lè m vini, kisa sa fè ou? Swiv mwen. Lè sa a, pawòl sa a gaye nan mitan frè yo, tankou si disip sa a pa t gen pou mouri. Men Jezi pa t di li: Li p ap mouri; men: Si mwen vle pou li rete jouk lè m vini, kisa sa fè ou? Se disip sa a ki rann temwayaj sou bagay sa yo, e ki ekri bagay sa yo; e nou konnen temwayaj li a se verite. Genyen tou anpil lòt bagay Jezi te fè; si yo ta ekri yo chak yonn, mwen kwè menm lemonn antye pa t ap ka pran liv ki ta ekri yo. Amèn. Jan 21:21–25.</w:t>
      </w:r>
    </w:p>
    <w:p>
      <w:pPr>
        <w:pStyle w:val="ArticleBody"/>
        <w:jc w:val="left"/>
      </w:pPr>
      <w:r>
        <w:rPr>
          <w:rFonts w:ascii="Times New Roman" w:hAnsi="Times New Roman" w:eastAsia="Times New Roman" w:cs="Times New Roman"/>
        </w:rPr>
        <w:t>Pyè te vle konnen kijan Jan t ap mouri, oswa menm si Jan t ap mouri. Repons lan repete de fwa nan pasaj la lè Jezi te deklare sa, epi apre sa Jan te repete l: “Si m vle pou li [Jan] rete jouk mwen vini, sa gade ou nan ki sa?” Jan te viv jouk Dezyèm Vini Jezi a.</w:t>
      </w:r>
    </w:p>
    <w:p>
      <w:pPr>
        <w:pStyle w:val="ArticleBody"/>
        <w:jc w:val="left"/>
      </w:pPr>
      <w:r>
        <w:rPr>
          <w:rFonts w:ascii="Times New Roman" w:hAnsi="Times New Roman" w:eastAsia="Times New Roman" w:cs="Times New Roman"/>
        </w:rPr>
        <w:t>Ou pa ka wè ni tande “verite” sa a, sof si ou kwè nan repetisyon listwa, epi tou ke listwa ki dwe repete a, repete nan fen mond lan. Fen mond lan se kote Jan te ye lè li te ekri liv Revelasyon an. Dènye liv nan levanjil Jan an dakò ak lòt liy kòmansman ak fen yo, paske li mete Jan nan listwa evènman k ap mennen rive nan Dezyèm Vini an, kote li menm, kòm reprezantasyon sila yo ki pwoklame dènye mesaj avètisman an, voye mesaj sa a bay legliz yo.</w:t>
      </w:r>
    </w:p>
    <w:p>
      <w:pPr>
        <w:pStyle w:val="ArticleScripture"/>
        <w:jc w:val="left"/>
      </w:pPr>
      <w:r>
        <w:rPr>
          <w:rFonts w:ascii="Times New Roman" w:hAnsi="Times New Roman" w:eastAsia="Times New Roman" w:cs="Times New Roman"/>
        </w:rPr>
        <w:t>“Nan jou premye kretyen yo, Kris te vini yon dezyèm fwa. Premye avènman Li te fèt Betleyèm, lè Li te vini kòm yon tibebe. Dezyèm avènman Li te fèt sou zile Patmos, lè Li te revele tèt Li nan laglwa bay Jan revelatè a, ki ‘te tonbe nan pye Li tankou mò’ lè li te wè Li. Men Kris te ba li fòs pou l te ka sipòte vizyon an, epi apre sa Li te ba li yon mesaj pou l ekri bay legliz Azi yo, non yo menm ki dekri karakteristik chak legliz.”</w:t>
      </w:r>
    </w:p>
    <w:p>
      <w:pPr>
        <w:pStyle w:val="ArticleScripture"/>
        <w:jc w:val="left"/>
      </w:pPr>
      <w:r>
        <w:rPr>
          <w:rFonts w:ascii="Times New Roman" w:hAnsi="Times New Roman" w:eastAsia="Times New Roman" w:cs="Times New Roman"/>
        </w:rPr>
        <w:t>“Limyè Kris la te revele bay sèvitè li a, pwofèt la, se pou nou. Nan revelasyon li a, yo bay mesaj twa zanj yo, ansanm ak yon deskripsyon zanj ki te gen pou desann sot nan syèl la avèk gwo pouvwa, pou klere tè a ak glwa li. Nan li gen avètisman kont mechanste ki t ap egziste nan dènye jou yo, epi kont mak bèt la. Nou pa dwe sèlman li epi konprann mesaj sa a, men nou dwe pwoklame li bay lemonn avèk yon son ki pa gen okenn anbègite. Lè nou prezante bagay sa yo ki te revele bay Jan, n ap kapab souke pèp la.” Manuscript Releases, volume 19, 41.</w:t>
      </w:r>
    </w:p>
    <w:p>
      <w:pPr>
        <w:pStyle w:val="ArticleBody"/>
        <w:jc w:val="left"/>
      </w:pPr>
      <w:r>
        <w:rPr>
          <w:rFonts w:ascii="Times New Roman" w:hAnsi="Times New Roman" w:eastAsia="Times New Roman" w:cs="Times New Roman"/>
        </w:rPr>
        <w:t>Fen levanjil Jan an idantifye pwosesis kominikasyon an menm jan ak sa ki nan twa premye vèsè Revelasyon an, lè li plase Jan pwofetikman nan istwa Dezyèm Vini an. Konsa, li sèvi ak premye “dezyèm vini” Jezi a (Patmos) pou ilistre dènye “dezyèm vini” Li a. Sa konekte pafètman ak lòt liy n ap konsidere yo, paske li reprezante Jan nan fen mond lan, sou Patmos kote li resevwa Revelasyon Jezi Kris la. E fen liv Matye a?</w:t>
      </w:r>
    </w:p>
    <w:p>
      <w:pPr>
        <w:pStyle w:val="ArticleScripture"/>
        <w:jc w:val="left"/>
      </w:pPr>
      <w:r>
        <w:rPr>
          <w:rFonts w:ascii="Times New Roman" w:hAnsi="Times New Roman" w:eastAsia="Times New Roman" w:cs="Times New Roman"/>
        </w:rPr>
        <w:t>Apre sa, onz disip yo ale nan Galile, sou mòn kote Jezi te ba yo randevou a. Lè yo wè li, yo adore li; men te gen kèk ki te gen dout. Epi Jezi pwoche bò kote yo, li pale avèk yo, li di: Tout pouvwa ban mwen ni nan syèl la ni sou tè a. Ale donk, fè tout nasyon vin disip, batize yo nan non Papa a, ak Pitit la, ak Sentespri a; anseye yo pou yo obsève tout bagay mwen te kòmande nou; epi gade, mwen avèk nou tout tan, jouk nan fen mond lan. Amèn. Matye 28:16–20.</w:t>
      </w:r>
    </w:p>
    <w:p>
      <w:pPr>
        <w:pStyle w:val="ArticleBody"/>
        <w:jc w:val="left"/>
      </w:pPr>
      <w:r>
        <w:rPr>
          <w:rFonts w:ascii="Times New Roman" w:hAnsi="Times New Roman" w:eastAsia="Times New Roman" w:cs="Times New Roman"/>
        </w:rPr>
        <w:t>Nan pasaj sa a, tout pouvwa bay Jezi; epi, natirèlman, sa ta dwe pouvwa kreyatè pa li. Apre sa, li bay yon kòmandman pou batize nan non Papa a, Pitit la, epi tou Sentespri a ki t ap deplase sou dlo yo nan Jenèz 1, ansanm ak sèt lespri ki devan twòn Bondye a. Pasaj sa a idantifye ke kretyen yo dwe rekonèt twa pèsonaj triyo selès la kòm twa antite distenk. Fen liv Matye a ajoute sou liy sa yo menm jan ak sis lòt yo.</w:t>
      </w:r>
    </w:p>
    <w:p>
      <w:pPr>
        <w:pStyle w:val="ArticleScripture"/>
        <w:jc w:val="left"/>
      </w:pPr>
      <w:r>
        <w:rPr>
          <w:rFonts w:ascii="Times New Roman" w:hAnsi="Times New Roman" w:eastAsia="Times New Roman" w:cs="Times New Roman"/>
        </w:rPr>
        <w:t>“Kris la fè batèm tounen siy antre nan wayòm espirityèl li a. Li mete sa kòm yon kondisyon pozitif ak ki tout moun dwe konfòme yo si yo vle yo rekonèt yo kòm moun ki anba otorite Papa a, Pitit la, ak Sentespri a. Anvan lèzòm ka jwenn yon kay nan legliz la, anvan yo pase papòt wayòm espirityèl Bondye a, yo dwe resevwa anprent non diven an, ‘Seyè a, jistis nou an.’ Jeremi 23:6.</w:t>
      </w:r>
    </w:p>
    <w:p>
      <w:pPr>
        <w:pStyle w:val="ArticleScripture"/>
        <w:jc w:val="left"/>
      </w:pPr>
      <w:r>
        <w:rPr>
          <w:rFonts w:ascii="Times New Roman" w:hAnsi="Times New Roman" w:eastAsia="Times New Roman" w:cs="Times New Roman"/>
        </w:rPr>
        <w:t>“Batèm se yon renonsyasyon ki pi solanèl anvè lemonn. Moun ki batize nan non trip la — Papa a, Pitit la, ak Sentespri a — depi menm nan antre lavi kretyèn yo, deklare an piblik yo te kite sèvis Satan an, e yo vin manm fanmi wayal la, pitit wa selès la. Yo te obeyi kòmandman an: ‘Sòti nan mitan yo, epi separe nou, … e pa manyen bagay ki pa pwòp la.’ E pou yo pwomès sa a akonpli: ‘M ap resevwa nou, e m ap yon Papa pou nou, epi nou va pitit gason ak pitit fi Mwen, se konsa Senyè Toupisan an di.’ 2 Corinthians 6:17, 18.”</w:t>
      </w:r>
    </w:p>
    <w:p>
      <w:pPr>
        <w:pStyle w:val="ArticleScripture"/>
        <w:jc w:val="left"/>
      </w:pPr>
      <w:r>
        <w:rPr>
          <w:rFonts w:ascii="Times New Roman" w:hAnsi="Times New Roman" w:eastAsia="Times New Roman" w:cs="Times New Roman"/>
        </w:rPr>
        <w:t>“Pandan kretyen yo soumèt tèt yo anba seremoni solanèl batèm nan, Li anrejistre ve yo fè pou yo rete fidèl avè L. Ve sa a se sèman lwayote yo. Yo batize yo nan non Papa a, ak Pitit la, ak Sentespri a. Konsa yo vin ini avèk twa gwo pouvwa syèl la. Yo angaje tèt yo pou yo renonse ak lemonn epi pou yo obsève lwa wayòm Bondye a. Depi lè sa a, yo dwe mache nan yon lavi nouvo. Yo pa dwe suiv tradisyon lèzòm ankò. Yo pa dwe suiv metòd malonèt ankò. Yo dwe obeyi règleman wayòm syèl la. Yo dwe chèche onè Bondye. Si yo rete fidèl ak ve yo a, y ap resevwa gras ak pouvwa k ap rann yo kapab akonpli tout jistis. ‘Men, tout moun ki te resevwa Li, Li te ba yo pouvwa pou yo vin pitit Bondye, sa vle di, moun ki kwè nan non Li.’” Evangelism, 307.</w:t>
      </w:r>
    </w:p>
    <w:p>
      <w:pPr>
        <w:pStyle w:val="ArticleBody"/>
        <w:jc w:val="left"/>
      </w:pPr>
      <w:r>
        <w:rPr>
          <w:rFonts w:ascii="Times New Roman" w:hAnsi="Times New Roman" w:eastAsia="Times New Roman" w:cs="Times New Roman"/>
        </w:rPr>
        <w:t>Jezi montre fen an atravè kòmansman an nan Pawòl Li, paske Li se Pawòl la, e Li se Alfa ak Omega.</w:t>
      </w:r>
    </w:p>
    <w:p>
      <w:pPr>
        <w:pStyle w:val="ArticleBody"/>
        <w:jc w:val="left"/>
      </w:pPr>
      <w:r>
        <w:rPr>
          <w:rFonts w:ascii="Times New Roman" w:hAnsi="Times New Roman" w:eastAsia="Times New Roman" w:cs="Times New Roman"/>
        </w:rPr>
        <w:t>Mete sèt liy sa yo ansanm bay yon imaj trè detaye sou pwosesis kominikasyon ant Bondye ak lèzòm, avèk anpil lòt verite enpòtan e fondamantal lòt “liy” temwen yo prezante epi tabli. Sèt “liy” pwofesi ki reprezante Alfa ak Omega. Men, kisa sou liv Malachi a?</w:t>
      </w:r>
    </w:p>
    <w:p>
      <w:pPr>
        <w:pStyle w:val="ArticleBody"/>
        <w:jc w:val="left"/>
      </w:pPr>
      <w:r>
        <w:rPr>
          <w:rFonts w:ascii="Times New Roman" w:hAnsi="Times New Roman" w:eastAsia="Times New Roman" w:cs="Times New Roman"/>
        </w:rPr>
        <w:t>Liv Malachi a se yon repwòch sevè kont prèt enfidèl yo nan Advantis. Li louvri avèk idantifikasyon de klas adoratè nan Advantis nan fen mond lan.</w:t>
      </w:r>
    </w:p>
    <w:p>
      <w:pPr>
        <w:pStyle w:val="ArticleScripture"/>
        <w:jc w:val="left"/>
      </w:pPr>
      <w:r>
        <w:rPr>
          <w:rFonts w:ascii="Times New Roman" w:hAnsi="Times New Roman" w:eastAsia="Times New Roman" w:cs="Times New Roman"/>
        </w:rPr>
        <w:t>Chay pawòl Seyè a pou Izrayèl pa mwayen Malachi. Mwen renmen nou, se sa Seyè a di. Men nou menm nou di: Nan ki sa ou renmen nou? Èske Ezaou pa t frè Jakòb? se sa Seyè a di. Men, mwen menm, mwen te renmen Jakòb. Malachi 1:1, 2.</w:t>
      </w:r>
    </w:p>
    <w:p>
      <w:pPr>
        <w:pStyle w:val="ArticleBody"/>
        <w:jc w:val="left"/>
      </w:pPr>
      <w:r>
        <w:rPr>
          <w:rFonts w:ascii="Times New Roman" w:hAnsi="Times New Roman" w:eastAsia="Times New Roman" w:cs="Times New Roman"/>
        </w:rPr>
        <w:t>Malaki fè nou konnen ankò ke de kategori adoratè yo nan fen mond lan se de kategori prèt.</w:t>
      </w:r>
    </w:p>
    <w:p>
      <w:pPr>
        <w:pStyle w:val="ArticleScripture"/>
        <w:jc w:val="left"/>
      </w:pPr>
      <w:r>
        <w:rPr>
          <w:rFonts w:ascii="Times New Roman" w:hAnsi="Times New Roman" w:eastAsia="Times New Roman" w:cs="Times New Roman"/>
        </w:rPr>
        <w:t>Epi kounyeya a, O nou menm, prèt yo, kòmandman sa a se pou nou. Si nou pa vle tande, epi si nou pa vle mete sa nan kè nou, pou nou bay non mwen glwa, se Seyè ki gen tout lame yo ki di sa, m ap voye menm yon madichon sou nou, e m ap madichonnen benediksyon nou yo; wi, mwen deja madichonnen yo, paske nou pa mete sa nan kè nou. Malachi 2:1, 2.</w:t>
      </w:r>
    </w:p>
    <w:p>
      <w:pPr>
        <w:pStyle w:val="ArticleBody"/>
        <w:jc w:val="left"/>
      </w:pPr>
      <w:r>
        <w:rPr>
          <w:rFonts w:ascii="Times New Roman" w:hAnsi="Times New Roman" w:eastAsia="Times New Roman" w:cs="Times New Roman"/>
        </w:rPr>
        <w:t>Kòmansman liv Malachi a ap tipifye mesaj Lawodiseyen an ak mesaj Filadèlfyen an avèk de klas prèt. Yo bay prèt yo lòd pou yo “tande.” Jan reprezante prèt ki tande yo, epi yon prèt reprezante pèp alyans Bondye a chwazi a. Yo deja anba madichon, epi yo pral anba madichon ankò si yo pa “tande” epi si yo pa “pran sa pou kè yo” oswa si yo “pa vle” fè sa.</w:t>
      </w:r>
    </w:p>
    <w:p>
      <w:pPr>
        <w:pStyle w:val="ArticleScripture"/>
        <w:jc w:val="left"/>
      </w:pPr>
      <w:r>
        <w:rPr>
          <w:rFonts w:ascii="Times New Roman" w:hAnsi="Times New Roman" w:eastAsia="Times New Roman" w:cs="Times New Roman"/>
        </w:rPr>
        <w:t>Nou menm tou, tankou wòch vivan, y ap bati nou pou nou tounen yon kay espirityèl, yon prètriz sen, pou nou ofri sakrifis espirityèl, ki akseptab devan Bondye pa mwayen Jezikri. Se poutèt sa tou, sa ekri nan Lekriti a: Men, m ap mete nan Siyon yon wòch kwen prensipal, chwazi, presye; epi moun ki kwè nan li a p ap janm wont. Se poutèt sa, pou nou menm ki kwè, li presye; men pou moun ki dezobeyi yo, wòch mason yo te rejte a, se li menm ki vin tounen tèt kwen an, epi yon wòch ki fè moun bite, ak yon wòch masif ki lakòz eskandal, pou menm sila yo ki bite sou pawòl la, paske yo dezobeyi; se pou sa menm yo te destine. Men nou menm, nou se yon ras chwazi, yon prètriz wayal, yon nasyon sen, yon pèp ki pou Bondye an pwòp; pou nou fè konnen lwanj Sila a ki rele nou soti nan fènwa pou antre nan limyè mèvèy li a; nou menm ki, nan tan lontan, pa t yon pèp, men kounye a nou se pèp Bondye a; nou menm ki pa t resevwa mizèrikòd, men kounye a nou resevwa mizèrikòd. 1 Pyè 2:5–10.</w:t>
      </w:r>
    </w:p>
    <w:p>
      <w:pPr>
        <w:pStyle w:val="ArticleBody"/>
        <w:jc w:val="left"/>
      </w:pPr>
      <w:r>
        <w:rPr>
          <w:rFonts w:ascii="Times New Roman" w:hAnsi="Times New Roman" w:eastAsia="Times New Roman" w:cs="Times New Roman"/>
        </w:rPr>
        <w:t>Prèt yo se pèp Bondye chwazi a, yo menm yo pase anba eprèv pa “wòch kwen an” ki nan fondasyon tanp lan. Wòch kwen an se sa tout lòt wòch fondasyon yo aliyen avèk li, epi se li menm tou ki pote chay tout tanp lan. Wòch kwen Miller la se te “sèt fwa yo” nan Levitik vennsis. Wòch kwen an, oswa wòch mason yo te rejte a, se yon istwa reyèl sou konstriksyon tanp lan, jan sa dekri avèk anpil presizyon nan ekriti Lespri Pwofesi a. Youn nan pwen konsènan premye wòch yo te rejte a se ke, apre yo te fin rejte li, yo te mete l sou kote; e depi lè sa a, mason tanp lan t ap kontinye bite regilyèman sou wòch kwen an, ki te rete mete sou kote anndan zòn travay yo a. Li te yon wòch ki fè moun bite.</w:t>
      </w:r>
    </w:p>
    <w:p>
      <w:pPr>
        <w:pStyle w:val="ArticleBody"/>
        <w:jc w:val="left"/>
      </w:pPr>
      <w:r>
        <w:rPr>
          <w:rFonts w:ascii="Times New Roman" w:hAnsi="Times New Roman" w:eastAsia="Times New Roman" w:cs="Times New Roman"/>
        </w:rPr>
        <w:t>Nan Malachi, Bondye fè prèt mechan yo konnen, yo menm yo rele tou vyèj sòt Lawodise yo, ke li pral, e li deja, “madichonnen” yo. Li madichonnen yo paske yo pa vle “tande” ni “mete” mesaj Eli a sou kè yo. Mesaj Eli a fè kè papa yo tounen vin jwenn pitit yo, epi kè pitit yo tounen vin jwenn papa yo. Fè kè yo tounen an reprezante tande mesaj Eli a konsènan papa ak pitit, ki se prensip premye ak dènye a. Tande mesaj premye ak dènye a pa ase; fòk li mete sou kè a. Aksepte mesaj Eli a, se mete l sou kè w. Si yon prèt pa vle tande prensip sa a, li pral madichonnen.</w:t>
      </w:r>
    </w:p>
    <w:p>
      <w:pPr>
        <w:pStyle w:val="ArticleBody"/>
        <w:jc w:val="left"/>
      </w:pPr>
      <w:r>
        <w:rPr>
          <w:rFonts w:ascii="Times New Roman" w:hAnsi="Times New Roman" w:eastAsia="Times New Roman" w:cs="Times New Roman"/>
        </w:rPr>
        <w:t>Yo te fè madichon an tonbe sou tèt pa yo lè, an 1863, yo te kòmanse pwosesis pou rejte premye verite fondamantal Miller te dekouvri a, epi depi lè sa a jouk jounen jodi a yo pa fè anyen lòt pase kontinye rejè sa a. Men, menm si madichon pwogresif la te kòmanse an 1863, (paske yo deja anba madichon), madichon ki nan tan fiti a rive lè yo vomi yo soti nan bouch Senyè a nan lwa dimanch lan. Kòmansman Malachi a ilistre fen an, paske fen an reprezante dènye avètisman yo bay prèt saj yo ak prèt sòt yo. Saj yo ak sòt yo nan Malachi yo reprezante tankou Ezaou ak Jakòb. Gran frè a reprezante alyans lan atravè dwa nesans premye pitit la, an kontras ak yon ti frè. Gran an kòm premye a, epi piti a kòm dènye a.</w:t>
      </w:r>
    </w:p>
    <w:p>
      <w:pPr>
        <w:pStyle w:val="ArticleBody"/>
        <w:jc w:val="left"/>
      </w:pPr>
      <w:r>
        <w:rPr>
          <w:rFonts w:ascii="Times New Roman" w:hAnsi="Times New Roman" w:eastAsia="Times New Roman" w:cs="Times New Roman"/>
        </w:rPr>
        <w:t>Nan Malachi, ni Ezaou ni Jakòb se Advantis Laodiseyen; men dènye a, finalman, li te tande “vwa” Senyè a, li te repanti, epi yo te chanje non li pou Izrayèl. Pi gran an, premye a, pa t tande. Jakòb te tande vwa Senyè a nan nuit kote li te reve epi li te wè zanj k ap monte epi k ap desann sou nechèl la, ki te reprezante Kris la. Jakòb reprezante Advantis Laodiseyen yo nan fen mond lan, ki konvèti soti nan Laodiseyen pou vin Filadèlfyen lè yo fè eksperyans premye twa vèsè Revelasyon chapit premye a, jan sa parèt nan egzanp Jan ak rèv Jakòb sou nechèl zanj k ap monte epi k ap desann yo. Eksperyans sa a make kòmansman konvèsyon Jakòb pou l vin Izrayèl, Filadèlfyen an. Fen istwa konvèsyon Jakòb la se lè li lite ak Kris la Penyèl. Konsa, istwa dwa nesans Jakòb la kòmanse nan premye twa vèsè Revelasyon chapit premye a, lè dezèlman dènye mesaj avètisman an ap fèt, epi li fini nan tan sèt dènye kalamite yo, pandan tan detrès la.</w:t>
      </w:r>
    </w:p>
    <w:p>
      <w:pPr>
        <w:pStyle w:val="ArticleBody"/>
        <w:jc w:val="left"/>
      </w:pPr>
      <w:r>
        <w:rPr>
          <w:rFonts w:ascii="Times New Roman" w:hAnsi="Times New Roman" w:eastAsia="Times New Roman" w:cs="Times New Roman"/>
        </w:rPr>
        <w:t>Tout kat ansanmmansman ak finisman yo, “liy sou liy,” rann temwayaj konsènan mesaj Revelasyon Jezi Kris la. Kesyon an se si prèt sòt yo va tande oswa yo pa va tande.</w:t>
      </w:r>
    </w:p>
    <w:p>
      <w:pPr>
        <w:pStyle w:val="ArticleScripture"/>
        <w:jc w:val="left"/>
      </w:pPr>
      <w:r>
        <w:rPr>
          <w:rFonts w:ascii="Times New Roman" w:hAnsi="Times New Roman" w:eastAsia="Times New Roman" w:cs="Times New Roman"/>
        </w:rPr>
        <w:t>Benediksyon pou sila a ki li, ak pou sila yo ki tande pawòl pwofesi sa a, epi ki kenbe bagay ki ekri ladan l yo; paske tan an toupre. Revelasyon 1:3.</w:t>
      </w:r>
    </w:p>
    <w:p>
      <w:pPr>
        <w:pStyle w:val="ArticleBody"/>
        <w:jc w:val="left"/>
      </w:pPr>
      <w:r>
        <w:rPr>
          <w:rFonts w:ascii="Times New Roman" w:hAnsi="Times New Roman" w:eastAsia="Times New Roman" w:cs="Times New Roman"/>
        </w:rPr>
        <w:t>Prèt saj yo ki tande sa Lespri a di legliz yo, tande mesaj Eli a. Miller te Eli, e gen kèk ki te tande, men lòt yo te refize.</w:t>
      </w:r>
    </w:p>
    <w:p>
      <w:pPr>
        <w:pStyle w:val="ArticleScripture"/>
        <w:jc w:val="left"/>
      </w:pPr>
      <w:r>
        <w:rPr>
          <w:rFonts w:ascii="Times New Roman" w:hAnsi="Times New Roman" w:eastAsia="Times New Roman" w:cs="Times New Roman"/>
        </w:rPr>
        <w:t>“Plizyè milye moun te mennen pou yo anbrase verite William Miller te preche a, epi sèvitè Bondye yo te leve nan lespri ak pouvwa Eli pou pwoklame mesaj la. Menm jan ak Jan, predesesè Jezi a, sila yo ki te preche mesaj solanèl sa a te santi yo oblije mete rach la nan rasin pyebwa a, epi rele moun yo pou yo pote fwi ki merite repantans. Temwayaj yo te fèt pou reveye legliz yo, pou afekte yo avèk fòs, epi pou manifeste vrè karaktè yo. Epi pandan avètisman solanèl la pou chape anba kòlè k ap vini an t ap sonnen, anpil nan moun ki te ini ak legliz yo te resevwa mesaj gerizon an; yo te wè retou yo nan peche, epi avèk dlo nan je anmè nan repantans ak gwo agoni nan nanm yo, yo te imilye tèt yo devan Bondye. Epi pandan Lespri Bondye a te poze sou yo, yo te ede fè kri a sonnen: ‘Gen krentif pou Bondye, epi bay Li glwa; paske lè jijman Li a rive.’” Early Writings, 233.</w:t>
      </w:r>
    </w:p>
    <w:p>
      <w:pPr>
        <w:pStyle w:val="ArticleBody"/>
        <w:jc w:val="left"/>
      </w:pPr>
      <w:r>
        <w:rPr>
          <w:rFonts w:ascii="Times New Roman" w:hAnsi="Times New Roman" w:eastAsia="Times New Roman" w:cs="Times New Roman"/>
        </w:rPr>
        <w:t>Miller te reprezante alafwa pa Eli ak pa Jan Batis, paske Jan Batis te prepare chemen pou premye vini Kris la, e Miller te prepare chemen pou Kris la vini nan Kote ki Trè Sen nan tanp ki nan syèl la, nan dat 22 oktòb 1844. Malachi idantifye dirèkteman travay Jan ak travay Miller la.</w:t>
      </w:r>
    </w:p>
    <w:p>
      <w:pPr>
        <w:pStyle w:val="ArticleScripture"/>
        <w:jc w:val="left"/>
      </w:pPr>
      <w:r>
        <w:rPr>
          <w:rFonts w:ascii="Times New Roman" w:hAnsi="Times New Roman" w:eastAsia="Times New Roman" w:cs="Times New Roman"/>
        </w:rPr>
        <w:t>Men m ap voye mesaje mwen an, e li pral pare chemen an devan mwen; epi Seyè a, nou menm n ap chèche a, pral vini toudenkou nan tanp li a, wi, mesaje alyans lan, li menm nou pran plezi nan li a: men wi, li pral vini, se Seyè ki gen tout pouvwa a ki di sa. Men, ki moun ki ka sipòte jou vini li a? e ki moun ki ka rete kanpe lè li parèt? paske li tankou dife moun k ap rafine metal yo, e tankou savon moun k ap lave twal yo: Epi li pral chita tankou yon moun k ap rafine ak pirifye ajan; li pral pirifye pitit Levi yo, e li pral netwaye yo tankou lò ak ajan, pou yo ka ofri bay Seyè a yon ofrann nan jistis. Lè sa a, ofrann Jida ak Jerizalèm lan pral fè Seyè a plezi, tankou nan tan lontan, ak tankou nan ane ki te pase yo. Epi m ap pwoche bò kote nou pou jijman; e m ap yon temwen rapid kont majisyen yo, kont adiltè yo, kont moun ki fè fo sèman yo, kont moun ki peze salè ouvriye a, vèv la ak timoun san papa a, ak moun ki wete dwa etranje a, e ki pa gen lakrentif pou mwen, se Seyè ki gen tout pouvwa a ki di sa. Paske mwen se Seyè a, mwen pa chanje; se poutèt sa nou menm, pitit Jakòb yo, nou pa disparèt. Malachi 3:1–6.</w:t>
      </w:r>
    </w:p>
    <w:p>
      <w:pPr>
        <w:pStyle w:val="ArticleBody"/>
        <w:jc w:val="left"/>
      </w:pPr>
      <w:r>
        <w:rPr>
          <w:rFonts w:ascii="Times New Roman" w:hAnsi="Times New Roman" w:eastAsia="Times New Roman" w:cs="Times New Roman"/>
        </w:rPr>
        <w:t>Kòm “gadò a” pou istwa pa li a, travay Miller la te reprezante leve fondasyon tanp lan. Travay li nan kòmansman an dwe ilistre yon travay ki reprezante fini tanp lan. Travay final sa a mande yon lòt gadò pou bay twonpèt la yon son sèten. Miller ak mesaj premye zanj lan te anonse ouvèti jijman an, e gadò Miller la tipifye nan fen Advantis la ap anonse fèmti jijman an.</w:t>
      </w:r>
    </w:p>
    <w:p>
      <w:pPr>
        <w:pStyle w:val="ArticleBody"/>
        <w:jc w:val="left"/>
      </w:pPr>
      <w:r>
        <w:rPr>
          <w:rFonts w:ascii="Times New Roman" w:hAnsi="Times New Roman" w:eastAsia="Times New Roman" w:cs="Times New Roman"/>
        </w:rPr>
        <w:t>Nan Malachi, Senyè a pwomèt pou l pote jijman “kont majisyen yo, kont adiltè yo, kont moun k ap fè fo sèman yo, kont moun k ap peze travayè a nan salè li, vèv la ak òfelen an, kont moun ki detounen etranje a de dwa li, epi ki pa gen lakrentif pou mwen.” Moun yo idantifye isit la se moun ki “pa gen lakrentif” pou “Senyè dèzame yo.” William Miller se mesaje premye zanj lan ki rele lèzòm pou yo “gen lakrentif pou Bondye.” Rejte fondasyon yo, se rejte lakrentif pou Bondye.</w:t>
      </w:r>
    </w:p>
    <w:p>
      <w:pPr>
        <w:pStyle w:val="ArticleScripture"/>
        <w:jc w:val="left"/>
      </w:pPr>
      <w:r>
        <w:rPr>
          <w:rFonts w:ascii="Times New Roman" w:hAnsi="Times New Roman" w:eastAsia="Times New Roman" w:cs="Times New Roman"/>
        </w:rPr>
        <w:t>Paske, gade, jou a ap vini, l ap boule tankou yon fou; epi tout ògeye, wi, ansanm ak tout moun k ap fè mechanste, pral tankou pay sèch; e jou k ap vini an va boule yo nèt, se Senyè dèzame yo a ki di sa, tèlman li p ap kite yo ni rasin ni branch. Men pou nou menm ki gen krentif pou non mwen, Solèy lajistis la va leve avèk gerizon nan zèl li; epi nou va soti, e nou va grandi tankou ti towo bèf ki soti nan pak. Epi nou va pilonnen mechan yo anba pye nou; paske yo va tounen sann anba plant pye nou nan jou kote m ap fè bagay sa a, se Senyè dèzame yo a ki di sa. Sonje lwa Moyiz, sèvitè m nan, lwa mwen te ba li sou Orèb la pou tout pèp Izrayèl la, ansanm ak òdonans ak jijman yo. Gade, m ap voye pwofèt Eli bay nou anvan gwo jou Senyè a, jou terib la, rive. Epi l ap fè kè papa yo tounen vin jwenn pitit yo, ak kè pitit yo tounen vin jwenn papa yo, pou m pa vini pou m frape tè a avèk yon madichon. Malachi 4:1–6.</w:t>
      </w:r>
    </w:p>
    <w:p>
      <w:pPr>
        <w:pStyle w:val="ArticleListItem"/>
        <w:ind w:left="576" w:hanging="259"/>
        <w:jc w:val="left"/>
      </w:pPr>
      <w:r>
        <w:rPr>
          <w:rFonts w:ascii="Times New Roman" w:hAnsi="Times New Roman" w:eastAsia="Times New Roman" w:cs="Times New Roman"/>
        </w:rPr>
        <w:t>• Kòmansman Bib la (Jenèz) ak finisman Bib la (Revelasyon).</w:t>
      </w:r>
    </w:p>
    <w:p>
      <w:pPr>
        <w:pStyle w:val="ArticleListItem"/>
        <w:ind w:left="576" w:hanging="259"/>
        <w:jc w:val="left"/>
      </w:pPr>
      <w:r>
        <w:rPr>
          <w:rFonts w:ascii="Times New Roman" w:hAnsi="Times New Roman" w:eastAsia="Times New Roman" w:cs="Times New Roman"/>
        </w:rPr>
        <w:t>• Kòmansman Ansyen Testaman an (Jenèz) ak fen Ansyen Testaman an (Malachi).</w:t>
      </w:r>
    </w:p>
    <w:p>
      <w:pPr>
        <w:pStyle w:val="ArticleListItem"/>
        <w:ind w:left="576" w:hanging="259"/>
        <w:jc w:val="left"/>
      </w:pPr>
      <w:r>
        <w:rPr>
          <w:rFonts w:ascii="Times New Roman" w:hAnsi="Times New Roman" w:eastAsia="Times New Roman" w:cs="Times New Roman"/>
        </w:rPr>
        <w:t>• Kòmansman Nouvo Testaman an (Matye) ak fen Nouvo Testaman an (ankò Revelasyon).</w:t>
      </w:r>
    </w:p>
    <w:p>
      <w:pPr>
        <w:pStyle w:val="ArticleListItem"/>
        <w:ind w:left="576" w:hanging="259"/>
        <w:jc w:val="left"/>
      </w:pPr>
      <w:r>
        <w:rPr>
          <w:rFonts w:ascii="Times New Roman" w:hAnsi="Times New Roman" w:eastAsia="Times New Roman" w:cs="Times New Roman"/>
        </w:rPr>
        <w:t>• Kòmansman temwayaj Jan an (Levanjil Jan an) ak fen temwayaj Jan an (ankò, Revelasyon).</w:t>
      </w:r>
    </w:p>
    <w:p>
      <w:pPr>
        <w:pStyle w:val="ArticleListItem"/>
        <w:ind w:left="576" w:hanging="259"/>
        <w:jc w:val="left"/>
      </w:pPr>
      <w:r>
        <w:rPr>
          <w:rFonts w:ascii="Times New Roman" w:hAnsi="Times New Roman" w:eastAsia="Times New Roman" w:cs="Times New Roman"/>
        </w:rPr>
        <w:t>• Kòmansman Malachi a ak fen Malachi a.</w:t>
      </w:r>
    </w:p>
    <w:p>
      <w:pPr>
        <w:pStyle w:val="ArticleListItem"/>
        <w:ind w:left="576" w:hanging="259"/>
        <w:jc w:val="left"/>
      </w:pPr>
      <w:r>
        <w:rPr>
          <w:rFonts w:ascii="Times New Roman" w:hAnsi="Times New Roman" w:eastAsia="Times New Roman" w:cs="Times New Roman"/>
        </w:rPr>
        <w:t>• Kòmansman Levanjil Matye a ak fen Levanjil Matye a.</w:t>
      </w:r>
    </w:p>
    <w:p>
      <w:pPr>
        <w:pStyle w:val="ArticleListItem"/>
        <w:ind w:left="576" w:hanging="259"/>
        <w:jc w:val="left"/>
      </w:pPr>
      <w:r>
        <w:rPr>
          <w:rFonts w:ascii="Times New Roman" w:hAnsi="Times New Roman" w:eastAsia="Times New Roman" w:cs="Times New Roman"/>
        </w:rPr>
        <w:t>• Kòmansman Levanjil Jan an ak fen Levanjil Jan an.</w:t>
      </w:r>
    </w:p>
    <w:p>
      <w:pPr>
        <w:pStyle w:val="ArticleListItem"/>
        <w:ind w:left="576" w:hanging="259"/>
        <w:jc w:val="left"/>
      </w:pPr>
      <w:r>
        <w:rPr>
          <w:rFonts w:ascii="Times New Roman" w:hAnsi="Times New Roman" w:eastAsia="Times New Roman" w:cs="Times New Roman"/>
        </w:rPr>
        <w:t>• Kòmansman kat levanjil yo ak finisman kat levanjil yo.</w:t>
      </w:r>
    </w:p>
    <w:p>
      <w:pPr>
        <w:pStyle w:val="ArticleBody"/>
        <w:jc w:val="left"/>
      </w:pPr>
      <w:r>
        <w:rPr>
          <w:rFonts w:ascii="Times New Roman" w:hAnsi="Times New Roman" w:eastAsia="Times New Roman" w:cs="Times New Roman"/>
        </w:rPr>
        <w:t>Lè nou retire kòmansman oswa fen pwofetik yo ki site plis pase yon fwa, sa bay uit liy pwofetik ki dwe rasanble ansanm epi mete sou twa premye vèsè Liv Revelasyon an. E fen Jenèz la?</w:t>
      </w:r>
    </w:p>
    <w:p>
      <w:pPr>
        <w:pStyle w:val="ArticleBody"/>
        <w:jc w:val="left"/>
      </w:pPr>
      <w:r>
        <w:rPr>
          <w:rFonts w:ascii="Times New Roman" w:hAnsi="Times New Roman" w:eastAsia="Times New Roman" w:cs="Times New Roman"/>
        </w:rPr>
        <w:t>Jenèz chapit senkant la fini ak lanmò Jozèf.</w:t>
      </w:r>
    </w:p>
    <w:p>
      <w:pPr>
        <w:pStyle w:val="ArticleScripture"/>
        <w:jc w:val="left"/>
      </w:pPr>
      <w:r>
        <w:rPr>
          <w:rFonts w:ascii="Times New Roman" w:hAnsi="Times New Roman" w:eastAsia="Times New Roman" w:cs="Times New Roman"/>
        </w:rPr>
        <w:t>Konsa Jozèf mouri, li te gen san dizan; yo ansèkle li, epi yo mete l nan yon sèkèy nan peyi Lejip. Jenèz 50:26.</w:t>
      </w:r>
    </w:p>
    <w:p>
      <w:pPr>
        <w:pStyle w:val="ArticleBody"/>
        <w:jc w:val="left"/>
      </w:pPr>
      <w:r>
        <w:rPr>
          <w:rFonts w:ascii="Times New Roman" w:hAnsi="Times New Roman" w:eastAsia="Times New Roman" w:cs="Times New Roman"/>
        </w:rPr>
        <w:t>Chapit karant-uit la idantifie lanmò Jakòb. Lefètke lanmò Jakòb parèt an premye nan chapit karant-uit, epi sa mennen rive nan lanmò Jozèf nan dènye vèsè chapit senkant lan, sa mete siyati Alfa ak Omega a sou twa dènye chapit Jenèz yo kòm fen liv Jenèz la.</w:t>
      </w:r>
    </w:p>
    <w:p>
      <w:pPr>
        <w:pStyle w:val="ArticleBody"/>
        <w:jc w:val="left"/>
      </w:pPr>
      <w:r>
        <w:rPr>
          <w:rFonts w:ascii="Times New Roman" w:hAnsi="Times New Roman" w:eastAsia="Times New Roman" w:cs="Times New Roman"/>
        </w:rPr>
        <w:t>De lanmò sa yo sèvi kòm senbòl kòmansman ak fen kaptivite Izrayèl nan peyi Lejip. Nan kòmansman an, yo mennen kò Jakòb tounen pou yo antere l avèk zansèt li yo; epi lè Moyiz sòti kite peyi Lejip, li pote kò Jozèf la pou yo antere l nan plas antèman zansèt li yo.</w:t>
      </w:r>
    </w:p>
    <w:p>
      <w:pPr>
        <w:pStyle w:val="ArticleScripture"/>
        <w:jc w:val="left"/>
      </w:pPr>
      <w:r>
        <w:rPr>
          <w:rFonts w:ascii="Times New Roman" w:hAnsi="Times New Roman" w:eastAsia="Times New Roman" w:cs="Times New Roman"/>
        </w:rPr>
        <w:t>Epi Moyiz te pran zo Jozèf yo avèk li; paske li te fè pitit Izrayèl yo sèmante avèk tout fòs, li te di: Bondye va sètènman vin vizite nou; epi nou va pote zo mwen yo sòti isit la avèk nou. Egzòd 13:19.</w:t>
      </w:r>
    </w:p>
    <w:p>
      <w:pPr>
        <w:pStyle w:val="ArticleBody"/>
        <w:jc w:val="left"/>
      </w:pPr>
      <w:r>
        <w:rPr>
          <w:rFonts w:ascii="Times New Roman" w:hAnsi="Times New Roman" w:eastAsia="Times New Roman" w:cs="Times New Roman"/>
        </w:rPr>
        <w:t>Fin liv Jenèz la se twa dènye chapit yo. Nan chapit karantuit la, Jakòb (Izrayèl) pwononse benediksyon sou douz pitit gason li yo ki idantifye dirèkteman kòm pwofesi sou sa k ap rive douz tribi sa yo nan “dènye jou” jijman ankèt la.</w:t>
      </w:r>
    </w:p>
    <w:p>
      <w:pPr>
        <w:pStyle w:val="ArticleScripture"/>
        <w:jc w:val="left"/>
      </w:pPr>
      <w:r>
        <w:rPr>
          <w:rFonts w:ascii="Times New Roman" w:hAnsi="Times New Roman" w:eastAsia="Times New Roman" w:cs="Times New Roman"/>
        </w:rPr>
        <w:t>Epi Jakòb rele pitit gason l yo, li di yo: Rasanble nou ansanm, pou m ka fè nou konnen sa k pral rive nou nan dènye jou yo. Rasanble nou ansanm, epi koute, nou menm pitit gason Jakòb yo; wi, tande Izrayèl, papa nou. Jenèz 49:1, 2.</w:t>
      </w:r>
    </w:p>
    <w:p>
      <w:pPr>
        <w:pStyle w:val="ArticleBody"/>
        <w:jc w:val="left"/>
      </w:pPr>
      <w:r>
        <w:rPr>
          <w:rFonts w:ascii="Times New Roman" w:hAnsi="Times New Roman" w:eastAsia="Times New Roman" w:cs="Times New Roman"/>
        </w:rPr>
        <w:t>Nan “dènye jou” jijman ankèt la, Senyè a pwomèt pou l rasanble douz pitit gason li yo, ki reprezante kòm san karannkatmil yo nan liv Revelasyon an. Se sila yo Jan dekri nan liv Revelasyon an. Yo rasanble pa yon apèl ki soti nan Jakòb, yon apèl ki soti nan istwa kòmansman yo, ke yo di yo dwe “tande” epi “koute” li. Nan dènye jou yo, sila yo Jakòb te sèvi pou prefigire yo pa “tande” yon mesaj epi yo “koute,” oswa jan Jan di sa, yo “kenbe” bagay sa yo ki ekri ladan l. Se yon apèl ki soti nan men papa a pou pitit yo; se mesaj Eli a. Sila yo yo rele yo, yo rele yo “pitit gason Jakòb,” epi yo dwe tou “koute Izrayèl,” papa yo.</w:t>
      </w:r>
    </w:p>
    <w:p>
      <w:pPr>
        <w:pStyle w:val="ArticleBody"/>
        <w:jc w:val="left"/>
      </w:pPr>
      <w:r>
        <w:rPr>
          <w:rFonts w:ascii="Times New Roman" w:hAnsi="Times New Roman" w:eastAsia="Times New Roman" w:cs="Times New Roman"/>
        </w:rPr>
        <w:t>Ésaü et Jacob, dans Malachie, représentent les vierges sages et les vierges folles. L’appel vient de leur père Jacob et de leur père Israël, indiquant que, lorsque le dernier appel est lancé, chacun est un Adventiste laodicéen, et que le choix est remis entre ses propres mains, à savoir s’il sera un fils de Jacob, le séducteur, ou d’Israël, le vainqueur. Ce qui leur permet de faire un choix, c’est la puissance créatrice contenue dans le message. Si le message est lu, entendu et gardé, alors, par la même puissance créatrice qui a amené toutes choses à l’existence, ils seront transformés en fils d’Israël. Refuser d’entendre, c’est conserver l’expérience de Jacob, le séducteur.</w:t>
      </w:r>
    </w:p>
    <w:p>
      <w:pPr>
        <w:pStyle w:val="ArticleBody"/>
        <w:jc w:val="left"/>
      </w:pPr>
      <w:r>
        <w:rPr>
          <w:rFonts w:ascii="Times New Roman" w:hAnsi="Times New Roman" w:eastAsia="Times New Roman" w:cs="Times New Roman"/>
        </w:rPr>
        <w:t>Apèl rasanbleman Jakòb la, ki se tou apèl rasanbleman mesaj ki dekache nan Revelasyon an, se yon senbòl enpòtan pou konprann. “Sèt fwa” Levitik vennsis la anseye ke pa gen okenn rasanbleman, sof si anvan sa te gen yon dispèsyon. San karannkat mil yo se sila yo ki te gaye davans anvan apèl la. Verite sa a idantifye repete nan Bib la.</w:t>
      </w:r>
    </w:p>
    <w:p>
      <w:pPr>
        <w:pStyle w:val="ArticleScripture"/>
        <w:jc w:val="left"/>
      </w:pPr>
      <w:r>
        <w:rPr>
          <w:rFonts w:ascii="Times New Roman" w:hAnsi="Times New Roman" w:eastAsia="Times New Roman" w:cs="Times New Roman"/>
        </w:rPr>
        <w:t>Koute pawòl Senyè a, nou menm nasyon yo, epi fè l konnen nan zile ki byen lwen yo, epi di: Sila a ki te gaye Izrayèl la va rasanble l, epi l ap veye sou li, tankou yon bèje veye sou twoupo li. Jeremi 31:10.</w:t>
      </w:r>
    </w:p>
    <w:p>
      <w:pPr>
        <w:pStyle w:val="ArticleBody"/>
        <w:jc w:val="left"/>
      </w:pPr>
      <w:r>
        <w:rPr>
          <w:rFonts w:ascii="Times New Roman" w:hAnsi="Times New Roman" w:eastAsia="Times New Roman" w:cs="Times New Roman"/>
        </w:rPr>
        <w:t>Alyans ki renouvle avèk san karant-kat mil yo gen ladan l pwomès ke Bondye pral ekri lalwa li nan kè nou. Men, moun sa yo ki Seyè a fè zak kreyatif sa a pou yo, yo te deja gaye anvan.</w:t>
      </w:r>
    </w:p>
    <w:p>
      <w:pPr>
        <w:pStyle w:val="ArticleScripture"/>
        <w:jc w:val="left"/>
      </w:pPr>
      <w:r>
        <w:rPr>
          <w:rFonts w:ascii="Times New Roman" w:hAnsi="Times New Roman" w:eastAsia="Times New Roman" w:cs="Times New Roman"/>
        </w:rPr>
        <w:t>Seyè a pale avè m ankò, li di: Pitit lòm, frè ou yo, wi, frè ou yo, mesye fanmi ou yo, ak tout kay Izrayèl la nèt ale, se yo menm abitan Jerizalèm yo di: Wete nou byen lwen Seyè a; se nou menm yo bay peyi sa a pou nou posede l. Se poutèt sa, di: Men sa Senyè Bondye a di: Malgre mwen te voye yo byen lwen nan mitan nasyon yo, e malgre mwen te gaye yo nan divès peyi yo, kanmenm m ap pou yo tankou yon ti sanktyè nan peyi kote yo pral rive yo. Se poutèt sa, di: Men sa Senyè Bondye a di: M ap ranmase nou soti nan mitan pèp yo, m ap reyini nou soti nan peyi kote nou te gaye yo, e m ap ban nou peyi Izrayèl la. Yo pral vini la, epi yo pral wete tout bagay degoutan ki ladan l yo ak tout abominasyon li yo soti la. M ap ba yo yon sèl kè, e m ap mete yon lespri nouvo anndan nou; m ap retire kè wòch la nan chè yo, e m ap ba yo yon kè chè. Ezekyèl 11:14–19.</w:t>
      </w:r>
    </w:p>
    <w:p>
      <w:pPr>
        <w:pStyle w:val="ArticleBody"/>
        <w:jc w:val="left"/>
      </w:pPr>
      <w:r>
        <w:rPr>
          <w:rFonts w:ascii="Times New Roman" w:hAnsi="Times New Roman" w:eastAsia="Times New Roman" w:cs="Times New Roman"/>
        </w:rPr>
        <w:t>Gen plis bagay pou di konsènan rasanbleman san karannkat mil yo an rapò ak “dispersyon an,” men nou bezwen anvan sa rasanble konsiderasyon siyati Alfa ak Omega a nan nèf referans sa yo n ap egzamine yo.</w:t>
      </w:r>
    </w:p>
    <w:p>
      <w:pPr>
        <w:pStyle w:val="ArticleBody"/>
        <w:jc w:val="left"/>
      </w:pPr>
      <w:r>
        <w:rPr>
          <w:rFonts w:ascii="Times New Roman" w:hAnsi="Times New Roman" w:eastAsia="Times New Roman" w:cs="Times New Roman"/>
        </w:rPr>
        <w:t>De kategori reprezante nan twa dènye chapit Jenèz yo. Yon kategori rebèl ak yon kategori saj yo. Toude kategori yo tande yon vwa k ap di: men chemen an, mache ladan li; men yon kategori te refize koute twonpèt la epi mache nan ansyen chemen yo. Kategori rebèl nan Jenèz karant-uit rive senkant lan reprezante pa trèzyèm branch fanmi an.</w:t>
      </w:r>
    </w:p>
    <w:p>
      <w:pPr>
        <w:pStyle w:val="ArticleBody"/>
        <w:jc w:val="left"/>
      </w:pPr>
      <w:r>
        <w:rPr>
          <w:rFonts w:ascii="Times New Roman" w:hAnsi="Times New Roman" w:eastAsia="Times New Roman" w:cs="Times New Roman"/>
        </w:rPr>
        <w:t>Nan kòmansman ansyen Izrayèl te gen trèz branch fanmi, epi nan kòmansman Izrayèl modèn te gen trèz disip. Yon sèl disip ki separe ak douz lòt disip yo, (menm jan Efrayim te separe ak lòt branch fanmi yo) se toude senbòl rebelyon. Sè White rele Jida dirèkteman yon vyèj sòt.</w:t>
      </w:r>
    </w:p>
    <w:p>
      <w:pPr>
        <w:pStyle w:val="ArticleScripture"/>
        <w:jc w:val="left"/>
      </w:pPr>
      <w:r>
        <w:rPr>
          <w:rFonts w:ascii="Times New Roman" w:hAnsi="Times New Roman" w:eastAsia="Times New Roman" w:cs="Times New Roman"/>
        </w:rPr>
        <w:t>“Te gen, e ap toujou gen move zèb pami ble a, vyèj san konprann yo ansanm ak vyèj saj yo, moun ki pa gen lwil nan veso yo ansanm ak lanp yo. Te gen yon Jida anvye nan legliz Kris la te tabli sou tè a, e ap gen Jida nan legliz la nan chak etap nan istwa li.” Signs of the Times, 23 oktòb 1879.</w:t>
      </w:r>
    </w:p>
    <w:p>
      <w:pPr>
        <w:pStyle w:val="ArticleBody"/>
        <w:jc w:val="left"/>
      </w:pPr>
      <w:r>
        <w:rPr>
          <w:rFonts w:ascii="Times New Roman" w:hAnsi="Times New Roman" w:eastAsia="Times New Roman" w:cs="Times New Roman"/>
        </w:rPr>
        <w:t>Jida Iskaryòt te yon vyèj sòt; li te yon move grenn, epi si li te yon vyèj sòt, alò li te yon Laodiseyen tou.</w:t>
      </w:r>
    </w:p>
    <w:p>
      <w:pPr>
        <w:pStyle w:val="ArticleScripture"/>
        <w:jc w:val="left"/>
      </w:pPr>
      <w:r>
        <w:rPr>
          <w:rFonts w:ascii="Times New Roman" w:hAnsi="Times New Roman" w:eastAsia="Times New Roman" w:cs="Times New Roman"/>
        </w:rPr>
        <w:t>“Kondisyon Legliz la, jan li reprezante pa vyèj sòt yo, pale de li tou kòm eta Lawodiseyen an.” Review and Herald, 19 out 1890.</w:t>
      </w:r>
    </w:p>
    <w:p>
      <w:pPr>
        <w:pStyle w:val="ArticleBody"/>
        <w:jc w:val="left"/>
      </w:pPr>
      <w:r>
        <w:rPr>
          <w:rFonts w:ascii="Times New Roman" w:hAnsi="Times New Roman" w:eastAsia="Times New Roman" w:cs="Times New Roman"/>
        </w:rPr>
        <w:t>Nan chapit karantwit Jenèz la, de pitit gason Jozèf yo toude te resevwa yon benediksyon nan men Jakòb, e depi lè sa a yo vin rele yo “demi-branch fanmi.” Kit se demi-branch fanmi yo te ye ou non, yo te toujou branch fanmi. Jida Iskaryòt te ranplase pa Matyas pou l te ranpli douzyèm plas la Jida Iskaryòt te okipe anvan. Jida te yon disip, e nan sans sa a—te gen trèz disip nan fen ansyen Izrayèl la, menm jan te gen trèz branch fanmi nan kòmansman an.</w:t>
      </w:r>
    </w:p>
    <w:p>
      <w:pPr>
        <w:pStyle w:val="ArticleBody"/>
        <w:jc w:val="left"/>
      </w:pPr>
      <w:r>
        <w:rPr>
          <w:rFonts w:ascii="Times New Roman" w:hAnsi="Times New Roman" w:eastAsia="Times New Roman" w:cs="Times New Roman"/>
        </w:rPr>
        <w:t>Efrayim, pitit gason Jozèf la (trèzyèm tribi a), te vin senbòl rebelyon an lè dis tribi nò yo te reyini pou soutni Jewoboram epi yo te divize wayòm nan an dis tribi nò ak de tribi sid. Poukisa mwen idantifye Efrayim, pitit gason Jozèf la, kòm senbòl rebelyon an olye de frè li Manase? Rebelyon ki asosye ak Efrayim nan kòmanse nan chapit karantuit la, anvan Jakòb beni douz pitit gason li yo. Nan chapit karantuit la, Jakòb premye beni de pitit gason Jozèf yo. Paske Manase te premye pitit la, Jozèf espere premye benediksyon pou pitit gason li yo ta dwe tonbe sou Manase, epi Jozèf leve kont chwa Jakòb ki te fè sou Efrayim.</w:t>
      </w:r>
    </w:p>
    <w:p>
      <w:pPr>
        <w:pStyle w:val="ArticleBody"/>
        <w:jc w:val="left"/>
      </w:pPr>
      <w:r>
        <w:rPr>
          <w:rFonts w:ascii="Times New Roman" w:hAnsi="Times New Roman" w:eastAsia="Times New Roman" w:cs="Times New Roman"/>
        </w:rPr>
        <w:t>Kòmansman Efrayim kòm yon reprezantan moun Bondye chwazi yo pote yon temwayaj rebelyon, epi fen Efrayim se dispèsyon “sèt fwa” Levitik venntsis la, depi 723 anvan Jezikri jouk rive 1798. Nan 723 anvan Jezikri, dis tribi nò yo, wayòm Efrayim nan, (yo rele l tou Izrayèl) te resevwa yon blesi mòtèl kòm yon wayòm nan pwofesi biblik. Blesi mòtèl sa a te kòmanse yon pwofesi tan ki te rive nan konklizyon li lè pouvwa papal la ak wayòm li a te resevwa yon blesi mòtèl an 1798. Blesi mòtèl pouvwa papal la an 1798 la se yon tip fen final Babilòn nan, lè wa nò a pral “rive nan fen li san pesonn pou ede li” nan Danyèl onz vèsè karannsenk. Rebelyon ak tonbe Babilòn nan nan dènye jou yo te tipifye pa rebelyon ak tonbe pouvwa papal la an 1798, ki, an retou, te tipifye pa rebelyon ak tonbe wayòm Efrayim nan (Izrayèl) an 723 anvan Jezikri, ki menm te tipifye pa rebelyon Jozèf kont enspirasyon pwofetik papa li, jan sa idantifye nan fen Jenèz la.</w:t>
      </w:r>
    </w:p>
    <w:p>
      <w:pPr>
        <w:pStyle w:val="ArticleBody"/>
        <w:jc w:val="left"/>
      </w:pPr>
      <w:r>
        <w:rPr>
          <w:rFonts w:ascii="Times New Roman" w:hAnsi="Times New Roman" w:eastAsia="Times New Roman" w:cs="Times New Roman"/>
        </w:rPr>
        <w:t>Rebelyon Efrayim lan se yon senbòl la te kòmanse avèk rebelyon papa li a (Jozèf) kont papa pa li a (Jakòb). Alafen, li mennen nan rebelyon dis tribi nò yo, ki mennen nan “dispersyon yo reprezante” kòm “sèt fwa” nan Levitik vennsis. Peryòd tan wayòm nò a te gaye a divize an de peryòd. Youn fini nan ane 538, lòt peryòd la fini an 1798, epi tout sa yo lonje dwèt sou mesaj ki dezipe jis anvan tan gras la fèmen nan liv Revelasyon an. Mesaj sa a idantifye tonbe final Babilòn nan. Nan chak repè nan istwa pwofetik Efrayim nan, rebelyon make. Menm jan rebelyon trèzyèm disip la, Jida Iskaryòt, make tou. Sa yo se de nan temwen ki idantifye nimewo trèz la kòm yon senbòl rebelyon. Men okenn nan verite sakre sa yo pa ka rekonèt si yon moun pa kanpe sou fondasyon Advantis yo, ki te bati sou premye verite Miller te dekouvri a ak premye verite Advantis yo te jete a.</w:t>
      </w:r>
    </w:p>
    <w:p>
      <w:pPr>
        <w:pStyle w:val="ArticleBody"/>
        <w:jc w:val="left"/>
      </w:pPr>
      <w:r>
        <w:rPr>
          <w:rFonts w:ascii="Times New Roman" w:hAnsi="Times New Roman" w:eastAsia="Times New Roman" w:cs="Times New Roman"/>
        </w:rPr>
        <w:t>Fen Jenèz la dakò ak tout lòt liy nou te ap konsidere yo. An rezime:</w:t>
      </w:r>
    </w:p>
    <w:p>
      <w:pPr>
        <w:pStyle w:val="ArticleBody"/>
        <w:jc w:val="left"/>
      </w:pPr>
      <w:r>
        <w:rPr>
          <w:rFonts w:ascii="Times New Roman" w:hAnsi="Times New Roman" w:eastAsia="Times New Roman" w:cs="Times New Roman"/>
        </w:rPr>
        <w:t>Nan kòmansman an, triyo selès la — Papa a, Pitit la ak Sentespri a — te temwen kreyasyon syèl la ak tè a, ki te akonpli pa Pitit la, ki se Pawòl la tou. Pawòl la te vin mwayen kominikasyon soti nan Papa a rive jwenn limanite, e Pawòl la se sèl chemen limanite genyen pou kominike avèk Papa a. Mesaj Papa a te bay pa Pitit la bay zanj Gabriyèl, ki te ranplase Lisifè (potè limyè a) apre rebelyon Lisifè nan syèl la. Gabriyèl resevwa limyè a, oswa mesaj la, epi li delivre li bay yon pwofèt, ki se èt sen ki te kreye e ki resevwa misyon pou transmèt mesaj la soti nan Papa a bay fanmi kreyati ki tonbe a. Mesaj ki bay pwofèt la ekri, epi apre sa yo transmèt li bay limanite. Nan chak etap nan pwosesis kominikasyon an, mesaj la sen, e se poutèt sa pwofèt yo, ki se èt imen tonbe, dwe sen. Lè mesaj sen an pase nan men limanite tonbe, limanite gen posiblite pou l manyen yon mesaj sen ak men ki pa sanktifye. Konsa, limyè mesaj sen an pwodui ni limyè ni fènwa. Lè mesaj la resevwa pa moun ki nan fanmi limanite tonbe a, li gen menm pouvwa kreyatè a menm ki te kreye tout bagay yo, e se pouvwa sa a ki jistifye èt sa a. Kòmansman pwosesis kominikasyon an montre fen pwosesis kominikasyon an. Se poutèt sa, si yo tande mesaj la, li li, epi yo kenbe li, mesaj la rekreye limanite tonbe a nan imaj Pitit la.</w:t>
      </w:r>
    </w:p>
    <w:p>
      <w:pPr>
        <w:pStyle w:val="ArticleScripture"/>
        <w:jc w:val="left"/>
      </w:pPr>
      <w:r>
        <w:rPr>
          <w:rFonts w:ascii="Times New Roman" w:hAnsi="Times New Roman" w:eastAsia="Times New Roman" w:cs="Times New Roman"/>
        </w:rPr>
        <w:t>Benediksyon pou moun ki li, ak pou moun ki tande pawòl pwofesi sa a, epi ki kenbe bagay ki ekri ladan l yo; paske tan an prèt. Revelasyon 1:3.</w:t>
      </w:r>
    </w:p>
    <w:p>
      <w:pPr>
        <w:pStyle w:val="ArticleBody"/>
        <w:jc w:val="left"/>
      </w:pPr>
      <w:r>
        <w:rPr>
          <w:rFonts w:ascii="Times New Roman" w:hAnsi="Times New Roman" w:eastAsia="Times New Roman" w:cs="Times New Roman"/>
        </w:rPr>
        <w:t>Jan montre l’humanité déchue dans les « derniers jours » du jugement d’instruction, qui entend une voix derrière elle et se retourne pour recevoir le message qui conduit au passé. Ceux qui reçoivent ce message et en font, non pas une partie de leur vie, mais exclusivement leur vie, sont alors et là même justifiés. Être justifié, c’est être rendu saint. Lorsque ceux qui lisent et entendent le message envoyé par le Père acceptent ce message et sont rendus saints, c’est par la puissance créatrice contenue dans le message. La puissance créatrice accomplit l’œuvre de la justification des hommes, lorsque les hommes croient comme Abraham a cru. Le message leur ordonne de se retourner et d’écouter la voix derrière eux, laquelle conduit aux anciens sentiers, qui sont les vérités fondamentales. Le message les guide dans toute la vérité, et tandis qu’ils marchent dans les anciens sentiers, ils marchent sur le chemin des justifiés.</w:t>
      </w:r>
    </w:p>
    <w:p>
      <w:pPr>
        <w:pStyle w:val="ArticleScripture"/>
        <w:jc w:val="left"/>
      </w:pPr>
      <w:r>
        <w:rPr>
          <w:rFonts w:ascii="Times New Roman" w:hAnsi="Times New Roman" w:eastAsia="Times New Roman" w:cs="Times New Roman"/>
        </w:rPr>
        <w:t>Men chemen moun ki jis yo tankou limyè k ap klere, ki vin pi klere toujou jouk li rive nan gran lajounen. Men chemen mechan yo tankou fènwa: yo pa konnen sou ki sa yo bite. Pitit mwen, koute pawòl mwen yo byen; panche zòrèy ou sou sa m ap di yo. Pa kite yo soti devan je ou; sere yo nan mitan kè ou. Paske yo se lavi pou moun ki jwenn yo, epi yo se gerizon pou tout kò yo. Veye kè ou ak tout dilijans; paske se ladan l sous lavi yo soti. Wete bouch kwochi lwen ou, epi mete lèv tòde byen lwen ou. Se pou je ou gade dwat devan, e se pou po je ou fikse dwat devan ou. Konsidere chemen pye ou yo, epi se pou tout chemen ou yo byen tabli. Pa detounen ni adwat ni agoch: wete pye ou lwen sa ki mal. Pwovèb 4:18–27.</w:t>
      </w:r>
    </w:p>
    <w:p>
      <w:pPr>
        <w:pStyle w:val="ArticleBody"/>
        <w:jc w:val="left"/>
      </w:pPr>
      <w:r>
        <w:rPr>
          <w:rFonts w:ascii="Times New Roman" w:hAnsi="Times New Roman" w:eastAsia="Times New Roman" w:cs="Times New Roman"/>
        </w:rPr>
        <w:t>Moun ki jistifye pa mesaj yo te transmèt la ap mache sou chemen ki reprezante yon limyè k ap ogmante san rete, men se limyè sa a menm ki fè chemen mechan yo vin, an pwopòsyon, pi fènwa toujou. Limyè separe ak fènwa. Pouvwa kreyatif ki te bay lòd pou limyè parèt nan kòmansman an pwodui menm efè sa a sou limanite nan fen an menm jan limyè te fè sa nan kòmansman an. Klas ki refize tande vwa ki dèyè a, e poutèt sa chwazi mache sou chemen ki vin fènwa a, “bite” nan Pawòl li, paske yo bite sou wòch fondasyon an, ansyen wòch ki te deja éprouve a. Vwa a se Alfa ak Omega, e lè moun ki jistifye yo tande pawòl sa yo epi yo panche kè yo sou pawòl sa yo, yo kenbe pawòl sa yo nan mitan kè yo, paske Alfa ak Omega a vire kè yo bay zansèt yo, (pase a) epi kè zansèt yo lonje dwèt sou fen an.</w:t>
      </w:r>
    </w:p>
    <w:p>
      <w:pPr>
        <w:pStyle w:val="ArticleScripture"/>
        <w:jc w:val="left"/>
      </w:pPr>
      <w:r>
        <w:rPr>
          <w:rFonts w:ascii="Times New Roman" w:hAnsi="Times New Roman" w:eastAsia="Times New Roman" w:cs="Times New Roman"/>
        </w:rPr>
        <w:t>Chemen moun ki jis yo dwat; ou menm ki pi dwat la, ou peze chemen moun ki jis la. Wi, sou chemen jijman ou yo, O Senyè, nou tann ou; dezi nanm nou se pou non ou ak pou sonjman ou. Avèk nanm mwen mwen te anvi ou nan lannwit; wi, avèk lespri mwen anndan mwen, m ap chèche ou byen bonè; paske lè jijman ou yo sou tè a, moun k ap viv nan lemonn ap aprann jistis. Ezayi 26:7–9.</w:t>
      </w:r>
    </w:p>
    <w:p>
      <w:pPr>
        <w:pStyle w:val="ArticleBody"/>
        <w:jc w:val="left"/>
      </w:pPr>
      <w:r>
        <w:rPr>
          <w:rFonts w:ascii="Times New Roman" w:hAnsi="Times New Roman" w:eastAsia="Times New Roman" w:cs="Times New Roman"/>
        </w:rPr>
        <w:t>Bondye peze, oubyen Li jije, moun k ap mache nan chemen moun jis yo, e Li fè sa nan “dènye jou yo” lè jijman Li yo sou tè a. Moun jis yo se sila yo ki te tann Senyè a nan akonplisman tan reta a nan parabòl dis vyèj yo. Dezi sila yo k ap mache sou chemen konesans k ap ogmante a, se pou yo rive nan yon konpreyansyon pi plis toujou sou non Bondye, sou karaktè Li. Sila yo ki te tann Senyè yo a, se yo menm ki pwoklame dènye mesaj avètisman an, paske se yo menm ki pwoklame Rèl Minwi a, ki, natirèlman, se premye mesaj entèn Revelasyon dizwit la, epi dezyèm mesaj ekstèn nan vini apre li.</w:t>
      </w:r>
    </w:p>
    <w:p>
      <w:pPr>
        <w:pStyle w:val="ArticleScripture"/>
        <w:jc w:val="left"/>
      </w:pPr>
      <w:r>
        <w:rPr>
          <w:rFonts w:ascii="Times New Roman" w:hAnsi="Times New Roman" w:eastAsia="Times New Roman" w:cs="Times New Roman"/>
        </w:rPr>
        <w:t>Apre bagay sa yo, mwen wè yon lòt zanj desann soti nan syèl la, li te gen gwo pouvwa; e tè a te klere ak laglwa li. Epi li rele avèk fòs, ak yon vwa pwisan, li di: Babilòn, gran vil la, tonbe, li tonbe; li vin tounen kay demon yo, kachèt tout move lespri, ak kalòj tout zwazo ki pa pwòp e ki rayisab. Paske tout nasyon yo bwè nan diven kòlè fònikasyon li a; wa latè yo fè fònikasyon avèk li, e machann latè yo vin rich grasa abondans delis li yo. Epi mwen tande yon lòt vwa soti nan syèl la, ki t ap di: Sòti ladan li, pèp mwen an, pou nou pa patisipe nan peche li yo, epi pou nou pa resevwa nan flewo li yo. Revelasyon 18:1–4.</w:t>
      </w:r>
    </w:p>
    <w:p>
      <w:pPr>
        <w:pStyle w:val="ArticleBody"/>
        <w:jc w:val="left"/>
      </w:pPr>
      <w:r>
        <w:rPr>
          <w:rFonts w:ascii="Times New Roman" w:hAnsi="Times New Roman" w:eastAsia="Times New Roman" w:cs="Times New Roman"/>
        </w:rPr>
        <w:t>Lè zanj Revelasyon dizwityèm nan te desann nan 11 septanm 2001, legliz Advantis Setyèm Jou a te refize dènye apèl li pou l retounen nan ansyen chemen yo. Lè sa a, li te sispann vin kòn vrè Pwotestantis la Ozetazini. Nan moman sa a, yon pwosesis eprèv te kòmanse pou sila yo ki te chwazi pran mesaj vwa pisan sa a epi manje l, jan Jan te sèvi kòm senbòl li lè zanj Revelasyon dis la te desann nan kòmansman Advantis la, nan 11 dawout 1840. Lè sa a, nasyon espirityèl ki te pran manto vrè Pwotestantis la lè mesaj premye zanj lan te rejte, te suiv tras Pwotestantis aposta a nan kòmansman Advantis la.</w:t>
      </w:r>
    </w:p>
    <w:p>
      <w:pPr>
        <w:pStyle w:val="ArticleBody"/>
        <w:jc w:val="left"/>
      </w:pPr>
      <w:r>
        <w:rPr>
          <w:rFonts w:ascii="Times New Roman" w:hAnsi="Times New Roman" w:eastAsia="Times New Roman" w:cs="Times New Roman"/>
        </w:rPr>
        <w:t>Kòn sa, vrè kòn Pwotestan an te vin bay moun ki te aksepte mesaj ki nan ti liv ki te nan men zanj lan nan Revelasyon dis la. Pwosesis eprèv ki te fèt nan kòmansman Adventis la soti 1840 rive 1844 reprezante yon pwosesis eprèv nan fen Adventis la depi 11 septanm 2001 jouk rive nan lwa dimanch Ozetazini. Nan premye istwa a, soti 1840 rive 1844, ansanm ak pwosesis eprèv ki te kòmanse 11 septanm 2001 an, sa make yon tranzisyon dispansasyonèl soti nan ansyen kò kwayan yo ki te pote manto Pwotestan an, pou rive nan yon nouvo kò kwayan ki pran manto vrè Pwotestantis la.</w:t>
      </w:r>
    </w:p>
    <w:p>
      <w:pPr>
        <w:pStyle w:val="ArticleBody"/>
        <w:jc w:val="left"/>
      </w:pPr>
      <w:r>
        <w:rPr>
          <w:rFonts w:ascii="Times New Roman" w:hAnsi="Times New Roman" w:eastAsia="Times New Roman" w:cs="Times New Roman"/>
        </w:rPr>
        <w:t>Pi enpòtan pou konsiderasyon nou sou chemen moun ki jistifye yo, se lefèt ke nan istwa sa a gen yon desepsyon ki make kòmansman tan reta a. Moun fidèl yo ap tann Seyè yo pandan tan sa a, ki fini ak dezèlman mesaj Kri Minwi a. Pwosesis eprèv sa a nan kòmansman Advantis la te fini lè mesaj Kri Minwi a te rive nan konklizyon li nan 22 oktòb 1844. Pwosesis eprèv la nan fen an fini pou sila yo Jan reprezante yo nan lwa dimanch Ozetazini. Mesaj Kri Minwi a nan fen an ap fini menm jan ak nan kòmansman an, epi nan kòmansman Advantis la mesaj Kri Minwi a te dezèle davans anvan fen pwosesis eprèv la. Mesaj Kri Minwi a nan kòmansman an kounye a ap dezèle nan fen an.</w:t>
      </w:r>
    </w:p>
    <w:p>
      <w:pPr>
        <w:pStyle w:val="ArticleBody"/>
        <w:jc w:val="left"/>
      </w:pPr>
      <w:r>
        <w:rPr>
          <w:rFonts w:ascii="Times New Roman" w:hAnsi="Times New Roman" w:eastAsia="Times New Roman" w:cs="Times New Roman"/>
        </w:rPr>
        <w:t>Vyèj saj yo, ki jistifye yo, antre nan alyans avèk Bondye lè vyèj sòt mechan yo antre nan yon alyans ak lanmò.</w:t>
      </w:r>
    </w:p>
    <w:p>
      <w:pPr>
        <w:pStyle w:val="ArticleScripture"/>
        <w:jc w:val="left"/>
      </w:pPr>
      <w:r>
        <w:rPr>
          <w:rFonts w:ascii="Times New Roman" w:hAnsi="Times New Roman" w:eastAsia="Times New Roman" w:cs="Times New Roman"/>
        </w:rPr>
        <w:t>Li te di yo konsa: Men repo a, kote nou ka fè moun ki bouke a poze; men rafrechisman an. Men yo pa t vle koute. Se konsa, pawòl Senyè a te vin pou yo: lòd sou lòd, lòd sou lòd; liy sou liy, liy sou liy; yon ti kras isit, yon ti kras lòtbò; pou yo ale, pou yo tonbe pa dèyè, pou yo kraze, pou yo pran nan pyèj, epi pou yo kaptire. Se poutèt sa, tande pawòl Senyè a, nou menm moun k ap pase nan betiz yo, ki ap gouvène pèp sa a ki nan Jerizalèm. Paske nou di: Nou fè yon alyans ak lanmò, e nou fè yon antant ak lanfè; lè flewo k ap debòde a va pase, li p ap rive sou nou; paske nou fè manti tounen refij nou, e se anba manti nou kache tèt nou. Se poutèt sa, men sa Senyè Bondye a di: Gade, mwen mete nan Siyon yon wòch kòm fondasyon, yon wòch éprouve, yon pyè ang presye, yon fondasyon solid; moun ki kwè a p ap prese. Ezayi 28:12–16.</w:t>
      </w:r>
    </w:p>
    <w:p>
      <w:pPr>
        <w:pStyle w:val="ArticleBody"/>
        <w:jc w:val="left"/>
      </w:pPr>
      <w:r>
        <w:rPr>
          <w:rFonts w:ascii="Times New Roman" w:hAnsi="Times New Roman" w:eastAsia="Times New Roman" w:cs="Times New Roman"/>
        </w:rPr>
        <w:t>Sila yo ki te jistifye yo pote mesaj sakre Rèl Minwi a bay legliz la, epi apre sa yo pwoklame mesaj dezyèm vwa a pandan y ap rele limanite soti nan Babilòn.</w:t>
      </w:r>
    </w:p>
    <w:p>
      <w:pPr>
        <w:pStyle w:val="ArticleScripture"/>
        <w:jc w:val="left"/>
      </w:pPr>
      <w:r>
        <w:rPr>
          <w:rFonts w:ascii="Times New Roman" w:hAnsi="Times New Roman" w:eastAsia="Times New Roman" w:cs="Times New Roman"/>
        </w:rPr>
        <w:t>“Konsa, nan dènye travay pou avètisman mond lan, de apèl ki diferan fèt bay legliz yo. Mesaj dezyèm zanj lan se: ‘Babilòn tonbe, li tonbe, gwo vil sa a, paske li fè tout nasyon yo bwè diven kòlè fònikasyon li a.’ Epi, nan gran rèl mesaj twazyèm zanj lan, yo tande yon vwa soti nan syèl la k ap di: ‘Soti ladan l, pèp mwen an, pou nou pa patisipe nan peche li yo, epi pou nou pa resevwa nan flewo li yo. Paske peche li yo rive jouk nan syèl la, e Bondye sonje inikite li yo.’” Review and Herald, 6 desanm 1892.</w:t>
      </w:r>
    </w:p>
    <w:p>
      <w:pPr>
        <w:pStyle w:val="ArticleBody"/>
        <w:jc w:val="left"/>
      </w:pPr>
      <w:r>
        <w:rPr>
          <w:rFonts w:ascii="Times New Roman" w:hAnsi="Times New Roman" w:eastAsia="Times New Roman" w:cs="Times New Roman"/>
        </w:rPr>
        <w:t>Moun ki sòti Babylòn pou vin mete tèt yo ansanm ak sila yo k ap mache sou chemen moun ki jis yo, yo resevwa yo nan twoupo a atravè dlo batèm nan, batèm ki reprezante pa non triyo selès la. Moun ki jistifye yo, kit se sila yo k ap tande kounye a mesaj ki te delivre bay Jan sou Patmos la, kit se sila yo yo rele pou sòti Babylòn apre sa, yo tout jistifye lè yo resevwa Sentespri a. Konbinezon sa a ant divinite Sentespri a ak limanite lòm nan te reyalize, jan sa te tabli kòm egzanp lan lè Kris te pran nati imen sou li. San karannkat mil yo te reprezante pa de temwen yo, douz pitit gason Jakòb yo ak douz disip yo. Mechan yo reprezante pa trèzyèm branch fanmi an ak trèzyèm disip la. Toude “trèz” yo nan youn oswa lòt ilistrasyon an te rele pou yo vin prèt pou Bondye, e sila yo ki rejte apèl sa a reprezante pa Ezaou, tandiske ti frè li Jakòb reprezante sila yo ki aksepte apèl la. Ezaou ak Jakòb toude reprezante Advantis Setyèm Jou Laodise yo nan fen mond lan. Youn nan klas yo aksepte mesaj sen an ki transmèt atravè ekri pwofèt la, epi yo chanje pou yo vin Izrayèl, tandiske Ezaou kenbe non pa li.</w:t>
      </w:r>
    </w:p>
    <w:p>
      <w:pPr>
        <w:pStyle w:val="ArticleBody"/>
        <w:jc w:val="left"/>
      </w:pPr>
      <w:r>
        <w:rPr>
          <w:rFonts w:ascii="Times New Roman" w:hAnsi="Times New Roman" w:eastAsia="Times New Roman" w:cs="Times New Roman"/>
        </w:rPr>
        <w:t>Byen antandi, gen anpil plis toujou nan nèf liy sa yo sou Alfa ak Omega, paske sa a te senpleman yon rezime kout sou kòmansman ak fen yo nan Pawòl Bondye a.</w:t>
      </w:r>
    </w:p>
    <w:p>
      <w:pPr>
        <w:pStyle w:val="ArticleBody"/>
        <w:jc w:val="left"/>
      </w:pPr>
      <w:r>
        <w:rPr>
          <w:rFonts w:ascii="Times New Roman" w:hAnsi="Times New Roman" w:eastAsia="Times New Roman" w:cs="Times New Roman"/>
        </w:rPr>
        <w:t>Nèf liy istwa, ki reprezante istwa pwofetik depi kreyasyon an rive jouk Dezyèm Vini an. Tout nèf liy pwofetik sa yo, nan kòmansman yo ak nan fen yo, konekte dirèkteman ak twa premye vèsè chapit premye Revelasyon an. Twa vèsè sa yo idantifye ke Revelasyon Jezikri a, ki devwale jis anvan tan gras la fèmen, se yon manifestasyon pouvwa kreyatè Bondye a. Ki lòt pouvwa ki ta kapab konstwi yon temwayaj konsa, tèlman konplèks e tise ansanm, soti nan yon divèsite temwen ki te bay temwayaj yo depi nan tan Moyiz jouk nan tan Jan Revelatè a?</w:t>
      </w:r>
    </w:p>
    <w:p>
      <w:pPr>
        <w:pStyle w:val="ArticleBody"/>
        <w:jc w:val="left"/>
      </w:pPr>
      <w:r>
        <w:rPr>
          <w:rFonts w:ascii="Times New Roman" w:hAnsi="Times New Roman" w:eastAsia="Times New Roman" w:cs="Times New Roman"/>
        </w:rPr>
        <w:t>Retire soulye ou, paske se tè sen sa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Révélation de Jésus-Christ - Numéro Trois</dc:title>
  <dc:subject>Devwale Fondman Pwofetik yo: Yon Etid sou Revelasyon ak Chemen Verite a</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