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Revelasyon Jezikri a — Nimewo Dis</w:t>
      </w:r>
    </w:p>
    <w:p>
      <w:pPr>
        <w:pStyle w:val="ArticleSubtitle"/>
        <w:jc w:val="left"/>
      </w:pPr>
      <w:r>
        <w:rPr>
          <w:rFonts w:ascii="Arial" w:hAnsi="Arial" w:eastAsia="Arial" w:cs="Arial"/>
        </w:rPr>
        <w:t>Lagè nan Syèl 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2023-11-03</w:t>
      </w:r>
    </w:p>
    <w:p>
      <w:pPr>
        <w:pStyle w:val="ArticleBody"/>
        <w:jc w:val="left"/>
      </w:pPr>
      <w:r>
        <w:rPr>
          <w:rFonts w:ascii="Times New Roman" w:hAnsi="Times New Roman" w:eastAsia="Times New Roman" w:cs="Times New Roman"/>
        </w:rPr>
        <w:t>Gwo konfli ki genyen ant Kris ak Lisifè (Moun ki pote Limyè a) te kòmanse nan syèl la, epi Bondye te pèmèt yon tan pwobasyon. Lè Lisifè t ap gaye rebelyon li a, yo te kite yon peryòd tan pou fwi rebelyon Moun ki pote Limyè a te manifeste. Lè Bondye te deside ke peryòd pwobasyon an te fini, non Lisifè te chanje soti nan Lisifè, Moun ki pote Limyè a, pou vin Satan, Advèsè a. Pou Satan ak zanj ki te mete tèt yo ansanm avè l nan rebelyon li a, peryòd pwobasyon an te fini, epi yo te chase yo soti nan syèl la, epi yo te kondane yo nan dife etènèl.</w:t>
      </w:r>
    </w:p>
    <w:p>
      <w:pPr>
        <w:pStyle w:val="ArticleScripture"/>
        <w:jc w:val="left"/>
      </w:pPr>
      <w:r>
        <w:rPr>
          <w:rFonts w:ascii="Times New Roman" w:hAnsi="Times New Roman" w:eastAsia="Times New Roman" w:cs="Times New Roman"/>
        </w:rPr>
        <w:t>Lè sa a, li pral di tou ak sila yo ki sou bò gòch la: Retire nou devan mwen, nou menm ki modi, ale nan dife etènèl la, ki te prepare pou dyab la ak zanj li yo. Matye 25:41.</w:t>
      </w:r>
    </w:p>
    <w:p>
      <w:pPr>
        <w:pStyle w:val="ArticleBody"/>
        <w:jc w:val="left"/>
      </w:pPr>
      <w:r>
        <w:rPr>
          <w:rFonts w:ascii="Times New Roman" w:hAnsi="Times New Roman" w:eastAsia="Times New Roman" w:cs="Times New Roman"/>
        </w:rPr>
        <w:t>Gran konfli ant Kris ak Satan an te rive apre sa nan Jaden Edenn nan, e yon lòt fwa ankò Bondye te mete yon tan pwobasyon. Lè Satan te akize Bondye kòmkwa li t ap bay manti konsènan lanmò ak fwi pyebwa a, epi li te sedui Èv pou l te antre nan rebelyon li a, yo te ankò pèmèt yon peryòd tan pou fwi rebelyon Satan an manifeste sou tè a, menm jan sa te fèt nan syèl la. Se la Satan te resevwa non siplemantè Dyab la, ki vle di “Akitè a”. Lè tan pwobasyon an (pou pitit Adan yo ki te antre nan rebelyon Satan an) fini, pitit Adan sa yo pral kondane nan dife etènèl.</w:t>
      </w:r>
    </w:p>
    <w:p>
      <w:pPr>
        <w:pStyle w:val="ArticleScripture"/>
        <w:jc w:val="left"/>
      </w:pPr>
      <w:r>
        <w:rPr>
          <w:rFonts w:ascii="Times New Roman" w:hAnsi="Times New Roman" w:eastAsia="Times New Roman" w:cs="Times New Roman"/>
        </w:rPr>
        <w:t>Epi te gen lagè nan syèl la: Mikaèl ak zanj li yo te goumen kont dragon an; epi dragon an te goumen ansanm ak zanj pa li yo. Men yo pa t genyen batay la; ni yo pa t jwenn plas yo ankò nan syèl la. Epi yo te chase gwo dragon an deyò, ansyen sèpan sa a, yo rele Dyab la ak Satan, li menm ki twonpe tout lemonn nan: yo te voye l desann sou tè a, epi zanj li yo te voye desann avè l. Revelasyon 12:7–9.</w:t>
      </w:r>
    </w:p>
    <w:p>
      <w:pPr>
        <w:pStyle w:val="ArticleBody"/>
        <w:jc w:val="left"/>
      </w:pPr>
      <w:r>
        <w:rPr>
          <w:rFonts w:ascii="Times New Roman" w:hAnsi="Times New Roman" w:eastAsia="Times New Roman" w:cs="Times New Roman"/>
        </w:rPr>
        <w:t>Lagè ki te fèt nan syèl la nan kòmansman gwo konfli a ilistre lagè ki pral fèt nan fen gwo konfli a, paske Alfa ak Omega toujou ilistre fen yon bagay ansanm ak kòmansman yon bagay. Deskripsyon lagè ki te fèt nan syèl la prezante pa yon gwo mèvèy nan syèl la.</w:t>
      </w:r>
    </w:p>
    <w:p>
      <w:pPr>
        <w:pStyle w:val="ArticleScripture"/>
        <w:jc w:val="left"/>
      </w:pPr>
      <w:r>
        <w:rPr>
          <w:rFonts w:ascii="Times New Roman" w:hAnsi="Times New Roman" w:eastAsia="Times New Roman" w:cs="Times New Roman"/>
        </w:rPr>
        <w:t>Lè sa a, yon gwo mèvèy parèt nan syèl la: yon fanm ki te abiye ak solèy la, lalin nan anba pye li, epi sou tèt li te gen yon kouwòn douz zetwal. Fanm sa a, ki te ansent, t ap rele byen fò nan doulè tranche, li t ap soufri pou l akouche. Revelasyon 12:1, 2.</w:t>
      </w:r>
    </w:p>
    <w:p>
      <w:pPr>
        <w:pStyle w:val="ArticleBody"/>
        <w:jc w:val="left"/>
      </w:pPr>
      <w:r>
        <w:rPr>
          <w:rFonts w:ascii="Times New Roman" w:hAnsi="Times New Roman" w:eastAsia="Times New Roman" w:cs="Times New Roman"/>
        </w:rPr>
        <w:t>Lè konfli final gwo kontwovès la ant Kris la ak Satan an rive, pandan tan gras la toujou an vigè, chan batay la reprezante nan Revelasyon Jezikri a kòm li ye nan syèl la. Verite sa a kounye a ap devwale. Apot Pòl pale de twa syèl.</w:t>
      </w:r>
    </w:p>
    <w:p>
      <w:pPr>
        <w:pStyle w:val="ArticleScripture"/>
        <w:jc w:val="left"/>
      </w:pPr>
      <w:r>
        <w:rPr>
          <w:rFonts w:ascii="Times New Roman" w:hAnsi="Times New Roman" w:eastAsia="Times New Roman" w:cs="Times New Roman"/>
        </w:rPr>
        <w:t>“Apot Pòl, byen bonè nan eksperyans kretyèn li, te resevwa okazyon espesyal pou aprann volonte Bondye konsènan disip Jezi yo. Li te ‘ravii jiska twazyèm syèl la,’ ‘nan paradi a, epi li tande pawòl ki pa ka esplike, pawòl li pa pèmèt pou yon moun pwononse.’ Li menm, li te rekonèt anpil ‘vizyon ak revelasyon’ li te resevwa ‘nan men Senyè a.’ Konpreyansyon li sou prensip verite levanjil la te egal ak pa ‘pi gwo nan apot yo menm.’ 2 Corinthians 12:2, 4, 1, 11. Li te gen yon konpreyansyon klè e konplè sou ‘lajè a, longè a, pwofondè a ak wotè a’ nan ‘lanmou Kris la, ki depase konesans.’ Ephesians 3:18, 19.” Acts of the Apostles, 469.</w:t>
      </w:r>
    </w:p>
    <w:p>
      <w:pPr>
        <w:pStyle w:val="ArticleBody"/>
        <w:jc w:val="left"/>
      </w:pPr>
      <w:r>
        <w:rPr>
          <w:rFonts w:ascii="Times New Roman" w:hAnsi="Times New Roman" w:eastAsia="Times New Roman" w:cs="Times New Roman"/>
        </w:rPr>
        <w:t>Lagè ki te kòmanse nan kòmansman gwo konfli a te kòmanse nan twazyèm syèl la, e lagè ki nan fen gwo konfli a fini nan premye syèl la. Gen twa syèl: premye a se syèl ki reprezante atmosfè planèt latè. Dezyèm syèl la se solèy la, lalin nan, ak zetwal yo. Twazyèm syèl la se sa Sè White te rele “paradi,” e li reprezante kote twòn Bondye a ye. Se nan prezans menm sant kòmandman Bondye a Pòtè Limyè a, Lisifè, te kòmanse rebelyon li a.</w:t>
      </w:r>
    </w:p>
    <w:p>
      <w:pPr>
        <w:pStyle w:val="ArticleBody"/>
        <w:jc w:val="left"/>
      </w:pPr>
      <w:r>
        <w:rPr>
          <w:rFonts w:ascii="Times New Roman" w:hAnsi="Times New Roman" w:eastAsia="Times New Roman" w:cs="Times New Roman"/>
        </w:rPr>
        <w:t>Twazyèm syèl la se kote kèk pwofèt, ansanm ak Sè White, te mennen nan vizyon. Lè Pòl te la, yo te montre l istwa leve zo sèch mò yo ki te touye nan lari a nan dat 18 jiyè 2020, ansanm ak evènman ki te swiv avèk nesans san karannkat mil yo. Yo te entèdi Pòl pataje istwa sa a, paske istwa sa a te reprezante kòm yon istwa li pa t legal pou “di.” Pòl te mouri yon ti kras plis pase trant ane anvan Jan Revelatè a te resevwa vizyon Revelasyon Jezikri a. Jan, menm jan ak Pòl, te tande sa sèt loraj yo te “di,” epi li menm tou yo te di l pou l pa ekri sa ki te “di.” Sa sèt loraj yo te “di” a te pou rete sele jouk nan fen twa jou edmi senbolik de temwen yo te mouri nan lari a.</w:t>
      </w:r>
    </w:p>
    <w:p>
      <w:pPr>
        <w:pStyle w:val="ArticleScripture"/>
        <w:jc w:val="left"/>
      </w:pPr>
      <w:r>
        <w:rPr>
          <w:rFonts w:ascii="Times New Roman" w:hAnsi="Times New Roman" w:eastAsia="Times New Roman" w:cs="Times New Roman"/>
        </w:rPr>
        <w:t>Epi lè sèt loraj yo te fè tande vwa yo, mwen te prèt pou m ekri; epi mwen tande yon vwa ki soti nan syèl la, ki t ap di m: Sele bagay sa yo sèt loraj yo te pwononse, epi pa ekri yo. Revelasyon 10:4.</w:t>
      </w:r>
    </w:p>
    <w:p>
      <w:pPr>
        <w:pStyle w:val="ArticleBody"/>
        <w:jc w:val="left"/>
      </w:pPr>
      <w:r>
        <w:rPr>
          <w:rFonts w:ascii="Times New Roman" w:hAnsi="Times New Roman" w:eastAsia="Times New Roman" w:cs="Times New Roman"/>
        </w:rPr>
        <w:t>Tout pwofèt yo rann temwayaj konsènan “dènye jou” jijman ankèt la, epi “dènye jou” sa yo te kòmanse espesyalman nan 11 septanm 2001, epi kounye a yo rive nan pwen kote sele a kòmanse. Sele a kòmanse nan fen twa jou edmi senbolik yo pandan de temwen yo, yo te touye a, te kouche nan lari a. Tout pwofèt yo dakò youn ak lòt. Pòl te wè chan batay dènye lagè pwobasyon an, ki fèt nan premye syèl la. Chan batay dènye lagè pwobasyon an, ki fèt anndan premye syèl la, koresponn ak chan batay premye lagè pwobasyon an, ki te fèt nan twazyèm syèl la. Li ta ka parèt initil pou idantifye chan batay yo kòm batay lagè pwobasyon an, men Satan, ki te advèsè Kris la nan premye batay la e ki se advèsè san karannkat mil yo nan dènye batay la, konnen tan li kout. Li konnen se yon batay ki tabli anndan chan tan pwobasyon an. Èske nou menm nou konnen sa?</w:t>
      </w:r>
    </w:p>
    <w:p>
      <w:pPr>
        <w:pStyle w:val="ArticleBody"/>
        <w:jc w:val="left"/>
      </w:pPr>
      <w:r>
        <w:rPr>
          <w:rFonts w:ascii="Times New Roman" w:hAnsi="Times New Roman" w:eastAsia="Times New Roman" w:cs="Times New Roman"/>
        </w:rPr>
        <w:t>Nan ane 1840, zanj pwisan an desann epi li bay mesaj premye zanj lan fòs. Lè sa a, Pwotestan jenerasyon sa a yo te sibi eprèv, epi yo te fini ak yon non rebelyon ki te tache ak yo, lè yo te make yo kòm pitit fi Babilòn yo. Non Lisifè a tou te chanje pandan tan eprèv pwobasyon li a. Zanj pwisan ki te desann an 1840 an te yon tip zanj pwisan Revelasyon dizwit la ki te desann nan dat 11 Septanm 2001. Jijman ankèt la pa t ko kòmanse an 1840, paske li te toujou katran nan lavni, men Pwotestan yo te toujou bay yon reprezantasyon pwofetik sou jijman vivan yo, paske lè zanj lan te desann an 1840, tan eprèv pwobasyon yo a te kòmanse. Lè zanj Revelasyon dizwit la te desann an 2001, jijman nan syèl la te chanje soti nan jijman mò yo pou ale nan jijman vivan yo.</w:t>
      </w:r>
    </w:p>
    <w:p>
      <w:pPr>
        <w:pStyle w:val="ArticleBody"/>
        <w:jc w:val="left"/>
      </w:pPr>
      <w:r>
        <w:rPr>
          <w:rFonts w:ascii="Times New Roman" w:hAnsi="Times New Roman" w:eastAsia="Times New Roman" w:cs="Times New Roman"/>
        </w:rPr>
        <w:t>Nan dat 18 jiyè 2020, premye dezapwentman an pou mouvman twazyèm zanj lan, ki tipifye pa premye dezapwentman mouvman premye zanj lan, te rive. Nan mouvman ki te nan kòmansman an, pwosesis eprèv Pwotestan yo te fini nan waymark premye dezapwentman an, epi apre sa eprèv premye mouvman an te kòmanse. Nan dat 18 jiyè 2020, pwosesis jijman an te fè yon lòt pa annavan, paske mesaj ki te dwe rive nan fen dezè twa jou edmi a pa t ap sèlman akonplisman pafè ak final mesaj Kri Minwi a, men li t ap make tou, nan sans pwofetik, arive sele san karannkat mil yo.</w:t>
      </w:r>
    </w:p>
    <w:p>
      <w:pPr>
        <w:pStyle w:val="ArticleScripture"/>
        <w:jc w:val="left"/>
      </w:pPr>
      <w:r>
        <w:rPr>
          <w:rFonts w:ascii="Times New Roman" w:hAnsi="Times New Roman" w:eastAsia="Times New Roman" w:cs="Times New Roman"/>
        </w:rPr>
        <w:t>Epi glwa Bondye Izrayèl la te monte soti sou cheriben an, kote li te ye a, rive sou papòt kay la. Epi li rele nonm ki te abiye ak twal len an, ki te gen bwat lank ekriven an bò kote li; Epi Seyè a di li: Pase nan mitan lavil la, nan mitan Jerizalèm, epi mete yon mak sou fwon moun k ap soupi yo ak moun k ap rele byen fò pou tout abominasyon ki fèt nan mitan li yo. Ezekyèl 9:3, 4.</w:t>
      </w:r>
    </w:p>
    <w:p>
      <w:pPr>
        <w:pStyle w:val="ArticleBody"/>
        <w:jc w:val="left"/>
      </w:pPr>
      <w:r>
        <w:rPr>
          <w:rFonts w:ascii="Times New Roman" w:hAnsi="Times New Roman" w:eastAsia="Times New Roman" w:cs="Times New Roman"/>
        </w:rPr>
        <w:t>Pwosesis seleman san karantkat mil la te kòmanse depi nan nesans yo, ki te tou rezireksyon yo. Mesaj kat van yo fè zo sèch ki te mouri yo tounen vivan, e mesaj kat van yo se mesaj seleman san karantkat mil la. Pòl ak Jan toude te wè e yo te tande menm istwa n ap viv kounye a a, istwa “anpil pwofèt ak moun jis te anvi wè.” Istwa gwo mouvman twazyèm zanj lan, ki te prefigire pa gwo mouvman premye zanj lan.</w:t>
      </w:r>
    </w:p>
    <w:p>
      <w:pPr>
        <w:pStyle w:val="ArticleScripture"/>
        <w:jc w:val="left"/>
      </w:pPr>
      <w:r>
        <w:rPr>
          <w:rFonts w:ascii="Times New Roman" w:hAnsi="Times New Roman" w:eastAsia="Times New Roman" w:cs="Times New Roman"/>
        </w:rPr>
        <w:t>“Tout mesaj yo te bay soti 1840 rive 1844 yo dwe vin gen fòs kounye a, paske gen anpil moun ki pèdi direksyon yo. Mesaj yo dwe ale nan tout legliz yo.</w:t>
      </w:r>
    </w:p>
    <w:p>
      <w:pPr>
        <w:pStyle w:val="ArticleScripture"/>
        <w:jc w:val="left"/>
      </w:pPr>
      <w:r>
        <w:rPr>
          <w:rFonts w:ascii="Times New Roman" w:hAnsi="Times New Roman" w:eastAsia="Times New Roman" w:cs="Times New Roman"/>
        </w:rPr>
        <w:t>“Kris te di: ‘Benediksyon pou je nou, paske yo wè; e pou zòrèy nou, paske yo tande. Paske anverite mwen di nou sa, anpil pwofèt ak moun jis te swete wè bagay nou wè yo, men yo pa t wè yo; epi tande bagay nou tande yo, men yo pa t tande yo’ [Matye 13:16, 17]. Benediksyon pou je ki te wè bagay ki te parèt an 1843 ak 1844.”</w:t>
      </w:r>
    </w:p>
    <w:p>
      <w:pPr>
        <w:pStyle w:val="ArticleScripture"/>
        <w:jc w:val="left"/>
      </w:pPr>
      <w:r>
        <w:rPr>
          <w:rFonts w:ascii="Times New Roman" w:hAnsi="Times New Roman" w:eastAsia="Times New Roman" w:cs="Times New Roman"/>
        </w:rPr>
        <w:t>“Mesaj la te bay. Epi pa ta dwe gen okenn reta pou repete mesaj la, paske siy tan yo ap akonpli; travay final la dwe fèt. Yon gwo travay pral fèt nan yon ti tan. Byento, dapre desizyon Bondye, yon mesaj pral bay ki va vin gonfle pou tounen yon gwo rèl. Lè sa a, Danyèl pral kanpe nan plas pa li, pou bay temwayaj li.” Manuscript Releases, volim 21, 437.</w:t>
      </w:r>
    </w:p>
    <w:p>
      <w:pPr>
        <w:pStyle w:val="ArticleBody"/>
        <w:jc w:val="left"/>
      </w:pPr>
      <w:r>
        <w:rPr>
          <w:rFonts w:ascii="Times New Roman" w:hAnsi="Times New Roman" w:eastAsia="Times New Roman" w:cs="Times New Roman"/>
        </w:rPr>
        <w:t>Tèm dominan premye lagè Lisifè te mennen nan syèl la se te kominikasyon. Li te pote limyè a, e li te sèvi ak pozisyon li pou l fè erè glise antre nan lespri zanj ki sen yo. Yo fè nou konnen zanj ki te bwè nan lide rebèl li yo pa t menm rekonèt se Lisifè ki te sedui yo pou yo panse bagay yo te vin panse sou Bondye yo. Li te tèlman sibtil, menm jan li te ye ak Èv nan jaden an, ke zanj ki te yon lè sen yo te vin kwè panse Satan te plante nan lespri yo se te pwòp panse orijinal pa yo. Grenn sa yo, finalman, te donnen fwi destriksyon etènèl.</w:t>
      </w:r>
    </w:p>
    <w:p>
      <w:pPr>
        <w:pStyle w:val="ArticleBody"/>
        <w:jc w:val="left"/>
      </w:pPr>
      <w:r>
        <w:rPr>
          <w:rFonts w:ascii="Times New Roman" w:hAnsi="Times New Roman" w:eastAsia="Times New Roman" w:cs="Times New Roman"/>
        </w:rPr>
        <w:t>Dènye lagè a, ki fèt nan premye syèl la, pral kòmanse byento, e li pa konsène sediksyon zanj sen yo, ni li pa konsène sediksyon Èv pa Satan, men pito li konsène sediksyon tout limanite pa mwayen yon pwosesis kominikasyon kòwonpi ki reprezante kòm li ye nan syèl yo. Li konsène World-Wide Web la ke Satan sèvi avè l pou enkilke ide nan lespri moun, san moun sa yo pa konnen yo kwè yon manti, e lè yo fè sa, yo demontre yo pa renmen verite a. Se apot Pòl ki te fè konnen ke nan “dènye jou yo” moun t ap resevwa yon manti, paske yo pa t gen lanmou pou “verite” a. Dayè, li te wè menm istwa kote zèv mèvèy sa a Satan akonpli a.</w:t>
      </w:r>
    </w:p>
    <w:p>
      <w:pPr>
        <w:pStyle w:val="ArticleBody"/>
        <w:jc w:val="left"/>
      </w:pPr>
      <w:r>
        <w:rPr>
          <w:rFonts w:ascii="Times New Roman" w:hAnsi="Times New Roman" w:eastAsia="Times New Roman" w:cs="Times New Roman"/>
        </w:rPr>
        <w:t>Sediksyon limanite a ap reyalize pa mondyalis Nasyonzini yo, ki se pouvwa dragon an. Nan pwofesi, mondyalis Nasyonzini yo konpoze de wa ak machann. Wa yo se gouvènman yo, epi gwo jeyan teknoloji yo ansanm ak milyadè miltinasyonal yo se machann yo.</w:t>
      </w:r>
    </w:p>
    <w:p>
      <w:pPr>
        <w:pStyle w:val="ArticleBody"/>
        <w:jc w:val="left"/>
      </w:pPr>
      <w:r>
        <w:rPr>
          <w:rFonts w:ascii="Times New Roman" w:hAnsi="Times New Roman" w:eastAsia="Times New Roman" w:cs="Times New Roman"/>
        </w:rPr>
        <w:t>Lagè a kòmanse ak lwa dimanch lan; se nan moman sa a Etazini vin tounen wa prensipal pami dis wa yo. Lè sa a, Etazini fèk pale tankou yon dragon, konsa sa make fen sizyèm wayòm bèt tè a. Apre sa, li soti pou l twonpe tout lemonn atravè mirak li gen pou l fè devan je bèt la, mirak yo ki prezante kòm desann dife soti nan syèl la.</w:t>
      </w:r>
    </w:p>
    <w:p>
      <w:pPr>
        <w:pStyle w:val="ArticleScripture"/>
        <w:jc w:val="left"/>
      </w:pPr>
      <w:r>
        <w:rPr>
          <w:rFonts w:ascii="Times New Roman" w:hAnsi="Times New Roman" w:eastAsia="Times New Roman" w:cs="Times New Roman"/>
        </w:rPr>
        <w:t>Epi li fè gwo mèvèy, jis li fè dife desann soti nan syèl la sou tè a devan je lèzòm. Revelasyon 13:13.</w:t>
      </w:r>
    </w:p>
    <w:p>
      <w:pPr>
        <w:pStyle w:val="ArticleBody"/>
        <w:jc w:val="left"/>
      </w:pPr>
      <w:r>
        <w:rPr>
          <w:rFonts w:ascii="Times New Roman" w:hAnsi="Times New Roman" w:eastAsia="Times New Roman" w:cs="Times New Roman"/>
        </w:rPr>
        <w:t>Lè zo sèk mò yo ki te resisite yo, yo menm yo te asasinen nan lari a, leve monte nan syèl la kòm yon drapo, anmenmtan gen yon lòt mèvèy nan syèl la.</w:t>
      </w:r>
    </w:p>
    <w:p>
      <w:pPr>
        <w:pStyle w:val="ArticleScripture"/>
        <w:jc w:val="left"/>
      </w:pPr>
      <w:r>
        <w:rPr>
          <w:rFonts w:ascii="Times New Roman" w:hAnsi="Times New Roman" w:eastAsia="Times New Roman" w:cs="Times New Roman"/>
        </w:rPr>
        <w:t>Epi yon lòt mèvèy parèt nan syèl la; epi gade, yon gwo dragon wouj, ki te gen sèt tèt ak dis kòn, epi sèt kouwòn sou tèt li yo. Revelasyon 12:3.</w:t>
      </w:r>
    </w:p>
    <w:p>
      <w:pPr>
        <w:pStyle w:val="ArticleBody"/>
        <w:jc w:val="left"/>
      </w:pPr>
      <w:r>
        <w:rPr>
          <w:rFonts w:ascii="Times New Roman" w:hAnsi="Times New Roman" w:eastAsia="Times New Roman" w:cs="Times New Roman"/>
        </w:rPr>
        <w:t>Gwo gwo dragon wouj la se Satan, men li se Wòm payen tou.</w:t>
      </w:r>
    </w:p>
    <w:p>
      <w:pPr>
        <w:pStyle w:val="ArticleScripture"/>
        <w:jc w:val="left"/>
      </w:pPr>
      <w:r>
        <w:rPr>
          <w:rFonts w:ascii="Times New Roman" w:hAnsi="Times New Roman" w:eastAsia="Times New Roman" w:cs="Times New Roman"/>
        </w:rPr>
        <w:t>“Se konsa, pandan dragon an, an premye, reprezante Satan, li se tou, nan yon sans segondè, yon senbòl Wòm payen an.” The Great Controversy, 439.</w:t>
      </w:r>
    </w:p>
    <w:p>
      <w:pPr>
        <w:pStyle w:val="ArticleBody"/>
        <w:jc w:val="left"/>
      </w:pPr>
      <w:r>
        <w:rPr>
          <w:rFonts w:ascii="Times New Roman" w:hAnsi="Times New Roman" w:eastAsia="Times New Roman" w:cs="Times New Roman"/>
        </w:rPr>
        <w:t>Dragon an se Satan, epi nan yon aplikasyon segondè dragon an reprezante Wòm payen. Nan istwa nesans Kris la, dragon Wòm payen an reprezante; men aplikasyon pwofetik pafè dragon an se nan “dènye jou yo.” Nan “dènye jou yo” dragon an reprezante pa dis wa Nasyonzini yo. Yo pa parèt nan istwa nesans Kris la, men nan istwa nesans san karannkat mil yo, ki nesans yo te tipifye pa nesans Kris la.</w:t>
      </w:r>
    </w:p>
    <w:p>
      <w:pPr>
        <w:pStyle w:val="ArticleScripture"/>
        <w:jc w:val="left"/>
      </w:pPr>
      <w:r>
        <w:rPr>
          <w:rFonts w:ascii="Times New Roman" w:hAnsi="Times New Roman" w:eastAsia="Times New Roman" w:cs="Times New Roman"/>
        </w:rPr>
        <w:t>«Wa, chèf, ak gouvènè yo mete sou tèt yo mak antikris la, epi yo reprezante kòm dragon an ki ale pou fè lagè ak sen yo—ak sa yo ki kenbe kòmandman Bondye yo epi ki gen lafwa Jezi.» Testimonies to Ministers, 38.</w:t>
      </w:r>
    </w:p>
    <w:p>
      <w:pPr>
        <w:pStyle w:val="ArticleBody"/>
        <w:jc w:val="left"/>
      </w:pPr>
      <w:r>
        <w:rPr>
          <w:rFonts w:ascii="Times New Roman" w:hAnsi="Times New Roman" w:eastAsia="Times New Roman" w:cs="Times New Roman"/>
        </w:rPr>
        <w:t>Dis kòn dragon an se senbòl konfederasyon li a; sèt tèt li yo, avèk kouwòn sou yo, idantifye li kòm setyèm tèt la nan uit wayòm pwofesi Bib la, jan sa reprezante ni nan estati Nebikadneza a nan Danyèl chapit de, ni tou nan uit tèt yo nan Revelasyon chapit disèt. Nasyonzini an se “yon lòt mèvèy nan syèl la,” egzakteman nan menm tan kote banyè a, ki te fèt nan lari ki travèse vale zo sèch ki mouri yo, leve monte nan syèl la. Dragon an ak fanm lan parèt kòm mèvèy nan syèl la nan moman lwa dimanch la, ki se tou menm pwen kote bèt ki sòti nan lanmè a, sètadi Katolisism lan, se tou sa yo “sezi devan li.”</w:t>
      </w:r>
    </w:p>
    <w:p>
      <w:pPr>
        <w:pStyle w:val="ArticleScripture"/>
        <w:jc w:val="left"/>
      </w:pPr>
      <w:r>
        <w:rPr>
          <w:rFonts w:ascii="Times New Roman" w:hAnsi="Times New Roman" w:eastAsia="Times New Roman" w:cs="Times New Roman"/>
        </w:rPr>
        <w:t>Epi mwen wè youn nan tèt li yo tankou yo te blese jouk li mouri; epi blesi mòtèl li a te geri; epi tout lemonn te sezi swiv bèt la. Revelasyon 13:3.</w:t>
      </w:r>
    </w:p>
    <w:p>
      <w:pPr>
        <w:pStyle w:val="ArticleBody"/>
        <w:jc w:val="left"/>
      </w:pPr>
      <w:r>
        <w:rPr>
          <w:rFonts w:ascii="Times New Roman" w:hAnsi="Times New Roman" w:eastAsia="Times New Roman" w:cs="Times New Roman"/>
        </w:rPr>
        <w:t>Mond lan ap sezi devan bèt lanmè papal la, “apre” blesi mòtèl li a geri, e li geri nan lwa dimanch lan Ozetazini. Drapo a, dragon an ak bèt la, yo tout ap fè moun sezi devan yo, kòmanse nan lwa dimanch lan Ozetazini. Fo pwofèt la manifeste pi enpòtan nan mèvèy satanik yo nan menm moman sa a menm; paske se imedyatman apre lwa dimanch lan, lè fo pwofèt la fèk kòmanse pale tankou yon “dragon,” li soti pou twonpe lemonn antye, epi li reyalize twonpri li a soti nan syèl la.</w:t>
      </w:r>
    </w:p>
    <w:p>
      <w:pPr>
        <w:pStyle w:val="ArticleScripture"/>
        <w:jc w:val="left"/>
      </w:pPr>
      <w:r>
        <w:rPr>
          <w:rFonts w:ascii="Times New Roman" w:hAnsi="Times New Roman" w:eastAsia="Times New Roman" w:cs="Times New Roman"/>
        </w:rPr>
        <w:t>Epi mwen wè yon lòt bèt k ap monte soti nan tè a; li te gen de kòn tankou yon ti mouton, epi li te pale tankou yon dragon. Epi li egzèse tout pouvwa premye bèt la devan li, e li fè tè a ak moun ki rete ladan l yo adore premye bèt la, li menm ki te gen blesi lanmò li a geri. Epi li fè gwo mèvèy, jis li fè dife desann soti nan syèl la vini sou tè a devan je lèzòm. Revelasyon 13:11–13.</w:t>
      </w:r>
    </w:p>
    <w:p>
      <w:pPr>
        <w:pStyle w:val="ArticleBody"/>
        <w:jc w:val="left"/>
      </w:pPr>
      <w:r>
        <w:rPr>
          <w:rFonts w:ascii="Times New Roman" w:hAnsi="Times New Roman" w:eastAsia="Times New Roman" w:cs="Times New Roman"/>
        </w:rPr>
        <w:t>Lagè ki te kòmanse nan twazyèm syèl la fini nan premye syèl la. Labib ak Lespri Pwofesi a idantifye inyon an twa-fwa ant dragon an, bèt la ak fo pwofèt la kòm move konfederasyon an. Lè lwa dimanch lan vini, inyon an twa-fwa kòmanse mennen lemonn antye nan lagè kont fanm nan, pandan l ap mache pou ale Armagedon. Lè lwa dimanch lan vini, yo pran pozisyon yo sou chan batay premye syèl la, epi apre sa yo pèdi! Kòm Wòm leve sou pouvwa twa fwa nan listwa lemonn, li toujou konkeri toudabò lènmi li, apre sa alye li, apre sa viktim li, epi apre sa li tonbe.</w:t>
      </w:r>
    </w:p>
    <w:p>
      <w:pPr>
        <w:pStyle w:val="ArticleScripture"/>
        <w:jc w:val="left"/>
      </w:pPr>
      <w:r>
        <w:rPr>
          <w:rFonts w:ascii="Times New Roman" w:hAnsi="Times New Roman" w:eastAsia="Times New Roman" w:cs="Times New Roman"/>
        </w:rPr>
        <w:t>Epi mwen wè twa lespri sal tankou krapo soti nan bouch dragon an, epi nan bouch bèt la, epi nan bouch fo pwofèt la. Paske se lespri demon yo ye, k ap fè mirak, ki ale bò kote wa latè yo ak tout monn lan, pou rasanble yo pou batay gran jou Bondye Toupisan an. Men, m ap vini tankou yon vòlè. Benediksyon pou moun ki veye, epi ki kenbe rad li yo, pou l pa mache toutouni, epi pou yo pa wè wont li. Epi li rasanble yo ansanm nan yon kote yo rele nan lang ebre Amagedòn. Revelasyon 16:13–16.</w:t>
      </w:r>
    </w:p>
    <w:p>
      <w:pPr>
        <w:pStyle w:val="ArticleBody"/>
        <w:jc w:val="left"/>
      </w:pPr>
      <w:r>
        <w:rPr>
          <w:rFonts w:ascii="Times New Roman" w:hAnsi="Times New Roman" w:eastAsia="Times New Roman" w:cs="Times New Roman"/>
        </w:rPr>
        <w:t>“Gè nan syèl la” nan “dènye jou yo” pa yon metafò; se yon lagè kominikasyon k ap fèt nan syèl yo. Soti nan bouch dragon an, bouch bèt la, ak bouch fo pwofèt la, soti “lespri demon yo” ki fè “mirak.” Mo “lespri” a vle di souf, e souf la se yon senbòl pou yon mesaj. Souf Ezekyèl trannsèt la bay zo mò yo lavi, e li fè sa lè li delivre mesaj Islam nan, ki nan Bib la reprezante kòm van lès la. “Lespri,” “van,” ak “souf” se menm mo a yo tradui pa twa mo anglè sa yo, ni nan ebre a ni nan grèk la.</w:t>
      </w:r>
    </w:p>
    <w:p>
      <w:pPr>
        <w:pStyle w:val="ArticleScripture"/>
        <w:jc w:val="left"/>
      </w:pPr>
      <w:r>
        <w:rPr>
          <w:rFonts w:ascii="Times New Roman" w:hAnsi="Times New Roman" w:eastAsia="Times New Roman" w:cs="Times New Roman"/>
        </w:rPr>
        <w:t>“Bondye ka soufle nouvo lavi nan chak nanm ki sensèman anvi sèvi Li, epi Li ka touche bouch yo avèk yon chabon dife ki soti sou lotèl la, epi fè yo vin pale avèk elokans pou louwanj Li. Dè milye vwa va ranpli ak pouvwa pou pwoklame bèl verite Pawòl Bondye a. Lang ki bite a va delye, epi moun ki timid yo va vin gen fòs pou rann yon temwayaj kourajè pou verite a. Ke Senyè a ede pèp Li a netwaye tanp nanm nan anba tout salte, epi kenbe yon relasyon tèlman sere avèk Li, pou yo kapab patisipe nan dènye lapli a lè l pral vide.” Review and Herald, July 20, 1886.</w:t>
      </w:r>
    </w:p>
    <w:p>
      <w:pPr>
        <w:pStyle w:val="ArticleBody"/>
        <w:jc w:val="left"/>
      </w:pPr>
      <w:r>
        <w:rPr>
          <w:rFonts w:ascii="Times New Roman" w:hAnsi="Times New Roman" w:eastAsia="Times New Roman" w:cs="Times New Roman"/>
        </w:rPr>
        <w:t>“Lespri” ki soti nan bouch dragon an, soti nan bouch bèt la, epi soti nan bouch fo pwofèt la reprezante mesaj satanik. Nan premye batay la nan twazyèm syèl la, se te kominikasyon kòwonpi, jan sa te reprezante pa pòtè limyè ki te kòwonpi a. Nan dènye batay la nan premye syèl la, se yon lòt fwa ankò kominikasyon kòwonpi. Kominikasyon kòwonpi Satan te itilize nan lagè twazyèm syèl la, epi ki gen pou yo itilize ankò nan lagè premye syèl la, se te mesmeris, sa yo rele ipnoz nan tan modèn yo.</w:t>
      </w:r>
    </w:p>
    <w:p>
      <w:pPr>
        <w:pStyle w:val="ArticleScripture"/>
        <w:jc w:val="left"/>
      </w:pPr>
      <w:r>
        <w:rPr>
          <w:rFonts w:ascii="Times New Roman" w:hAnsi="Times New Roman" w:eastAsia="Times New Roman" w:cs="Times New Roman"/>
        </w:rPr>
        <w:t>“Gason ak fi pa dwe etidye syans ki montre kijan pou pran lespri moun ki asosye avèk yo an kaptivite. Se syans sa a Satan anseye. Nou dwe reziste tout bagay ki nan menm nati sa a. Nou pa dwe mele ak mesmeris ni ak ipnotis—syans sila a ki soti nan men sa a ki te pèdi premye pozisyon li, epi yo te mete l deyò nan lakou syèl la.” Manuscript 86, 1905.</w:t>
      </w:r>
    </w:p>
    <w:p>
      <w:pPr>
        <w:pStyle w:val="ArticleBody"/>
        <w:jc w:val="left"/>
      </w:pPr>
      <w:r>
        <w:rPr>
          <w:rFonts w:ascii="Times New Roman" w:hAnsi="Times New Roman" w:eastAsia="Times New Roman" w:cs="Times New Roman"/>
        </w:rPr>
        <w:t>Ipnotis lan ap akonpli nan mond lan jodi a pa mwayen jeyan teknoloji yo atravè rezo mondyal la, ki sèvi ak sa yo rele syans piblisite modèn nan, men ki an reyalite se dènye degre rafinman ansyen syans satanik ipnotis la. Mondyalis yo, jeyan teknoloji yo ak milyadè yo gen entansyon pran viktim yo nan yon “rezo” twonpri ki deja tabli sou tout latè. Se operasyon sikolojik Satan sou lemonn antye, si nou vle di sa konsa. Se mesaj satanik k ap mennen mond lan nan Amagedòn, e mesaj satanik sa yo ap pwoklame nan syèl la nan menm moman twa zanj yo ap pwoklame mesaj Kris la nan syèl la.</w:t>
      </w:r>
    </w:p>
    <w:p>
      <w:pPr>
        <w:pStyle w:val="ArticleScripture"/>
        <w:jc w:val="left"/>
      </w:pPr>
      <w:r>
        <w:rPr>
          <w:rFonts w:ascii="Times New Roman" w:hAnsi="Times New Roman" w:eastAsia="Times New Roman" w:cs="Times New Roman"/>
        </w:rPr>
        <w:t>Apre sa, mwen wè yon lòt zanj k ap vole nan mitan syèl la, li te gen levanjil etènèl la pou l anonse bay moun ki rete sou tè a, bay tout nasyon, tout branch fanmi, tout lang, ak tout pèp. Li t ap di ak yon gwo vwa: Gen krentif pou Bondye, epi bay li glwa; paske lè jijman li a rive; epi adore sila a ki te fè syèl la, tè a, lanmè a, ak sous dlo yo. Epi yon lòt zanj te swiv, li t ap di: Babilòn tonbe, li tonbe, gwo vil sa a, paske li fè tout nasyon bwè diven kòlè fònikasyon li a. Epi twazyèm zanj lan te swiv yo, li t ap di ak yon gwo vwa: Si yon moun adore bèt la ak imaj li, epi li resevwa mak li sou fwon li oswa sou men li, li menm tou l ap bwè diven kòlè Bondye a, ki vide san melanj nan gode endiyasyon li a; epi y ap toumante li ak dife ak souf devan zanj sen yo, ak devan Ti Mouton an. Epi lafimen toumant yo ap monte pou tout tan ak pou tout tan; epi yo pa gen repo ni lajounen ni lannuit, yo menm ki adore bèt la ak imaj li, ak tout moun ki resevwa mak non li. Revelasyon 14:6–11.</w:t>
      </w:r>
    </w:p>
    <w:p>
      <w:pPr>
        <w:pStyle w:val="ArticleBody"/>
        <w:jc w:val="left"/>
      </w:pPr>
      <w:r>
        <w:rPr>
          <w:rFonts w:ascii="Times New Roman" w:hAnsi="Times New Roman" w:eastAsia="Times New Roman" w:cs="Times New Roman"/>
        </w:rPr>
        <w:t>“Lespri” ki soti nan chak manm nan inyon an twa-fwa a, soti nan bouch yo. Pawòl yon nasyon se aksyon gouvènman li.</w:t>
      </w:r>
    </w:p>
    <w:p>
      <w:pPr>
        <w:pStyle w:val="ArticleScripture"/>
        <w:jc w:val="left"/>
      </w:pPr>
      <w:r>
        <w:rPr>
          <w:rFonts w:ascii="Times New Roman" w:hAnsi="Times New Roman" w:eastAsia="Times New Roman" w:cs="Times New Roman"/>
        </w:rPr>
        <w:t>« Lè nasyon an pale, se aksyon otorite lejislatif ak jidisyè li yo. » The Great Controversy, 443.</w:t>
      </w:r>
    </w:p>
    <w:p>
      <w:pPr>
        <w:pStyle w:val="ArticleBody"/>
        <w:jc w:val="left"/>
      </w:pPr>
      <w:r>
        <w:rPr>
          <w:rFonts w:ascii="Times New Roman" w:hAnsi="Times New Roman" w:eastAsia="Times New Roman" w:cs="Times New Roman"/>
        </w:rPr>
        <w:t>Yo te pwomèt Jeremi ke si li ta separe ble a ak pay la, epi li pa tounen bò kote pay la (byenke pay la te kapab tounen vin jwenn li), Bondye t ap fè li “bouch” pa Li.</w:t>
      </w:r>
    </w:p>
    <w:p>
      <w:pPr>
        <w:pStyle w:val="ArticleScripture"/>
        <w:jc w:val="left"/>
      </w:pPr>
      <w:r>
        <w:rPr>
          <w:rFonts w:ascii="Times New Roman" w:hAnsi="Times New Roman" w:eastAsia="Times New Roman" w:cs="Times New Roman"/>
        </w:rPr>
        <w:t>Mwen pa t chita nan asanble mokè yo, ni mwen pa t pran plezi ladan l; mwen te chita pou kont mwen poutèt men ou, paske ou te plen mwen ak kòlè. Poukisa doulè mwen ap dire tout tan, epi blesi mwen pa ka geri, li menm ki refize geri? Èske w ap vin pou mwen tankou yon moun ki bay manti nètale, tankou dlo ki manke? Se poutèt sa, men sa Seyè a di: Si ou tounen, m ap fè ou retounen ankò, epi w ap kanpe devan mwen; epi si ou separe sa ki gen anpil valè ak sa ki san valè, w ap tankou bouch mwen. Se pou yo tounen vin jwenn ou; men ou menm, pa tounen al jwenn yo. Jeremi 15:17–19.</w:t>
      </w:r>
    </w:p>
    <w:p>
      <w:pPr>
        <w:pStyle w:val="ArticleBody"/>
        <w:jc w:val="left"/>
      </w:pPr>
      <w:r>
        <w:rPr>
          <w:rFonts w:ascii="Times New Roman" w:hAnsi="Times New Roman" w:eastAsia="Times New Roman" w:cs="Times New Roman"/>
        </w:rPr>
        <w:t>Jeremi ap reprezante Milerit yo nan premye desepsyon yo a, ki te panse Bondye te bay manti. Bondye pa t bay manti; Li te senpleman kenbe men Li sou yon erè ki te nan tablo 1843 la. Jeremi te resevwa pwomès la, menm jan ak sila yo ki te desi nan 18 Jiyè 2020 yo resevwa pwomès la; ke si yo ta separe tèt yo ak moun sòt yo ansanm ak ansèyman satanik ki te prezan anvan desepsyon an, lè sa a Senyè a t ap fè Jeremi, ak sila yo li prefigire yo, tounen “bouch” pa Li. Tablo 1843 la te pwodwi an akonplisman kòmandman ki te bay pou fè sa nan Habakouk chapit de.</w:t>
      </w:r>
    </w:p>
    <w:p>
      <w:pPr>
        <w:pStyle w:val="ArticleScripture"/>
        <w:jc w:val="left"/>
      </w:pPr>
      <w:r>
        <w:rPr>
          <w:rFonts w:ascii="Times New Roman" w:hAnsi="Times New Roman" w:eastAsia="Times New Roman" w:cs="Times New Roman"/>
        </w:rPr>
        <w:t>“Se te temwayaj ini konferansye ak jounal Dezyèm Avènman yo, lè yo te kanpe sou ‘lafwa orijinal la,’ ke piblikasyon tablo a te yon akonplisman Habakik 2:2, 3. Si tablo a te yon sijè pwofesi (epi sila yo ki demanti sa a ap kite lafwa orijinal la), alò sa swiv ke 457 av. J.-K. te ane apati de li yo dwe konte 2300 jou yo. Li te nesesè pou 1843 te premye tan ki te pibliye a, pou ‘vizyon an’ te kapab ‘reta,’ oubyen pou te gen yon tan reta, pandan ki gwoup vyèj la te dwe kabicha epi dòmi sou gran sijè tan an, jis anvan yo te dwe leve yo pa Rèl Minwi a.” James White, Second Advent Review and Sabbath Herald, Volim 1, Nimewo 2.</w:t>
      </w:r>
    </w:p>
    <w:p>
      <w:pPr>
        <w:pStyle w:val="ArticleBody"/>
        <w:jc w:val="left"/>
      </w:pPr>
      <w:r>
        <w:rPr>
          <w:rFonts w:ascii="Times New Roman" w:hAnsi="Times New Roman" w:eastAsia="Times New Roman" w:cs="Times New Roman"/>
        </w:rPr>
        <w:t>Seyè a, pa mwayen Abakik, te bay Millerit yo lòd pou yo pwodui tablo 1843 a, e li te gen yon erè ladan l ke Seyè a te kouvri ak men pa li. Se poutèt sa Jeremi deklare ke desepsyon li te genyen an te akoz men Bondye. Lè, apre desepsyon an, Seyè a te mennen Millerit yo tounen nan chapit de nan liv Abakik la, yo te wè pwomès la, ke menm si vizyon an ta pran reta, yo ta dwe tann li, paske li pa t ap bay manti, e ke nan fen an li t ap “pale”.</w:t>
      </w:r>
    </w:p>
    <w:p>
      <w:pPr>
        <w:pStyle w:val="ArticleBody"/>
        <w:jc w:val="left"/>
      </w:pPr>
      <w:r>
        <w:rPr>
          <w:rFonts w:ascii="Times New Roman" w:hAnsi="Times New Roman" w:eastAsia="Times New Roman" w:cs="Times New Roman"/>
        </w:rPr>
        <w:t>Vizyon an k ap “pale” a te reprezante sa ki te ladan mesaj pwofetik la, e pwomès Bondye te fè Jeremi an se te ke, si li ta souke dekourajman an sou li, tounen vin jwenn zèl li te genyen pou mesaj la anvan desepsyon an, epi si li ta fè diferans ant ble ak pay, li t ap vin “bouch” Bondye, e li t ap prezante mesaj Kri Mitanwit la.</w:t>
      </w:r>
    </w:p>
    <w:p>
      <w:pPr>
        <w:pStyle w:val="ArticleScripture"/>
        <w:jc w:val="left"/>
      </w:pPr>
      <w:r>
        <w:rPr>
          <w:rFonts w:ascii="Times New Roman" w:hAnsi="Times New Roman" w:eastAsia="Times New Roman" w:cs="Times New Roman"/>
        </w:rPr>
        <w:t>Paske vizyon an se toujou pou yon tan fikse; men nan finisman an li pral pale, epi li p ap bay manti. Menm si li pran reta, tann li; paske li pral vini san manke, li p ap pran reta ankò. Abakik 2:3.</w:t>
      </w:r>
    </w:p>
    <w:p>
      <w:pPr>
        <w:pStyle w:val="ArticleBody"/>
        <w:jc w:val="left"/>
      </w:pPr>
      <w:r>
        <w:rPr>
          <w:rFonts w:ascii="Times New Roman" w:hAnsi="Times New Roman" w:eastAsia="Times New Roman" w:cs="Times New Roman"/>
        </w:rPr>
        <w:t>Moun ki reprezante pa Jeremi yo, ni nan mouvman premye ak twazyèm zanj lan, ki akonpli kòmandman pou yo retounen an, va “bouch” Seyè a nan lagè kont move konfederasyon an, sou chan batay premye syèl la. Yo va prezante mesaj Kri Minwi a. Moun Jeremi reprezante yo kounye a ap tande yon “vwa” nan dezè a. Twa jou edmi senbolik se yon senbòl yon dezè pwofetik.</w:t>
      </w:r>
    </w:p>
    <w:p>
      <w:pPr>
        <w:pStyle w:val="ArticleScripture"/>
        <w:jc w:val="left"/>
      </w:pPr>
      <w:r>
        <w:rPr>
          <w:rFonts w:ascii="Times New Roman" w:hAnsi="Times New Roman" w:eastAsia="Times New Roman" w:cs="Times New Roman"/>
        </w:rPr>
        <w:t>Vwa moun k ap rele nan dezè a: Prepare chemen Senyè a, fè yon gran wout dwat nan savann lan pou Bondye nou an. Tout fon pral leve, epi tout mòn ak tout ti mòn pral bese; sa ki kwochi pral vin dwat, epi kote ki rèd yo pral vin plat. Epi laglwa Senyè a pral parèt, e tout moun ansanm pral wè l; paske bouch Senyè a pale sa. Ezayi 40:3–5.</w:t>
      </w:r>
    </w:p>
    <w:p>
      <w:pPr>
        <w:pStyle w:val="ArticleBody"/>
        <w:jc w:val="left"/>
      </w:pPr>
      <w:r>
        <w:rPr>
          <w:rFonts w:ascii="Times New Roman" w:hAnsi="Times New Roman" w:eastAsia="Times New Roman" w:cs="Times New Roman"/>
        </w:rPr>
        <w:t>N ap kontinye konsiderasyon nou sou dènye batay lagè pwobasyon an, ki te kòmanse nan twazyèm syèl la epi ki fini nan premye syèl la, nan atik ki vin apre a.</w:t>
      </w:r>
    </w:p>
    <w:p>
      <w:pPr>
        <w:pStyle w:val="ArticleScripture"/>
        <w:jc w:val="left"/>
      </w:pPr>
      <w:r>
        <w:rPr>
          <w:rFonts w:ascii="Times New Roman" w:hAnsi="Times New Roman" w:eastAsia="Times New Roman" w:cs="Times New Roman"/>
        </w:rPr>
        <w:t>Lè sa a, tout Madyanit yo, Amalekit yo, ak pitit lès yo te reyini ansanm; yo travèse, yo moute tant yo nan vale Jezreyèl la. Men Lespri SENYÈ a te vin sou Jedeyon, epi li kònen twonpèt la; epi Abiyezè te rasanble dèyè li. Li voye mesaje nan tout Manase; e yo menm tou, yo te rasanble dèyè li. Li voye mesaje bay Asè, bay Zabilon, ak bay Neftali; epi yo moute al kontre yo. Jij 6:33–35.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Revelasyon Jezikri a — Nimewo Dis</dc:title>
  <dc:subject>Lagè nan Syèl la</dc:subject>
  <dc:creator>Jeff Pippenger</dc:creator>
  <cp:keywords/>
  <dc:description>Generated by ArticleDigger from revelation\10_revelation.json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