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Trèz</w:t>
      </w:r>
    </w:p>
    <w:p>
      <w:pPr>
        <w:pStyle w:val="ArticleSubtitle"/>
        <w:jc w:val="left"/>
      </w:pPr>
      <w:r>
        <w:rPr>
          <w:rFonts w:ascii="Arial" w:hAnsi="Arial" w:eastAsia="Arial" w:cs="Arial"/>
        </w:rPr>
        <w:t>Lagè nan Syèl la ak Dènye Jou yo: Devwale Kalandriye Pwofetik la dapre Revelasyon 12 ak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Nou t ap idantifye lagè ki nan syèl la ki dekri nan chapit douz liv Revelasyon an. Lè nou sèvi ak prensip karaktè Kris la ki se Alfa ak Omega, nou te apwoche lagè ki nan syèl la nan chapit douz la kòm yon tipifikasyon lagè ki nan syèl la ki rive nan “dènye jou yo.” Ekspresyon “dènye jou yo” nan Bib la ak nan Lespri Pwofesi a vle di dènye jou jijman ankèt la.</w:t>
      </w:r>
    </w:p>
    <w:p>
      <w:pPr>
        <w:pStyle w:val="ArticleBody"/>
        <w:jc w:val="left"/>
      </w:pPr>
      <w:r>
        <w:rPr>
          <w:rFonts w:ascii="Times New Roman" w:hAnsi="Times New Roman" w:eastAsia="Times New Roman" w:cs="Times New Roman"/>
        </w:rPr>
        <w:t>Nou idantifye twa pouvwa satanik chapit douz ak trèz yo, non pa kòm pouvwa ki jwenn akonplisman yo nan istwa pase a, men kòm akonplisman modèn pouvwa sa yo ki mennen lemonn nan Armagedon. Dragon chapit douz la se Nasyonzini; legliz Katolik la, ki gen pou l resisite nan lwa dimanch Ozetazini, se bèt ki sòti nan lanmè nan chapit trèz la; epi bèt tè a ki gen de kòn yo se Etazini.</w:t>
      </w:r>
    </w:p>
    <w:p>
      <w:pPr>
        <w:pStyle w:val="ArticleBody"/>
        <w:jc w:val="left"/>
      </w:pPr>
      <w:r>
        <w:rPr>
          <w:rFonts w:ascii="Times New Roman" w:hAnsi="Times New Roman" w:eastAsia="Times New Roman" w:cs="Times New Roman"/>
        </w:rPr>
        <w:t>Nou te idantifye ke lagè yo konn konprann nan chapit douz la kòm yon reprezantasyon sèlman rebelyon Lisifè nan syèl la, an reyalite ilistre yon lagè ki pral rive nan syèl tè a, kòmanse ak lwa dimanch ki pral vini byento Ozetazini. Nou te pran tan pou idantifye ke gen yon pwosesis eprèv yo ilistre nan Revelasyon trèz, vèsè onz rive disèt, ki enplike rekonèt fòmasyon imaj bèt la. Imaj bèt la reprezante konbinezon legliz ak leta, avèk legliz la ki gen kontwòl sou relasyon an. Lè legliz la gen kontwòl, li sèvi ak leta pou fè respekte doktrin li yo epi pèsekite moun li defini kòm eretik. Pwosesis eprèv mondyal ki asosye ak fòmasyon imaj bèt la, premye reyalize anndan Ozetazini. Karakteristik pwofetik chak nan de pwosesis eprèv yo, esansyèlman menm kit se Ozetazini oswa nan lemonn.</w:t>
      </w:r>
    </w:p>
    <w:p>
      <w:pPr>
        <w:pStyle w:val="ArticleBody"/>
        <w:jc w:val="left"/>
      </w:pPr>
      <w:r>
        <w:rPr>
          <w:rFonts w:ascii="Times New Roman" w:hAnsi="Times New Roman" w:eastAsia="Times New Roman" w:cs="Times New Roman"/>
        </w:rPr>
        <w:t>Nou te montre de peryòd idantik mil desan swasant jou ki te vini anvan ak apre kwa a kòm yon dezyèm temwen pou idantifikasyon de pwosesis konsekitif tès imaj bèt la nan fen mond lan. Fòmasyon imaj bèt la Ozetazini ant 11 septanm 2001 ak lwa dimanch ki pral vini byento, vini anvan fòmasyon imaj bèt la nan Nasyonzini apre lwa dimanch ki pral vini byento a. Mil desan swasant jou ministè Kris la depi batèm Li jiska kwa a te vini anvan mil desan swasant jou ministè disip Li yo ki te swiv apre kwa a. De liy yo, ki chak genyen de peryòd ki reprezante tès idantik nan chak peryòd, reprezante tèm swa imaj Kris la oswa imaj antikris la.</w:t>
      </w:r>
    </w:p>
    <w:p>
      <w:pPr>
        <w:pStyle w:val="ArticleBody"/>
        <w:jc w:val="left"/>
      </w:pPr>
      <w:r>
        <w:rPr>
          <w:rFonts w:ascii="Times New Roman" w:hAnsi="Times New Roman" w:eastAsia="Times New Roman" w:cs="Times New Roman"/>
        </w:rPr>
        <w:t>Mil de san swasant jou ministè Kris la, ki te fini sou kwa a, te kòmanse lè Sentespri a te desann sou li nan batèm li, an akò ak zanj pisan Revelasyon dizwit la ki te desann 11 septanm 2001.</w:t>
      </w:r>
    </w:p>
    <w:p>
      <w:pPr>
        <w:pStyle w:val="ArticleScripture"/>
        <w:jc w:val="left"/>
      </w:pPr>
      <w:r>
        <w:rPr>
          <w:rFonts w:ascii="Times New Roman" w:hAnsi="Times New Roman" w:eastAsia="Times New Roman" w:cs="Times New Roman"/>
        </w:rPr>
        <w:t>“Èske kounye a gen pawòl mwen ta deklare ke New York gen pou l bale ale pa yon gwo vag lanmè? Sa a, mwen pa janm di. Mwen te di, pandan m t ap gade gwo bilding k ap monte la yo, etaj apre etaj, ‘Ala sèn terib k ap fèt lè Seyè a va leve pou l souke tè a avèk anpil fòs! Lè sa a, pawòl Revelasyon 18:1–3 yo va akonpli.’ Tout dizwityèm chapit Revelasyon an se yon avètisman sou sa k ap vini sou tè a. Men, mwen pa resevwa okenn limyè espesyal konsènan sa k ap vini sou New York, eksepte ke mwen konnen yon jou gwo bilding yo la a va jete atè pa vire ak chavire pouvwa Bondye a. Daprè limyè ki te ban mwen an, mwen konnen destriksyon nan mond lan. Yon sèl pawòl ki soti nan Seyè a, yon sèl manyen pouvwa pisan li a, epi gwo estrikti sa yo va tonbe. Gen sèn k ap fèt, ki tèlman terib, nou pa ka menm imajine yo.” Review and Herald, 5 jiyè 1906.</w:t>
      </w:r>
    </w:p>
    <w:p>
      <w:pPr>
        <w:pStyle w:val="ArticleBody"/>
        <w:jc w:val="left"/>
      </w:pPr>
      <w:r>
        <w:rPr>
          <w:rFonts w:ascii="Times New Roman" w:hAnsi="Times New Roman" w:eastAsia="Times New Roman" w:cs="Times New Roman"/>
        </w:rPr>
        <w:t>Peryòd mil desan swasant jou nan istwa Kris la, ki te fini sou kwa a, reprezante peryòd tan ki rive jouk nan lwa dimanch k ap vini talè a. Kwa a se yon tip lwa dimanch lan. Toude se senbòl jijman. Toude reprezante vini ruin nasyonal pou nasyon kote evènman jijman an pran plas. Toude te fèt nan bèl peyi Jida a. Nan istwa Kris la, se te bèl peyi literal Jida a; epi nan lwa dimanch lan, se bèl peyi espirityèl Jida a, Etazini d Amerik la. Sou kwa a, yo te leve Kris la anlè avèk objektif pou atire tout moun vin jwenn Li.</w:t>
      </w:r>
    </w:p>
    <w:p>
      <w:pPr>
        <w:pStyle w:val="ArticleScripture"/>
        <w:jc w:val="left"/>
      </w:pPr>
      <w:r>
        <w:rPr>
          <w:rFonts w:ascii="Times New Roman" w:hAnsi="Times New Roman" w:eastAsia="Times New Roman" w:cs="Times New Roman"/>
        </w:rPr>
        <w:t>Epi mwen menm, si yo leve m anlè soti sou tè a, m ap rale tout moun vin jwenn mwen. Li te di sa pou fè konnen ki kalite lanmò li t apral mouri. Jan 12:32, 33.</w:t>
      </w:r>
    </w:p>
    <w:p>
      <w:pPr>
        <w:pStyle w:val="ArticleBody"/>
        <w:jc w:val="left"/>
      </w:pPr>
      <w:r>
        <w:rPr>
          <w:rFonts w:ascii="Times New Roman" w:hAnsi="Times New Roman" w:eastAsia="Times New Roman" w:cs="Times New Roman"/>
        </w:rPr>
        <w:t>Nan lwa dimanch la, yo leve drapo san karantkat mil yo pou atire tout moun vin jwenn Kris la.</w:t>
      </w:r>
    </w:p>
    <w:p>
      <w:pPr>
        <w:pStyle w:val="ArticleScripture"/>
        <w:jc w:val="left"/>
      </w:pPr>
      <w:r>
        <w:rPr>
          <w:rFonts w:ascii="Times New Roman" w:hAnsi="Times New Roman" w:eastAsia="Times New Roman" w:cs="Times New Roman"/>
        </w:rPr>
        <w:t>Epi l ap leve yon banyè pou nasyon yo soti byen lwen, e li pral sifle ba yo depi nan dènye bout tè a; epi, gade, y ap vini avèk vitès, byen vit. Ezayi 5:26.</w:t>
      </w:r>
    </w:p>
    <w:p>
      <w:pPr>
        <w:pStyle w:val="ArticleBody"/>
        <w:jc w:val="left"/>
      </w:pPr>
      <w:r>
        <w:rPr>
          <w:rFonts w:ascii="Times New Roman" w:hAnsi="Times New Roman" w:eastAsia="Times New Roman" w:cs="Times New Roman"/>
        </w:rPr>
        <w:t>Peryòd mil desan swasant jou nan istwa Kris la ki vini apre kwa a, fini lè Mikayèl leve kanpe nan lapidasyon Etyèn nan.</w:t>
      </w:r>
    </w:p>
    <w:p>
      <w:pPr>
        <w:pStyle w:val="ArticleScripture"/>
        <w:jc w:val="left"/>
      </w:pPr>
      <w:r>
        <w:rPr>
          <w:rFonts w:ascii="Times New Roman" w:hAnsi="Times New Roman" w:eastAsia="Times New Roman" w:cs="Times New Roman"/>
        </w:rPr>
        <w:t>Men li menm, ki te ranpli ak Sentespri a, fikse je l byen fèm nan syèl la, li wè laglwa Bondye, epi Jezi kanpe adwat Bondye; epi li di: Gade, mwen wè syèl yo louvri, epi Pitit lòm nan kanpe adwat Bondye. Travay 7:55, 56.</w:t>
      </w:r>
    </w:p>
    <w:p>
      <w:pPr>
        <w:pStyle w:val="ArticleBody"/>
        <w:jc w:val="left"/>
      </w:pPr>
      <w:r>
        <w:rPr>
          <w:rFonts w:ascii="Times New Roman" w:hAnsi="Times New Roman" w:eastAsia="Times New Roman" w:cs="Times New Roman"/>
        </w:rPr>
        <w:t>Karant-de mwa senbolik yo nan dènye tan eprèv imaj bèt la fini lè Mikayèl leve kanpe, epi sa make fen tan gras lèzòm.</w:t>
      </w:r>
    </w:p>
    <w:p>
      <w:pPr>
        <w:pStyle w:val="ArticleScripture"/>
        <w:jc w:val="left"/>
      </w:pPr>
      <w:r>
        <w:rPr>
          <w:rFonts w:ascii="Times New Roman" w:hAnsi="Times New Roman" w:eastAsia="Times New Roman" w:cs="Times New Roman"/>
        </w:rPr>
        <w:t>Epi nan tan sa a, Mikayèl va leve kanpe, gwo chèf la ki kanpe pou pitit pèp ou a; epi pral gen yon tan detrès, yon detrès tankou pa t janm genyen depi lè yon nasyon egziste jouk rive nan menm tan sa a; epi nan tan sa a pèp ou a va delivre, tout moun yo va jwenn ekri nan liv la. Daniel 12:1.</w:t>
      </w:r>
    </w:p>
    <w:p>
      <w:pPr>
        <w:pStyle w:val="ArticleBody"/>
        <w:jc w:val="left"/>
      </w:pPr>
      <w:r>
        <w:rPr>
          <w:rFonts w:ascii="Times New Roman" w:hAnsi="Times New Roman" w:eastAsia="Times New Roman" w:cs="Times New Roman"/>
        </w:rPr>
        <w:t>Istwa konplè tou de pwosesis eprèv imaj bèt la genyen lòt temwen pwofetik entèn. Lè yo konprann sa kòrèkteman, e mwen rekonèt se kèk moun sèlman ki konprann verite sa a; men premye pwosesis eprèv imaj bèt la, ki akonpli Ozetazini, te kòmanse nan 11 septanm 2001, lè twazyèm malè a te antre nan listwa. Lwa dimanch la, kote premye pwosesis eprèv imaj bèt sa a fini, make rive twazyèm malè a kòm jijman kont Etazini poutèt adopsyon lwa dimanch la. Nan moman sa a, rive twazyèm malè a akonpli kòlè nasyon yo, an akonplisman Revelasyon onz, vèsè dizwit la, ansanm ak premye mansyon wòl Islam pou fè nasyon yo fache nan pwofesi Bib la.</w:t>
      </w:r>
    </w:p>
    <w:p>
      <w:pPr>
        <w:pStyle w:val="ArticleScripture"/>
        <w:jc w:val="left"/>
      </w:pPr>
      <w:r>
        <w:rPr>
          <w:rFonts w:ascii="Times New Roman" w:hAnsi="Times New Roman" w:eastAsia="Times New Roman" w:cs="Times New Roman"/>
        </w:rPr>
        <w:t>Li pral yon nonm sovaj; men li va leve kont tout moun, e men tout moun va leve kont li; epi li va rete anfas tout frè l yo. Jenèz 16:12.</w:t>
      </w:r>
    </w:p>
    <w:p>
      <w:pPr>
        <w:pStyle w:val="ArticleBody"/>
        <w:jc w:val="left"/>
      </w:pPr>
      <w:r>
        <w:rPr>
          <w:rFonts w:ascii="Times New Roman" w:hAnsi="Times New Roman" w:eastAsia="Times New Roman" w:cs="Times New Roman"/>
        </w:rPr>
        <w:t>Lwa dimanch ki pral vini byento a se fen premye peryòd eprèv la, epi li se tou kòmansman dènye peryòd eprèv la. Dènye peryòd eprèv la fini lè tan gras limanite a fèmen, e nan moman sa a kat van yo, ki se yon senbòl twazyèm malè a, lage nèt.</w:t>
      </w:r>
    </w:p>
    <w:p>
      <w:pPr>
        <w:pStyle w:val="ArticleScripture"/>
        <w:jc w:val="left"/>
      </w:pPr>
      <w:r>
        <w:rPr>
          <w:rFonts w:ascii="Times New Roman" w:hAnsi="Times New Roman" w:eastAsia="Times New Roman" w:cs="Times New Roman"/>
        </w:rPr>
        <w:t>“Lè Sovè a te wè nan pèp jwif la yon nasyon ki te divòse ak Bondye, Li te wè tou yon Legliz kretyen ki fè pwofesyon lafwa, ini ak lemonn ak papote a. Epi menm jan Li te kanpe sou mòn Oliv la, ap kriye sou Jerizalèm jouk solèy la te kouche dèyè ti mòn nan lwès yo, konsa tou Li ap kriye sou pechè yo epi Li ap sipliye yo nan dènye moman tan sa yo. Byento Li pral di zanj yo ki kenbe kat van yo: ‘Lage flewo yo; kite fènwa, destriksyon, ak lanmò vini sou moun ki vyole lalwa mwen an.’ Èske Li pral oblije di moun sa yo ki te resevwa gwo limyè ak konesans, menm jan Li te di jwif yo: ‘Si ou te konnen, wi ou menm omwen nan jou pa ou sa a, bagay ki pou lapè ou! men kounye a yo kache devan je ou’?” Review and Herald, 8 oktòb 1901.</w:t>
      </w:r>
    </w:p>
    <w:p>
      <w:pPr>
        <w:pStyle w:val="ArticleBody"/>
        <w:jc w:val="left"/>
      </w:pPr>
      <w:r>
        <w:rPr>
          <w:rFonts w:ascii="Times New Roman" w:hAnsi="Times New Roman" w:eastAsia="Times New Roman" w:cs="Times New Roman"/>
        </w:rPr>
        <w:t>Nan istwa Kris la, premye siy chemen premye peryòd mil desan swasant jou a te kòmanse nan batèm Li, ki te yon senbòl lanmò Li ak rezirèksyon Li. Peryòd sa a te fini nan lanmò Li ak rezirèksyon Li, ki an menm tan te kòmanse dènye peryòd mil desan swasant jou a. Peryòd sa a te fini ak lanmò Etyèn ak rezirèksyon li ki te pwomèt la.</w:t>
      </w:r>
    </w:p>
    <w:p>
      <w:pPr>
        <w:pStyle w:val="ArticleBody"/>
        <w:jc w:val="left"/>
      </w:pPr>
      <w:r>
        <w:rPr>
          <w:rFonts w:ascii="Times New Roman" w:hAnsi="Times New Roman" w:eastAsia="Times New Roman" w:cs="Times New Roman"/>
        </w:rPr>
        <w:t>Liy listwa ki reprezante imaj Kris la, gen menm estrikti pwofetik la ak liy listwa ki reprezante imaj antikris la.</w:t>
      </w:r>
    </w:p>
    <w:p>
      <w:pPr>
        <w:pStyle w:val="ArticleBody"/>
        <w:jc w:val="left"/>
      </w:pPr>
      <w:r>
        <w:rPr>
          <w:rFonts w:ascii="Times New Roman" w:hAnsi="Times New Roman" w:eastAsia="Times New Roman" w:cs="Times New Roman"/>
        </w:rPr>
        <w:t>Nan Ekriti yo, Kris la se vrè wa nò a, e sa te toujou objektif Satan pou ranvèse epi kontrefè otorite wayal Kris la.</w:t>
      </w:r>
    </w:p>
    <w:p>
      <w:pPr>
        <w:pStyle w:val="ArticleScripture"/>
        <w:jc w:val="left"/>
      </w:pPr>
      <w:r>
        <w:rPr>
          <w:rFonts w:ascii="Times New Roman" w:hAnsi="Times New Roman" w:eastAsia="Times New Roman" w:cs="Times New Roman"/>
        </w:rPr>
        <w:t>Ala ou tonbe sot nan syèl la, o Lusifè, pitit gason maten an! Ala ou koupe desann atè, ou menm ki te fè nasyon yo vin fèb! Paske ou te di nan kè ou: M ap monte nan syèl la, m ap leve twòn mwen pi wo pase zetwal Bondye yo; m ap chita tou sou mòn kongregasyon an, nan bò nò yo; m ap monte pi wo pase wotè nwaj yo; m ap sanble ak Trèwo a. Ezayi 14:12–14.</w:t>
      </w:r>
    </w:p>
    <w:p>
      <w:pPr>
        <w:pStyle w:val="ArticleBody"/>
        <w:jc w:val="left"/>
      </w:pPr>
      <w:r>
        <w:rPr>
          <w:rFonts w:ascii="Times New Roman" w:hAnsi="Times New Roman" w:eastAsia="Times New Roman" w:cs="Times New Roman"/>
        </w:rPr>
        <w:t>«Côtés du nord» se refere a Jerusalém, a cidade do grande Rei, onde está o Seu santuário.</w:t>
      </w:r>
    </w:p>
    <w:p>
      <w:pPr>
        <w:pStyle w:val="ArticleScripture"/>
        <w:jc w:val="left"/>
      </w:pPr>
      <w:r>
        <w:rPr>
          <w:rFonts w:ascii="Times New Roman" w:hAnsi="Times New Roman" w:eastAsia="Times New Roman" w:cs="Times New Roman"/>
        </w:rPr>
        <w:t>Yon Chante ak Sòm pou pitit gason Kora yo. Gran se Senyè a, e li merite anpil louwanj nan vil Bondye nou an, sou mòn sentete li a. Bèl nan pozisyon li, kè kontan tout latè a, se mòn Siyon an, sou kote nò yo, vil gran Wa a. Sòm 48:1, 2.</w:t>
      </w:r>
    </w:p>
    <w:p>
      <w:pPr>
        <w:pStyle w:val="ArticleBody"/>
        <w:jc w:val="left"/>
      </w:pPr>
      <w:r>
        <w:rPr>
          <w:rFonts w:ascii="Times New Roman" w:hAnsi="Times New Roman" w:eastAsia="Times New Roman" w:cs="Times New Roman"/>
        </w:rPr>
        <w:t>Nan Ekriti yo, “wa nò” tèren yo toujou prezante kòm lènmi pèp Bondye a. Yo reprezante efò Satan fè pou l kontrefè vrè wa nò a, ki chita sou twòn li nan Jerizalèm, ki se bò nò yo. Liy ki reprezante de pwosesis tès imaj bèt la, ki mache paralèl ak liy de pwosesis tès imaj Kris la, gen yon twazyèm temwen nan tèm efò Satan fè pou l vin wa nò a ki ap domine sou pèp Bondye a.</w:t>
      </w:r>
    </w:p>
    <w:p>
      <w:pPr>
        <w:pStyle w:val="ArticleBody"/>
        <w:jc w:val="left"/>
      </w:pPr>
      <w:r>
        <w:rPr>
          <w:rFonts w:ascii="Times New Roman" w:hAnsi="Times New Roman" w:eastAsia="Times New Roman" w:cs="Times New Roman"/>
        </w:rPr>
        <w:t>An 723 av. J.-C., le roi du nord, représenté par l’Assyrie, emmena en captivité les dix tribus du royaume du nord d’Israël, en accomplissement des « sept temps » de Lévitique 26. Mille deux cent soixante ans plus tard, en 538, le roi du nord, représenté à ce moment de l’histoire par la Rome païenne littérale, céda le trône à la Rome papale, qui devint alors le roi spirituel du nord pour encore mille deux cent soixante ans. Cette seconde période de mille deux cent soixante ans prit fin en 1798, lorsque le roi spirituel romain du nord reçut une blessure mortelle. Lorsque la papauté reçut sa blessure mortelle en 1798, cela préfigura la clôture du temps de grâce pour l’humanité, lorsque la papauté ressuscitée viendra finalement et pour toujours à sa fin, sans que personne lui porte secours.</w:t>
      </w:r>
    </w:p>
    <w:p>
      <w:pPr>
        <w:pStyle w:val="ArticleScripture"/>
        <w:jc w:val="left"/>
      </w:pPr>
      <w:r>
        <w:rPr>
          <w:rFonts w:ascii="Times New Roman" w:hAnsi="Times New Roman" w:eastAsia="Times New Roman" w:cs="Times New Roman"/>
        </w:rPr>
        <w:t>Epi li pral plante tant palè li yo ant de lanmè yo sou mòn sen ki gen bèlte a; men li va rive nan fen li, e pesonn pa va ede li. E nan tan sa a, Mikaèl va leve kanpe, gran chèf la ki kanpe pou pitit pèp ou a; e pral gen yon tan detrès, tankou pa t janm genyen depi lè te gen yon nasyon jouk rive nan menm tan sa a; e nan tan sa a pèp ou a va delivre, chak moun yo va jwenn ekri nan liv la. Danyèl 11:45, 12:1.</w:t>
      </w:r>
    </w:p>
    <w:p>
      <w:pPr>
        <w:pStyle w:val="ArticleBody"/>
        <w:jc w:val="left"/>
      </w:pPr>
      <w:r>
        <w:rPr>
          <w:rFonts w:ascii="Times New Roman" w:hAnsi="Times New Roman" w:eastAsia="Times New Roman" w:cs="Times New Roman"/>
        </w:rPr>
        <w:t>“set tan” yo, nan Levitik vennsis, ki egal ak de mil senksan ven lane, idantifye Lasiri kòm wa nò a an 723 av. J.-K., epi kòm wa nò a li te konkeri wayòm “nò” ansyen Izrayèl la. Depi lè sa a, payanis, kòmanse ak Lasiri rive jouk Wòm payen an, te pilonnen pèp Bondye a, “lame” Danyèl 8:13 la, pandan mil de san swasant lane. An 538, wa nò literal women an te konkeri pwofetikman pa wa nò espirityèl women an, ki te pilonnen Izrayèl espirityèl Bondye a pandan yon lòt mil de san swasant lane. Dezyèm peryòd pilonnman an te fini lè wa nò espirityèl women an te resevwa blesi mòtèl li an 1798.</w:t>
      </w:r>
    </w:p>
    <w:p>
      <w:pPr>
        <w:pStyle w:val="ArticleBody"/>
        <w:jc w:val="left"/>
      </w:pPr>
      <w:r>
        <w:rPr>
          <w:rFonts w:ascii="Times New Roman" w:hAnsi="Times New Roman" w:eastAsia="Times New Roman" w:cs="Times New Roman"/>
        </w:rPr>
        <w:t>Nan liy imaj Kris la, pwen santral la se kwa a, kote lanmò idantifye. Nan de peryòd tès fòmasyon imaj bèt la, pwen santral la se lanmò bèt tè a. Nan liy wa nò kontrefè a, pwen santral la se lanmò wa nò women literal la.</w:t>
      </w:r>
    </w:p>
    <w:p>
      <w:pPr>
        <w:pStyle w:val="ArticleBody"/>
        <w:jc w:val="left"/>
      </w:pPr>
      <w:r>
        <w:rPr>
          <w:rFonts w:ascii="Times New Roman" w:hAnsi="Times New Roman" w:eastAsia="Times New Roman" w:cs="Times New Roman"/>
        </w:rPr>
        <w:t>Liy sa yo reprezante twa temwen biblik, chak ladan yo genyen de peryòd tan ki vin youn apre lòt anndan yon sèl peryòd tan. Chak pwen santral make pa yon lanmò fizik, oubyen pa lanmò yon wayòm nan pwofesi Bib la. Pou Kris la, pwen santral la se te lanmò Li ak rezirèksyon Li. Pou imaj bèt la, pwen santral la se lanmò bèt tè a, sizyèm wayòm nan pwofesi Bib la, nan lwa dimanch lan. Pou liy wa fo nò a, pwen santral la reprezante lanmò wa nò women literal la, katriyèm wayòm nan pwofesi Bib la.</w:t>
      </w:r>
    </w:p>
    <w:p>
      <w:pPr>
        <w:pStyle w:val="ArticleBody"/>
        <w:jc w:val="left"/>
      </w:pPr>
      <w:r>
        <w:rPr>
          <w:rFonts w:ascii="Times New Roman" w:hAnsi="Times New Roman" w:eastAsia="Times New Roman" w:cs="Times New Roman"/>
        </w:rPr>
        <w:t>De temwen Revelasyon onz yo, dapre Sè White nan The Great Controversy, reprezante Pawòl Bondye a. Kris la se Pawòl Bondye a. Yo te bay de temwen sa yo pouvwa pou pwofetize pandan mil desan swasant jou, abiye ak sak. Apre sa yo te touye yo nan lari a, epi yo pa t leve ankò pandan twa jou edmi. “Mil desan swasant jou” ak “twa jou edmi” se toude senbòl peryòd dezè a ki dire mil desan swasant ane. Yo te kòmanse avèk yon otorizasyon kote yo te pwofetize abiye ak sak, sa ki te fini nan lanmò. Apre sa, pandan menm peryòd pwofetik la, yo te rete an silans e yo te vlope ak lanmò, jiskaske yo te resisite pou prezante avètisman twazyèm zanj lan ki anonse fen tan gras la.</w:t>
      </w:r>
    </w:p>
    <w:p>
      <w:pPr>
        <w:pStyle w:val="ArticleBody"/>
        <w:jc w:val="left"/>
      </w:pPr>
      <w:r>
        <w:rPr>
          <w:rFonts w:ascii="Times New Roman" w:hAnsi="Times New Roman" w:eastAsia="Times New Roman" w:cs="Times New Roman"/>
        </w:rPr>
        <w:t>Kat liy pwofetik sa yo egal a kat temwen. Estrikti pwofetik chak nan kat temwen yo idantik. Peryòd tan chak nan uit peryòd yo, eksepte soti 11 septanm 2001 rive jouk lwa dimanch ki pral vini talè a, ki jwenn nan kat liy yo, se menm bagay pwofetikman. Chak pwen sant reprezante yon kalite lanmò. De nan liy yo pale de Kris la, swa kòm imaj Li, swa kòm Pawòl Bondye a. De lòt liy yo reprezante antikris la, swa kòm dezi li pou imite Kris la kòm wa nò a, swa pou imite sistèm gouvènman Kris la.</w:t>
      </w:r>
    </w:p>
    <w:p>
      <w:pPr>
        <w:pStyle w:val="ArticleBody"/>
        <w:jc w:val="left"/>
      </w:pPr>
      <w:r>
        <w:rPr>
          <w:rFonts w:ascii="Times New Roman" w:hAnsi="Times New Roman" w:eastAsia="Times New Roman" w:cs="Times New Roman"/>
        </w:rPr>
        <w:t>N ap eseye rasanble san karantkat mil yo ansanm ak batay ki nan premye syèl la nan pwochen atik nou an. Chè lektè, oswa oditè: Kit ou refize wè verite sa yo, kit ou wè yo, li nesesè pou nou fè remake ke enfòmasyon k ap prezante nan tout atik sa yo idantifye, epi apre sa yo soutni e yo konfime, grasa aplikasyon prensip ki sèvi ak kòmansman yon bagay pou idantifye fen yon bagay. Sa a se siyati pwofetik Alfa ak Omega, e li se yon gwo eleman nan Revelasyon Jezi Kris la ki kounye a ap desele.</w:t>
      </w:r>
    </w:p>
    <w:p>
      <w:pPr>
        <w:pStyle w:val="ArticleScripture"/>
        <w:jc w:val="left"/>
      </w:pPr>
      <w:r>
        <w:rPr>
          <w:rFonts w:ascii="Times New Roman" w:hAnsi="Times New Roman" w:eastAsia="Times New Roman" w:cs="Times New Roman"/>
        </w:rPr>
        <w:t>Bagay sekrè yo se pou SENYÈ a, Bondye nou an; men bagay ki revele yo se pou nou menm ak pou pitit nou yo pou tout tan, pou nou ka fè tout pawòl lalwa sa a. Detewonòm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Trèz</dc:title>
  <dc:subject>Lagè nan Syèl la ak Dènye Jou yo: Devwale Kalandriye Pwofetik la dapre Revelasyon 12 ak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