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Revelasyon Jezikri a — Nimewo Kenz</w:t>
      </w:r>
    </w:p>
    <w:p>
      <w:pPr>
        <w:pStyle w:val="ArticleSubtitle"/>
        <w:jc w:val="left"/>
      </w:pPr>
      <w:r>
        <w:rPr>
          <w:rFonts w:ascii="Arial" w:hAnsi="Arial" w:eastAsia="Arial" w:cs="Arial"/>
        </w:rPr>
        <w:t>Setyèm So a ak Ouvèti Verite Pwofetik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2023-11-13</w:t>
      </w:r>
    </w:p>
    <w:p>
      <w:pPr>
        <w:pStyle w:val="ArticleScripture"/>
        <w:jc w:val="left"/>
      </w:pPr>
      <w:r>
        <w:rPr>
          <w:rFonts w:ascii="Times New Roman" w:hAnsi="Times New Roman" w:eastAsia="Times New Roman" w:cs="Times New Roman"/>
        </w:rPr>
        <w:t>Lè li te louvri setyèm so a, te gen silans nan syèl la pou anviwon demi èdtan. Epi mwen wè sèt zanj yo ki te kanpe devan Bondye; epi yo te resevwa sèt twonpèt. Epi yon lòt zanj vini, li kanpe bò lotèl la, li te gen yon lansanwa an lò; epi yo te ba li anpil lansan, pou l ofri li ansanm ak priyè tout sen yo sou lotèl an lò ki te devan twòn nan. Epi lafimen lansan an, ki te monte ansanm ak priyè sen yo, leve devan Bondye soti nan men zanj la. Epi zanj la pran lansanwa a, li ranpli li ak dife lotèl la, epi li jete l sou tè a: epi te gen vwa, kout loraj, zèklè, ak yon tranblemanntè. Revelasyon 8:1–5.</w:t>
      </w:r>
    </w:p>
    <w:p>
      <w:pPr>
        <w:pStyle w:val="ArticleBody"/>
        <w:jc w:val="left"/>
      </w:pPr>
      <w:r>
        <w:rPr>
          <w:rFonts w:ascii="Times New Roman" w:hAnsi="Times New Roman" w:eastAsia="Times New Roman" w:cs="Times New Roman"/>
        </w:rPr>
        <w:t>Nou ap pale de vide dife sen an ki soti nan tanp ki nan syèl la, pandan peryòd istwa kote Etazini pral fè desann dife pa sen soti nan premye syèl la. Revelasyon sa sèt loraj yo te pwononse nan chapit dis nan Revelasyon an, te dwe sele jouk jis anvan tan gras la fini. Tan gras la reprezante tou kòm li sou pwen fini lè setyèm sele a louvri.</w:t>
      </w:r>
    </w:p>
    <w:p>
      <w:pPr>
        <w:pStyle w:val="ArticleScripture"/>
        <w:jc w:val="left"/>
      </w:pPr>
      <w:r>
        <w:rPr>
          <w:rFonts w:ascii="Times New Roman" w:hAnsi="Times New Roman" w:eastAsia="Times New Roman" w:cs="Times New Roman"/>
        </w:rPr>
        <w:t>Epi li di m: Pa sele pawòl pwofesi liv sa a; paske tan an pre. Moun ki enjis la, se pou l kontinye fè enjistis toujou; moun ki sal la, se pou l kontinye rete sal toujou; moun ki jis la, se pou l kontinye fè sa ki jis toujou; epi moun ki sen an, se pou l kontinye rete sen toujou. Revelasyon 22:10, 11.</w:t>
      </w:r>
    </w:p>
    <w:p>
      <w:pPr>
        <w:pStyle w:val="ArticleBody"/>
        <w:jc w:val="left"/>
      </w:pPr>
      <w:r>
        <w:rPr>
          <w:rFonts w:ascii="Times New Roman" w:hAnsi="Times New Roman" w:eastAsia="Times New Roman" w:cs="Times New Roman"/>
        </w:rPr>
        <w:t>Ouvèti setyèm sele a fèt pandan sèt zanj yo ap pare pou sonnen.</w:t>
      </w:r>
    </w:p>
    <w:p>
      <w:pPr>
        <w:pStyle w:val="ArticleScripture"/>
        <w:jc w:val="left"/>
      </w:pPr>
      <w:r>
        <w:rPr>
          <w:rFonts w:ascii="Times New Roman" w:hAnsi="Times New Roman" w:eastAsia="Times New Roman" w:cs="Times New Roman"/>
        </w:rPr>
        <w:t>Epi sèt zanj ki te gen sèt twonpèt yo pare tèt yo pou yo sonnen. Revelasyon 8:6.</w:t>
      </w:r>
    </w:p>
    <w:p>
      <w:pPr>
        <w:pStyle w:val="ArticleBody"/>
        <w:jc w:val="left"/>
      </w:pPr>
      <w:r>
        <w:rPr>
          <w:rFonts w:ascii="Times New Roman" w:hAnsi="Times New Roman" w:eastAsia="Times New Roman" w:cs="Times New Roman"/>
        </w:rPr>
        <w:t>Lè tan gras la fini, “pèsonn” pa “kapab antre nan tanp lan,” paske entèsesyon Kris la pou peche lèzòm fini. Tan gras la fini, epi yo bay sèt zanj yo lòd pou vide bòl kòlè Bondye yo.</w:t>
      </w:r>
    </w:p>
    <w:p>
      <w:pPr>
        <w:pStyle w:val="ArticleScripture"/>
        <w:jc w:val="left"/>
      </w:pPr>
      <w:r>
        <w:rPr>
          <w:rFonts w:ascii="Times New Roman" w:hAnsi="Times New Roman" w:eastAsia="Times New Roman" w:cs="Times New Roman"/>
        </w:rPr>
        <w:t>Epi tanp lan te plen ak lafimen ki soti nan glwa Bondye a ak nan pisans li; e pèsonn pa t kapab antre nan tanp lan, jouk lè sèt flewo sèt zanj yo te fin akonpli. Epi mwen tande yon gwo vwa ki soti nan tanp lan, k ap di sèt zanj yo: Ale fè chemen nou, epi vide bòl kòlè Bondye yo sou tè a. Revelasyon 15:8, 16:1.</w:t>
      </w:r>
    </w:p>
    <w:p>
      <w:pPr>
        <w:pStyle w:val="ArticleBody"/>
        <w:jc w:val="left"/>
      </w:pPr>
      <w:r>
        <w:rPr>
          <w:rFonts w:ascii="Times New Roman" w:hAnsi="Times New Roman" w:eastAsia="Times New Roman" w:cs="Times New Roman"/>
        </w:rPr>
        <w:t>Pa gen okenn endikasyon ki montre sèt zanj ki sonnen sèt twonpèt yo nan Revelasyon chapit nèf rive onz yo diferan ak sèt zanj ki vide sèt dènye flewo yo. Okontrè, karakteristik pwofetik jijman sèt twonpèt yo reprezante yo mache paralèl ak kote yo frape ansanm ak efè sèt gode kòlè Bondye yo nan chapit sèz. Kòm yon lyen ki pi dirèk toujou, jijman twonpèt yo rele dirèkteman flewo.</w:t>
      </w:r>
    </w:p>
    <w:p>
      <w:pPr>
        <w:pStyle w:val="ArticleScripture"/>
        <w:jc w:val="left"/>
      </w:pPr>
      <w:r>
        <w:rPr>
          <w:rFonts w:ascii="Times New Roman" w:hAnsi="Times New Roman" w:eastAsia="Times New Roman" w:cs="Times New Roman"/>
        </w:rPr>
        <w:t>Epi rès moun yo ki pa t mouri anba flewo sa yo, yo pa t repanti poutèt zèv men yo, pou yo pa t adore demon, ni zidòl an lò, an ajan, an kwiv, an wòch, ak an bwa, ki pa ka wè, ni tande, ni mache. Revelasyon 9:20.</w:t>
      </w:r>
    </w:p>
    <w:p>
      <w:pPr>
        <w:pStyle w:val="ArticleBody"/>
        <w:jc w:val="left"/>
      </w:pPr>
      <w:r>
        <w:rPr>
          <w:rFonts w:ascii="Times New Roman" w:hAnsi="Times New Roman" w:eastAsia="Times New Roman" w:cs="Times New Roman"/>
        </w:rPr>
        <w:t>Ouvèti setyèm so a plase avèk entansyon ladan kontèks pwoksimite fen tan gras la. Setyèm so a reprezante yon dezyèm temwen sou sa sèt loray yo te “pwononse,” sa Jan, ansanm ak Pòl, te jwenn entèdiksyon pou yo ekri.</w:t>
      </w:r>
    </w:p>
    <w:p>
      <w:pPr>
        <w:pStyle w:val="ArticleScripture"/>
        <w:jc w:val="left"/>
      </w:pPr>
      <w:r>
        <w:rPr>
          <w:rFonts w:ascii="Times New Roman" w:hAnsi="Times New Roman" w:eastAsia="Times New Roman" w:cs="Times New Roman"/>
        </w:rPr>
        <w:t>Li rele byen fò avèk yon vwa pwisan, tankou lè yon lyon ap gwonde; epi lè li te fin rele, sèt loraj yo fè tande vwa pa yo. Epi lè sèt loraj yo te fin fè tande vwa pa yo, mwen te prèt pou m ekri; men mwen tande yon vwa soti nan syèl la ki t ap di m: Sele sa sèt loraj yo te deklare yo, epi pa ekri yo. Revelasyon 10:3, 4.</w:t>
      </w:r>
    </w:p>
    <w:p>
      <w:pPr>
        <w:pStyle w:val="ArticleBody"/>
        <w:jc w:val="left"/>
      </w:pPr>
      <w:r>
        <w:rPr>
          <w:rFonts w:ascii="Times New Roman" w:hAnsi="Times New Roman" w:eastAsia="Times New Roman" w:cs="Times New Roman"/>
        </w:rPr>
        <w:t>Sa sèt tonnè yo te “pwononse” a, sa te sele; epi nan chapit vennde a, pwofesi ki te sele nan liv Revelasyon an te dwe devwale, e menm jan ak setyèm sele a, li te dwe devwale jis anvan tan gras la fèmen.</w:t>
      </w:r>
    </w:p>
    <w:p>
      <w:pPr>
        <w:pStyle w:val="ArticleBody"/>
        <w:jc w:val="left"/>
      </w:pPr>
      <w:r>
        <w:rPr>
          <w:rFonts w:ascii="Times New Roman" w:hAnsi="Times New Roman" w:eastAsia="Times New Roman" w:cs="Times New Roman"/>
        </w:rPr>
        <w:t>Sè White idantifye ke lefèt yo te sele sa sèt loraj yo te “di” a te reprezante menm aksyon Lyon nan branch fanmi Jida a te fè lè Li te bay Danyèl lòd pou sele liv li a jouk nan tan lafen an. Liv Danyèl ak Liv Revelasyon an se menm liv la, epi nan Revelasyon an yo reprezante Jezi kòm Lyon nan branch fanmi Jida a lè Li louvri liv ki te sele ak sèt so yo; konsa, se te Lyon nan branch fanmi Jida a tou ki te bay Danyèl lòd pou sele liv li a jouk nan tan lafen an. Lyon nan branch fanmi Jida a se Sila a ki sele epi ki louvri Pawòl Li a, paske Li se Pawòl la.</w:t>
      </w:r>
    </w:p>
    <w:p>
      <w:pPr>
        <w:pStyle w:val="ArticleScripture"/>
        <w:jc w:val="left"/>
      </w:pPr>
      <w:r>
        <w:rPr>
          <w:rFonts w:ascii="Times New Roman" w:hAnsi="Times New Roman" w:eastAsia="Times New Roman" w:cs="Times New Roman"/>
        </w:rPr>
        <w:t>“Apre sèt loraj sa yo fin fè tande vwa yo, lòd la vin jwenn Jan menm jan li te vin jwenn Danyèl konsènan ti liv la: ‘Sele bagay sa yo sèt loraj yo te pwononse.’” The Seventh-day Adventist Bible Commentary, volim 7, 971.</w:t>
      </w:r>
    </w:p>
    <w:p>
      <w:pPr>
        <w:pStyle w:val="ArticleBody"/>
        <w:jc w:val="left"/>
      </w:pPr>
      <w:r>
        <w:rPr>
          <w:rFonts w:ascii="Times New Roman" w:hAnsi="Times New Roman" w:eastAsia="Times New Roman" w:cs="Times New Roman"/>
        </w:rPr>
        <w:t>Prèv entèn ki nan liv Dànyèl ak Revelasyon yo montre ke ouvèti setyèm sele a se yon dezyèm temwen pou ouvèti sa sèt loraj yo te pwononse a. Ni ouvèti liv Dànyèl la ni ouvèti liv ki te sele avèk sèt sele yo montre ke verite ki revele lè yon mesaj pwofetik vin louvri gen yon nati pwogresif. Se poutèt sa liv Dànyèl la prezante sa kòm yon ogmantasyon konesans, epi liv Revelasyon an montre sa kòm retire yon sele apre yon lòt.</w:t>
      </w:r>
    </w:p>
    <w:p>
      <w:pPr>
        <w:pStyle w:val="ArticleBody"/>
        <w:jc w:val="left"/>
      </w:pPr>
      <w:r>
        <w:rPr>
          <w:rFonts w:ascii="Times New Roman" w:hAnsi="Times New Roman" w:eastAsia="Times New Roman" w:cs="Times New Roman"/>
        </w:rPr>
        <w:t>Se yon limyè ki ap vin pi klere toujou jouk nan jou pafè a.</w:t>
      </w:r>
    </w:p>
    <w:p>
      <w:pPr>
        <w:pStyle w:val="ArticleScripture"/>
        <w:jc w:val="left"/>
      </w:pPr>
      <w:r>
        <w:rPr>
          <w:rFonts w:ascii="Times New Roman" w:hAnsi="Times New Roman" w:eastAsia="Times New Roman" w:cs="Times New Roman"/>
        </w:rPr>
        <w:t>Men chemen moun ki jis yo tankou limyè klere a, ki klere pi plis toujou jouk rive nan mitan jounen an nèt. Pwovèb 4:18.</w:t>
      </w:r>
    </w:p>
    <w:p>
      <w:pPr>
        <w:pStyle w:val="ArticleBody"/>
        <w:jc w:val="left"/>
      </w:pPr>
      <w:r>
        <w:rPr>
          <w:rFonts w:ascii="Times New Roman" w:hAnsi="Times New Roman" w:eastAsia="Times New Roman" w:cs="Times New Roman"/>
        </w:rPr>
        <w:t>Lè yo retire sele sou “verite” a, li pwogresif.</w:t>
      </w:r>
    </w:p>
    <w:p>
      <w:pPr>
        <w:pStyle w:val="ArticleScripture"/>
        <w:jc w:val="left"/>
      </w:pPr>
      <w:r>
        <w:rPr>
          <w:rFonts w:ascii="Times New Roman" w:hAnsi="Times New Roman" w:eastAsia="Times New Roman" w:cs="Times New Roman"/>
        </w:rPr>
        <w:t>“Si li te nesesè pou ansyen pèp Bondye a souvan raple nan lespri yo fason Li te aji avèk yo nan mizèrikòd ak nan jijman, nan konsèy ak nan repwòch, li menm jan an enpòtan pou nou medite sou verite ki delivre nou nan Pawòl Li a,—verite ki, si yo respekte yo, ap mennen nou nan imilite, nan soumisyon, ak nan obeyisans anvè Bondye. Nou dwe sanktifye grasa verite a. Pawòl Bondye a prezante verite espesyal pou chak epòk. Fason Bondye te aji avèk pèp Li a nan tan pase yo ta dwe resevwa atansyon ak anpil swen bò kote pa nou. Nou ta dwe aprann leson yo fèt pou anseye nou. Men nou pa dwe rete satisfè ak yo sèlman. Bondye ap mennen pèp Li a pa etap. Verite a pwogresif. Moun k ap chèche ak senserite ap toujou resevwa limyè ki soti nan syèl la. Ki sa verite a ye? se ta dwe toujou kestyon n ap poze.” Signs of the Times, 26 me 1881.</w:t>
      </w:r>
    </w:p>
    <w:p>
      <w:pPr>
        <w:pStyle w:val="ArticleBody"/>
        <w:jc w:val="left"/>
      </w:pPr>
      <w:r>
        <w:rPr>
          <w:rFonts w:ascii="Times New Roman" w:hAnsi="Times New Roman" w:eastAsia="Times New Roman" w:cs="Times New Roman"/>
        </w:rPr>
        <w:t>Nan fen mwa Jiyè 2023, Revelasyon Jezi Kris la te kòmanse debloke.</w:t>
      </w:r>
    </w:p>
    <w:p>
      <w:pPr>
        <w:pStyle w:val="ArticleBody"/>
        <w:jc w:val="left"/>
      </w:pPr>
      <w:r>
        <w:rPr>
          <w:rFonts w:ascii="Times New Roman" w:hAnsi="Times New Roman" w:eastAsia="Times New Roman" w:cs="Times New Roman"/>
        </w:rPr>
        <w:t>Menm jan ak setyèm sele a, epi tou pawòl sèt loraj yo, Revelasyon Jezikri a vin deseale jis anvan tan gras la fini. Li bay yon twazyèm temwen sou menm mesaj la ki reprezante pa retire setyèm sele a ak pa sèt loraj yo. Twa reprezantasyon sa yo nan liv Revelasyon an se twa temwen ki mete ansanm pou fòme mesaj Revelasyon Jezikri a. Deseleman twa temwen sa yo fèt pwogresivman. Efè li yo tou pwogresif.</w:t>
      </w:r>
    </w:p>
    <w:p>
      <w:pPr>
        <w:pStyle w:val="ArticleScripture"/>
        <w:jc w:val="left"/>
      </w:pPr>
      <w:r>
        <w:rPr>
          <w:rFonts w:ascii="Times New Roman" w:hAnsi="Times New Roman" w:eastAsia="Times New Roman" w:cs="Times New Roman"/>
        </w:rPr>
        <w:t>«Lafwa obeyisans anvè lwa Bondye se sanktifikasyon. Gen anpil moun ki gen ide erone konsènan travay sa a nan nanm nan, men Jezi te priye pou disip li yo ta sanktifye atravè verite a, epi li te ajoute: “Pawòl ou se verite” (Jan 17:17). Sanktifikasyon pa yon travay enstantane, men yon travay pwogresif, menm jan obeyisans la kontinyèl. Osi lontan ke Satan ap pouse tantasyon li yo sou nou, batay pou viktwa sou pwòp tèt nou ap bezwen mennen ankò e ankò; men atravè obeyisans, verite a ap sanktifye nanm nan. Moun ki fidèl anvè verite a pral, grasa merit Kris la, genyen batay sou tout feblès karaktè ki te fè yo pran fòm dapre chak sikonstans varyab nan lavi a.» Faith and Works, 85.</w:t>
      </w:r>
    </w:p>
    <w:p>
      <w:pPr>
        <w:pStyle w:val="ArticleBody"/>
        <w:jc w:val="left"/>
      </w:pPr>
      <w:r>
        <w:rPr>
          <w:rFonts w:ascii="Times New Roman" w:hAnsi="Times New Roman" w:eastAsia="Times New Roman" w:cs="Times New Roman"/>
        </w:rPr>
        <w:t>Devlopman pwogresif konpreyansyon Revelasyon Jezi Kris la te kòmanse pibliye nan fen mwa jiyè 2023. Pwosesis konpreyansyon verite ki te kòmanse pibliye nan epòk sa a te kòmanse yon ti tan apre 18 jiyè 2020.</w:t>
      </w:r>
    </w:p>
    <w:p>
      <w:pPr>
        <w:pStyle w:val="ArticleBody"/>
        <w:jc w:val="left"/>
      </w:pPr>
      <w:r>
        <w:rPr>
          <w:rFonts w:ascii="Times New Roman" w:hAnsi="Times New Roman" w:eastAsia="Times New Roman" w:cs="Times New Roman"/>
        </w:rPr>
        <w:t>Verite ki idantifye nan mesaj ouvèti setyèm sele a ap adrese pwen repè Kri a nan Mitan Lannwit lan. Kri a nan Mitan Lannwit lan nan istwa Millerit la te yon devlopman pwogresif verite, e reyalite sa a ka demontre pa yon revizyon istorik sou travay Samuel Snow. Jezi ilistre mouvman twazyèm zanj lan ak mouvman premye zanj lan, paske li toujou ilistre fen an pa kòmansman an.</w:t>
      </w:r>
    </w:p>
    <w:p>
      <w:pPr>
        <w:pStyle w:val="ArticleBody"/>
        <w:jc w:val="left"/>
      </w:pPr>
      <w:r>
        <w:rPr>
          <w:rFonts w:ascii="Times New Roman" w:hAnsi="Times New Roman" w:eastAsia="Times New Roman" w:cs="Times New Roman"/>
        </w:rPr>
        <w:t>Verite ki reyini ansanm pou fòme mesaj Kri Minui a se yon konpreyansyon sou kiyès Bondye ye, ak fason karaktè Li reprezante nan Pawòl Li. Verite sa yo gen ladan yo yon deskripsyon trè detaye sou pwosesis istorik sila yo ki pral finalman pwoklame mesaj Kri Minui a pral akonpli. Istwa kache sèt loraj yo se sa ki idantifye pwosesis istorik sa a. Setyèm sele a se yon pati nan pwosesis istorik detaye sa a, men revelasyon li vize peryòd tan ki kòmanse lè mesaj Kri Minui a fin tabli nèt, konsa li make moman kote sele san karannkat mil yo akonpli. Retire pwogresif setyèm sele a kòmanse lè mesaj Kri Minui a devlope nèt, jan reyinyon kan Exeter la te ilistre sa pandan ete 1844 la. Atik sa yo reprezante envitasyon pèsonèl ou pou vin nan reyinyon kan Exeter la.</w:t>
      </w:r>
    </w:p>
    <w:p>
      <w:pPr>
        <w:pStyle w:val="ArticleBody"/>
        <w:jc w:val="left"/>
      </w:pPr>
      <w:r>
        <w:rPr>
          <w:rFonts w:ascii="Times New Roman" w:hAnsi="Times New Roman" w:eastAsia="Times New Roman" w:cs="Times New Roman"/>
        </w:rPr>
        <w:t>Lè setyèm sele a louvri, yo voye dife ki soti sou lotèl la sou tè a, epi gen “vwa, ak loraj, ak zèklè, ak yon tranblemanntè.” Yon “vwa” reprezante yon twonpèt.</w:t>
      </w:r>
    </w:p>
    <w:p>
      <w:pPr>
        <w:pStyle w:val="ArticleScripture"/>
        <w:jc w:val="left"/>
      </w:pPr>
      <w:r>
        <w:rPr>
          <w:rFonts w:ascii="Times New Roman" w:hAnsi="Times New Roman" w:eastAsia="Times New Roman" w:cs="Times New Roman"/>
        </w:rPr>
        <w:t>Rèl byen fò, pa rete bouch ou; leve vwa ou tankou yon twonpèt, epi fè pèp mwen an wè transgresyon yo, ak kay Jakòb la peche yo. Ezayi 58:1.</w:t>
      </w:r>
    </w:p>
    <w:p>
      <w:pPr>
        <w:pStyle w:val="ArticleBody"/>
        <w:jc w:val="left"/>
      </w:pPr>
      <w:r>
        <w:rPr>
          <w:rFonts w:ascii="Times New Roman" w:hAnsi="Times New Roman" w:eastAsia="Times New Roman" w:cs="Times New Roman"/>
        </w:rPr>
        <w:t>Vwa yon twonpèt idantifye yon mesaj ki bay avètisman sou jijman k ap pwoche. Lè Ezayi bay pèp Bondye a lòd pou yo leve vwa yo tankou yon twonpèt, yo dwe “rele” byen fò. Mesaj Rèl Minwi a devwale jis anvan lè tranblemanntè lwa dimanch lan. Mesaj Rèl Minwi a, ki devwale jis anvan lwa dimanch ki pral vini talè a, se mesaj ki vin gonfle pou l tounen yon gran rèl. Lè Ezayi di: “Rele byen fò,” li ap fè referans ak yon konbinezon gran rèl twazyèm zanj lan, ki se dezyèm vwa ki vin mete tèt li ansanm ak mesaj Rèl Minwi a. Gran mesaj Rèl Minwi a se yon avètisman sou setyèm twonpèt la, ki se twazyèm malè a. Pèp Bondye a dwe konprann ke lè mesaj twonpèt sa a sonnen, yo antre nan dènye moman tan gras yo. Se poutèt sa, lòd Ezayi a se yon avètisman pou prepare pou fèmti tan gras la, yon avètisman ke jijman twonpèt twazyèm malè Islam nan pral frape Etazini talè pou li rejte saba Bondye a. Nan lwa dimanch lan, Rèl Minwi a, ki se premye nan de “vwa” yo nan Revelasyon chapit dizwit, gonfle pou l tounen yon gran rèl, pandan lòt pitit Bondye yo ki toujou nan Babilòn ap resevwa apèl pou yo soti.</w:t>
      </w:r>
    </w:p>
    <w:p>
      <w:pPr>
        <w:pStyle w:val="ArticleScripture"/>
        <w:jc w:val="left"/>
      </w:pPr>
      <w:r>
        <w:rPr>
          <w:rFonts w:ascii="Times New Roman" w:hAnsi="Times New Roman" w:eastAsia="Times New Roman" w:cs="Times New Roman"/>
        </w:rPr>
        <w:t>“Verite pou tan sa a, mesaj twazyèm zanj lan, dwe pwoklame avèk yon vwa fò, sa vle di avèk yon pouvwa k ap ogmante, pandan n ap pwoche bò kote gwo dènye eprèv la.” The 1888 Materials, 710.</w:t>
      </w:r>
    </w:p>
    <w:p>
      <w:pPr>
        <w:pStyle w:val="ArticleBody"/>
        <w:jc w:val="left"/>
      </w:pPr>
      <w:r>
        <w:rPr>
          <w:rFonts w:ascii="Times New Roman" w:hAnsi="Times New Roman" w:eastAsia="Times New Roman" w:cs="Times New Roman"/>
        </w:rPr>
        <w:t>“Pouvwa k ap ogmante” nan “gwo rèl” twazyèm zanj lan te prefigire nan Sinayi lè Jewova li menm te pwoklame Dis Kòmandman yo. Twonpèt la nan istwa sa a te ogmante an fòs pandan mòn lan t ap tranble epi li t ap tounen lafimen. Lakrent lan te tèlman gwo, menm Moyiz te tranble anpil. Lè sa a, pèp la te leve “vwa” yo avèk lakrent, yo te mande pou “vwa” Bondye a sispann sonnen.</w:t>
      </w:r>
    </w:p>
    <w:p>
      <w:pPr>
        <w:pStyle w:val="ArticleScripture"/>
        <w:jc w:val="left"/>
      </w:pPr>
      <w:r>
        <w:rPr>
          <w:rFonts w:ascii="Times New Roman" w:hAnsi="Times New Roman" w:eastAsia="Times New Roman" w:cs="Times New Roman"/>
        </w:rPr>
        <w:t>Epi son yon twonpèt, ak vwa pawòl; vwa sa a, moun ki te tande l yo te sipliye pou yo pa t pale yo pawòl la ankò: (Paske yo pa t kapab sipòte sa ki te kòmande a: Menm si se ta yon bèt ki ta touche mòn nan, yo va kalonnen l ak kout wòch, oswa yo va pèse l ak yon flèch: Epi vizyon an te tèlman terib, Moyiz te di: Mwen gen anpil laperèz e m ap tranble anpil:). Ebre 12:19–21.</w:t>
      </w:r>
    </w:p>
    <w:p>
      <w:pPr>
        <w:pStyle w:val="ArticleBody"/>
        <w:jc w:val="left"/>
      </w:pPr>
      <w:r>
        <w:rPr>
          <w:rFonts w:ascii="Times New Roman" w:hAnsi="Times New Roman" w:eastAsia="Times New Roman" w:cs="Times New Roman"/>
        </w:rPr>
        <w:t>“Vwa” yo te “tande” a reprezante “vwa” mesaj avètisman twazyèm zanj lan. Nan yon angwas ki fè moun tranble, yo te reponn ak pwòp “vwa” pa yo. Vwa yo nan lwa dimanch lan reprezante tou pa vyèj sòt yo k ap mande lwil, epi vwa vyèj saj yo di yo ale achte pou tèt pa yo. Lè tan gras pou limanite a fini, “vwa” moun sa yo ki rekonèt yo pèdi, menm jan ak vyèj advantis sòt yo nan lwa dimanch lan, rele pou wòch ak mòn tonbe sou yo. Lwa dimanch lan se yon tip ki montre don lwa a sou mòn Sinayi.</w:t>
      </w:r>
    </w:p>
    <w:p>
      <w:pPr>
        <w:pStyle w:val="ArticleScripture"/>
        <w:jc w:val="left"/>
      </w:pPr>
      <w:r>
        <w:rPr>
          <w:rFonts w:ascii="Times New Roman" w:hAnsi="Times New Roman" w:eastAsia="Times New Roman" w:cs="Times New Roman"/>
        </w:rPr>
        <w:t>“Nan bèl manifestasyon pouvwa diven yo nan okazyon solanèl sa a,—son twonpèt misterye a ki t ap vin pi fò e pi terib toujou, gwo kout loraj yo k ap fè eko sou chak flan mòn, ekla zèklè a k ap klere somè sevè ak solanèl yo, epi sou tèt Sinayi, nan mitan nwaj, tanpèt, ak gwo fènwa, laglwa Bondye tankou yon dife k ap devore,—devan siy sa yo ki te make prezans Jewova, kè pèp Izrayèl la te febli anba laperèz, epi tout kongregasyon an ‘te rete byen lwen.’ Menm Moyiz te di: ‘Mwen gen anpil lakrentif e m ap tranble.’ Apre sa, anwo eleman yo ki t ap goumen youn ak lòt yo, yo te tande vwa Jewova, k ap pwononse dis prensip lwa li a.”</w:t>
      </w:r>
    </w:p>
    <w:p>
      <w:pPr>
        <w:pStyle w:val="ArticleScripture"/>
        <w:jc w:val="left"/>
      </w:pPr>
      <w:r>
        <w:rPr>
          <w:rFonts w:ascii="Times New Roman" w:hAnsi="Times New Roman" w:eastAsia="Times New Roman" w:cs="Times New Roman"/>
        </w:rPr>
        <w:t>«Pandan gwo glas Bondye a t ap revele bay pèp Izrayèl la vrè kondisyon yo, nanm yo te anvayi ak laterè. Pouvwa terib pawòl Bondye yo te sanble plis pase kò yo k ap tranble te ka sipòte. Yo te sipliye Moyiz: “Pale ou menm avèk nou, epi n ap tande; men pa kite Bondye pale avèk nou, pou nou pa mouri.” Lè gwo règ jistis Bondye a te prezante devan yo, yo te vin rann yo kont, janm yo pa t janm fè sa anvan, sou nati peche ki ofansan an, ak sou pwòp koupabilite pa yo, devan yon Bondye ki pir e ki sen.» Signs of the Times, 3 mas 1881.</w:t>
      </w:r>
    </w:p>
    <w:p>
      <w:pPr>
        <w:pStyle w:val="ArticleBody"/>
        <w:jc w:val="left"/>
      </w:pPr>
      <w:r>
        <w:rPr>
          <w:rFonts w:ascii="Times New Roman" w:hAnsi="Times New Roman" w:eastAsia="Times New Roman" w:cs="Times New Roman"/>
        </w:rPr>
        <w:t>Lè dife ki soti sou lotèl la jete sou tè a, gen “vwa, ak loraj, ak zèklè, ak yon tranblemanntè.” “Loraj ak zèklè” se senbòl jijman Bondye yo. Nan lwa dimanch lan, Etazini pral fin ranpli nèt “tas inikite” li a, e “apostazi nasyonal, pral swiv pa destriksyon nasyonal.” “Tas inikite” a vin plen nan katriyèm jenerasyon an, paske toude kòn bèt ki soti sou tè a ap pwogrese atravè kat jenerasyon rebelyon k ap ogmante. Lwa dimanch lan make pwen kote jijman Bondye yo, ki reprezante pa “loraj ak zèklè,” yo delivre, e yo delivre bay katriyèm jenerasyon an.</w:t>
      </w:r>
    </w:p>
    <w:p>
      <w:pPr>
        <w:pStyle w:val="ArticleScripture"/>
        <w:jc w:val="left"/>
      </w:pPr>
      <w:r>
        <w:rPr>
          <w:rFonts w:ascii="Times New Roman" w:hAnsi="Times New Roman" w:eastAsia="Times New Roman" w:cs="Times New Roman"/>
        </w:rPr>
        <w:t>Konsènan moun Amori yo, Senyè a te di: “Nan katriyèm jenerasyon an, yo va tounen isit la ankò; paske mechanste moun Amori yo poko rive nan mezi li.” Malgre nasyon sa a te parèt aklè poutèt idolatri li ak koripsyon li, li pa t ankò ranpli gode mechanste li a, e Bondye pa t vle bay lòd pou detwi l nèt. Pèp la te dwe wè pisans diven an manifeste yon fason byen klè, pou yo te ka rete san okenn eskiz. Kreyatè konpasyon an te dispoze sipòte mechanste yo jouk katriyèm jenerasyon an. Lè sa a, si pa t gen okenn chanjman pou pi bon, jijman Li yo te dwe tonbe sou yo.</w:t>
      </w:r>
    </w:p>
    <w:p>
      <w:pPr>
        <w:pStyle w:val="ArticleScripture"/>
        <w:jc w:val="left"/>
      </w:pPr>
      <w:r>
        <w:rPr>
          <w:rFonts w:ascii="Times New Roman" w:hAnsi="Times New Roman" w:eastAsia="Times New Roman" w:cs="Times New Roman"/>
        </w:rPr>
        <w:t>“Avèk yon presizyon ki pa ka fè erè, Sila ki Enfini an toujou kenbe kont ak tout nasyon yo. Pandan mizèrikòd Li ap ofri avèk apèl pou repantans, kont sa a ap rete ouvè; men lè chif yo rive nan yon sèten nivo Bondye fikse, sèvis kòlè Li a kòmanse. Kont la fèmen. Pasyans diven an fini. Pa gen ankò siplikasyon mizèrikòd an favè yo.” Testimonies, volume 5, 208.</w:t>
      </w:r>
    </w:p>
    <w:p>
      <w:pPr>
        <w:pStyle w:val="ArticleBody"/>
        <w:jc w:val="left"/>
      </w:pPr>
      <w:r>
        <w:rPr>
          <w:rFonts w:ascii="Times New Roman" w:hAnsi="Times New Roman" w:eastAsia="Times New Roman" w:cs="Times New Roman"/>
        </w:rPr>
        <w:t>Sè White idantifye jijman ki kòmanse avèk lwa dimanch lan kòm “jijman destriktif Bondye yo.” Li anseye ke li twò ta pou Advantis Lawodiseyen sòt yo, ki te gen yon opòtinite pou yo prepare pou kriz la a minwi, men ki te refize fè sa. Tan jijman destriktif sa a pou vyèj sòt yo se “yon tan mizèrikòd” pou sila yo ki poko tande verite a.</w:t>
      </w:r>
    </w:p>
    <w:p>
      <w:pPr>
        <w:pStyle w:val="ArticleScripture"/>
        <w:jc w:val="left"/>
      </w:pPr>
      <w:r>
        <w:rPr>
          <w:rFonts w:ascii="Times New Roman" w:hAnsi="Times New Roman" w:eastAsia="Times New Roman" w:cs="Times New Roman"/>
        </w:rPr>
        <w:t>“O, si pèp la te ka konnen tan vizitasyon yo! Gen anpil moun ki poko tande verite ki ap teste pou tan sa a. Gen anpil lòt ankò avèk yo Lespri Bondye ap plede. Tan jijman destriktif Bondye yo se tan mizèrikòd pou sila yo ki pa t gen okenn opòtinite pou aprann ki sa ki verite. Senyè a ap gade yo avèk tandrès. Kè mizèrikòd Li touche; men Li toujou lonje pou sove, pandan pòt la fèmen pou sila yo ki pa t vle antre.” Testimonies, volume 9, 97.</w:t>
      </w:r>
    </w:p>
    <w:p>
      <w:pPr>
        <w:pStyle w:val="ArticleBody"/>
        <w:jc w:val="left"/>
      </w:pPr>
      <w:r>
        <w:rPr>
          <w:rFonts w:ascii="Times New Roman" w:hAnsi="Times New Roman" w:eastAsia="Times New Roman" w:cs="Times New Roman"/>
        </w:rPr>
        <w:t>Lè setyèm sele a louvri, gen “vwa, loraj, zèklè, ak yon tranblemanntè.” “Lè” lè “tranblemanntè” Revelasyon onz la te premye akonpli a, se te Revolisyon Franse a; epi akonplisman pafè “lè” sa a se “tranbleman” bèt “latè” a, nan lwa dimanch ki pral vini byento a. Se nan “lè” sa a setyèm sele a louvri nèt. Lakwa a se yon tip lwa dimanch lan, e te gen yon gwo tranblemanntè nan lakwa a.</w:t>
      </w:r>
    </w:p>
    <w:p>
      <w:pPr>
        <w:pStyle w:val="ArticleScripture"/>
        <w:jc w:val="left"/>
      </w:pPr>
      <w:r>
        <w:rPr>
          <w:rFonts w:ascii="Times New Roman" w:hAnsi="Times New Roman" w:eastAsia="Times New Roman" w:cs="Times New Roman"/>
        </w:rPr>
        <w:t>Jezi, apre li te fin rele ankò avèk yon gwo vwa, li rann lespri a. Epi, gade, rido tanp lan chire an de depi anwo jouk anba; tè a tranble, e wòch yo fann. Matye 25:51.</w:t>
      </w:r>
    </w:p>
    <w:p>
      <w:pPr>
        <w:pStyle w:val="ArticleBody"/>
        <w:jc w:val="left"/>
      </w:pPr>
      <w:r>
        <w:rPr>
          <w:rFonts w:ascii="Times New Roman" w:hAnsi="Times New Roman" w:eastAsia="Times New Roman" w:cs="Times New Roman"/>
        </w:rPr>
        <w:t>Sou kwa a, yon wayòm satanik te ranvèse, menm jan sa pral fèt nan lwa dimanch la.</w:t>
      </w:r>
    </w:p>
    <w:p>
      <w:pPr>
        <w:pStyle w:val="ArticleScripture"/>
        <w:jc w:val="left"/>
      </w:pPr>
      <w:r>
        <w:rPr>
          <w:rFonts w:ascii="Times New Roman" w:hAnsi="Times New Roman" w:eastAsia="Times New Roman" w:cs="Times New Roman"/>
        </w:rPr>
        <w:t>“Kris la pa t abandone lavi Li jiskaske Li te fin akonpli travay Li te vini pou fè a, epi ak dènye souf Li, Li te rele: ‘Sa fini.’ Jan 19:30. Batay la te genyen. Men dwat Li ak bra sen Li te ba Li viktwa a. Antanke yon Konkeran, Li te plante banyè Li sou wotè etènèl yo. Èske pa t gen lajwa nan mitan zanj yo? Tout syèl la te triyonfe nan viktwa Sovè a. Satan te bat, e li te konnen wayòm li an te pèdi.” The Desire of Ages, 758.</w:t>
      </w:r>
    </w:p>
    <w:p>
      <w:pPr>
        <w:pStyle w:val="ArticleBody"/>
        <w:jc w:val="left"/>
      </w:pPr>
      <w:r>
        <w:rPr>
          <w:rFonts w:ascii="Times New Roman" w:hAnsi="Times New Roman" w:eastAsia="Times New Roman" w:cs="Times New Roman"/>
        </w:rPr>
        <w:t>Tranblemannt lakrwa a se yon reprezantasyon “verite,” ki se Alfa ak Omega. “Verite” se kòmansman an, mitan an ak fen an; se mo ebre ki te fòme lè yo te mete ansanm premye, trèzyèm ak dènye lèt alfabè ebre a. Te gen yon tranblemanntè lè Kris la te mouri, epi apre sa yon lòt tranblemanntè nan rezirèksyon Li. Sou lakrwa a te gen yon premye tranblemanntè, apre sa tonm nan, epi answit tranblemanntè nan rezirèksyon Li. Nan toude tranblemanntè yo, tonm yo te louvri.</w:t>
      </w:r>
    </w:p>
    <w:p>
      <w:pPr>
        <w:pStyle w:val="ArticleScripture"/>
        <w:jc w:val="left"/>
      </w:pPr>
      <w:r>
        <w:rPr>
          <w:rFonts w:ascii="Times New Roman" w:hAnsi="Times New Roman" w:eastAsia="Times New Roman" w:cs="Times New Roman"/>
        </w:rPr>
        <w:t>“Lè Jezi, pandan Li t ap pandye sou kwa a, te rele byen fò, ‘Tout bagay fini’, wòch yo fann, tè a tranble, epi kèk nan tonm yo te louvri. Lè Li leve, kòm yon viktorye sou lanmò ak sou tonm nan, pandan tè a t ap balanse epi laglwa syèl la t ap briye toutotou kote sakre sa a, anpil nan moun ki mouri nan jistis yo, obeyisan a apèl Li, te soti pou sèvi kòm temwen ke Li te leve soti vivan. Sen sa yo ki te leve, ki te resevwa favè sa a, te soti glorifye. Yo te chwazi yo e yo te sen nan tout epòk, depi kreyasyon menm rive jouk nan jou Kris la. Konsa, pandan chèf jwif yo t ap chèche kache reyalite rezirèksyon Kris la, Bondye te chwazi fè yon gwoup soti nan tonm yo pou rann temwayaj ke Jezi te leve, epi pou pwoklame laglwa Li.” Early Writings, 184.</w:t>
      </w:r>
    </w:p>
    <w:p>
      <w:pPr>
        <w:pStyle w:val="ArticleBody"/>
        <w:jc w:val="left"/>
      </w:pPr>
      <w:r>
        <w:rPr>
          <w:rFonts w:ascii="Times New Roman" w:hAnsi="Times New Roman" w:eastAsia="Times New Roman" w:cs="Times New Roman"/>
        </w:rPr>
        <w:t>Nan premye tranblemanntè a, tonm yo te louvri, epi nan dènye tranblemanntè a, tonm Kris la te louvri. Nan Revelasyon onz, de temwen yo soti nan tonm yo nan menm lè ak tranblemanntè a. Tranblemanntè a se lwa dimanch lan, ki se yon tip kwa a. Se poutèt sa, dwe gen de rezirèksyon nan lè lwa dimanch lan. Premye a reprezante nesans san karannkat mil yo ki fèt anvan fanm lan antre nan tranche; dezyèm nan rive pandan tranche li yo. Fanm nan nan Revelasyon douz la premye fè pitit gason an ki gen pou gouvène nasyon yo ak yon baton fè, san okenn doulè tranche. Apre sa, nan lwa dimanch lan, tranche li yo kòmanse epi li fè dezyèm pitit la. Premyeman, li fè Eli; epi an dènye, li fè Moyiz. Lwa dimanch lan se lè rezirèksyon marasa yo nan Revelasyon sèt la.</w:t>
      </w:r>
    </w:p>
    <w:p>
      <w:pPr>
        <w:pStyle w:val="ArticleBody"/>
        <w:jc w:val="left"/>
      </w:pPr>
      <w:r>
        <w:rPr>
          <w:rFonts w:ascii="Times New Roman" w:hAnsi="Times New Roman" w:eastAsia="Times New Roman" w:cs="Times New Roman"/>
        </w:rPr>
        <w:t>Lè setyèm sele a louvri nèt nan lwa dimanch la, gen silans nan syèl la pandan yon demièdtan.</w:t>
      </w:r>
    </w:p>
    <w:p>
      <w:pPr>
        <w:pStyle w:val="ArticleScripture"/>
        <w:jc w:val="left"/>
      </w:pPr>
      <w:r>
        <w:rPr>
          <w:rFonts w:ascii="Times New Roman" w:hAnsi="Times New Roman" w:eastAsia="Times New Roman" w:cs="Times New Roman"/>
        </w:rPr>
        <w:t>“Men, Bondye te soufri avèk Pitit Li a. Zanj yo te gade agoni Sovè a. Yo te wè Seyè yo a antoure pa lejyon fòs satanik, pandan nati Li te peze anba yon laperèz tranblan, mistik. Te gen silans nan syèl la. Pa t gen okenn ap ki te touche. Si moun mòtèl yo te kapab wè etònman lame zanj yo, pandan, nan yon lapenn an silans, yo t ap gade Papa a ap retire reyon limyè, lanmou, ak laglwa Li yo sou Pitit byeneme Li a, yo t ap pi byen konprann konbyen peche se yon bagay ki ofansan devan je Li.” The Desire of Ages, 693.</w:t>
      </w:r>
    </w:p>
    <w:p>
      <w:pPr>
        <w:pStyle w:val="ArticleBody"/>
        <w:jc w:val="left"/>
      </w:pPr>
      <w:r>
        <w:rPr>
          <w:rFonts w:ascii="Times New Roman" w:hAnsi="Times New Roman" w:eastAsia="Times New Roman" w:cs="Times New Roman"/>
        </w:rPr>
        <w:t>Premye demièdtan lè tranblemanntè a reprezante premye nesans la oswa rezirèksyon de temwen yo. Nan demièdtan sa a, de temwen yo sele. Yo dwe sele davans anvan lwa dimanch lan, paske se yo menm ki drapo a ki rele lòt pitit la soti nan tonm nan pandan demièdtan ki rete a. Dezyèm pitit la pa ka vin resevwa lavi sof lè li wè gason ak fanm ki gen sele Bondye a pandan traka kriz lwa dimanch lan.</w:t>
      </w:r>
    </w:p>
    <w:p>
      <w:pPr>
        <w:pStyle w:val="ArticleScripture"/>
        <w:jc w:val="left"/>
      </w:pPr>
      <w:r>
        <w:rPr>
          <w:rFonts w:ascii="Times New Roman" w:hAnsi="Times New Roman" w:eastAsia="Times New Roman" w:cs="Times New Roman"/>
        </w:rPr>
        <w:t>“Travay Lespri Sen an se konvenk lemonn konsènan peche, konsènan jistis, ak konsènan jijman. Lemonn nan pa kapab resevwa avètisman an lòt jan ke lè li wè moun ki kwè verite a vin sanktifye pa verite a, epi aji selon prensip ki wo e ki sen, pandan y ap montre, nan yon sans wo e elve, liy demakasyon ki genyen ant moun ki kenbe kòmandman Bondye yo, ak moun ki pilonnen yo anba pye yo. Sanktifikasyon Lespri a mete an evidans diferans ki genyen ant moun ki gen sele Bondye a, ak moun ki obsève yon fo jou repo. Lè eprèv la rive, sa pral montre aklè ki sa mak bèt la ye. Se obsèvans dimanch. Moun ki, apre yo fin tande verite a, kontinye konsidere jou sa a kòm sen, pote siyati nonm peche a, li menm ki te panse chanje tan ak lalwa.” Bible Training School, 1ye desanm 1903.</w:t>
      </w:r>
    </w:p>
    <w:p>
      <w:pPr>
        <w:pStyle w:val="ArticleBody"/>
        <w:jc w:val="left"/>
      </w:pPr>
      <w:r>
        <w:rPr>
          <w:rFonts w:ascii="Times New Roman" w:hAnsi="Times New Roman" w:eastAsia="Times New Roman" w:cs="Times New Roman"/>
        </w:rPr>
        <w:t>Premye pitit fanm nan se san karannkat mil yo, ki idantifye kòm premye fwi yo nan liv Revelasyon an. Yo reprezante siy lòt twoupo a dwe rekonèt nan kriz ak konfli batay lwa dimanch lan. Siy sa a se Saba a, ke san karannkat mil yo soutni nan tan kote sa ilegal pou fè sa. Sè White rele drapo yo « banyè tache ak san Prens Emmanuel la ».</w:t>
      </w:r>
    </w:p>
    <w:p>
      <w:pPr>
        <w:pStyle w:val="ArticleScripture"/>
        <w:jc w:val="left"/>
      </w:pPr>
      <w:r>
        <w:rPr>
          <w:rFonts w:ascii="Times New Roman" w:hAnsi="Times New Roman" w:eastAsia="Times New Roman" w:cs="Times New Roman"/>
        </w:rPr>
        <w:t>“Nan vizyon, mwen te wè de lame nan yon konfli terib. Youn nan lame yo t ap mache anba drapo ki te pote ensiy mond lan; lòt la t ap mache anba drapo san te tache a Prens Emanyèl la. Drapo apre drapo te rete ap trennen nan pousyè a, pandan konpayi apre konpayi soti nan lame Senyè a t ap mete tèt yo ak lènmi an, epi branch fanmi apre branch fanmi soti nan ran lènmi an t ap ini ak pèp Bondye a ki kenbe kòmandman yo. Yon zanj ki t ap vole nan mitan syèl la te mete drapo Emanyèl la nan men anpil moun, pandan yon gwo jeneral te rele avèk yon vwa fò: ‘Vin pran ran nou. Se pou tout moun ki fidèl ak kòmandman Bondye yo ak temwayaj Kris la pran pozisyon yo kounye a. Soti nan mitan yo, separe nou, pa manyen sa ki pa pwòp, epi m ap resevwa nou, m ap yon Papa pou nou, epi n ap pitit gason ak pitit fi pa M. Se pou tout moun ki vle yo monte vin ede Senyè a, ede Senyè a kont vanyan sòlda yo.’” Testimonies, volim 8, 41.</w:t>
      </w:r>
    </w:p>
    <w:p>
      <w:pPr>
        <w:pStyle w:val="ArticleBody"/>
        <w:jc w:val="left"/>
      </w:pPr>
      <w:r>
        <w:rPr>
          <w:rFonts w:ascii="Times New Roman" w:hAnsi="Times New Roman" w:eastAsia="Times New Roman" w:cs="Times New Roman"/>
        </w:rPr>
        <w:t>Drapo tache ak san an se sa lòt twoupo Bondye a dwe wè nan tan kriz lwa dimanch lan. Drapo a se yon limyè k ap leve, ke san karant-kat mil yo pote. Drapo sa a wouj nan koulè li, paske se yon drapo tache ak san. Drapo sa a te prefigire nan batay Jeriko a, lè Rahab te resevwa epi pwoteje espyon yo, epi apre sa li te rekonèt soumisyon li anvè lame Jozye a lè li te mete yon kòd koulè wouj violèt soti pa fenèt li. Rahab reprezante dezyèm pitit Bondye yo ki fèt yo nan kriz lwa dimanch lan, ki wè epi aksepte siy wouj violèt la, epi ki vini nan obeyisans anvè lame Jozye a. Kòd wouj violèt Rahab te sèvi avè l la, se te yon siy pou lame Jozye a pa detwi kay Rahab la.</w:t>
      </w:r>
    </w:p>
    <w:p>
      <w:pPr>
        <w:pStyle w:val="ArticleBody"/>
        <w:jc w:val="left"/>
      </w:pPr>
      <w:r>
        <w:rPr>
          <w:rFonts w:ascii="Times New Roman" w:hAnsi="Times New Roman" w:eastAsia="Times New Roman" w:cs="Times New Roman"/>
        </w:rPr>
        <w:t>Rahab reprezante moun ki toujou nan Babilòn nan moman kriz lwa dimanch lan, epi lame Jozye a reprezante premye pitit yo nan san karannkat mil yo. Fil wouj la se senbòl Saba Bondye a. Fil wouj la te kòmandman espyon yo te bay Rahab la, yon kòmandman li te dwe suiv si li te vle jwenn pwoteksyon Bondye.</w:t>
      </w:r>
    </w:p>
    <w:p>
      <w:pPr>
        <w:pStyle w:val="ArticleScripture"/>
        <w:jc w:val="left"/>
      </w:pPr>
      <w:r>
        <w:rPr>
          <w:rFonts w:ascii="Times New Roman" w:hAnsi="Times New Roman" w:eastAsia="Times New Roman" w:cs="Times New Roman"/>
        </w:rPr>
        <w:t>Gade, lè nou antre nan peyi a, w ap mare kòd fil wouj sa a nan fenèt kote ou te fè nou desann lan; epi w ap mennen papa ou, manman ou, frè ou yo, ak tout moun lakay papa ou, vin jwenn ou anndan kay la. Jozye 2:8.</w:t>
      </w:r>
    </w:p>
    <w:p>
      <w:pPr>
        <w:pStyle w:val="ArticleBody"/>
        <w:jc w:val="left"/>
      </w:pPr>
      <w:r>
        <w:rPr>
          <w:rFonts w:ascii="Times New Roman" w:hAnsi="Times New Roman" w:eastAsia="Times New Roman" w:cs="Times New Roman"/>
        </w:rPr>
        <w:t>Siy ki moun ki toujou nan Babilòn yo dwe wè a reprezante pa fil wouj violèt la, ki se Saba a, men ki idantifye tou diferans ki genyen ant de jimo yo. Premye jimo ki fèt la se san karannkat mil yo, paske yo pote banyè ki tache ak san an nan men yo, banyè Prens Emmanuel.</w:t>
      </w:r>
    </w:p>
    <w:p>
      <w:pPr>
        <w:pStyle w:val="ArticleScripture"/>
        <w:jc w:val="left"/>
      </w:pPr>
      <w:r>
        <w:rPr>
          <w:rFonts w:ascii="Times New Roman" w:hAnsi="Times New Roman" w:eastAsia="Times New Roman" w:cs="Times New Roman"/>
        </w:rPr>
        <w:t>L’ap leve yon banyè pou nasyon yo; l’ap rasanble bann Izrayèl yo ki te depòte yo, epi l’ap reyini moun Jida yo ki te gaye toupatou, soti nan kat kwen latè. Jalouzi Efrayim lan va disparèt tou, epi lènmi Jida yo va disparèt nèt; Efrayim p’ap fè Jida jalouzi, e Jida p’ap pèsekite Efrayim. Men yo va vole desann sou zepòl Filisten yo bò kote lwès la; ansanm yo va piye moun ki bò solèy leve yo; yo va mete men sou Edòm ak Moab; e pitit Amon yo va soumèt devan yo. Ezayi 11:12–14.</w:t>
      </w:r>
    </w:p>
    <w:p>
      <w:pPr>
        <w:pStyle w:val="ArticleBody"/>
        <w:jc w:val="left"/>
      </w:pPr>
      <w:r>
        <w:rPr>
          <w:rFonts w:ascii="Times New Roman" w:hAnsi="Times New Roman" w:eastAsia="Times New Roman" w:cs="Times New Roman"/>
        </w:rPr>
        <w:t>Premye jimo ki fèt la pote siy koulè wouj violèt la, ki se fil wouj violèt ki make premye pitit la. Premye jimo ki fèt la se Zarah, epi dezyèm ki fèt la se Pharez.</w:t>
      </w:r>
    </w:p>
    <w:p>
      <w:pPr>
        <w:pStyle w:val="ArticleScripture"/>
        <w:jc w:val="left"/>
      </w:pPr>
      <w:r>
        <w:rPr>
          <w:rFonts w:ascii="Times New Roman" w:hAnsi="Times New Roman" w:eastAsia="Times New Roman" w:cs="Times New Roman"/>
        </w:rPr>
        <w:t>Epi sa, nan tan akouchman li, gade, te gen marasa nan vant li. Epi sa te rive, pandan li t ap akouche, youn nan yo lonje men l deyò; epi fanmsaj la pran yon fil wouj violèt, li mare l nan men an, li di: Se li ki soti an premye. Men, sa te rive, lè li rale men l tounen, gade, frè li a soti; epi li di: Ki jan ou fè louvri chemen an konsa? Se poutèt sa yo rele non li Farez. Apre sa, frè li a soti, li menm ki te gen fil wouj violèt la nan men li; epi yo rele non li Zara. Jenèz 38:27–30.</w:t>
      </w:r>
    </w:p>
    <w:p>
      <w:pPr>
        <w:pStyle w:val="ArticleBody"/>
        <w:jc w:val="left"/>
      </w:pPr>
      <w:r>
        <w:rPr>
          <w:rFonts w:ascii="Times New Roman" w:hAnsi="Times New Roman" w:eastAsia="Times New Roman" w:cs="Times New Roman"/>
        </w:rPr>
        <w:t>Zara vle di yon limyè k ap leve, epi Farez vle di fè yon deblozay. Lè jimo Farez la wè limyè k ap leve siy fil wouj violèt la sou men frè jimo li a, Zara, li “fè deblozay,” oswa li soti Babilòn. Rekonesans Zara fè sou limyè k ap leve fil wouj violèt la idantifye soumèt dènye jimo ki fèt la anvè premye jimo ki fèt la.</w:t>
      </w:r>
    </w:p>
    <w:p>
      <w:pPr>
        <w:pStyle w:val="ArticleScripture"/>
        <w:jc w:val="left"/>
      </w:pPr>
      <w:r>
        <w:rPr>
          <w:rFonts w:ascii="Times New Roman" w:hAnsi="Times New Roman" w:eastAsia="Times New Roman" w:cs="Times New Roman"/>
        </w:rPr>
        <w:t>Y ap vini soti nan lès, soti nan lwès, soti nan nò, ak soti nan sid, epi y ap chita bò tab la nan wayòm Bondye a. Epi, gade, gen dènye ki pral premye, e gen premye ki pral dènye. Lik 13:29, 30.</w:t>
      </w:r>
    </w:p>
    <w:p>
      <w:pPr>
        <w:pStyle w:val="ArticleBody"/>
        <w:jc w:val="left"/>
      </w:pPr>
      <w:r>
        <w:rPr>
          <w:rFonts w:ascii="Times New Roman" w:hAnsi="Times New Roman" w:eastAsia="Times New Roman" w:cs="Times New Roman"/>
        </w:rPr>
        <w:t>Istwa kache sèt tonnè yo idantifye twa pwen repè. Premye ak dènye pwen repè yo se desepsyon. Peryòd ant premye desepsyon an ak mesaj Rèl a Minwi a se tan reta a. Apati de Rèl a Minwi a, ki se dezyèm pwen repè a, peryòd tan an se tan sele a. Peryòd ki se tan sele a fini nan dènye desepsyon an.</w:t>
      </w:r>
    </w:p>
    <w:p>
      <w:pPr>
        <w:pStyle w:val="ArticleBody"/>
        <w:jc w:val="left"/>
      </w:pPr>
      <w:r>
        <w:rPr>
          <w:rFonts w:ascii="Times New Roman" w:hAnsi="Times New Roman" w:eastAsia="Times New Roman" w:cs="Times New Roman"/>
        </w:rPr>
        <w:t>Istwa kache sèt loraj yo idantifye twa pwen repè. Premye ak dènye pwen repè yo se ouvèti tonm yo nan yon tranblemanntè. Peryòd ki genyen ant ouvèti premye tonm nan ak mesaj Rèl Minwi a se tan reta a. Depi Rèl Minwi a, ki se dezyèm pwen repè a, peryòd tan an se tan sele a. Peryòd ki se tan sele a fini nan ouvèti dènye tonm nan.</w:t>
      </w:r>
    </w:p>
    <w:p>
      <w:pPr>
        <w:pStyle w:val="ArticleBody"/>
        <w:jc w:val="left"/>
      </w:pPr>
      <w:r>
        <w:rPr>
          <w:rFonts w:ascii="Times New Roman" w:hAnsi="Times New Roman" w:eastAsia="Times New Roman" w:cs="Times New Roman"/>
        </w:rPr>
        <w:t>Temwen sa yo de twa etap istwa kache sèt loraj yo resevwa temwayaj tou nan lanmò ak rezirèksyon Kris la. Premye ouvèti tonm nan te senbolize pa batèm Kris la nan tonm dlo a; dènye tonm nan se te kwa a. Ant batèm Kris la ak kwa a, Kris la te pwoklame mesaj Li a, e sa te prefigire Rèl Minwi a. Li te akonpli pwoklamasyon sa a nan mil desan swasant jou. Apre kwa a, nan pèson disip Li yo, mesaj Rèl Minwi a te repete pandan mil desan swasant jou, jouk lanmò Etyèn.</w:t>
      </w:r>
    </w:p>
    <w:p>
      <w:pPr>
        <w:pStyle w:val="ArticleBody"/>
        <w:jc w:val="left"/>
      </w:pPr>
      <w:r>
        <w:rPr>
          <w:rFonts w:ascii="Times New Roman" w:hAnsi="Times New Roman" w:eastAsia="Times New Roman" w:cs="Times New Roman"/>
        </w:rPr>
        <w:t>De temwen yo ki nan Revelasyon onz yo te resevwa pouvwa pou yo bay mesaj Rèl Minui a pandan mil desan swasant jou. Apre sa yo te touye yo, epi yo te kouche nan lari yo pandan mil desan swasant jou, jiskaske yo te retounen viv ankò, epi yo te resevwa pouvwa.</w:t>
      </w:r>
    </w:p>
    <w:p>
      <w:pPr>
        <w:pStyle w:val="ArticleBody"/>
        <w:jc w:val="left"/>
      </w:pPr>
      <w:r>
        <w:rPr>
          <w:rFonts w:ascii="Times New Roman" w:hAnsi="Times New Roman" w:eastAsia="Times New Roman" w:cs="Times New Roman"/>
        </w:rPr>
        <w:t>Nou pral kontinye egzamine verite sa yo nan pwochen atik la.</w:t>
      </w:r>
    </w:p>
    <w:p>
      <w:pPr>
        <w:pStyle w:val="ArticleScripture"/>
        <w:jc w:val="left"/>
      </w:pPr>
      <w:r>
        <w:rPr>
          <w:rFonts w:ascii="Times New Roman" w:hAnsi="Times New Roman" w:eastAsia="Times New Roman" w:cs="Times New Roman"/>
        </w:rPr>
        <w:t>“Sòf si pa gen yon konvèsyon reyèl nan nanm nan bay Bondye; sòf si souf vital Bondye a anime nanm nan pou lavi espirityèl; sòf si moun ki fè pwofesyon verite a aji anba enfliyans prensip ki soti nan syèl la, yo pa fèt ankò pa semans enkoriptib la ki viv e ki rete pou tout tan. Sòf si yo mete konfyans yo nan jistis Kris la kòm sèl sekirite yo; sòf si yo imite karaktè Li, travay nan lespri Li, yo toutouni, yo pa gen sou yo rad jistis Li a. Souvan yo fè moun ki mouri yo pase pou moun ki vivan; paske sila yo k ap reyalize sa yo rele delivrans selon pwòp lide pa yo, pa gen Bondye k ap aji nan yo pou vle ak pou fè selon bon plezi Li.”</w:t>
      </w:r>
    </w:p>
    <w:p>
      <w:pPr>
        <w:pStyle w:val="ArticleScripture"/>
        <w:jc w:val="left"/>
      </w:pPr>
      <w:r>
        <w:rPr>
          <w:rFonts w:ascii="Times New Roman" w:hAnsi="Times New Roman" w:eastAsia="Times New Roman" w:cs="Times New Roman"/>
        </w:rPr>
        <w:t>“Klas sa a byen reprezante pa vale zo sèch Ezekyèl te wè nan vizyon an.” Review and Herald, 17 janvye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Revelasyon Jezikri a — Nimewo Kenz</dc:title>
  <dc:subject>Setyèm So a ak Ouvèti Verite Pwofetik la</dc:subject>
  <dc:creator>Jeff Pippenger</dc:creator>
  <cp:keywords/>
  <dc:description>Generated by ArticleDigger from revelation\15_revelation.json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