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Sèz</w:t>
      </w:r>
    </w:p>
    <w:p>
      <w:pPr>
        <w:pStyle w:val="ArticleSubtitle"/>
        <w:jc w:val="left"/>
      </w:pPr>
      <w:r>
        <w:rPr>
          <w:rFonts w:ascii="Arial" w:hAnsi="Arial" w:eastAsia="Arial" w:cs="Arial"/>
        </w:rPr>
        <w:t>Devlopman Sèt Loraj yo: Yon Analiz Pwofetik sou Revelasyon ak Istwa Kache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Nou ap prezante sekans evènman pwofetik yo ke yo idantifye pa istwa kache sèt loraj yo, jan sa reprezante nan Revelasyon chapit onz rive trèz. Nou poko rive nan pwen, nan devlopman evènman sa yo, kote n ap mete istwa kòn Pwotestantis la ak kòn Repiblikenis la youn sou lòt. Ni tou, nou poko prepare yon baz konpreyansyon pou detèmine avèk presizyon wòl Islam nan mesaj Rèl Minwi a. Men, gen yon verite ki trè enpòtan ki lye ak evènman sa yo, e ki idantifye sa yon moun dwe fè lè li konprann verite yo k ap vin devwale. Benediksyon ki nan Revelasyon an gen ladan l responsablite pou “kenbe” bagay sa yo ki ekri yo.</w:t>
      </w:r>
    </w:p>
    <w:p>
      <w:pPr>
        <w:pStyle w:val="ArticleBody"/>
        <w:jc w:val="left"/>
      </w:pPr>
      <w:r>
        <w:rPr>
          <w:rFonts w:ascii="Times New Roman" w:hAnsi="Times New Roman" w:eastAsia="Times New Roman" w:cs="Times New Roman"/>
        </w:rPr>
        <w:t>Liy istwa a k ap devwale a transmèt pouvwa kreyatif Bondye bay sila yo ki ta tande, li, epi kenbe bagay sa yo ki ekri ladan l yo. Se poutèt sa, li lè pou nou detache nou de konsiderasyon nou sou dènye naratif pwofetik Ezayi a, ansanm ak Revelasyon chapit onz rive trèz, pou nou tabli enpòtans “twa jou edmi” pandan Eli ak Moyiz te mouri nan lari gran wout sipè enfòmasyon an, ki travèse vale zo sèk ki mouri yo. Sa n ap idantifye kounye a, se senbolis “dezè a.”</w:t>
      </w:r>
    </w:p>
    <w:p>
      <w:pPr>
        <w:pStyle w:val="ArticleBody"/>
        <w:jc w:val="left"/>
      </w:pPr>
      <w:r>
        <w:rPr>
          <w:rFonts w:ascii="Times New Roman" w:hAnsi="Times New Roman" w:eastAsia="Times New Roman" w:cs="Times New Roman"/>
        </w:rPr>
        <w:t>Nan dènye atik la, nou te idantifye kat temwen pwofetik sou sekans evènman yo ki tabli pa istwa kache sèt loraj yo. Liy imaj Kris la, liy de temwen yo, liy imaj bèt la, ak liy wa kontrefè nò a.</w:t>
      </w:r>
    </w:p>
    <w:p>
      <w:pPr>
        <w:pStyle w:val="ArticleBody"/>
        <w:jc w:val="left"/>
      </w:pPr>
      <w:r>
        <w:rPr>
          <w:rFonts w:ascii="Times New Roman" w:hAnsi="Times New Roman" w:eastAsia="Times New Roman" w:cs="Times New Roman"/>
        </w:rPr>
        <w:t>Dezyèm mwatye liy wa nò kontrefè a kòmanse ak bay papote a pouvwa an 538. Lè sa a, papote a, wa nò espirityèl kontrefè a, pilonnen Jerizalèm espirityèl la ak Izrayèl espirityèl la pandan mil desan swasant ane.</w:t>
      </w:r>
    </w:p>
    <w:p>
      <w:pPr>
        <w:pStyle w:val="ArticleScripture"/>
        <w:jc w:val="left"/>
      </w:pPr>
      <w:r>
        <w:rPr>
          <w:rFonts w:ascii="Times New Roman" w:hAnsi="Times New Roman" w:eastAsia="Times New Roman" w:cs="Times New Roman"/>
        </w:rPr>
        <w:t>Epi yo pral tonbe anba file nepe a, epi yo pral mennen yo an kaptivite nan mitan tout nasyon; epi Jerizalèm pral pilonnen anba pye moun lòt nasyon yo, jiskaske tan moun lòt nasyon yo va akonpli. Lik 21:24.</w:t>
      </w:r>
    </w:p>
    <w:p>
      <w:pPr>
        <w:pStyle w:val="ArticleBody"/>
        <w:jc w:val="left"/>
      </w:pPr>
      <w:r>
        <w:rPr>
          <w:rFonts w:ascii="Times New Roman" w:hAnsi="Times New Roman" w:eastAsia="Times New Roman" w:cs="Times New Roman"/>
        </w:rPr>
        <w:t>Yo te di lòd pou mezire ni Tanp lan ni lame a, men yo te di l tou pou l kite lakou a deyò, paske yo te bay li bay nasyon lòt bò yo pandan mil de san swasant ane.</w:t>
      </w:r>
    </w:p>
    <w:p>
      <w:pPr>
        <w:pStyle w:val="ArticleScripture"/>
        <w:jc w:val="left"/>
      </w:pPr>
      <w:r>
        <w:rPr>
          <w:rFonts w:ascii="Times New Roman" w:hAnsi="Times New Roman" w:eastAsia="Times New Roman" w:cs="Times New Roman"/>
        </w:rPr>
        <w:t>Yo te ban m yon wozo ki sanble ak yon baton; epi zanj lan te kanpe, li t ap di: Leve, mezire tanp Bondye a, lotèl la, ak moun k ap adore ladan l yo. Men, kite lakou ki deyò tanp lan deyò, epi pa mezire li; paske yo bay li bay nasyon yo: epi y ap pilonnen vil sen an anba pye pandan karant-de mwa. Revelasyon 11:1, 2.</w:t>
      </w:r>
    </w:p>
    <w:p>
      <w:pPr>
        <w:pStyle w:val="ArticleBody"/>
        <w:jc w:val="left"/>
      </w:pPr>
      <w:r>
        <w:rPr>
          <w:rFonts w:ascii="Times New Roman" w:hAnsi="Times New Roman" w:eastAsia="Times New Roman" w:cs="Times New Roman"/>
        </w:rPr>
        <w:t>Jan ak Lik rann temwayaj ke nasyon lòt bò dlo yo “pile anba pye” “Jerizalèm,” pandan “karant-de mwa.” Jan idantifye dire a, epi Lik make konklizyon istwa a. De temwen sa yo ap adrese kestyon ki nan Danyèl chapit uit, vèsè trèz.</w:t>
      </w:r>
    </w:p>
    <w:p>
      <w:pPr>
        <w:pStyle w:val="ArticleScripture"/>
        <w:jc w:val="left"/>
      </w:pPr>
      <w:r>
        <w:rPr>
          <w:rFonts w:ascii="Times New Roman" w:hAnsi="Times New Roman" w:eastAsia="Times New Roman" w:cs="Times New Roman"/>
        </w:rPr>
        <w:t>Lè sa a, mwen tande yon sen k ap pale; epi yon lòt sen di sen sa a ki t ap pale a: Jiska kilè vizyon an va dire konsènan sakrifis perpetyèl la, ak transgresyon dezolasyon an, pou yo livre ni sanktyè a ni lame a pou yo foule yo anba pye? Danyèl 8:13.</w:t>
      </w:r>
    </w:p>
    <w:p>
      <w:pPr>
        <w:pStyle w:val="ArticleBody"/>
        <w:jc w:val="left"/>
      </w:pPr>
      <w:r>
        <w:rPr>
          <w:rFonts w:ascii="Times New Roman" w:hAnsi="Times New Roman" w:eastAsia="Times New Roman" w:cs="Times New Roman"/>
        </w:rPr>
        <w:t>Kesyon konsènan dire tan pandan tanp lan ak lame a t ap pilonnen anba pye, idantifye de pouvwa devastatè ki t ap akonpli zak pilonnen Jerizalèm nan, ki nan Danyèl reprezante kòm “tanp lan” epi tou kòm “lame a.” Bon konpreyansyon fondamantal sou vèsè sa a, jan J. N. Andrews eksprime l la, se ke vèsè a idantifye de pouvwa devastatè ki te pilonnen ni tanp lan ni lame a. Premye pouvwa devastatè yo idantifye nan vèsè a se paganism, epi dezyèm nan se papalis. Mo “lame a” se ekspresyon Danyèl sèvi pou sa Jan idantifye kòm “adoratè” ki nan tanp lan, sa vle di nan Jerizalèm.</w:t>
      </w:r>
    </w:p>
    <w:p>
      <w:pPr>
        <w:pStyle w:val="ArticleScripture"/>
        <w:jc w:val="left"/>
      </w:pPr>
      <w:r>
        <w:rPr>
          <w:rFonts w:ascii="Times New Roman" w:hAnsi="Times New Roman" w:eastAsia="Times New Roman" w:cs="Times New Roman"/>
        </w:rPr>
        <w:t>“GEN DE ‘DESOLASYON’ NAN DANYÈL 8.”—Reyalite sa a Josiah Litch fè l tèlman klè, nou prezante pawòl pa li yo:</w:t>
      </w:r>
    </w:p>
    <w:p>
      <w:pPr>
        <w:pStyle w:val="ArticleScripture"/>
        <w:jc w:val="left"/>
      </w:pPr>
      <w:r>
        <w:rPr>
          <w:rFonts w:ascii="Times New Roman" w:hAnsi="Times New Roman" w:eastAsia="Times New Roman" w:cs="Times New Roman"/>
        </w:rPr>
        <w:t>“‘Sakrifis chak jou a’ se lekti aktyèl tèks angle a. Men pa gen okenn bagay tankou sakrifis yo jwenn nan tèks orijinal la. Sa rekonèt toupatou. Se yon glòs oswa yon entèpretasyon tradiktè yo mete sou li. Vrè lekti a se, ‘chak jou a ak transgresyon devastasyon an,’ kote chak jou a ak transgresyon an mare ansanm pa ‘ak’; devastasyon chak jou a ak transgresyon devastasyon an. Yo se de pouvwa devastatè ki te dwe devaste sanktyè a ak lame a.” —Prophetic Expositions, Volim 1, paj 127.</w:t>
      </w:r>
    </w:p>
    <w:p>
      <w:pPr>
        <w:pStyle w:val="ArticleScripture"/>
        <w:jc w:val="left"/>
      </w:pPr>
      <w:r>
        <w:rPr>
          <w:rFonts w:ascii="Times New Roman" w:hAnsi="Times New Roman" w:eastAsia="Times New Roman" w:cs="Times New Roman"/>
        </w:rPr>
        <w:t>“Li klè ke tanp lan ak lame a te dwe pilonnen anba pye pa kontinyèl la ak transgresyon dezolasyon an. Yon lekti ak anpil atansyon sou vèsè 13 la regle pwen sa a. E reyalite sa a tabli yon lòt ankò, sètadi: ke de dezolasyon sa yo se de gwo fòm prensipal anba ki Satan te eseye ranvèse adorasyon an ak koz Jewova a. Remak Mesye Miller yo sou siyifikasyon de tèm sa yo, ansanm ak demach li menm te suiv pou detèmine siyifikasyon sa a, prezante anba tit ki vin apre a:”</w:t>
      </w:r>
    </w:p>
    <w:p>
      <w:pPr>
        <w:pStyle w:val="ArticleScripture"/>
        <w:jc w:val="left"/>
      </w:pPr>
      <w:r>
        <w:rPr>
          <w:rFonts w:ascii="Times New Roman" w:hAnsi="Times New Roman" w:eastAsia="Times New Roman" w:cs="Times New Roman"/>
        </w:rPr>
        <w:t>“DEZOLASYON TOUDE YO SE PAYENIS AK PAPOTE”</w:t>
      </w:r>
    </w:p>
    <w:p>
      <w:pPr>
        <w:pStyle w:val="ArticleScripture"/>
        <w:jc w:val="left"/>
      </w:pPr>
      <w:r>
        <w:rPr>
          <w:rFonts w:ascii="Times New Roman" w:hAnsi="Times New Roman" w:eastAsia="Times New Roman" w:cs="Times New Roman"/>
        </w:rPr>
        <w:t>«Mwen te kontinye li, epi mwen pa t ka jwenn okenn lòt ka kote li [sakrifi tout tan an] te parèt, eksepte nan Danyèl. Apre sa, [avèk èd yon konkòdans] mwen te pran mo sa yo ki te kanpe an rapò avèk li: “retire”; li va retire, “sakrifi tout tan an”; “depi lè yo va retire sakrifi tout tan an”, elatriye. Mwen te kontinye li, epi mwen te panse mwen pa t ap jwenn okenn limyè sou tèks la; finalman, mwen rive nan 2 Tesalonisyen 2:7, 8. “Paske mistè inikite a deja ap travay; se sèlman sila a ki kounye a anpeche a ki va kontinye anpeche, jouk lè yo va retire l nan chemen an, epi lè sa a mechan an va parèt,” elatriye. E lè mwen te rive nan tèks sa a, o! ala jan verite a te parèt klè e gloriye! Men li la! Se sa ki “sakrifi tout tan an!” Ebyen kounye a, ki sa Pòl vle di pa “sila a ki kounye a anpeche”, oswa ki antrave? Pa “nonm peche a”, ak “mechan an”, se papis yo vle di. Ebyen, ki sa ki anpeche papis la parèt? Se payanis la; ebyen, alò, “sakrifi tout tan an” dwe vle di payanis.»—Second Advent Manual, paj 66.» J. N. Andrews, The Sanctuary and the 2300 Days, 33, 34.</w:t>
      </w:r>
    </w:p>
    <w:p>
      <w:pPr>
        <w:pStyle w:val="ArticleBody"/>
        <w:jc w:val="left"/>
      </w:pPr>
      <w:r>
        <w:rPr>
          <w:rFonts w:ascii="Times New Roman" w:hAnsi="Times New Roman" w:eastAsia="Times New Roman" w:cs="Times New Roman"/>
        </w:rPr>
        <w:t>Nan akonplisman “sèt fwa” ki nan Levitik vennsis la, paganism te foule anba Tanp lan ak lame a pandan mil desan swasant ane, epi apre sa papalism te fè menm travay la pandan yon lòt mil desan swasant ane. Papote a te foule anba Jerizalèm pandan mil desan swasant ane dapre Lik ak Jan, jiskaske papote a te resevwa blesi mòtèl li an 1798. Lè yo soustrae mil desan swasant ane nan 1798, yo rive nan 538. Lè yo soustrae mil desan swasant ane nan 538, yo rive nan 723 av. J.-K., lè Lasiri, wa nò literal la nan epòk sa a, te mennen wayòm nò Izrayèl la nan esklavaj.</w:t>
      </w:r>
    </w:p>
    <w:p>
      <w:pPr>
        <w:pStyle w:val="ArticleBody"/>
        <w:jc w:val="left"/>
      </w:pPr>
      <w:r>
        <w:rPr>
          <w:rFonts w:ascii="Times New Roman" w:hAnsi="Times New Roman" w:eastAsia="Times New Roman" w:cs="Times New Roman"/>
        </w:rPr>
        <w:t>Jan sèlman fè referans ak mil desan swasant ane pandan papasi a te pilonnen Tanp lan ak lame a, men Lik pale de toude peryòd mil desan swasant ane yo kote payanis ak papalis te pilonnen Jerizalèm, paske li deklare: “jiskaske tan nasyon yo va akonpli.” Lik idantifye pilonnaj Jerizalèm nan kòm plis pase yon sèl “tan”, paske li rele l akonplisman “tan” nasyon yo.</w:t>
      </w:r>
    </w:p>
    <w:p>
      <w:pPr>
        <w:pStyle w:val="ArticleBody"/>
        <w:jc w:val="left"/>
      </w:pPr>
      <w:r>
        <w:rPr>
          <w:rFonts w:ascii="Times New Roman" w:hAnsi="Times New Roman" w:eastAsia="Times New Roman" w:cs="Times New Roman"/>
        </w:rPr>
        <w:t>Natirèlman, an 1856, Advantis Milerit la te vin Lawodiseyen, e sèt ane pita yo te rejte verite “sèt fwa yo” nan Levitik venntsis; konsa li enposib pou Advantis la wè reyalite biblik senp sa yo. Reyalite m ap idantifye a se ke istwa kache sèt loraj yo, ki idantifye twa pwen repè, ansanm ak yon peryòd tan ant premye ak dezyèm pwen repè a, epi answit yon dezyèm peryòd tan ant dezyèm ak twazyèm pwen repè a, reprezante anndan liy pwofetik fo wa nò a.</w:t>
      </w:r>
    </w:p>
    <w:p>
      <w:pPr>
        <w:pStyle w:val="ArticleBody"/>
        <w:jc w:val="left"/>
      </w:pPr>
      <w:r>
        <w:rPr>
          <w:rFonts w:ascii="Times New Roman" w:hAnsi="Times New Roman" w:eastAsia="Times New Roman" w:cs="Times New Roman"/>
        </w:rPr>
        <w:t>Liy sa a te kòmanse an 723 anvan Jezikri, lè wayòm nò Izrayèl la te ale ann esklavaj anba men wa Lasiri a, yon wa literal ki soti nan nò a. Apre sa, an 538, wa espirityèl nò a te resevwa pouvwa, epi li te pilonnen Jerizalèm espirityèl la pandan yon lòt mil de san swasant ane, jiskaske li te resevwa yon blesi mòtèl an 1798. Depi 723 anvan Jezikri rive 538, pouvwa ki te kenbe Izrayèl anba dominasyon te toujou pouvwa payen.</w:t>
      </w:r>
    </w:p>
    <w:p>
      <w:pPr>
        <w:pStyle w:val="ArticleBody"/>
        <w:jc w:val="left"/>
      </w:pPr>
      <w:r>
        <w:rPr>
          <w:rFonts w:ascii="Times New Roman" w:hAnsi="Times New Roman" w:eastAsia="Times New Roman" w:cs="Times New Roman"/>
        </w:rPr>
        <w:t>Liy Kris la idantifye onksyon vrè wa nò a nan batèm Li nan ane 27 la, e douz san swasant jou pwofetik apre sa, yo te kloure Li sou kwa a. Lè sa a, disip Li yo te resevwa pouvwa pou prezante mesaj vrè wa nò a, jouk rive nan lapidasyon Etèn nan ane 34 la. Sèl fwa Kris la pa t mache pandan tout douz san swasant jou sèvis Li a, se te lè Li te antre Jerizalèm monte sou yon bèt nan antre triyonfal la. Se poutèt sa, Li te foule Jerizalèm anba pye pandan douz san swasant jou, menm jan disip Li yo te fè apre kwa a. Toude liy yo, fo wa nò a ak Kris la, vrè wa nò a, te foule Jerizalèm ak lame a anba pye pandan douz san swasant jou.</w:t>
      </w:r>
    </w:p>
    <w:p>
      <w:pPr>
        <w:pStyle w:val="ArticleBody"/>
        <w:jc w:val="left"/>
      </w:pPr>
      <w:r>
        <w:rPr>
          <w:rFonts w:ascii="Times New Roman" w:hAnsi="Times New Roman" w:eastAsia="Times New Roman" w:cs="Times New Roman"/>
        </w:rPr>
        <w:t>Le paganisme était une contrefaçon du système d’adoration du service du sanctuaire terrestre des Juifs littéraux, et le papalisme est une contrefaçon du service du sanctuaire céleste des Juifs spirituels. Les mille deux cent soixante années du paganisme étaient parallèles aux mille deux cent soixante jours du Christ, et les mille deux cent soixante années du papalisme étaient parallèles aux mille deux cent soixante jours des disciples.</w:t>
      </w:r>
    </w:p>
    <w:p>
      <w:pPr>
        <w:pStyle w:val="ArticleBody"/>
        <w:jc w:val="left"/>
      </w:pPr>
      <w:r>
        <w:rPr>
          <w:rFonts w:ascii="Times New Roman" w:hAnsi="Times New Roman" w:eastAsia="Times New Roman" w:cs="Times New Roman"/>
        </w:rPr>
        <w:t>Chak nan de liy yo genyen menm estrikti pwofetik ki idantik la konsènan istwa kache sèt loraj yo, ki te kòmanse devwale piblikman an jiyè 2023. Devwalman an te akonpli an pati grasa rekonesans premye desepsyon mouvman Milerit la. Premye desepsyon yo a te louvri yon peryòd tan yo rele “tan reta a” nan parabòl dis vyèj yo. “Tan reta a” te fini nan reyinyon kan Exeter, New Hampshire la, lè mesaj Kri Minwi a te fin byen tabli nèt. Reyinyon kan Exeter la te vin tounen dezyèm repè a, ki ansuit te louvri yon peryòd tan kote mesaj Kri Minwi a te pwoklame, jouk twazyèm repè jijman an ak dènye desepsyon an te rive.</w:t>
      </w:r>
    </w:p>
    <w:p>
      <w:pPr>
        <w:pStyle w:val="ArticleBody"/>
        <w:jc w:val="left"/>
      </w:pPr>
      <w:r>
        <w:rPr>
          <w:rFonts w:ascii="Times New Roman" w:hAnsi="Times New Roman" w:eastAsia="Times New Roman" w:cs="Times New Roman"/>
        </w:rPr>
        <w:t>Twa pwen repè yo se te premye desepsyon an, mesaj Kri a Minwi a, ak dènye desepsyon an. Twa pwen repè sa yo aliyen ak mo ebre “verite” a, ki reprezante premye, trèzyèm, ak dènye lèt alfabè ebre a. Lefèt ke ni premye a ni dènye a se desepsyon, sa reprezante siyati Alfa ak Omega.</w:t>
      </w:r>
    </w:p>
    <w:p>
      <w:pPr>
        <w:pStyle w:val="ArticleBody"/>
        <w:jc w:val="left"/>
      </w:pPr>
      <w:r>
        <w:rPr>
          <w:rFonts w:ascii="Times New Roman" w:hAnsi="Times New Roman" w:eastAsia="Times New Roman" w:cs="Times New Roman"/>
        </w:rPr>
        <w:t>Pa gen okenn reprezantasyon dirèk de mil desan swasant jou nan istwa Millerit la; men, istwa Millerit la se istwa premye mouvman an e, poutèt sa, li sèvi kòm tip dènye mouvman an. Istwa premye dezapwentman an nan dènye mouvman an te kòmanse 18 Jiyè 2020, e li ilistre nan Revelasyon chapit onz. Nan Revelasyon chapit onz, yo touye de temwen yo, sa ki make premye dezapwentman an nan dènye mouvman an, ki te prefigire pa premye mouvman an.</w:t>
      </w:r>
    </w:p>
    <w:p>
      <w:pPr>
        <w:pStyle w:val="ArticleBody"/>
        <w:jc w:val="left"/>
      </w:pPr>
      <w:r>
        <w:rPr>
          <w:rFonts w:ascii="Times New Roman" w:hAnsi="Times New Roman" w:eastAsia="Times New Roman" w:cs="Times New Roman"/>
        </w:rPr>
        <w:t>Nan Revelasyon onz, desepsyon an te louvri yon peryòd mil desan swasant jou kote kadav yo te rete nan lari a, konsa sa make tan reta parabòl la. Lè yo resisite, yo leve yo kòm yon banyè nan menm lè ak jijman lwa dimanch lan. Istwa de temwen yo genyen ladan l yon peryòd senbolik mil desan swasant jou.</w:t>
      </w:r>
    </w:p>
    <w:p>
      <w:pPr>
        <w:pStyle w:val="ArticleBody"/>
        <w:jc w:val="left"/>
      </w:pPr>
      <w:r>
        <w:rPr>
          <w:rFonts w:ascii="Times New Roman" w:hAnsi="Times New Roman" w:eastAsia="Times New Roman" w:cs="Times New Roman"/>
        </w:rPr>
        <w:t>Detay mouvman twazyèm zanj lan nan istwa kache sèt loraj yo bay anpil plis presizyon pase lòt liy paralèl yo; men liy twazyèm zanj lan, liy vrè wa nò a, ak liy fo wa nò a, yo tout genyen menm karakteristik pwofetik yo: yon pwen depa, apre sa yon peryòd tan ki rive nan yon pwen mitan, epi sa suiv pa yon lòt peryòd tan ki rive nan jijman nan pwen final la.</w:t>
      </w:r>
    </w:p>
    <w:p>
      <w:pPr>
        <w:pStyle w:val="ArticleBody"/>
        <w:jc w:val="left"/>
      </w:pPr>
      <w:r>
        <w:rPr>
          <w:rFonts w:ascii="Times New Roman" w:hAnsi="Times New Roman" w:eastAsia="Times New Roman" w:cs="Times New Roman"/>
        </w:rPr>
        <w:t>Mille deux cent soixante jours yo se yon eleman prensipal nan istwa kache sèt loraj yo. Mille deux cent soixante jou yo senbolize kòm yon “dezè” nan Revelasyon chapit douz.</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milde san swasanndis jou. Revelasyon 12:6.</w:t>
      </w:r>
    </w:p>
    <w:p>
      <w:pPr>
        <w:pStyle w:val="ArticleBody"/>
        <w:jc w:val="left"/>
      </w:pPr>
      <w:r>
        <w:rPr>
          <w:rFonts w:ascii="Times New Roman" w:hAnsi="Times New Roman" w:eastAsia="Times New Roman" w:cs="Times New Roman"/>
        </w:rPr>
        <w:t>Legliz la kouri al nan dezè a pou l chape anba pye pouvwa papal la pandan mil de san swasant ane. Vèsè katòz bay yon lòt temwen.</w:t>
      </w:r>
    </w:p>
    <w:p>
      <w:pPr>
        <w:pStyle w:val="ArticleScripture"/>
        <w:jc w:val="left"/>
      </w:pPr>
      <w:r>
        <w:rPr>
          <w:rFonts w:ascii="Times New Roman" w:hAnsi="Times New Roman" w:eastAsia="Times New Roman" w:cs="Times New Roman"/>
        </w:rPr>
        <w:t>Apre sa, yo te bay fanm nan de zèl yon gwo malfini, pou l te ka vole ale nan dezè a, nan plas pa li, kote yo nouri li pandan yon tan, ak tan, ak mwatye yon tan, lwen devan sèpan an. Revelasyon 12:14.</w:t>
      </w:r>
    </w:p>
    <w:p>
      <w:pPr>
        <w:pStyle w:val="ArticleBody"/>
        <w:jc w:val="left"/>
      </w:pPr>
      <w:r>
        <w:rPr>
          <w:rFonts w:ascii="Times New Roman" w:hAnsi="Times New Roman" w:eastAsia="Times New Roman" w:cs="Times New Roman"/>
        </w:rPr>
        <w:t>Legliz la te kouri chape anba pèsekisyon dragon an ak papote a pandan mil desan swasant ane; se poutèt sa, “dezè a” se yon senbòl mil desan swasant jou yo. Chif sa a parèt dirèkteman sèt fwa nan liv Danyèl ak Revelasyon, men li reprezante plizyè lòt fason ankò nan Ekriti yo. Nan chak ka, li reprezante “sèt tan” Levitik vennsis la.</w:t>
      </w:r>
    </w:p>
    <w:p>
      <w:pPr>
        <w:pStyle w:val="ArticleBody"/>
        <w:jc w:val="left"/>
      </w:pPr>
      <w:r>
        <w:rPr>
          <w:rFonts w:ascii="Times New Roman" w:hAnsi="Times New Roman" w:eastAsia="Times New Roman" w:cs="Times New Roman"/>
        </w:rPr>
        <w:t>Kit se te paganism t ap pilonnen tanp lan ak lame a depi 723 av. J.-K. rive nan ane 538, oswa se te papote a k ap pilonnen Jerizalèm espirityèl la ak adoratè ki ladan l yo, sa te yon ilistrasyon sou dispèsyon pèp Bondye a, ki te rive poutèt pèp Bondye a te kraze alyans “saba tè a” jan sa reprezante nan Levitik chapit vennsenk ak vennsis. Nan chapit vennsis la yo rele sa kontestasyon alyans Bondye a.</w:t>
      </w:r>
    </w:p>
    <w:p>
      <w:pPr>
        <w:pStyle w:val="ArticleScripture"/>
        <w:jc w:val="left"/>
      </w:pPr>
      <w:r>
        <w:rPr>
          <w:rFonts w:ascii="Times New Roman" w:hAnsi="Times New Roman" w:eastAsia="Times New Roman" w:cs="Times New Roman"/>
        </w:rPr>
        <w:t>Epi m ap fè nepe vini sou nou, ki va tire revanj pou kont akò mwen an; epi lè nou rasanble anndan lavil nou yo, m ap voye epidemi nan mitan nou; epi y ap livre nou nan men lènmi an. Levitik 26:25.</w:t>
      </w:r>
    </w:p>
    <w:p>
      <w:pPr>
        <w:pStyle w:val="ArticleBody"/>
        <w:jc w:val="left"/>
      </w:pPr>
      <w:r>
        <w:rPr>
          <w:rFonts w:ascii="Times New Roman" w:hAnsi="Times New Roman" w:eastAsia="Times New Roman" w:cs="Times New Roman"/>
        </w:rPr>
        <w:t>Rebelyon kont alyans Bondye a te fè pèp Bondye a sibi esklavaj ak dispèsyon, sa ki reprezante kòm « diskisyon alyans mwen an ». San konpreyansyon sou pinisyon an, ke Danyèl rele « madichon » ak « sèman » Moyiz la, e ki rele tou « diskisyon alyans mwen an », yon moun vin avèg pou l wè siyifikasyon ki pi pwofon nan travay Kris la jan sa reprezante nan chapit nèf liv Danyèl la. Yon evalyasyon ki konsistan sou pèp Bondye a ki nan avègman Lawodise a nan ekriti Ellen White yo se ke yo pa kapab « rezone depi nan kòz rive nan efè ». Ou ka fè pwoklamasyon ou konprann mil de san swasant ane Mwayennaj tenèb yo, men si ou pa konnen « kòz » pilonnen anba pye sa a, ou avèg.</w:t>
      </w:r>
    </w:p>
    <w:p>
      <w:pPr>
        <w:pStyle w:val="ArticleScripture"/>
        <w:jc w:val="left"/>
      </w:pPr>
      <w:r>
        <w:rPr>
          <w:rFonts w:ascii="Times New Roman" w:hAnsi="Times New Roman" w:eastAsia="Times New Roman" w:cs="Times New Roman"/>
        </w:rPr>
        <w:t>Li pral konfime alyans lan ak anpil moun pou yon semèn; e nan mitan semèn nan li pral fè sakrifis la ak ofrann lan sispann; epi poutèt depwazman abominasyon yo li pral fè l vin tounen yon dezolasyon, jis rive nan akonplisman final la; e sa ki detèmine a pral vide sou sila ki dezole a. Danyèl 9:27.</w:t>
      </w:r>
    </w:p>
    <w:p>
      <w:pPr>
        <w:pStyle w:val="ArticleBody"/>
        <w:jc w:val="left"/>
      </w:pPr>
      <w:r>
        <w:rPr>
          <w:rFonts w:ascii="Times New Roman" w:hAnsi="Times New Roman" w:eastAsia="Times New Roman" w:cs="Times New Roman"/>
        </w:rPr>
        <w:t>Konfimasyon Kris la bay alyans lan asosye dirèkteman ak “kontestasyon alyans Li a.” Dire “madichon” an te de mil senk san ven (2520) ane, epi dire Kris t ap konfime menm alyans sa a te de mil senk san ven (2520) jou. An akò ak mo ebre ki vle di “verite” a, ki bay estrikti istwa kache sèt loraj yo, semèn pwofetik Kris te dwe konfime alyans Li a te genyen twa pwen-repè ki reprezante pa premye, trèzyèm, ak dènye lèt alfabè ebre a.</w:t>
      </w:r>
    </w:p>
    <w:p>
      <w:pPr>
        <w:pStyle w:val="ArticleBody"/>
        <w:jc w:val="left"/>
      </w:pPr>
      <w:r>
        <w:rPr>
          <w:rFonts w:ascii="Times New Roman" w:hAnsi="Times New Roman" w:eastAsia="Times New Roman" w:cs="Times New Roman"/>
        </w:rPr>
        <w:t>Premye siy-trase semèn nan se te batèm Li, dezyèm siy-trase a se te kwa a, epi dènye a se te lanmò Etèn. Lè yon moun refize wè “sèt fwa” yo nan Levitik 26, jan zanj nan syèl la te mennen William Miller pou l wè “sèt fwa” yo, sa elimine kapasite pou wè nèt ale pwofesi menm kote Kris te vide san Li epi te konfime alyans menm nan ke pèp literal ansyen Li a te rejte. Tout moun ki finalman sove ap gen sèlman yon konpreyansyon pasyèl ak enkonplè sou “verite” a. Men pèsonn pa sove si li fè espre refize wè “verite” a. Gen yon sèl chemen pou rive jwenn Papa a, e se atravè Jezi; epi Jezi se “verite” a.</w:t>
      </w:r>
    </w:p>
    <w:p>
      <w:pPr>
        <w:pStyle w:val="ArticleBody"/>
        <w:jc w:val="left"/>
      </w:pPr>
      <w:r>
        <w:rPr>
          <w:rFonts w:ascii="Times New Roman" w:hAnsi="Times New Roman" w:eastAsia="Times New Roman" w:cs="Times New Roman"/>
        </w:rPr>
        <w:t>Sa a se yon konpreyansyon ki merite pou moun medite sou li, paske li pale konsènan alyans Levitik venk senk ak venk sis. “Madichon” “sèt fwa” yo te tonbe sou ansyen Izrayèl literal la poutèt yo pa t dispoze mete an aplikasyon direktiv ki te mande pou yo kite tè a repoze, epi pou yo akonpli enstriksyon Jubile a. Se te yon peche omisyon. Madichon an te tonbe sou yo paske yo te neglije yon travay yo te resevwa kòmandman pou fè, olye ke poutèt yo te dirèkteman vyole yon kòmandman, tankou ou pa dwe touye oswa ou pa dwe vòlè. Yo te senpleman inyore direktiv ki te gen rapò ak kite tè a repoze. Advantis ki senpleman pa aksepte “sèt fwa” yo (ke zanj yo te mennen William Miller dekouvri), paske pou kèlkeswa rezon ki pa sanktifye, yo pa janm pran tan pou yo vrèman egzamine verite a, ap akonpli menm kalite rebelyon omisyon an lè yo neglije menm enfòmasyon alyans lan ke ansyen Izrayèl literal la te neglije. Kòmansman an ilistre fen an.</w:t>
      </w:r>
    </w:p>
    <w:p>
      <w:pPr>
        <w:pStyle w:val="ArticleBody"/>
        <w:jc w:val="left"/>
      </w:pPr>
      <w:r>
        <w:rPr>
          <w:rFonts w:ascii="Times New Roman" w:hAnsi="Times New Roman" w:eastAsia="Times New Roman" w:cs="Times New Roman"/>
        </w:rPr>
        <w:t>Mille de san swasant jou yo nan Revelasyon douz la, ki idantifye kòm yon “dezè”, se yon senbòl “sèt tan” yo. Ni mille de san swasant jou ministè Kris la, ni mille de san swasant jou ministè disip yo, reprezante tout semèn nan pandan alyans lan t ap konfime. Ni mille de san swasant ane paganism lan te pilonnen pèp Bondye a, ni mille de san swasant ane papism lan te pilonnen pèp Bondye a, reprezante tout “sèt tan” madichon Moyiz la.</w:t>
      </w:r>
    </w:p>
    <w:p>
      <w:pPr>
        <w:pStyle w:val="ArticleBody"/>
        <w:jc w:val="left"/>
      </w:pPr>
      <w:r>
        <w:rPr>
          <w:rFonts w:ascii="Times New Roman" w:hAnsi="Times New Roman" w:eastAsia="Times New Roman" w:cs="Times New Roman"/>
        </w:rPr>
        <w:t>Nan Revelasyon onz, apre mil desan swasant jou, zo mò yo tounen vivan ankò pou yo antre nan alyans antanke san karannkat mil yo. Men, pou yo kapab akonpli relasyon alyans sa a, yo oblije ranpli kondisyon alyans lan, menm jan Danyèl te fè sa nan chapit nèf. Kondisyon alyans “sèt fwa” a gen enstriksyon presi pou sila yo ki jwenn tèt yo nan peyi lènmi an. Lè sila yo ki reveye pou reyalite ke yo te gaye toupatou yo vin gen dezi pou yo retounen vin jwenn Senyè a, Levitik vennsis bay enstriksyon sou fason yo dwe retounen.</w:t>
      </w:r>
    </w:p>
    <w:p>
      <w:pPr>
        <w:pStyle w:val="ArticleScripture"/>
        <w:jc w:val="left"/>
      </w:pPr>
      <w:r>
        <w:rPr>
          <w:rFonts w:ascii="Times New Roman" w:hAnsi="Times New Roman" w:eastAsia="Times New Roman" w:cs="Times New Roman"/>
        </w:rPr>
        <w:t>Epi sa yo ki va rete nan mitan nou yo, y ap depafini nan inikite pa yo nan peyi lènmi nou yo; epi tou, nan inikite zansèt pa yo, y ap depafini ansanm ak yo. Si yo konfese inikite pa yo, ak inikite zansèt pa yo, ansanm ak fot yo te fè kont mwen an, epi si yo rekonèt tou yo te mache an opozisyon avè m; e ke mwen menm tou, mwen te mache an opozisyon avèk yo, e mwen te mennen yo nan peyi lènmi yo; si lè sa a kè ensikonsi pa yo imilye, e yo aksepte pinisyon inikite pa yo: Lè sa a, m ap sonje alyans mwen avèk Jakòb la, e tou alyans mwen avèk Izarak la, e tou alyans mwen avèk Abraram nan m ap sonje; epi m ap sonje peyi a. Levitik 26:39–42.</w:t>
      </w:r>
    </w:p>
    <w:p>
      <w:pPr>
        <w:pStyle w:val="ArticleBody"/>
        <w:jc w:val="left"/>
      </w:pPr>
      <w:r>
        <w:rPr>
          <w:rFonts w:ascii="Times New Roman" w:hAnsi="Times New Roman" w:eastAsia="Times New Roman" w:cs="Times New Roman"/>
        </w:rPr>
        <w:t>Ekspresyon “deperi” nan Ekriti yo vle di fonn, kòwonpi epi fin depafini nèt. Deperi vle di deteryore jiskaske yon moun tounen zo mò sèk. E enstriksyon an idantifye lanmò, paske li reprezante moun ki reveye sou kondisyon pa yo kòm moun ki “nan peyi lènmi nou yo.”</w:t>
      </w:r>
    </w:p>
    <w:p>
      <w:pPr>
        <w:pStyle w:val="ArticleScripture"/>
        <w:jc w:val="left"/>
      </w:pPr>
      <w:r>
        <w:rPr>
          <w:rFonts w:ascii="Times New Roman" w:hAnsi="Times New Roman" w:eastAsia="Times New Roman" w:cs="Times New Roman"/>
        </w:rPr>
        <w:t>Dènye lènmi ki pral detwi a se lanmò. 1 Korentyen 15:26.</w:t>
      </w:r>
    </w:p>
    <w:p>
      <w:pPr>
        <w:pStyle w:val="ArticleBody"/>
        <w:jc w:val="left"/>
      </w:pPr>
      <w:r>
        <w:rPr>
          <w:rFonts w:ascii="Times New Roman" w:hAnsi="Times New Roman" w:eastAsia="Times New Roman" w:cs="Times New Roman"/>
        </w:rPr>
        <w:t>Nan dat 18 Jiyè 2020, premye desepsyon an nan mouvman twazyèm zanj lan te pran plas. Li te deja tipifye pa tout lòt premye desepsyon yo nan liy sakre refòm pwofetik yo. Ezekyèl chapit trant-sèt idantifye pèp Bondye a nan dènye jou yo kòm moun ki te fonn, kòwonpi, epi fin disparèt nèt, jiskaske yo te vin senpleman yon vale zo mò sèk. Yo nan peyi lènmi an, ki se peyi lanmò a. Nan Revelasyon onz, yo te touye de temwen yo epi yo te kite yo nan lari a. Tout pwofèt yo dakò youn ak lòt. Se poutèt sa, Moyiz ap pale ak moun ki mouri nan lari ki travèse vale Ezekyèl la. Nan kondisyon desepsyon yo a, yo resevwa enstriksyon pa mwayen Jeremi.</w:t>
      </w:r>
    </w:p>
    <w:p>
      <w:pPr>
        <w:pStyle w:val="ArticleScripture"/>
        <w:jc w:val="left"/>
      </w:pPr>
      <w:r>
        <w:rPr>
          <w:rFonts w:ascii="Times New Roman" w:hAnsi="Times New Roman" w:eastAsia="Times New Roman" w:cs="Times New Roman"/>
        </w:rPr>
        <w:t>Se poutèt sa, men sa Senyè a di: Si ou tounen vin jwenn mwen, m ap fè ou tounen ankò, epi ou va kanpe devan mwen; epi si ou separe sa ki presye a ak sa ki derespektab la, ou va tankou bouch pa m. Se pou yo tounen vin jwenn ou; men ou menm, pa tounen vin jwenn yo. Jeremi 15:19.</w:t>
      </w:r>
    </w:p>
    <w:p>
      <w:pPr>
        <w:pStyle w:val="ArticleBody"/>
        <w:jc w:val="left"/>
      </w:pPr>
      <w:r>
        <w:rPr>
          <w:rFonts w:ascii="Times New Roman" w:hAnsi="Times New Roman" w:eastAsia="Times New Roman" w:cs="Times New Roman"/>
        </w:rPr>
        <w:t>Jeremi resevwa enfòmasyon ke, si li vle pale pou Bondye, li dwe retounen; e, lè l ap fè sa, li dwe separe sa ki gen anpil valè ak sa ki degradan an. Kontèks pasaj la montre ke sa ki degradan yo se moun li pa dwe retounen bò kote yo. Lè pasaj la prezante l nan eta desepsyon li a, li fè konnen li te pou kont li.</w:t>
      </w:r>
    </w:p>
    <w:p>
      <w:pPr>
        <w:pStyle w:val="ArticleScripture"/>
        <w:jc w:val="left"/>
      </w:pPr>
      <w:r>
        <w:rPr>
          <w:rFonts w:ascii="Times New Roman" w:hAnsi="Times New Roman" w:eastAsia="Times New Roman" w:cs="Times New Roman"/>
        </w:rPr>
        <w:t>Mwen pa t chita nan asanble moun k ap pase nan betiz yo, ni mwen pa t rejwi; mwen te chita pou kont mwen poutèt men ou: paske ou te ranpli mwen ak endiyasyon. Jeremi 15:17.</w:t>
      </w:r>
    </w:p>
    <w:p>
      <w:pPr>
        <w:pStyle w:val="ArticleBody"/>
        <w:jc w:val="left"/>
      </w:pPr>
      <w:r>
        <w:rPr>
          <w:rFonts w:ascii="Times New Roman" w:hAnsi="Times New Roman" w:eastAsia="Times New Roman" w:cs="Times New Roman"/>
        </w:rPr>
        <w:t>Jérémie ne siégeait pas dans « l’assemblée des moqueurs », car il siégeait seul. Il ne devait pas retourner vers les vils, qui sont l’assemblée des moqueurs. En 1863, l’adventisme commença son retour à « l’assemblée des moqueurs » lorsqu’il revint à la méthodologie biblique des filles de Babylone afin de rejeter les « sept temps » de Moïse. Mais Jérémie parle plus particulièrement des derniers jours que de l’histoire millérite. Lorsque ceux qui sont dans la vallée des ossements desséchés s’éveillent au fait qu’ils sont dans le pays de l’ennemi, ils ne doivent jamais retourner vers ceux qui se sont réjouis de leur mort dans la rue. Ce groupe peut revenir à Jérémie, mais lui ne peut pas retourner vers eux.</w:t>
      </w:r>
    </w:p>
    <w:p>
      <w:pPr>
        <w:pStyle w:val="ArticleBody"/>
        <w:jc w:val="left"/>
      </w:pPr>
      <w:r>
        <w:rPr>
          <w:rFonts w:ascii="Times New Roman" w:hAnsi="Times New Roman" w:eastAsia="Times New Roman" w:cs="Times New Roman"/>
        </w:rPr>
        <w:t>Men si yo dwe retounen, yo menm tou yo dwe akonpli enstriksyon Moyiz te bay ki asosye dirèkteman ak “sèt fwa yo.” Moun ki mouri nan lari a nan Revelasyon onz la, yo mouri pandan twa jou edmi, ki pwofetikman se “dezè a.”</w:t>
      </w:r>
    </w:p>
    <w:p>
      <w:pPr>
        <w:pStyle w:val="ArticleBody"/>
        <w:jc w:val="left"/>
      </w:pPr>
      <w:r>
        <w:rPr>
          <w:rFonts w:ascii="Times New Roman" w:hAnsi="Times New Roman" w:eastAsia="Times New Roman" w:cs="Times New Roman"/>
        </w:rPr>
        <w:t>Se poutèt sa, premye reveye mò yo akonpli pa yon mesaj ki fè zo yo rasanble ansanm, men yo poko vivan. Se mesaj kat van yo, ki se mesaj sele a, ki nesesè pou fè yo tounen yon gwo lame vanyan. Premye mesaj ki rasanble yo ansanm nan soti nan yon “vwa.”</w:t>
      </w:r>
    </w:p>
    <w:p>
      <w:pPr>
        <w:pStyle w:val="ArticleScripture"/>
        <w:jc w:val="left"/>
      </w:pPr>
      <w:r>
        <w:rPr>
          <w:rFonts w:ascii="Times New Roman" w:hAnsi="Times New Roman" w:eastAsia="Times New Roman" w:cs="Times New Roman"/>
        </w:rPr>
        <w:t>Konsole pèp mwen an, konsole li, se Bondye nou an ki di sa. Pale ak Jerizalèm yon fason ki touche kè li, epi rele byen fò ba li, fè li konnen tan sèvis difisil li a fini, mechanste li padonnen; paske li resevwa nan men Seyè a doub pou tout peche li yo. Se vwa yon moun k ap rele nan dezè a: Pare chemen Seyè a, fè yon gran wout dwat nan dezè a pou Bondye nou an. Tout fon va leve byen wo, tout mòn ak tout ti mòn va bese; sa ki kwochi va vin dwat, epi kote ki graj yo va tounen plenn. Ezayi 40:1–4.</w:t>
      </w:r>
    </w:p>
    <w:p>
      <w:pPr>
        <w:pStyle w:val="ArticleBody"/>
        <w:jc w:val="left"/>
      </w:pPr>
      <w:r>
        <w:rPr>
          <w:rFonts w:ascii="Times New Roman" w:hAnsi="Times New Roman" w:eastAsia="Times New Roman" w:cs="Times New Roman"/>
        </w:rPr>
        <w:t>Vwa a soti nan dezè a, ki se yon senbòl dispèsyon “sèt tan” yo. Vwa sa a nan dezè a, paske Ezekyèl tou te mennen nan vale zo mò yo. Li t ap rann temwayaj depi nan menm vale a, pa soti byen lwen.</w:t>
      </w:r>
    </w:p>
    <w:p>
      <w:pPr>
        <w:pStyle w:val="ArticleScripture"/>
        <w:jc w:val="left"/>
      </w:pPr>
      <w:r>
        <w:rPr>
          <w:rFonts w:ascii="Times New Roman" w:hAnsi="Times New Roman" w:eastAsia="Times New Roman" w:cs="Times New Roman"/>
        </w:rPr>
        <w:t>Men Senyè a te sou mwen, epi li te pote m deyò nan Lespri Senyè a, li mete m nan mitan fon an ki te plen zo. Ezekyèl 37:1.</w:t>
      </w:r>
    </w:p>
    <w:p>
      <w:pPr>
        <w:pStyle w:val="ArticleBody"/>
        <w:jc w:val="left"/>
      </w:pPr>
      <w:r>
        <w:rPr>
          <w:rFonts w:ascii="Times New Roman" w:hAnsi="Times New Roman" w:eastAsia="Times New Roman" w:cs="Times New Roman"/>
        </w:rPr>
        <w:t>Vale a se dezè twa jou edmi a. Pwomès vwa a se ke inikite Jerizalèm padonnen e ke lagè pa li a fini. Pwomès la reprezante sele sant karannkat mil la ki akonpli nan dènye jou yo. Men padon inikite pa li a asosye ak lefèt ke li resevwa “double” pou tout peche pa li yo. Remèd Moyiz te ofri a egzije yon konfesyon non sèlman inikite pa yo, men tou inikite zansèt pa yo. Si yo va akonpli kòmandman sa a, inikite pa yo va padonnen.</w:t>
      </w:r>
    </w:p>
    <w:p>
      <w:pPr>
        <w:pStyle w:val="ArticleBody"/>
        <w:jc w:val="left"/>
      </w:pPr>
      <w:r>
        <w:rPr>
          <w:rFonts w:ascii="Times New Roman" w:hAnsi="Times New Roman" w:eastAsia="Times New Roman" w:cs="Times New Roman"/>
        </w:rPr>
        <w:t>Nou pral kontinye verite sa yo nan atik k ap vini an.</w:t>
      </w:r>
    </w:p>
    <w:p>
      <w:pPr>
        <w:pStyle w:val="ArticleScripture"/>
        <w:jc w:val="left"/>
      </w:pPr>
      <w:r>
        <w:rPr>
          <w:rFonts w:ascii="Times New Roman" w:hAnsi="Times New Roman" w:eastAsia="Times New Roman" w:cs="Times New Roman"/>
        </w:rPr>
        <w:t>Wi, tout Izrayèl transgrese lwa ou a, menm lè yo te vire do pou yo pa obeyi vwa ou; se poutèt sa madichon an vide sou nou, ansanm ak sèman ki ekri nan lwa Moyiz, sèvitè Bondye a, paske nou peche kont li. Epi li konfime pawòl li yo, pawòl li te pale kont nou, ak kont jij nou yo ki te jije nou yo, lè li fè yon gwo malè tonbe sou nou; paske anba tout syèl la pa janm fèt sa ki fèt sou Jerizalèm. Jan sa ekri nan lwa Moyiz la, tout malè sa a rive sou nou; men nou pa t fè lapriyè nou devan Seyè a, Bondye nou an, pou nou te ka vire do bay mechanste nou yo, epi konprann verite ou.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Sèz</dc:title>
  <dc:subject>Devlopman Sèt Loraj yo: Yon Analiz Pwofetik sou Revelasyon ak Istwa Kache</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