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Revelasyon Jezikri a - Nimewo Disèt</w:t>
      </w:r>
    </w:p>
    <w:p>
      <w:pPr>
        <w:pStyle w:val="ArticleSubtitle"/>
        <w:jc w:val="left"/>
      </w:pPr>
      <w:r>
        <w:rPr>
          <w:rFonts w:ascii="Arial" w:hAnsi="Arial" w:eastAsia="Arial" w:cs="Arial"/>
        </w:rPr>
        <w:t>Reveye Zo Sèk yo: Yon Apèl pou Pite ak Lafwa nan Tan Atant lan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2023-11-17</w:t>
      </w:r>
    </w:p>
    <w:p>
      <w:pPr>
        <w:pStyle w:val="ArticleBody"/>
        <w:jc w:val="left"/>
      </w:pPr>
      <w:r>
        <w:rPr>
          <w:rFonts w:ascii="Times New Roman" w:hAnsi="Times New Roman" w:eastAsia="Times New Roman" w:cs="Times New Roman"/>
        </w:rPr>
        <w:t>Zo sèk ki kouche mouri nan lari a, ki tande “vwa” moun k ap kriye nan dezè a, fè sa paske Konsolatè a vini, an akonplisman pwomès Jezi te fè pou voye li. Nan premye desepsyon Millerit yo, Millerit yo te rive konprann yo te nan tan reta parabòl vyèj yo.</w:t>
      </w:r>
    </w:p>
    <w:p>
      <w:pPr>
        <w:pStyle w:val="ArticleScripture"/>
        <w:jc w:val="left"/>
      </w:pPr>
      <w:r>
        <w:rPr>
          <w:rFonts w:ascii="Times New Roman" w:hAnsi="Times New Roman" w:eastAsia="Times New Roman" w:cs="Times New Roman"/>
        </w:rPr>
        <w:t>Moun ki te desi yo te wè nan Bib la ke yo te nan tan reta a, e ke yo te dwe tann avèk pasyans akonplisman vizyon an. Menm prèv ki te mennen yo pou yo t ap chèche Seyè yo an 1843 la, te mennen yo pou yo te atann li an 1844. Spiritual Gifts, volim 1, 153.</w:t>
      </w:r>
    </w:p>
    <w:p>
      <w:pPr>
        <w:pStyle w:val="ArticleBody"/>
        <w:jc w:val="left"/>
      </w:pPr>
      <w:r>
        <w:rPr>
          <w:rFonts w:ascii="Times New Roman" w:hAnsi="Times New Roman" w:eastAsia="Times New Roman" w:cs="Times New Roman"/>
        </w:rPr>
        <w:t>Moun yo ki te jwenn reprezantasyon tipolojik pa Milerit yo repete eksperyans premye desepsyon an; epi lè yo fè sa, yo dwe konprann ke yo menm tou yo nan tan reta parabòl vyèj yo. Se sèlman enfliyans Konsolatè a ki pèmèt yo wè verite sa a. Rekonesans sa a, ke Konsolatè a fè rive, reprezante pa premye pwofesi Ezikyèl te resevwa lòd pou li pwoklame nan fon zo chèch, mò yo.</w:t>
      </w:r>
    </w:p>
    <w:p>
      <w:pPr>
        <w:pStyle w:val="ArticleScripture"/>
        <w:jc w:val="left"/>
      </w:pPr>
      <w:r>
        <w:rPr>
          <w:rFonts w:ascii="Times New Roman" w:hAnsi="Times New Roman" w:eastAsia="Times New Roman" w:cs="Times New Roman"/>
        </w:rPr>
        <w:t>Li di m’ ankò: Pwofetize sou zo sa yo, epi di yo: O nou menm zo sèch yo, tande pawòl Senyè a. Men sa Senyè Bondye a di zo sa yo: Gade, m ap fè souf antre nan nou, epi n ap viv. M ap mete tandon sou nou, m ap fè chè leve sou nou, m ap kouvri nou ak po, m ap mete souf nan nou, epi n ap viv; epi n ap konnen se mwen menm ki Senyè a. Konsa, mwen pwofetize jan yo te ban m lòd la; e pandan m t ap pwofetize, te gen yon bri, epi gade, te gen yon tranbleman, epi zo yo te vin mete ansanm, chak zo ak zo pa li. Lè m gade, men tandon yo ak chè a te leve sou yo, epi po a te kouvri yo anlè; men pa t gen souf nan yo. Ezekiel 37:4–8.</w:t>
      </w:r>
    </w:p>
    <w:p>
      <w:pPr>
        <w:pStyle w:val="ArticleBody"/>
        <w:jc w:val="left"/>
      </w:pPr>
      <w:r>
        <w:rPr>
          <w:rFonts w:ascii="Times New Roman" w:hAnsi="Times New Roman" w:eastAsia="Times New Roman" w:cs="Times New Roman"/>
        </w:rPr>
        <w:t>“Bri” a reprezante Sentespri a. Nan moman sa a, vyèj yo dwe rekonèt yo nan tan reta a. Enstriksyon biblik konsènan sa moun ki desi yo dwe fè lè yo rekonèt yo nan tan reta a anpil anpil. Jeremi anseye yo pa dwe janm retounen nan “asanble moun k ap pase nan betiz,” ki, nan mesaj bay Filadèlfi a, se sinagòg Satan an. Yo dwe separe tou sa ki presye a ak sa ki vil la. Sa ki presye a, mete an kontrast ak sa ki vil la, gen yon sans doub.</w:t>
      </w:r>
    </w:p>
    <w:p>
      <w:pPr>
        <w:pStyle w:val="ArticleBody"/>
        <w:jc w:val="left"/>
      </w:pPr>
      <w:r>
        <w:rPr>
          <w:rFonts w:ascii="Times New Roman" w:hAnsi="Times New Roman" w:eastAsia="Times New Roman" w:cs="Times New Roman"/>
        </w:rPr>
        <w:t>Mwen te aprann pou tèt pa m distenksyon pwofetik sa a depi plizyè ane, lè m te fè yon aplikasyon sou rèv William Miller la. Mwen te defini avèk presizyon bijou yo kòm verite Pawòl Bondye a, epi fo bijou yo kòm doktrin ki fin kowonpi. Apre sa, yo te fè m remake ke James White te fè yon aplikasyon tou sou rèv William Miller la, e nan aplikasyon pa li a, li te idantifye bijou yo kòm pèp fidèl Bondye a, epi fo bijou yo kòm moun ki fè fo pwofesyon verite a. Lè m te egzamine sa James White te anseye konsènan rèv la, mwen te vin rann mwen kont ke nou te toude gen rezon. Bijou yo ka reprezante fidèl Bondye yo, epi fo bijou yo, moun ki pa fidèl yo; men bijou yo ka reprezante tou verite Pawòl Bondye a, epi fo bijou yo ka reprezante fo doktrin. James White te aplike rèv Miller la ak istwa James White t ap viv ladan l nan epòk sa a, men mwen menm mwen te apwoche rèv la kòm istwa dènye jou yo. Ansanm, de aplikasyon sa yo montre ke lèzòm vin sa yo kwè, epi si yo chwazi kenbe doktrin ki erone, y ap pase pa fenèt la anba kout bwòs nonm pousyè a, ansanm ak doktrin yo te vin asosye avèk yo. Nou se sa nou manje.</w:t>
      </w:r>
    </w:p>
    <w:p>
      <w:pPr>
        <w:pStyle w:val="ArticleBody"/>
        <w:jc w:val="left"/>
      </w:pPr>
      <w:r>
        <w:rPr>
          <w:rFonts w:ascii="Times New Roman" w:hAnsi="Times New Roman" w:eastAsia="Times New Roman" w:cs="Times New Roman"/>
        </w:rPr>
        <w:t>Lè moun ki te desi yo vin rann yo kont yo nan tan reta a, dapre Jeremi, yo dwe separe sa ki gen anpil valè a ak sa ki san valè a.</w:t>
      </w:r>
    </w:p>
    <w:p>
      <w:pPr>
        <w:pStyle w:val="ArticleScripture"/>
        <w:jc w:val="left"/>
      </w:pPr>
      <w:r>
        <w:rPr>
          <w:rFonts w:ascii="Times New Roman" w:hAnsi="Times New Roman" w:eastAsia="Times New Roman" w:cs="Times New Roman"/>
        </w:rPr>
        <w:t>“Kijan sa fèt pou moun ki an lagè kont gouvènman Bondye a rive vin posede sajès yo pafwa montre a? Satan menm te resevwa fòmasyon nan lakou syèl la, e li gen konesans sou sa ki byen menm jan ak sa ki mal. Li melanje sa ki presye ak sa ki vil, e se sa ki ba li pouvwa pou l twonpe. Men, paske Satan vlope tèt li ak rad klète selès, èske nou dwe resevwa li kòm yon zanj limyè? Tantatè a gen ajan pa li yo, ki resevwa fòmasyon dapre metòd pa li yo, ki enspire pa lespri pa li, e ki adapte ak travay pa li. Èske nou dwe kolabore avèk yo? Èske nou dwe resevwa zèv ajan li yo kòm bagay endispansab pou nou rive jwenn yon edikasyon?” Ministry of Healing, 440.</w:t>
      </w:r>
    </w:p>
    <w:p>
      <w:pPr>
        <w:pStyle w:val="ArticleBody"/>
        <w:jc w:val="left"/>
      </w:pPr>
      <w:r>
        <w:rPr>
          <w:rFonts w:ascii="Times New Roman" w:hAnsi="Times New Roman" w:eastAsia="Times New Roman" w:cs="Times New Roman"/>
        </w:rPr>
        <w:t>Sa ki gen anpil valè a ak sa ki sal la reprezante verite ak erè. Yo reprezante tou de kategori moun.</w:t>
      </w:r>
    </w:p>
    <w:p>
      <w:pPr>
        <w:pStyle w:val="ArticleScripture"/>
        <w:jc w:val="left"/>
      </w:pPr>
      <w:r>
        <w:rPr>
          <w:rFonts w:ascii="Times New Roman" w:hAnsi="Times New Roman" w:eastAsia="Times New Roman" w:cs="Times New Roman"/>
        </w:rPr>
        <w:t>“‘Sepandan, fondasyon Bondye a kanpe fèm, li gen sele sa a: Seyè a konnen sila yo ki pou Li. Epi: Se pou tout moun ki rele non Kris la wete kò yo nan inikite. Men, nan yon gwo kay, pa gen sèlman veso an lò ak an ajan, men tou an bwa ak an tè; e gen kèk pou onè, e kèk pou dezonè.’ ‘Gwo kay’ la reprezante Legliz la. Nan Legliz la, y ap jwenn sa ki vye ansanm ak sa ki presye. Filè yo lage nan lanmè a ranmase ni bon ni move.” Review and Herald, 5 fevriye 1901.</w:t>
      </w:r>
    </w:p>
    <w:p>
      <w:pPr>
        <w:pStyle w:val="ArticleBody"/>
        <w:jc w:val="left"/>
      </w:pPr>
      <w:r>
        <w:rPr>
          <w:rFonts w:ascii="Times New Roman" w:hAnsi="Times New Roman" w:eastAsia="Times New Roman" w:cs="Times New Roman"/>
        </w:rPr>
        <w:t>Yo te enstwi Jeremi ke, si li ta retounen, li te bezwen separe tèt li ak vyèj sòt yo, epi li dwe separe tèt li tou ak ansèyman erè vyèj sòt yo. San karannkat mil yo se sila yo ki antre nan inite pafè. Jeremi ap reprezante travay sila yo rele pou yo sele pa dezyèm mesaj Ezekyèl la sou kat van yo dwe akonpli, si yo gen pou yo vin “bouch” Bondye, lè vizyon an pale. Vizyon an te pale nan listwa Millerit la lè jijman an te rive, epi li pale nan listwa san karannkat mil yo lè bèt latè a pale, epi jijman twazyèm malè a rive. Lè sa a, sila yo ki fin akonpli travay Jeremi idantifye a leve kòm gad Bondye yo.</w:t>
      </w:r>
    </w:p>
    <w:p>
      <w:pPr>
        <w:pStyle w:val="ArticleBody"/>
        <w:jc w:val="left"/>
      </w:pPr>
      <w:r>
        <w:rPr>
          <w:rFonts w:ascii="Times New Roman" w:hAnsi="Times New Roman" w:eastAsia="Times New Roman" w:cs="Times New Roman"/>
        </w:rPr>
        <w:t>Lè Seyè a voye Konsolatè a pou reveye moun ki te desi yo soti nan lanmò yo, Li idantifye yon travay pirifikasyon yo dwe akonpli si yo vle vin pòtpawòl Li nan kriz lwa dimanch lan. Ezayi dakò ak konsèy Jeremi an.</w:t>
      </w:r>
    </w:p>
    <w:p>
      <w:pPr>
        <w:pStyle w:val="ArticleScripture"/>
        <w:jc w:val="left"/>
      </w:pPr>
      <w:r>
        <w:rPr>
          <w:rFonts w:ascii="Times New Roman" w:hAnsi="Times New Roman" w:eastAsia="Times New Roman" w:cs="Times New Roman"/>
        </w:rPr>
        <w:t>Ala bèl sou mòn yo pye sila a ki pote bon nouvèl, ki anonse lapè; ki pote bon nouvèl sou sa ki bon, ki pibliye delivrans; ki di Siyon: Bondye ou a ap gouvène! Gad ou yo va leve vwa yo; ansanm yo va chante byen fò: paske yo va wè fasafas, lè Seyè a va fè Siyon tounen ankò. Pete chante ak lajwa, chante ansanm, nou menm dezolasyon Jerizalèm yo: paske Seyè a konsole pèp li a, li rachte Jerizalèm. Ezayi 52:7–9.</w:t>
      </w:r>
    </w:p>
    <w:p>
      <w:pPr>
        <w:pStyle w:val="ArticleBody"/>
        <w:jc w:val="left"/>
      </w:pPr>
      <w:r>
        <w:rPr>
          <w:rFonts w:ascii="Times New Roman" w:hAnsi="Times New Roman" w:eastAsia="Times New Roman" w:cs="Times New Roman"/>
        </w:rPr>
        <w:t>Moun ki “pote bon nouvèl” yo e ki “pibliye lapè ak delivrans” yo leve “vwa yo ansanm,” paske yo “va wè je nan je.”</w:t>
      </w:r>
    </w:p>
    <w:p>
      <w:pPr>
        <w:pStyle w:val="ArticleScripture"/>
        <w:jc w:val="left"/>
      </w:pPr>
      <w:r>
        <w:rPr>
          <w:rFonts w:ascii="Times New Roman" w:hAnsi="Times New Roman" w:eastAsia="Times New Roman" w:cs="Times New Roman"/>
        </w:rPr>
        <w:t>“Kèk lòt ankò te montre m kòm moun k ap mete enfliyans pa yo ansanm ak sa mwen sot mansyone yo, e ansanm yo fè tout sa yo kapab pou detounen moun sòti nan kò a epi pou lakòz konfizyon; epi enfliyans yo fè verite Bondye a tonbe nan mepri. Jezi ak zanj sen yo ap rasanble pèp Bondye a epi ini yo nan yon sèl lafwa, pou yo tout ka gen yon sèl lespri ak yon sèl jijman. E pandan y ap mennen yo antre nan inite lafwa a, pou yo wè menm jan konsènan verite solanèl e enpòtan pou tan sa a, Satan ap travay pou l opoze pwogrè yo. Jezi ap travay pa mwayen enstriman pa Li yo pou rasanble epi ini. Satan travay pa mwayen enstriman pa l yo pou gaye epi divize. ‘Paske, gade, mwen pral bay lòd, e mwen pral vannen kay Izrayèl la nan mitan tout nasyon yo, menm jan yo vanne ble nan yon laye, men pa menm pi piti grenn lan p ap tonbe atè.’”</w:t>
      </w:r>
    </w:p>
    <w:p>
      <w:pPr>
        <w:pStyle w:val="ArticleScripture"/>
        <w:jc w:val="left"/>
      </w:pPr>
      <w:r>
        <w:rPr>
          <w:rFonts w:ascii="Times New Roman" w:hAnsi="Times New Roman" w:eastAsia="Times New Roman" w:cs="Times New Roman"/>
        </w:rPr>
        <w:t>Bondye ap mete pèp Li a anba eprèv kounye a, epi Li ap pwouve yo. Karaktè ap fòme. Zanj yo ap peze valè moral la, epi yo ap kenbe yon dosye fidèl sou tout aksyon pitit lèzòm yo. Pami sila yo ki fè pwofesyon yo se pèp Bondye, gen kè ki kòwonpi; men yo pral sibi tès epi yo pral pwouve. Bondye sa a, ki li kè tout moun, pral fè bagay kache fènwa yo parèt aklè kote yo souvan pi piti sispèk yo, pou wòch blokis sa yo ki te anpeche pwogrè verite a ka retire, epi pou Bondye gen yon pèp pwòp ak sen pou deklare lwa Li yo ak jijman Li yo.</w:t>
      </w:r>
    </w:p>
    <w:p>
      <w:pPr>
        <w:pStyle w:val="ArticleScripture"/>
        <w:jc w:val="left"/>
      </w:pPr>
      <w:r>
        <w:rPr>
          <w:rFonts w:ascii="Times New Roman" w:hAnsi="Times New Roman" w:eastAsia="Times New Roman" w:cs="Times New Roman"/>
        </w:rPr>
        <w:t>“Kapitèn delivrans nou an ap mennen pèp Li a pa etap, pa etap, pandan L ap pirifye yo epi rann yo pare pou translasyon, e L ap kite dèyè moun ki gen tandans rale kò yo lwen kò a, ki pa vle kite yo dirije, epi ki satisfè ak pwòp jistis pa yo. ‘Si limyè ki nan ou a se fènwa, ala gwo fènwa sa a va gwo!’ Pa gen okenn twonpri ki pi gran ki ka twonpe lespri imen an pase sa ki mennen moun yo apresye yon lespri ki gen twòp konfyans nan tèt li, pou yo kwè yo gen rezon e yo nan limyè a, pandan y ap rale kò yo lwen pèp Bondye a, epi limyè yo ap cheri a se fènwa.” Testimonies, volim 1, 332, 333.</w:t>
      </w:r>
    </w:p>
    <w:p>
      <w:pPr>
        <w:pStyle w:val="ArticleBody"/>
        <w:jc w:val="left"/>
      </w:pPr>
      <w:r>
        <w:rPr>
          <w:rFonts w:ascii="Times New Roman" w:hAnsi="Times New Roman" w:eastAsia="Times New Roman" w:cs="Times New Roman"/>
        </w:rPr>
        <w:t>Fraz «pote bon nouvèl» la repete de fwa nan pasaj Ezayi a pou idantifye istwa Kri a Minwi, menm jan vèsè ki mennen nan deskripsyon Ezayi fè sou inite ki reyalize lè sa ki presye a separe ak sa ki vil la.</w:t>
      </w:r>
    </w:p>
    <w:p>
      <w:pPr>
        <w:pStyle w:val="ArticleScripture"/>
        <w:jc w:val="left"/>
      </w:pPr>
      <w:r>
        <w:rPr>
          <w:rFonts w:ascii="Times New Roman" w:hAnsi="Times New Roman" w:eastAsia="Times New Roman" w:cs="Times New Roman"/>
        </w:rPr>
        <w:t>Reveye, reveye; mete fòs ou sou ou, Siyon; mete bèl rad ou sou ou, Jerizalèm, vil sen an: paske depi kounye a, moun ki pa sikonsi yo ak moun ki pa pwòp yo p ap antre lakay ou ankò. Souke pousyè a sou ou; leve, epi chita, O Jerizalèm: lage tèt ou anba chenn ki mare kou ou, O pitit fi Siyon ki prizonye a. Ezayi 52:1, 2.</w:t>
      </w:r>
    </w:p>
    <w:p>
      <w:pPr>
        <w:pStyle w:val="ArticleBody"/>
        <w:jc w:val="left"/>
      </w:pPr>
      <w:r>
        <w:rPr>
          <w:rFonts w:ascii="Times New Roman" w:hAnsi="Times New Roman" w:eastAsia="Times New Roman" w:cs="Times New Roman"/>
        </w:rPr>
        <w:t>Jeremi reprezante sila yo nan premye desepsyon an, ki rekonèt yo nan tan reta a. Ezayi bay menm moun sa yo lòd pou yo “reveye, reveye.” Yo reveye e finalman yo rive nan yon pwen kote p ap gen okenn moun ki pa sikonsi ni ki pa pwòp ankò nan legliz Bondye a, paske yo pral akonpli travay pou separe sa ki gen valè ak sa ki vye. “Senyè a ta vle legliz li a pirifye, anvan jijman li yo tonbe pi vizib sou mond lan.”</w:t>
      </w:r>
    </w:p>
    <w:p>
      <w:pPr>
        <w:pStyle w:val="ArticleScripture"/>
        <w:jc w:val="left"/>
      </w:pPr>
      <w:r>
        <w:rPr>
          <w:rFonts w:ascii="Times New Roman" w:hAnsi="Times New Roman" w:eastAsia="Times New Roman" w:cs="Times New Roman"/>
        </w:rPr>
        <w:t>“N ap pwoche rapidman bò fen istwa tè sa a. Fen an trè pre, pi pre anpil pase anpil moun panse, e mwen santi yon chay sou mwen pou m ankouraje pèp nou an sou nesesite pou yo chèche Seyè a avèk tout kè yo. Anpil ap dòmi, e kisa yo ka di pou reveye yo soti nan dòmi lachè yo a? Seyè a ta vle legliz li a pirifye anvan jijman li yo tonbe pi klèman sou mond lan.</w:t>
      </w:r>
    </w:p>
    <w:p>
      <w:pPr>
        <w:pStyle w:val="ArticleScripture"/>
        <w:jc w:val="left"/>
      </w:pPr>
      <w:r>
        <w:rPr>
          <w:rFonts w:ascii="Times New Roman" w:hAnsi="Times New Roman" w:eastAsia="Times New Roman" w:cs="Times New Roman"/>
        </w:rPr>
        <w:t>“Kilès ki va kapab sipòte jou lè li vini an? E kilès ki va rete kanpe lè li parèt? Paske li tankou yon dife ki rafine metal, e tankou savon moun k ap blanchi twal yo. Li va chita tankou yon moun k ap rafine ak pirifye ajan; li va pirifye pitit gason Levi yo, li va netwaye yo tankou lò ak ajan, pou yo ka ofri bay Senyè a yon ofrann nan jistis.”</w:t>
      </w:r>
    </w:p>
    <w:p>
      <w:pPr>
        <w:pStyle w:val="ArticleScripture"/>
        <w:jc w:val="left"/>
      </w:pPr>
      <w:r>
        <w:rPr>
          <w:rFonts w:ascii="Times New Roman" w:hAnsi="Times New Roman" w:eastAsia="Times New Roman" w:cs="Times New Roman"/>
        </w:rPr>
        <w:t>“Kris la va wete tout manto pretansyon. Pa gen okenn melanj ant sa ki vre ak sa ki fo ki ka twonpe li. ‘Li tankou yon dife rafinè,’ k ap separe sa ki presye ak sa ki san valè, kras la ak lò a.”</w:t>
      </w:r>
    </w:p>
    <w:p>
      <w:pPr>
        <w:pStyle w:val="ArticleScripture"/>
        <w:jc w:val="left"/>
      </w:pPr>
      <w:r>
        <w:rPr>
          <w:rFonts w:ascii="Times New Roman" w:hAnsi="Times New Roman" w:eastAsia="Times New Roman" w:cs="Times New Roman"/>
        </w:rPr>
        <w:t>“Menm jan ak Levit yo, pèp Bondye chwazi a separe pa li menm pou travay espesyal li. Chak vrè kretyen pote kalifikasyon prèt yo. Li onore ak responsablite sakre pou reprezante devan lemonn karaktè Papa li ki nan syèl la. Li dwe byen pran garde pawòl sa yo: ‘Se pou nou menm tou nou pafè, menm jan Papa nou ki nan syèl la pafè.’”</w:t>
      </w:r>
    </w:p>
    <w:p>
      <w:pPr>
        <w:pStyle w:val="ArticleScripture"/>
        <w:jc w:val="left"/>
      </w:pPr>
      <w:r>
        <w:rPr>
          <w:rFonts w:ascii="Times New Roman" w:hAnsi="Times New Roman" w:eastAsia="Times New Roman" w:cs="Times New Roman"/>
        </w:rPr>
        <w:t>“Men pou nou menm ki gen krentif pou non mwen, Solèy Jistis la va leve avèk gerizon anba zèl li yo; nou va soti, epi nou va grandi tankou ti towo bèf yo kenbe nan pak. Epi nou va foule mechan yo anba pye nou; paske yo va tounen sann anba plant pye nou nan jou mwen va fè bagay sa a, se sa Senyè ki gen tout lame yo di.</w:t>
      </w:r>
    </w:p>
    <w:p>
      <w:pPr>
        <w:pStyle w:val="ArticleScripture"/>
        <w:jc w:val="left"/>
      </w:pPr>
      <w:r>
        <w:rPr>
          <w:rFonts w:ascii="Times New Roman" w:hAnsi="Times New Roman" w:eastAsia="Times New Roman" w:cs="Times New Roman"/>
        </w:rPr>
        <w:t>«Sonje lalwa Moyiz, sèvitè mwen an, lalwa mwen te ba li kòm lòd sou mòn Orèb pou tout pèp Izrayèl la, ansanm ak tout règ ak jijman yo. Gade, m ap voye pwofèt Eli ba nou anvan jou gran e terib Senyè a rive; l ap tounen kè papa yo bay pitit yo, epi kè pitit yo bay papa yo, pou m pa vini frape tè a ak yon madichon.» Review and Herald, 8 novanm 1906.</w:t>
      </w:r>
    </w:p>
    <w:p>
      <w:pPr>
        <w:pStyle w:val="ArticleBody"/>
        <w:jc w:val="left"/>
      </w:pPr>
      <w:r>
        <w:rPr>
          <w:rFonts w:ascii="Times New Roman" w:hAnsi="Times New Roman" w:eastAsia="Times New Roman" w:cs="Times New Roman"/>
        </w:rPr>
        <w:t>Moun ki kenbe fo doktrin yo ap separe nan istwa ki kòmanse ak “vwa” k ap rele nan dezè a. Moun ki refize kite pouvwa kreyatif Bondye a pwodui yon eksperyans pèsonèl ki sanktifye, yo ap separe ak “lò” a nan istwa ki kòmanse ak “vwa” k ap rele nan dezè a. Yo ap rete kòm Laodiseyen, egzakteman nan pwen kote Laodise depase pou antre nan Filadèlfi.</w:t>
      </w:r>
    </w:p>
    <w:p>
      <w:pPr>
        <w:pStyle w:val="ArticleBody"/>
        <w:jc w:val="left"/>
      </w:pPr>
      <w:r>
        <w:rPr>
          <w:rFonts w:ascii="Times New Roman" w:hAnsi="Times New Roman" w:eastAsia="Times New Roman" w:cs="Times New Roman"/>
        </w:rPr>
        <w:t>Travay pou separe sa ki gen anpil valè ak sa ki pa vo anyen se prèske nèt ale travay mesaje alyans lan, ki vini toudenkou pou pirifye pitit gason Levi yo, men nou dwe patisipe.</w:t>
      </w:r>
    </w:p>
    <w:p>
      <w:pPr>
        <w:pStyle w:val="ArticleScripture"/>
        <w:jc w:val="left"/>
      </w:pPr>
      <w:r>
        <w:rPr>
          <w:rFonts w:ascii="Times New Roman" w:hAnsi="Times New Roman" w:eastAsia="Times New Roman" w:cs="Times New Roman"/>
        </w:rPr>
        <w:t>Se poutèt sa, byenneme mwen yo, menm jan nou te toujou obeyi, pa sèlman lè m te prezan, men kounye a plis ankò nan absans mwen, travay pou delivrans pa nou rive nèt ak krentif ak tranbleman. Paske se Bondye k ap aji nan nou, pou l fè nou vle menm jan tou pou n fè sa ki fè plezi li. Fè tout bagay san bougonnen ni diskisyon, pou nou ka san repwòch e san mechanste, pitit Bondye ki san fay, nan mitan yon jenerasyon kwochi ak pèvèti, nan mitan yo menm nou klere tankou limyè nan mond lan. Filipyen 2:12–15.</w:t>
      </w:r>
    </w:p>
    <w:p>
      <w:pPr>
        <w:pStyle w:val="ArticleBody"/>
        <w:jc w:val="left"/>
      </w:pPr>
      <w:r>
        <w:rPr>
          <w:rFonts w:ascii="Times New Roman" w:hAnsi="Times New Roman" w:eastAsia="Times New Roman" w:cs="Times New Roman"/>
        </w:rPr>
        <w:t>Yo te di Jeremi lòd pou l separe sa ki presye ak sa ki derespektab, si li te vle vin pòtpawòl Bondye nan jijman k ap vini an. Lefètke Jeremi t ap tande konsèy Bondye te ba li a, sa te demontre prezans Konsolatè a te deja disponib, si li te chwazi pran travay la.</w:t>
      </w:r>
    </w:p>
    <w:p>
      <w:pPr>
        <w:pStyle w:val="ArticleScripture"/>
        <w:jc w:val="left"/>
      </w:pPr>
      <w:r>
        <w:rPr>
          <w:rFonts w:ascii="Times New Roman" w:hAnsi="Times New Roman" w:eastAsia="Times New Roman" w:cs="Times New Roman"/>
        </w:rPr>
        <w:t>“Travay pou resevwa delivrans lan se yon travay an asosiyasyon, yon operasyon ansanm. Dwe gen koperasyon ant Bondye ak pechè ki repanti a. Sa nesesè pou fòmasyon bon prensip yo nan karaktè a. Moun dwe fè efò sensè pou l venk sa ki anpeche l rive nan pèfeksyon. Men, li depann nèt sou Bondye pou siksè. Efò lèzòm pou kont li pa sifi. San èd pouvwa diven an, li pa sèvi anyen. Bondye ap travay, epi moun ap travay. Rezistans kont tantasyon dwe soti nan moun, ki dwe tire fòs li nan Bondye. Sou yon bò gen sajès enfini, konpasyon, ak pisans; sou lòt bò a, gen feblès, peche, enpwisans total.”</w:t>
      </w:r>
    </w:p>
    <w:p>
      <w:pPr>
        <w:pStyle w:val="ArticleScripture"/>
        <w:jc w:val="left"/>
      </w:pPr>
      <w:r>
        <w:rPr>
          <w:rFonts w:ascii="Times New Roman" w:hAnsi="Times New Roman" w:eastAsia="Times New Roman" w:cs="Times New Roman"/>
        </w:rPr>
        <w:t>“Bondye vle pou nou gen kontwòl sou tèt pa nou. Men Li pa ka ede nou san konsantman ak koperasyon nou. Lespri diven an travay atravè kapasite ak fakilte yo bay moun nan. Pa pwòp tèt pa nou, nou pa kapab mete objektif, dezi, ak tandans nou yo ann amoni ak volonte Bondye; men si nou ‘vle pou yo fè nou vin dispoze,’ Sovè a ap reyalize sa pou nou, ‘L ap kraze rezònman yo, ak tout bagay ki wo ki leve tèt li kont konesans Bondye, e L ap mennen tout panse yo an kaptivite pou obeyisans Kris la.’ 2 Corinthians 10:5.” Acts of the Apostles, 482.</w:t>
      </w:r>
    </w:p>
    <w:p>
      <w:pPr>
        <w:pStyle w:val="ArticleBody"/>
        <w:jc w:val="left"/>
      </w:pPr>
      <w:r>
        <w:rPr>
          <w:rFonts w:ascii="Times New Roman" w:hAnsi="Times New Roman" w:eastAsia="Times New Roman" w:cs="Times New Roman"/>
        </w:rPr>
        <w:t>Twa jou ak mwatye yo nan Revelasyon onz, lè zo sèch yo mouri nan lari a, se yon senbòl yon “dezè,” epi yon “dezè” reprezante “sèt tan” Levitik vennsis yo. Nan fen dispèsyon twa jou ak mwatye yo, sila yo ki rele pou yo pami san karannkat mil yo dwe “reveye” epi “souke pousyè a.” Sè White di: “Senyè a ta vle legliz li a pirifye, anvan jijman li yo tonbe pi siyifikativman sou mond lan.”</w:t>
      </w:r>
    </w:p>
    <w:p>
      <w:pPr>
        <w:pStyle w:val="ArticleBody"/>
        <w:jc w:val="left"/>
      </w:pPr>
      <w:r>
        <w:rPr>
          <w:rFonts w:ascii="Times New Roman" w:hAnsi="Times New Roman" w:eastAsia="Times New Roman" w:cs="Times New Roman"/>
        </w:rPr>
        <w:t>Anrapò ak yon “legliz pirifye,” li fè referans ak pwosesis separasyon Jeremi an, ki retire “sa ki gen anpil valè a pami sa ki vye a.” Li konekte sa tou ak Malachi chapit twa, kote yon mesaje prepare chemen an pou mesaje alyans lan. Mesaje ki prepare chemen an se “vwa k ap rele nan dezè a” pa Ezayi a. Mesaje alyans lan se Kris la, ki ap pare pou antre nan alyans ak san karannkat mil yo, ki, “tankou” “Levit yo,” “li mete apa pou travay espesyal li.” Apre sa, li idantifye yo kòm prèt, epi li site Jezi ki di: “Se pou nou pafè, menm jan Papa nou ki nan syèl la pafè.”</w:t>
      </w:r>
    </w:p>
    <w:p>
      <w:pPr>
        <w:pStyle w:val="ArticleBody"/>
        <w:jc w:val="left"/>
      </w:pPr>
      <w:r>
        <w:rPr>
          <w:rFonts w:ascii="Times New Roman" w:hAnsi="Times New Roman" w:eastAsia="Times New Roman" w:cs="Times New Roman"/>
        </w:rPr>
        <w:t>Gen yon pwosesis pirifikasyon ki make nan fen peryòd tan reta a, paske Senyè a gen yon travay espesyal pou san karannkat mil yo akonpli, epi Li pral genyen yon legliz pirifye anvan “jijman li yo va tonbe pi siyifikativman sou mond lan.” Jijman li yo deja nan mond lan, men nan lwa dimanch la, “jijman destriktif Bondye yo” kòmanse tonbe.</w:t>
      </w:r>
    </w:p>
    <w:p>
      <w:pPr>
        <w:pStyle w:val="ArticleBody"/>
        <w:jc w:val="left"/>
      </w:pPr>
      <w:r>
        <w:rPr>
          <w:rFonts w:ascii="Times New Roman" w:hAnsi="Times New Roman" w:eastAsia="Times New Roman" w:cs="Times New Roman"/>
        </w:rPr>
        <w:t>Jijman sa yo se yon “tan mizèrikòd pou moun ki pa janm konnen verite a.” Men pa gen okenn mizèrikòd nan jijman sa yo pou moun ki pa t vle antre nan pwosesis pirifikasyon ki nesesè a. “Jijman” yo, ki “tonbe pi siyifikativman,” idantifye jijman ki se siy. Yo reprezante yon siyal, e Sentespri a sèvi ak dezòd ak konfizyon jijman sa yo pwodui a, pou make yon distenksyon ant moun ki obsève “fo jou repo a” ak moun ki “ak konsyans yo kenbe Saba Senyè a,” paske se sèl fason sa a “mond lan ka resevwa avètisman an.” Jijman ki se siy yo se fon sou ki Sentespri a sèvi pou dirije pitit Bondye yo ki toujou nan Babilòn, pou yo rekonèt drapo san katreven-kat mil yo.</w:t>
      </w:r>
    </w:p>
    <w:p>
      <w:pPr>
        <w:pStyle w:val="ArticleBody"/>
        <w:jc w:val="left"/>
      </w:pPr>
      <w:r>
        <w:rPr>
          <w:rFonts w:ascii="Times New Roman" w:hAnsi="Times New Roman" w:eastAsia="Times New Roman" w:cs="Times New Roman"/>
        </w:rPr>
        <w:t>Men, Sè White pa sèlman fè referans ak Malachi chapit twa; li mete ladan l tou dènye vèsè liv Malachi chapit kat la, epi ankò li fè referans ak “vwa” ki te dwe prepare chemen an pou mesaje alyans lan. Dènye vèsè sa yo pa pale de preparasyon pou mesaje alyans lan; yo pale de sonje lalwa Moyiz la, ak vire kè papa yo bay pitit yo, epi kè pitit yo bay papa yo. “Vwa” a premye prepare pou Kris la, kòm mesaje alyans lan, vini toudenkou nan tanp Li a epi pirifye pèp Li a ki te desi men ki te leve soti nan dòmi, pou yo kapab akonpli travay drapo a. Apre sa, Malachi pale sou yon lòt aspè nan travay “vwa” a.</w:t>
      </w:r>
    </w:p>
    <w:p>
      <w:pPr>
        <w:pStyle w:val="ArticleBody"/>
        <w:jc w:val="left"/>
      </w:pPr>
      <w:r>
        <w:rPr>
          <w:rFonts w:ascii="Times New Roman" w:hAnsi="Times New Roman" w:eastAsia="Times New Roman" w:cs="Times New Roman"/>
        </w:rPr>
        <w:t>Li “vire kè papa yo bay pitit yo, epi kè pitit yo bay papa yo,” e Li pral fè travay sa a anrapò ak lalwa ki te bay nan Orèb. Eli, ki se tou “vwa” Ezayi a, pral idantifye peche pèp Bondye a. Sa fè pati pwosesis pirifikasyon an. Gen yon sèl definisyon pou peche, e se vyolasyon lalwa ki te bay nan Orèb. Jan Batis te Eli, e travay li te gen ladan menm eleman sa a.</w:t>
      </w:r>
    </w:p>
    <w:p>
      <w:pPr>
        <w:pStyle w:val="ArticleScripture"/>
        <w:jc w:val="left"/>
      </w:pPr>
      <w:r>
        <w:rPr>
          <w:rFonts w:ascii="Times New Roman" w:hAnsi="Times New Roman" w:eastAsia="Times New Roman" w:cs="Times New Roman"/>
        </w:rPr>
        <w:t>Nan jou sa yo, Jan Batis la vini, li t ap preche nan dezè Jide a, epi li t ap di: Repanti nou, paske wayòm syèl la toupre. Paske se li menm pwofèt Ezayi te pale de li a, lè li t ap di: Vwa yon moun k ap rele nan dezè a: Prepare chemen Seyè a, fè santye li yo dwat. Menm Jan sa a te gen yon rad fèt ak pwal chamo, ak yon sentiwon an kwi mare nan ren li; epi manje li se te krikèt ak siwo myèl sovaj. Lè sa a, Jerizalèm, tout Jide, ak tout zòn ki toupatou bò larivyè Jouden an t ap soti al jwenn li; epi li t ap batize yo nan Jouden, pandan yo t ap konfese peche yo. Men lè li wè anpil nan Farizyen yo ak Sadiseyen yo vini nan batèm li a, li di yo: Ras sèpan mechan, ki moun ki avèti nou pou nou chape anba kòlè k ap vini an?</w:t>
      </w:r>
    </w:p>
    <w:p>
      <w:pPr>
        <w:pStyle w:val="ArticleScripture"/>
        <w:jc w:val="left"/>
      </w:pPr>
      <w:r>
        <w:rPr>
          <w:rFonts w:ascii="Times New Roman" w:hAnsi="Times New Roman" w:eastAsia="Times New Roman" w:cs="Times New Roman"/>
        </w:rPr>
        <w:t>Se poutèt sa, donnen fwi ki merite repantans; epi pa mete nan tèt nou pou nou di: Nou gen Abraram pou papa nou; paske mwen di nou, Bondye kapab leve pitit pou Abraram menm ak wòch sa yo. Epi kounye a tou, rach la deja poze sou rasin pyebwa yo; se poutèt sa, tout pyebwa ki pa donnen bon fwi, yo koupe l, yo jete l nan dife a. Mwen menm, mwen batize nou ak dlo pou repantans; men sila ki vini apre mwen an pi pisan pase mwen, e mwen pa menm diy pou m pote soulye li; li menm va batize nou ak Sentespri a, ak dife. Li gen laye li nan men li, epi li pral netwaye glasi li nèt; li pral ranmase ble li nan depo a; men li pral boule pay la ak yon dife ki pa ka etenn. Matye 3:1–12.</w:t>
      </w:r>
    </w:p>
    <w:p>
      <w:pPr>
        <w:pStyle w:val="ArticleBody"/>
        <w:jc w:val="left"/>
      </w:pPr>
      <w:r>
        <w:rPr>
          <w:rFonts w:ascii="Times New Roman" w:hAnsi="Times New Roman" w:eastAsia="Times New Roman" w:cs="Times New Roman"/>
        </w:rPr>
        <w:t>Jan Batis te vini nan “dezè” twa jou edmi yo nan Revelasyon onz la, paske tout pwofèt yo ap pale plis de dènye jou yo pase de jou kote yo te viv la. Li te pote yon mesaj pou repanti peche yo, paske wayòm syèl la te pwoche, menm jan Revelasyon Jezikri a louvri lè “tan an pwoche.” Jan Batis ilistre travay “vwa” a, paske dapre Jezi, li menm tou se te Eli ki te gen pou vini.</w:t>
      </w:r>
    </w:p>
    <w:p>
      <w:pPr>
        <w:pStyle w:val="ArticleScripture"/>
        <w:jc w:val="left"/>
      </w:pPr>
      <w:r>
        <w:rPr>
          <w:rFonts w:ascii="Times New Roman" w:hAnsi="Times New Roman" w:eastAsia="Times New Roman" w:cs="Times New Roman"/>
        </w:rPr>
        <w:t>Paske tout pwofèt yo ak lalwa te pwofetize jouk rive sou Jan. E si nou vle resevwa sa, se li menm Eli ki te gen pou vini an. Moun ki gen zòrèy pou tande, se pou l tande. Matye 11:13–15.</w:t>
      </w:r>
    </w:p>
    <w:p>
      <w:pPr>
        <w:pStyle w:val="ArticleBody"/>
        <w:jc w:val="left"/>
      </w:pPr>
      <w:r>
        <w:rPr>
          <w:rFonts w:ascii="Times New Roman" w:hAnsi="Times New Roman" w:eastAsia="Times New Roman" w:cs="Times New Roman"/>
        </w:rPr>
        <w:t>Jezi idantifye ke idantite pwofetik Jan Batis la te yon tès. Li deklare sa dirèkteman: “si nou vle resevwa sa”. Apre sa, Jezi ankouraje disip Li yo pou yo resevwa sa lè Li di: “Moun ki gen zòrèy pou tande, se pou l tande.” Se pou l tande kisa? Se pou l tande kiyès vwa a ye ki vini nan dènye dezè Bib la, epi ki prepare chemen an pou mesaje alyans lan prepare san karant-kat mil yo pou yo fè yon travay espesyal pandan yon tan jijman siy Bondye yo.</w:t>
      </w:r>
    </w:p>
    <w:p>
      <w:pPr>
        <w:pStyle w:val="ArticleBody"/>
        <w:jc w:val="left"/>
      </w:pPr>
      <w:r>
        <w:rPr>
          <w:rFonts w:ascii="Times New Roman" w:hAnsi="Times New Roman" w:eastAsia="Times New Roman" w:cs="Times New Roman"/>
        </w:rPr>
        <w:t>Jan te pote “yon rad fèt ak plim chamo, ak yon senti kwi mare nan ren li; epi manje li te sotrèl ak siwo myèl sovaj.” “Manje” li a se te mesaj Islam lan, paske mo “sotrèl” la reprezante Islam, epi siwo myèl la se pawòl Bondye a, ki te dous nan bouch li. Mesaj dous li te manje a te konsènan “bourik” sovaj Arabi a, ki se premye senbòl Islam nan Ekriti yo. Mesaj dous sou bourik sovaj Arabi a nan Islam, ki reprezante tou pa “sotrèl,” te tise tou nan rad li, paske chamo yo se yon lòt senbòl Islam. Se pa yon tòsyon nan mo “sotrèl” la pou sèvi avè l kòm yon senbòl Islam, menm si manje Jan te manje a t ap fè referans ak pye sotrèl la, epi non pa ak ensèk yo. Mo “sotrèl” la se yon senbòl Islam, epi Jan pa t ap reprezante manje okenn manje fizik; rejim alimantè li te yon senbòl mesaj pwofetik li te manje a.</w:t>
      </w:r>
    </w:p>
    <w:p>
      <w:pPr>
        <w:pStyle w:val="ArticleBody"/>
        <w:jc w:val="left"/>
      </w:pPr>
      <w:r>
        <w:rPr>
          <w:rFonts w:ascii="Times New Roman" w:hAnsi="Times New Roman" w:eastAsia="Times New Roman" w:cs="Times New Roman"/>
        </w:rPr>
        <w:t>Sentiwon li se te “pwofesi” yo reprezante nan Abakouk. Pwofesi sa a rasanble premye desepsyon an, tan reta vyèj yo, ak fondasyon Advantis la jan yo reprezante sou tablo sakre yo. Abakouk te sentiwon pwofetik ki te mare tout verite sa yo ansanm.</w:t>
      </w:r>
    </w:p>
    <w:p>
      <w:pPr>
        <w:pStyle w:val="ArticleScripture"/>
        <w:jc w:val="left"/>
      </w:pPr>
      <w:r>
        <w:rPr>
          <w:rFonts w:ascii="Times New Roman" w:hAnsi="Times New Roman" w:eastAsia="Times New Roman" w:cs="Times New Roman"/>
        </w:rPr>
        <w:t>Paske vizyon an poko pou tan ki fikse a; men nan fen an li pral pale, li p ap bay manti: menm si li pran reta, tann li; paske li va sètènman vini, li p ap pran reta. Gade, nanm moun ki gonfle ak lògèy la pa dwat nan li; men moun ki jis la va viv pa lafwa li. Abakik 2:3, 4.</w:t>
      </w:r>
    </w:p>
    <w:p>
      <w:pPr>
        <w:pStyle w:val="ArticleBody"/>
        <w:jc w:val="left"/>
      </w:pPr>
      <w:r>
        <w:rPr>
          <w:rFonts w:ascii="Times New Roman" w:hAnsi="Times New Roman" w:eastAsia="Times New Roman" w:cs="Times New Roman"/>
        </w:rPr>
        <w:t>Mesaj pwofetik ki te mare ansanm, tankou yon sentiwon, mesaj ki fòme avètisman “vwa” a, se parabòl vyèj yo an relasyon ak vizyon ki te pran tan, men ki t ap pale. Vizyon Rèl Minwi a pwodui yon distenksyon ant mechan an, ki gen “nanm li anfle ak lògèy,” ak moun ki presye a, ki jistifye pa lafwa. Jistis pa lafwa se sentiwon “vwa” a pote.</w:t>
      </w:r>
    </w:p>
    <w:p>
      <w:pPr>
        <w:pStyle w:val="ArticleScripture"/>
        <w:jc w:val="left"/>
      </w:pPr>
      <w:r>
        <w:rPr>
          <w:rFonts w:ascii="Times New Roman" w:hAnsi="Times New Roman" w:eastAsia="Times New Roman" w:cs="Times New Roman"/>
        </w:rPr>
        <w:t>Lajistis pral senti ren li, epi fidelite pral senti ranch li. Ezayi 11:5.</w:t>
      </w:r>
    </w:p>
    <w:p>
      <w:pPr>
        <w:pStyle w:val="ArticleBody"/>
        <w:jc w:val="left"/>
      </w:pPr>
      <w:r>
        <w:rPr>
          <w:rFonts w:ascii="Times New Roman" w:hAnsi="Times New Roman" w:eastAsia="Times New Roman" w:cs="Times New Roman"/>
        </w:rPr>
        <w:t>Lè “vwa k ap rele nan dezè a” nan desepsyon an te rive, apre desepsyon 18 jiyè 2020 la, mesaj li te menm mesaj li te ye depi 11 septanm 2001. Mesaj sa a ki soti nan Eli ki pou vini an, pou zo sèch mouri ki t ap tann yo e ki te desi yo, se ke Islam se “jijman siy” yo, ki bay kontèks la pou lòt pitit Bondye yo nan Babilòn aprann lajistis.</w:t>
      </w:r>
    </w:p>
    <w:p>
      <w:pPr>
        <w:pStyle w:val="ArticleScripture"/>
        <w:jc w:val="left"/>
      </w:pPr>
      <w:r>
        <w:rPr>
          <w:rFonts w:ascii="Times New Roman" w:hAnsi="Times New Roman" w:eastAsia="Times New Roman" w:cs="Times New Roman"/>
        </w:rPr>
        <w:t>Chemen moun ki jis yo dwat; ou menm ki pi dwat la, ou peze chemen moun ki jis la. Wi, nan chemen jijman ou yo, O SENYÈ, nou tann ou; dezi nanm nou se pou non ou, ak pou souvni ou. Avèk nanm mwen, mwen te anvi ou nan lannuit; wi, avèk lespri mwen ki anndan mwen, m ap chèche ou byen bonè; paske lè jijman ou yo sou tè a, moun ki rete nan lemonn ap aprann jistis. Ezayi 26:7–9.</w:t>
      </w:r>
    </w:p>
    <w:p>
      <w:pPr>
        <w:pStyle w:val="ArticleBody"/>
        <w:jc w:val="left"/>
      </w:pPr>
      <w:r>
        <w:rPr>
          <w:rFonts w:ascii="Times New Roman" w:hAnsi="Times New Roman" w:eastAsia="Times New Roman" w:cs="Times New Roman"/>
        </w:rPr>
        <w:t>Jan-Batis, ki se Eli ki te gen pou vini an, se “vwa” ki nan “dezè” twa jou edmi yo nan Revelasyon chapit onz la. Travay li gen ladan l idantifye katriyèm ak dènye jenerasyon Advantis la, ki gen nanm yo leve anlè e k ap mete konfyans yo nan eritaj espirityèl zansèt yo, men ki santi kòlè Bondye prèt pou vini. Se katriyèm jenerasyon an yo ye, paske yo fin manifeste nèt kòm yon jenerasyon ki egzakteman opoze ak Kris la. Se jenerasyon sèpan pwazonnen yo ye, men yo toujou lonje dwèt sou papa yo Abraram, pou soutni yo se vrèman jenerasyon Ti Mouton an. Jenerasyon Ti Mouton an se jenerasyon eli Pyè a; se sila yo ki swiv Ti Mouton an kote li ale.</w:t>
      </w:r>
    </w:p>
    <w:p>
      <w:pPr>
        <w:pStyle w:val="ArticleBody"/>
        <w:jc w:val="left"/>
      </w:pPr>
      <w:r>
        <w:rPr>
          <w:rFonts w:ascii="Times New Roman" w:hAnsi="Times New Roman" w:eastAsia="Times New Roman" w:cs="Times New Roman"/>
        </w:rPr>
        <w:t>Jan te klèman prezante peche moun ki te vini pou tande mesaj li a, paske yo te repanti e yo te batize. Li te fè yo konnen tou ke gen Youn ki t ap vini apre li, ki t ap netwaye glasi pa li nèt ale. Moun sa a se mesaje alyans lan; li se “nonm bwòs pousyè a” ki bale pyès monnen ak bijou kontrefè yo deyò pa fenèt la, epi ki retabli bijou orijinal yo, ki apre sa briye dis fwa pi plis pase yo te briye lè zanj yo te dirije William Miller nan travay rasanble bijou orijinal yo nan mouvman premye zanj lan.</w:t>
      </w:r>
    </w:p>
    <w:p>
      <w:pPr>
        <w:pStyle w:val="ArticleBody"/>
        <w:jc w:val="left"/>
      </w:pPr>
      <w:r>
        <w:rPr>
          <w:rFonts w:ascii="Times New Roman" w:hAnsi="Times New Roman" w:eastAsia="Times New Roman" w:cs="Times New Roman"/>
        </w:rPr>
        <w:t>Jan Batis te pale dirèkteman nan denonsyasyon li kont konfyans Advantis Lawodise a nan papa yo Abraram, paske Eli ki gen pou vini an te dwe vire kè papa yo tounen bay pitit yo, epi kè pitit yo bay papa yo tou. Prensip aplikasyon biblik premye a ak dènye a reprezante nan travay sa a; men ladan l tou genyen remèd pou moun ki twouve tèt yo nan yon kondisyon dispèse, nan peyi lènmi yo, mouri nan dezè a. Yo dwe rekonèt peche pa yo, ansanm ak peche papa yo, epi repanti. An konjonksyon avèk rekonesans peche pa yo ak peche papa yo, yo dwe admèt tou ke yo pa t ap mache avèk Senyè a pandan peryòd dezè twa jou edmi a. Anplis de sa, yo dwe admèt ke Bondye pa t ap mache avèk yo pandan istwa sa a.</w:t>
      </w:r>
    </w:p>
    <w:p>
      <w:pPr>
        <w:pStyle w:val="ArticleScripture"/>
        <w:jc w:val="left"/>
      </w:pPr>
      <w:r>
        <w:rPr>
          <w:rFonts w:ascii="Times New Roman" w:hAnsi="Times New Roman" w:eastAsia="Times New Roman" w:cs="Times New Roman"/>
        </w:rPr>
        <w:t>Moun ki va rete pami nou yo va depafini nan mechanste yo nan peyi lènmi nou yo; epi yo va depafini tou ansanm ak yo nan mechanste zansèt yo. Si yo konfese mechanste pa yo ak mechanste zansèt yo, ansanm ak peche yo te peche kont mwen an, e si yo rekonèt tou yo te mache kont mwen; epi mwen menm tou, mwen te mache kont yo, e mwen te mennen yo nan peyi lènmi yo; si lè sa a kè yo ki pa sikonsi yo vin imilye, e yo aksepte pinisyon mechanste yo: Lè sa a, m ap sonje alyans mwen avèk Jakòb la, e m ap sonje tou alyans mwen avèk Izarak la, e m ap sonje alyans mwen avèk Abraram lan; e m ap sonje peyi a. Levitik 26:39–42.</w:t>
      </w:r>
    </w:p>
    <w:p>
      <w:pPr>
        <w:pStyle w:val="ArticleBody"/>
        <w:jc w:val="left"/>
      </w:pPr>
      <w:r>
        <w:rPr>
          <w:rFonts w:ascii="Times New Roman" w:hAnsi="Times New Roman" w:eastAsia="Times New Roman" w:cs="Times New Roman"/>
        </w:rPr>
        <w:t>Madichon an te vini paske yo pa t sonje saba peyi a.</w:t>
      </w:r>
    </w:p>
    <w:p>
      <w:pPr>
        <w:pStyle w:val="ArticleBody"/>
        <w:jc w:val="left"/>
      </w:pPr>
      <w:r>
        <w:rPr>
          <w:rFonts w:ascii="Times New Roman" w:hAnsi="Times New Roman" w:eastAsia="Times New Roman" w:cs="Times New Roman"/>
        </w:rPr>
        <w:t>Jan Batis, ki te Eli ki te gen pou vini an, te prefigire “vwa” nan dezè a pandan twa jou edmi Revelasyon onz la. Li t ap dirije zo sèch ki mouri yo pou yo “sonje” lalwa Moyiz la nan Orèb; e si yo te fè sa, alò mesaje alyans lan t ap “sonje” alyans zansèt yo. Men sa t ap rive sèlman si yo te konfese peche yo, peche zansèt yo, epi, sa ki pi imilyan toujou, yo te dwe presize ofans yo, “ofans yo te fè kont” Bondye.</w:t>
      </w:r>
    </w:p>
    <w:p>
      <w:pPr>
        <w:pStyle w:val="ArticleBody"/>
        <w:jc w:val="left"/>
      </w:pPr>
      <w:r>
        <w:rPr>
          <w:rFonts w:ascii="Times New Roman" w:hAnsi="Times New Roman" w:eastAsia="Times New Roman" w:cs="Times New Roman"/>
        </w:rPr>
        <w:t>Yo ta bezwen admèt tou yo te mache “an kontrè” ak Bondye, e ke Bondye te mache “an kontrè” ak yo.</w:t>
      </w:r>
    </w:p>
    <w:p>
      <w:pPr>
        <w:pStyle w:val="ArticleBody"/>
        <w:jc w:val="left"/>
      </w:pPr>
      <w:r>
        <w:rPr>
          <w:rFonts w:ascii="Times New Roman" w:hAnsi="Times New Roman" w:eastAsia="Times New Roman" w:cs="Times New Roman"/>
        </w:rPr>
        <w:t>Yo ta bezwen rekonèt tou ke se yo menm ki te zo chèch mouri yo nan lari Revelasyon onz la, paske yo te oblije admèt ke Bondye te mennen yo antre nan peyi lènmi an, epi peyi lènmi an se lanmò.</w:t>
      </w:r>
    </w:p>
    <w:p>
      <w:pPr>
        <w:pStyle w:val="ArticleBody"/>
        <w:jc w:val="left"/>
      </w:pPr>
      <w:r>
        <w:rPr>
          <w:rFonts w:ascii="Times New Roman" w:hAnsi="Times New Roman" w:eastAsia="Times New Roman" w:cs="Times New Roman"/>
        </w:rPr>
        <w:t>Dapre Jan Batis la, yo t ap bezwen tou reponn kesyon kiyès “vwa” k ap rele nan “dezè” a ye, paske Jan te mande: “Ki moun ki avèti nou pou nou kouri chape anba kòlè k ap vini an?”</w:t>
      </w:r>
    </w:p>
    <w:p>
      <w:pPr>
        <w:pStyle w:val="ArticleBody"/>
        <w:jc w:val="left"/>
      </w:pPr>
      <w:r>
        <w:rPr>
          <w:rFonts w:ascii="Times New Roman" w:hAnsi="Times New Roman" w:eastAsia="Times New Roman" w:cs="Times New Roman"/>
        </w:rPr>
        <w:t>N ap kontinye sijè sa yo nan pwochen atik la.</w:t>
      </w:r>
    </w:p>
    <w:p>
      <w:pPr>
        <w:pStyle w:val="ArticleScripture"/>
        <w:jc w:val="left"/>
      </w:pPr>
      <w:r>
        <w:rPr>
          <w:rFonts w:ascii="Times New Roman" w:hAnsi="Times New Roman" w:eastAsia="Times New Roman" w:cs="Times New Roman"/>
        </w:rPr>
        <w:t>“Minis Bondye a resevwa lòd sa a: ‘Kriye byen fò, pa rete dousman, leve vwa ou tankou yon twonpèt, epi fè pèp Mwen an wè transgresyon yo, ak kay Jakòb la peche yo.’ Senyè a di konsènan pèp sa a: ‘Yo chèche Mwen chak jou, epi yo pran plezi konnen chemen Mwen yo, tankou yon nasyon ki pratike jistis.’ Men yon pèp ki twonpe tèt li, ki jis nan pwòp je pa li, ki satisfè ak tèt li, e minis la resevwa lòd pou l kriye byen fò epi montre yo transgresyon yo. Nan tout epòk yo, travay sa a te fèt pou pèp Bondye a, e li nesesè kounye a plis pase tout tan anvan.” Testimonies, volim 5, 299.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Revelasyon Jezikri a - Nimewo Disèt</dc:title>
  <dc:subject>Reveye Zo Sèk yo: Yon Apèl pou Pite ak Lafwa nan Tan Atant lan</dc:subject>
  <dc:creator>Jeff Pippenger</dc:creator>
  <cp:keywords/>
  <dc:description>Generated by ArticleDigger from revelation\17_revelation.json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