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Kisa ki Verite? — Nimewo En</w:t>
      </w:r>
    </w:p>
    <w:p>
      <w:pPr>
        <w:pStyle w:val="ArticleSubtitle"/>
        <w:jc w:val="left"/>
      </w:pPr>
      <w:r>
        <w:rPr>
          <w:rFonts w:ascii="Arial" w:hAnsi="Arial" w:eastAsia="Arial" w:cs="Arial"/>
        </w:rPr>
        <w:t>Kad Verite a: Revelasyon, Paralèl Pwofetik, ak Alfa ak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Anvan nou abòde sijè sa a, sa ki verite a, nou remake ke nou te kòmanse etid sa a avèk premye twa vèsè chapit youn nan Revelasyon an, epi apre sa nou te ajoute yon atik sou Eli. Kèk nan objektif etid sa yo se pou idantifye wòl Etazini nan pwofesi, pou louvri mesaj Revelasyon Jezikri a, pou rekonèt wòl pwofèt yo kòm senbòl pèp Bondye a, epi pou konsidere enplikasyon sa sa vle di lè Jezi se Alfa a. Nou te montre ke premye twa vèsè Revelasyon an dakò epi aliyen ak dènye vèsè Revelasyon yo, epi nan toude ka yo, ni nan kòmansman ni nan fen an, Jezi idantifye Tèt Li kòm Alfa ak Omega, kòmansman ak finisman, premye a ak dènye a.</w:t>
      </w:r>
    </w:p>
    <w:p>
      <w:pPr>
        <w:pStyle w:val="ArticleBody"/>
        <w:jc w:val="left"/>
      </w:pPr>
      <w:r>
        <w:rPr>
          <w:rFonts w:ascii="Times New Roman" w:hAnsi="Times New Roman" w:eastAsia="Times New Roman" w:cs="Times New Roman"/>
        </w:rPr>
        <w:t>Nou te sèvi ak yon kout diskisyon sou Eli nan dezyèm etid la pou montre ke vèsè ouvèti yo nan Bib la dakò ak vèsè fèmti yo ni nan Ansyen ni nan Nouvo Testaman an, epi anplis ke vèsè ouvèti yo nan Nouvo Testaman an dakò tou ak kòmansman an oswa ak finisman an, kèlkeswa fason nou ta vle konsidere Bib la, swa kòm yon antye, swa kòm de Testaman.</w:t>
      </w:r>
    </w:p>
    <w:p>
      <w:pPr>
        <w:pStyle w:val="ArticleBody"/>
        <w:jc w:val="left"/>
      </w:pPr>
      <w:r>
        <w:rPr>
          <w:rFonts w:ascii="Times New Roman" w:hAnsi="Times New Roman" w:eastAsia="Times New Roman" w:cs="Times New Roman"/>
        </w:rPr>
        <w:t>Yon lòt pwen n ap chèche devlope se konpreyansyon ke Divinite a te aji pou revele Divinite a piti piti atravè listwa. Se poutèt sa nou remake ke, pandan tan ap pwogrese nan tèm biblik istwa alyans lan, Bondye te revele, etap pa etap, pi plis toujou nan karaktè Li atravè senbolis divès non Li yo. Bondye Toupisan an te pale ak Abraram, e se menm Bondye sa a ki te pale ak Moyiz, men Li te fè Moyiz konnen ke, depi lè sa a, non Li ta dwe konnen kòm Jewova. Lè sa a, lè Kris la te vini, Li te prezante Tèt Li ak yon non ki pa t konnen nan Ansyen Testaman an, eksepte yon sèl ekspresyon non sa a pa yon Babilonyen nan chapit twa liv Danyèl la. Non sèlman Jezi te fè konnen Li se sèl Pitit Papa a te fè a, men Li te idantifye Tèt Li tou, nan istwa alyans patikilye sa a, kòm Pitit Lòm. Bondye te bay Millerite Adventism yon non tou lè Li te antre nan alyans ak kòmansman Adventism lan.</w:t>
      </w:r>
    </w:p>
    <w:p>
      <w:pPr>
        <w:pStyle w:val="ArticleScripture"/>
        <w:jc w:val="left"/>
      </w:pPr>
      <w:r>
        <w:rPr>
          <w:rFonts w:ascii="Times New Roman" w:hAnsi="Times New Roman" w:eastAsia="Times New Roman" w:cs="Times New Roman"/>
        </w:rPr>
        <w:t>“Nan tan sa a, lè nou tèlman pre lafen an, èske n ap vin tèlman sanble ak lemonn nan pratik nou, pou moun chèche anven jwenn pèp Bondye a ki pote non li? Èske gen yon moun ki va vann karakteristik espesyal nou yo antanke pèp Bondye chwazi a pou nenpòt avantaj lemonn ka bay? Èske favè moun ki vyole lalwa Bondye a dwe konsidere kòm yon bagay ki gen anpil valè? Èske sila yo Seyè a rele pèp pa li a dwe sipoze gen yon pouvwa ki pi wo pase gran MWEN MENM MWEN YE A? Èske n ap chèche efase pwen distenktif lafwa yo ki fè nou vin Advantis Setyèm Jou?” Evanjelizasyon, 121.</w:t>
      </w:r>
    </w:p>
    <w:p>
      <w:pPr>
        <w:pStyle w:val="ArticleBody"/>
        <w:jc w:val="left"/>
      </w:pPr>
      <w:r>
        <w:rPr>
          <w:rFonts w:ascii="Times New Roman" w:hAnsi="Times New Roman" w:eastAsia="Times New Roman" w:cs="Times New Roman"/>
        </w:rPr>
        <w:t>Non yo te bay Advantis Setyèm Jou yo se Senyè a ki te bay li, e Sè White souvan fè referans ak Advantis yo kòm pèp Bondye a ki pote non pa Li. “Denominen” vle di resevwa yon non. Sèl de legliz Sè White idantifye kòm pèp Bondye a ki pote non pa Li se Izrayèl ansyen an ak Izrayèl modèn nan.</w:t>
      </w:r>
    </w:p>
    <w:p>
      <w:pPr>
        <w:pStyle w:val="ArticleBody"/>
        <w:jc w:val="left"/>
      </w:pPr>
      <w:r>
        <w:rPr>
          <w:rFonts w:ascii="Times New Roman" w:hAnsi="Times New Roman" w:eastAsia="Times New Roman" w:cs="Times New Roman"/>
        </w:rPr>
        <w:t>Se poutèt sa, pandan n ap kontinye etid nou sou liv Revelasyon an, m ap pwopoze ke “nouvo non” ki revele bay moun Filadèlfi yo, ki reprezante tou kòm san karannkatmil yo, se yon gwo pati nan sekrè pwofetik la ki louvri jis anvan tan gras la fèmen.</w:t>
      </w:r>
    </w:p>
    <w:p>
      <w:pPr>
        <w:pStyle w:val="ArticleScripture"/>
        <w:jc w:val="left"/>
      </w:pPr>
      <w:r>
        <w:rPr>
          <w:rFonts w:ascii="Times New Roman" w:hAnsi="Times New Roman" w:eastAsia="Times New Roman" w:cs="Times New Roman"/>
        </w:rPr>
        <w:t>Moun ki genyen batay la, m ap fè l tounen yon poto nan tanp Bondye mwen an, epi li p ap janm soti ankò; m ap ekri sou li non Bondye mwen an, ak non vil Bondye mwen an, ki se Nouvo Jerizalèm nan, ki desann soti nan syèl la, sòti bò kote Bondye mwen an; epi m ap ekri sou li nouvo non pa m nan. Moun ki gen zòrèy, se pou l tande sa Lespri a ap di legliz yo. Revelasyon 3:12, 13.</w:t>
      </w:r>
    </w:p>
    <w:p>
      <w:pPr>
        <w:pStyle w:val="ArticleBody"/>
        <w:jc w:val="left"/>
      </w:pPr>
      <w:r>
        <w:rPr>
          <w:rFonts w:ascii="Times New Roman" w:hAnsi="Times New Roman" w:eastAsia="Times New Roman" w:cs="Times New Roman"/>
        </w:rPr>
        <w:t>Dènye mesaj avètisman an se mesaj Revelasyon Jezikri a, e li se yon revelasyon sou karaktè li.</w:t>
      </w:r>
    </w:p>
    <w:p>
      <w:pPr>
        <w:pStyle w:val="ArticleScripture"/>
        <w:jc w:val="left"/>
      </w:pPr>
      <w:r>
        <w:rPr>
          <w:rFonts w:ascii="Times New Roman" w:hAnsi="Times New Roman" w:eastAsia="Times New Roman" w:cs="Times New Roman"/>
        </w:rPr>
        <w:t>“Moun ki ap tann vini Veterinè a dwe di pèp la: ‘Gade Bondye nou an.’ Dènye reyon limyè mizèrikòd yo, dènye mesaj mizèrikòd ki dwe bay mond lan, se yon revelasyon sou karaktè lanmou Li. Pitit Bondye yo dwe manifeste laglwa Li. Nan pwòp lavi yo ak nan pwòp karaktè yo, yo dwe revele sa gras Bondye a fè pou yo.” Christ’s Object Lessons, 415, 416.</w:t>
      </w:r>
    </w:p>
    <w:p>
      <w:pPr>
        <w:pStyle w:val="ArticleBody"/>
        <w:jc w:val="left"/>
      </w:pPr>
      <w:r>
        <w:rPr>
          <w:rFonts w:ascii="Times New Roman" w:hAnsi="Times New Roman" w:eastAsia="Times New Roman" w:cs="Times New Roman"/>
        </w:rPr>
        <w:t>Nou gen anpil plis pou nou mete nan dosye a konsènan Jezi kòm Pawòl la, men kounye a nou pral pran mo “verite” a. Konpreyansyon sou “verite” a, epi tou sou mo “verite” a, epi tou sou lèt yo itilize pou fòme “yon pawòl verite,” se yon konpreyansyon sou karaktè Kris la.</w:t>
      </w:r>
    </w:p>
    <w:p>
      <w:pPr>
        <w:pStyle w:val="ArticleScripture"/>
        <w:jc w:val="left"/>
      </w:pPr>
      <w:r>
        <w:rPr>
          <w:rFonts w:ascii="Times New Roman" w:hAnsi="Times New Roman" w:eastAsia="Times New Roman" w:cs="Times New Roman"/>
        </w:rPr>
        <w:t>Lè sa a, Pilat di li: Konsa, ou se wa? Jezi reponn: Se ou menm ki di m se wa. Se pou sa mwen te fèt, e se pou rezon sa a mwen te vini nan mond lan, pou m rann temwayaj bay verite a. Tout moun ki soti nan verite a tande vwa mwen. Pilat di li: Kisa verite ye? E lè li te fin di sa, li soti ankò al jwenn Jwif yo, epi li di yo: Mwen pa jwenn okenn fot nan li ditou. Jan 18:37, 38.</w:t>
      </w:r>
    </w:p>
    <w:p>
      <w:pPr>
        <w:pStyle w:val="ArticleBody"/>
        <w:jc w:val="left"/>
      </w:pPr>
      <w:r>
        <w:rPr>
          <w:rFonts w:ascii="Times New Roman" w:hAnsi="Times New Roman" w:eastAsia="Times New Roman" w:cs="Times New Roman"/>
        </w:rPr>
        <w:t>Mo grèk yo tradui kòm “verite” nan vèsè a soti nan yon mo ebre ki se tou yon lèt e menm yon nimewo. Premye lèt alfabè ebre a se ‘alef.’ Anfèt, de premye lèt alfabè ebre a se “alef” ak “bèt,” epi yo sanble anpil ak de premye lèt yo nan grèk la, ki se alfa ak beta. Ansanm yo fòme rasin mo “alfabè” a. Se poutèt sa, mo “alfa” a (ki soti nan lèt ebre alef la) sèvi kòm yon lèt, yon mo, yon nimewo, epi tou kòm youn nan anpil non Jezi.</w:t>
      </w:r>
    </w:p>
    <w:p>
      <w:pPr>
        <w:pStyle w:val="ArticleBody"/>
        <w:jc w:val="left"/>
      </w:pPr>
      <w:r>
        <w:rPr>
          <w:rFonts w:ascii="Times New Roman" w:hAnsi="Times New Roman" w:eastAsia="Times New Roman" w:cs="Times New Roman"/>
        </w:rPr>
        <w:t>Lè Pilat te poze kesyon an, «Kisa verite ye?», Jezi te deja di li ke rezon ki fè Li te «vini nan mond lan», epi tou rezon ki fè Li te «fèt», se te pou rann temwayaj sou «verite» a. Li te ajoute ke «tout moun ki pou verite a tande» vwa Li.</w:t>
      </w:r>
    </w:p>
    <w:p>
      <w:pPr>
        <w:pStyle w:val="ArticleScripture"/>
        <w:jc w:val="left"/>
      </w:pPr>
      <w:r>
        <w:rPr>
          <w:rFonts w:ascii="Times New Roman" w:hAnsi="Times New Roman" w:eastAsia="Times New Roman" w:cs="Times New Roman"/>
        </w:rPr>
        <w:t>Benediksyon pou moun ki li a, ak pou moun ki tande pawòl pwofesi sa a, epi ki kenbe bagay ki ekri ladan l yo; paske tan an toupre. Revelasyon 1:3.</w:t>
      </w:r>
    </w:p>
    <w:p>
      <w:pPr>
        <w:pStyle w:val="ArticleBody"/>
        <w:jc w:val="left"/>
      </w:pPr>
      <w:r>
        <w:rPr>
          <w:rFonts w:ascii="Times New Roman" w:hAnsi="Times New Roman" w:eastAsia="Times New Roman" w:cs="Times New Roman"/>
        </w:rPr>
        <w:t>VERITE: G225—Soti nan G227; verite: – vre, X vrèman, verite, verite reyèl. G227—Soti nan G1 (tankou yon patikil negatif) ak G2990; vre (tankou sa ki pa kache): – vre, vrèman, verite. G1; Α. Ki gen orijin ebre; premye lèt alfabè a: sèlman nan sans figire (apati itilizasyon li kòm yon chif) premye a. Alfa.</w:t>
      </w:r>
    </w:p>
    <w:p>
      <w:pPr>
        <w:pStyle w:val="ArticleScripture"/>
        <w:jc w:val="left"/>
      </w:pPr>
      <w:r>
        <w:rPr>
          <w:rFonts w:ascii="Times New Roman" w:hAnsi="Times New Roman" w:eastAsia="Times New Roman" w:cs="Times New Roman"/>
        </w:rPr>
        <w:t>Jezi di li: Se mwen menm ki chemen an, verite a, ak lavi a; pèsonn pa vin jwenn Papa a, si se pa pa mwen. Jan 14:6.</w:t>
      </w:r>
    </w:p>
    <w:p>
      <w:pPr>
        <w:pStyle w:val="ArticleBody"/>
        <w:jc w:val="left"/>
      </w:pPr>
      <w:r>
        <w:rPr>
          <w:rFonts w:ascii="Times New Roman" w:hAnsi="Times New Roman" w:eastAsia="Times New Roman" w:cs="Times New Roman"/>
        </w:rPr>
        <w:t>Lè Jezi te di: “Mwen se… verite a,” Li t ap di Li se yon lèt, yon nonb ak yon mo, paske lèt alfa a, mo alfa a, ak nonb alfa a, se tout “verite.” Nan liv Danyèl la, Kris la te revele Tèt Li kòm mèvèye Konte a, ki se definisyon mo ebre “Palmoni” an, ki tradui kòm “sen sa a ki t ap pale avèk sètitid,” nan Danyèl uit.</w:t>
      </w:r>
    </w:p>
    <w:p>
      <w:pPr>
        <w:pStyle w:val="ArticleScripture"/>
        <w:jc w:val="left"/>
      </w:pPr>
      <w:r>
        <w:rPr>
          <w:rFonts w:ascii="Times New Roman" w:hAnsi="Times New Roman" w:eastAsia="Times New Roman" w:cs="Times New Roman"/>
        </w:rPr>
        <w:t>Apre sa, mwen tande yon sen t ap pale; epi yon lòt sen di sen sa a ki t ap pale a: Jiska kilè vizyon an va dire konsènan sakrifis tout tan an, ak transgresyon devastasyon an, pou yo lage ni Tanp lan ni lame a pou yo foule anba pye? Epi li di m: Jiska de mil twa san jou; lè sa a, yo pral pirifye Tanp lan. Danyèl 8:13, 14.</w:t>
      </w:r>
    </w:p>
    <w:p>
      <w:pPr>
        <w:pStyle w:val="ArticleBody"/>
        <w:jc w:val="left"/>
      </w:pPr>
      <w:r>
        <w:rPr>
          <w:rFonts w:ascii="Times New Roman" w:hAnsi="Times New Roman" w:eastAsia="Times New Roman" w:cs="Times New Roman"/>
        </w:rPr>
        <w:t>Sa “sèten sen” nan vèsè trèz la se “Palmoni” — bèl moun ki konte a, oswa moun ki konte sekrè yo. Se nan de vèsè sa yo yo prezante pwofesi 2300 ane yo ak de pwofesi 2520 ane yo. Pwofesi 2300 ane yo pale konsènan “tanp lan,” epi de pwofesi 2520 ane yo pale konsènan “lame a,” paske ni tanp lan ni lame a t ap foule anba pa Wòm. Pwofesi 2520 ane yo reprezante yon foulman anba Tanp Bondye a ak pèp li a. Twa pwofesi pwofon ki makonnen youn ak lòt, ki baze sou tan, egzakteman nan pwen nan Bib la kote Jezi prezante tèt Li kòm bèl moun ki konte sekrè yo. Se pa sèlman paske Li te chwazi de vèsè sa yo pou prezante tèt Li kòm Mèt tan an, men de vèsè kote Li revele tèt Li yo idantifye tan kote Li t ap antre nan alyans avèk Izrayèl espirityèl modèn nan, epi de vèsè sa yo tou se fondasyon an ak poto mitan Advantis la.</w:t>
      </w:r>
    </w:p>
    <w:p>
      <w:pPr>
        <w:pStyle w:val="ArticleScripture"/>
        <w:jc w:val="left"/>
      </w:pPr>
      <w:r>
        <w:rPr>
          <w:rFonts w:ascii="Times New Roman" w:hAnsi="Times New Roman" w:eastAsia="Times New Roman" w:cs="Times New Roman"/>
        </w:rPr>
        <w:t>“Ekriti ki, pase tout lòt yo, ki te ansanm fondasyon an ak poto mitan lafwa Advantis la, se te deklarasyon sa a: ‘Jiska de mil twasan jou; lè sa a, tanp lan va pirifye.’ [Daniel 8:14.]” The Great Controversy, 409.</w:t>
      </w:r>
    </w:p>
    <w:p>
      <w:pPr>
        <w:pStyle w:val="ArticleBody"/>
        <w:jc w:val="left"/>
      </w:pPr>
      <w:r>
        <w:rPr>
          <w:rFonts w:ascii="Times New Roman" w:hAnsi="Times New Roman" w:eastAsia="Times New Roman" w:cs="Times New Roman"/>
        </w:rPr>
        <w:t>Nan tan lafen an 1798, liv Danyèl la te dezsele, epi mesaj premye zanj lan te parèt nan listwa, sa ki te make ogmantasyon konesans pwofetik ki te fèt pandan epòk mouvman Millerit la, ki te kòmansman Advantis Setyèm Jou a. Lè liv Danyèl la te dezsele pou Millerit yo, yo te konprann yon mesaj ki soti nan Palmoni—yon mesaj sou tan. Pawòl Bondye pa janm fè defo, epi li toujou idantifye fen an ak kòmansman an. Se poutèt sa, nan fen Advantis la, pral sètènman gen yon revelasyon sou karaktè Li, menm jan sa te fèt nan istwa Millerit la. Reyalite sa a chita sou kòmansman ak fen Advantis la, men li chita tou sou relasyon liv Danyèl la deklare genyen ak liv Revelasyon an. Danyèl ak Revelasyon reprezante yon sèl liv, epi nan reprezantasyon sa a, yo se de temwen, premye a se Danyèl epi dènye a se Revelasyon.</w:t>
      </w:r>
    </w:p>
    <w:p>
      <w:pPr>
        <w:pStyle w:val="ArticleScripture"/>
        <w:jc w:val="left"/>
      </w:pPr>
      <w:r>
        <w:rPr>
          <w:rFonts w:ascii="Times New Roman" w:hAnsi="Times New Roman" w:eastAsia="Times New Roman" w:cs="Times New Roman"/>
        </w:rPr>
        <w:t>“Liv Dànyèl ak Liv Revelasyon an se youn. Youn se yon pwofesi, lòt la se yon revelasyon; youn se yon liv sele, lòt la se yon liv louvri.” Seventh-day Adventist Bible Commentary, volim 7, 972.</w:t>
      </w:r>
    </w:p>
    <w:p>
      <w:pPr>
        <w:pStyle w:val="ArticleBody"/>
        <w:jc w:val="left"/>
      </w:pPr>
      <w:r>
        <w:rPr>
          <w:rFonts w:ascii="Times New Roman" w:hAnsi="Times New Roman" w:eastAsia="Times New Roman" w:cs="Times New Roman"/>
        </w:rPr>
        <w:t>Danyèl ak Revelasyon se de liv ki fòme yon sèl liv, menm jan Bib la se yon sèl liv ki divize an Ansyen ak Nouvo, oswa kòmansman ak fen. Nan Revelasyon onz, de temwen yo ki prezante kòm Moyiz ak Eli se Ansyen ak Nouvo Testaman yo.</w:t>
      </w:r>
    </w:p>
    <w:p>
      <w:pPr>
        <w:pStyle w:val="ArticleScripture"/>
        <w:jc w:val="left"/>
      </w:pPr>
      <w:r>
        <w:rPr>
          <w:rFonts w:ascii="Times New Roman" w:hAnsi="Times New Roman" w:eastAsia="Times New Roman" w:cs="Times New Roman"/>
        </w:rPr>
        <w:t>“Konsènan de temwen yo, pwofèt la deklare ankò: ‘Sa yo se de pye oliv yo, ak de gwo lanp sèt branch yo, ki kanpe devan Bondye latè a.’ ‘Pawòl ou a,’ se sa sòmis la te di, ‘se yon lanp pou pye m, ak yon limyè sou chemen m.’ Revelasyon 11:4; Sòm 119:105. De temwen yo reprezante Ekriti yo nan Ansyen ak Nouvo Testaman an.” The Great Controversy, 267.</w:t>
      </w:r>
    </w:p>
    <w:p>
      <w:pPr>
        <w:pStyle w:val="ArticleBody"/>
        <w:jc w:val="left"/>
      </w:pPr>
      <w:r>
        <w:rPr>
          <w:rFonts w:ascii="Times New Roman" w:hAnsi="Times New Roman" w:eastAsia="Times New Roman" w:cs="Times New Roman"/>
        </w:rPr>
        <w:t>Danyèl ak Jan se de temwen ki te toude sibi pèsekisyon, toude te mennen an kaptivite, toude te resevwa menm liy istwa pwofetik la pou yo te ekri, toude te reprezante san karannkat mil yo, toude t ap viv nan konsekans destriksyon Jerizalèm nan, toude te senbòl lanmò ak rezirèksyon, (Jan soti nan lwil k ap bouyi a epi Danyèl soti nan twou lyon an).</w:t>
      </w:r>
    </w:p>
    <w:p>
      <w:pPr>
        <w:pStyle w:val="ArticleBody"/>
        <w:jc w:val="left"/>
      </w:pPr>
      <w:r>
        <w:rPr>
          <w:rFonts w:ascii="Times New Roman" w:hAnsi="Times New Roman" w:eastAsia="Times New Roman" w:cs="Times New Roman"/>
        </w:rPr>
        <w:t>Danyèl idantifye yon revelasyon espesyal sou karaktè Kris la, e li fè sa nan de vèsè sa yo ke Enspirasyon rele “poto santral ak fondasyon” legliz Advantis Setyèm Jou a. De vèsè sa yo te “wòch tèt kwen an”, dènye wòch yo te mete nan fondasyon yo ki te reprezante pa travay William Miller yo. Wòch tèt kwen an te pote avèk li konpreyansyon sou tanp selès la, lalwa Bondye a, Saba a, jijman ankèt la, ak twa zanj yo nan Revelasyon katòz. Danyèl se kòmansman liv la, Jan se fen an.</w:t>
      </w:r>
    </w:p>
    <w:p>
      <w:pPr>
        <w:pStyle w:val="ArticleBody"/>
        <w:jc w:val="left"/>
      </w:pPr>
      <w:r>
        <w:rPr>
          <w:rFonts w:ascii="Times New Roman" w:hAnsi="Times New Roman" w:eastAsia="Times New Roman" w:cs="Times New Roman"/>
        </w:rPr>
        <w:t>Ekriti Jan an pral idantifye yon revelasyon sou karaktè Kris la nan fen Advantis la. Nan kòmansman Izrayèl modèn nan, Li te revele Tèt Li kòm Mèvèye Moun k ap Konte a, Kreyatè tout sa ki matematik; epi nan fen Izrayèl modèn nan, Li ap revele Tèt Li kòm mèvèye lengwis la. Li se Kreyatè tout sa ki gen rapò ak langaj, kit se estrikti langaj la, règ gramè yo, mo yo, e menm lèt alfabè a. Li te kreye kominikasyon ki fèt pa mwayen mo, ki gouvène pa règ gramè, kit li ekri oswa pale, ekri avèk yon alfabè ki te selon plan pa Li; e pi lwen pase tout sa—Li se Pawòl la. Se pa mwayen Pawòl sa a Li transfòme Laodiseyen avèg ki pa pare yo an Filadèlfyen sanktifye.</w:t>
      </w:r>
    </w:p>
    <w:p>
      <w:pPr>
        <w:pStyle w:val="ArticleScripture"/>
        <w:jc w:val="left"/>
      </w:pPr>
      <w:r>
        <w:rPr>
          <w:rFonts w:ascii="Times New Roman" w:hAnsi="Times New Roman" w:eastAsia="Times New Roman" w:cs="Times New Roman"/>
        </w:rPr>
        <w:t>Sanktifye yo pa verite ou a; pawòl ou a se verite. Jan 17:17.</w:t>
      </w:r>
    </w:p>
    <w:p>
      <w:pPr>
        <w:pStyle w:val="ArticleBody"/>
        <w:jc w:val="left"/>
      </w:pPr>
      <w:r>
        <w:rPr>
          <w:rFonts w:ascii="Times New Roman" w:hAnsi="Times New Roman" w:eastAsia="Times New Roman" w:cs="Times New Roman"/>
        </w:rPr>
        <w:t>Mo ki tradui kòm “sanktifye” vle di fè yon moun vin sen. San karant-kat mil yo pral sen, e yo pral rive nan eta karaktè sa a pa mwayen “verite” a, oswa ou ta ka di, pa mwayen “pawòl” li a, paske Jezi se Pawòl la e Li se verite a.</w:t>
      </w:r>
    </w:p>
    <w:p>
      <w:pPr>
        <w:pStyle w:val="ArticleScripture"/>
        <w:jc w:val="left"/>
      </w:pPr>
      <w:r>
        <w:rPr>
          <w:rFonts w:ascii="Times New Roman" w:hAnsi="Times New Roman" w:eastAsia="Times New Roman" w:cs="Times New Roman"/>
        </w:rPr>
        <w:t>Nan kòmansman an te gen Pawòl la, e Pawòl la te avèk Bondye, e Pawòl la te Bondye. Menm Pawòl sa a te nan kòmansman an avèk Bondye. Se pa li tout bagay te fèt; e san li pa t fèt anyen nan sa ki te fèt. Jan 1:1–3.</w:t>
      </w:r>
    </w:p>
    <w:p>
      <w:pPr>
        <w:pStyle w:val="ArticleBody"/>
        <w:jc w:val="left"/>
      </w:pPr>
      <w:r>
        <w:rPr>
          <w:rFonts w:ascii="Times New Roman" w:hAnsi="Times New Roman" w:eastAsia="Times New Roman" w:cs="Times New Roman"/>
        </w:rPr>
        <w:t>Remake byen sa a se premye bagay Jan ekri nan Levanjil li a. Sa, natirèlman, mache an paralèl ak premye bagay ki ekri nan Jenèz. Li ajoute sou temwayaj la, epi li idantifye pi klè sa ki deklare nan Jenèz 1.</w:t>
      </w:r>
    </w:p>
    <w:p>
      <w:pPr>
        <w:pStyle w:val="ArticleScripture"/>
        <w:jc w:val="left"/>
      </w:pPr>
      <w:r>
        <w:rPr>
          <w:rFonts w:ascii="Times New Roman" w:hAnsi="Times New Roman" w:eastAsia="Times New Roman" w:cs="Times New Roman"/>
        </w:rPr>
        <w:t>Nan kòmansman, Bondye kreye syèl la ak tè a. Jenèz 1:1.</w:t>
      </w:r>
    </w:p>
    <w:p>
      <w:pPr>
        <w:pStyle w:val="ArticleBody"/>
        <w:jc w:val="left"/>
      </w:pPr>
      <w:r>
        <w:rPr>
          <w:rFonts w:ascii="Times New Roman" w:hAnsi="Times New Roman" w:eastAsia="Times New Roman" w:cs="Times New Roman"/>
        </w:rPr>
        <w:t>Mo ki tradui kòm “Bondye” nan vèsè premye a se yon mo pliryèl, konsa li idantifye depi nan menm “kòmansman” an ke Bondye se plis pase yon sèl. “Nan kòmansman an,” nan Levanjil Jan an, Pawòl la te avèk Bondye e li te Bondye. E Pawòl la se te Kreyatè a.</w:t>
      </w:r>
    </w:p>
    <w:p>
      <w:pPr>
        <w:pStyle w:val="ArticleBody"/>
        <w:jc w:val="left"/>
      </w:pPr>
      <w:r>
        <w:rPr>
          <w:rFonts w:ascii="Times New Roman" w:hAnsi="Times New Roman" w:eastAsia="Times New Roman" w:cs="Times New Roman"/>
        </w:rPr>
        <w:t>Jezi se Pawòl la, e Li te pwodui Bib la lè Li te mete ansanm divinite ak limanite—divinite a, jan Sentespri a reprezante li, ak limanite a nan pèsonn moun ki te ekri pawòl ki nan liv yo ki te dwe voye bay legliz yo. Konsa, Bib la se yon konbinezon limanite ak divinite menm jan ak Jezi. Bib la, malgre patisipasyon èt imen lachè ki tonbe yo, se sen, e konsa tou, mesye ki te ekri li yo te sen.</w:t>
      </w:r>
    </w:p>
    <w:p>
      <w:pPr>
        <w:pStyle w:val="ArticleScripture"/>
        <w:jc w:val="left"/>
      </w:pPr>
      <w:r>
        <w:rPr>
          <w:rFonts w:ascii="Times New Roman" w:hAnsi="Times New Roman" w:eastAsia="Times New Roman" w:cs="Times New Roman"/>
        </w:rPr>
        <w:t>Nou gen tou yon pawòl pwofetik ki pi sèten; e nou fè byen lè nou pran prekosyon pou nou koute li, tankou yon limyè k ap klere nan yon kote fènwa, jouk lè jou a va leve, epi zetwal maten an va parèt nan kè nou; an premye, konnen sa byen, ke okenn pwofesi ki nan Ekriti a pa soti nan entèpretasyon pèsonèl. Paske pwofesi pa t vini nan tan lontan pa volonte lèzòm; men se moun sen Bondye yo ki te pale, pouse pa Sentespri a. 2 Pyè 1:19–21.</w:t>
      </w:r>
    </w:p>
    <w:p>
      <w:pPr>
        <w:pStyle w:val="ArticleBody"/>
        <w:jc w:val="left"/>
      </w:pPr>
      <w:r>
        <w:rPr>
          <w:rFonts w:ascii="Times New Roman" w:hAnsi="Times New Roman" w:eastAsia="Times New Roman" w:cs="Times New Roman"/>
        </w:rPr>
        <w:t>Malgre pwofèt yo te moun sen, yo te toujou èt imen ki tonbe, paske tout moun peche e yo pa rive nan glwa Bondye. Men, Bib la se yon konbinezon divinite ak limanite, epi li sen, paske Pawòl Bondye a te vini pou montre, nan lavi Li ak nan Pawòl ekri Li a, ke limanite ini ak divinite pa peche. Sa ki vre konsènan Bib la, se vre tou konsènan Kris la, paske Li se Bib la.</w:t>
      </w:r>
    </w:p>
    <w:p>
      <w:pPr>
        <w:pStyle w:val="ArticleBody"/>
        <w:jc w:val="left"/>
      </w:pPr>
      <w:r>
        <w:rPr>
          <w:rFonts w:ascii="Times New Roman" w:hAnsi="Times New Roman" w:eastAsia="Times New Roman" w:cs="Times New Roman"/>
        </w:rPr>
        <w:t>Jezi te pran sou tèt Li chè pechè, epi Li pa t janm peche; konsa, Li bay egzanp ke limanite ini ak divinite pa peche.</w:t>
      </w:r>
    </w:p>
    <w:p>
      <w:pPr>
        <w:pStyle w:val="ArticleScripture"/>
        <w:jc w:val="left"/>
      </w:pPr>
      <w:r>
        <w:rPr>
          <w:rFonts w:ascii="Times New Roman" w:hAnsi="Times New Roman" w:eastAsia="Times New Roman" w:cs="Times New Roman"/>
        </w:rPr>
        <w:t>“Istwa Bètleyèm nan se yon tèm ki pa janm fini. Anndan li kache ‘pwofondè richès sajès ak konesans Bondye a toude.’ Women 11:33. Nou rete sezi devan sakrifis Sovè a lè Li te kite twòn syèl la pou manje bèt la, epi konpayi zanj k ap adore yo pou bèt ki nan pak la. Ògèy ak konfyans moun nan tèt pa yo resevwa reprimand nan prezans Li. Men, sa pa t anyen lòt pase kòmansman bèl mèvèy abesman Li a. Sa t ap yon imilyasyon prèske enfini pou Pitit Bondye a pran nati lèzòm, menm lè Adan te kanpe nan inosans li nan Edenn. Men Jezi te aksepte limanite lè ras la te fin febli pandan kat mil ane peche. Menm jan ak tout pitit Adan, Li te aksepte rezilta fonksyònman gran lwa eredite a. Ki rezilta sa yo te ye, sa parèt nan istwa zansèt Li yo sou tè a. Li te vini ak yon ereditè konsa pou pataje lapenn ak tantasyon nou yo, epi pou ban nou egzanp yon lavi san peche.” The Desire of Ages, 48.</w:t>
      </w:r>
    </w:p>
    <w:p>
      <w:pPr>
        <w:pStyle w:val="ArticleBody"/>
        <w:jc w:val="left"/>
      </w:pPr>
      <w:r>
        <w:rPr>
          <w:rFonts w:ascii="Times New Roman" w:hAnsi="Times New Roman" w:eastAsia="Times New Roman" w:cs="Times New Roman"/>
        </w:rPr>
        <w:t>Jezi se Pawòl la, e ni Jezi ni Bib la se yon konbinezon limanite ak divinite. Lè Jezi te pwodui Bib la pandan syèk yo, li te mete règ anndan Bib la pou pèmèt moun ki va tande yo, tande. Règ ki gouvène Bib la se tou atribi karaktè pa li.</w:t>
      </w:r>
    </w:p>
    <w:p>
      <w:pPr>
        <w:pStyle w:val="ArticleScripture"/>
        <w:jc w:val="left"/>
      </w:pPr>
      <w:r>
        <w:rPr>
          <w:rFonts w:ascii="Times New Roman" w:hAnsi="Times New Roman" w:eastAsia="Times New Roman" w:cs="Times New Roman"/>
        </w:rPr>
        <w:t>“Nan Liv Revelasyon an, tout liv Bib la rankontre epi yo fini. Men konpleman liv Danyèl la.” Travay Apot yo, 585.</w:t>
      </w:r>
    </w:p>
    <w:p>
      <w:pPr>
        <w:pStyle w:val="ArticleBody"/>
        <w:jc w:val="left"/>
      </w:pPr>
      <w:r>
        <w:rPr>
          <w:rFonts w:ascii="Times New Roman" w:hAnsi="Times New Roman" w:eastAsia="Times New Roman" w:cs="Times New Roman"/>
        </w:rPr>
        <w:t>Mo “complement” la vle di mennen yon bagay rive nan pèfeksyon li. Temwayaj Danyèl la fini nan Revelasyon, konsa temwayaj Danyèl la se kòmansman an, epi Revelasyon se fen an. Kòmansman Revelasyon an repete nan fen Revelasyon an, epi nan premye vèsè premye chapit Danyèl la gen lagè ant Izrayèl literal ak Babilòn literal, kote Babilòn genyen; men nan konklizyon istwa pwobasyon an nan Danyèl 11:45, 12:1, Babilòn espirityèl la nan lagè ak Izrayèl espirityèl la, epi alafen, Babilòn pèdi epi Izrayèl genyen batay la. Menm jan ak Jan nan Revelasyon an, kòmansman temwayaj Danyèl la dakò ak fen temwayaj li a. Donk, ki sa ki verite?</w:t>
      </w:r>
    </w:p>
    <w:p>
      <w:pPr>
        <w:pStyle w:val="ArticleBody"/>
        <w:jc w:val="left"/>
      </w:pPr>
      <w:r>
        <w:rPr>
          <w:rFonts w:ascii="Times New Roman" w:hAnsi="Times New Roman" w:eastAsia="Times New Roman" w:cs="Times New Roman"/>
        </w:rPr>
        <w:t>Doktrin se yon mo ki idantifye sa yon gwoup kwayan konprann kòm sa ki kòrèk. Objektif oswa itilizasyon li pa limite sèlman ak Bib la oswa ak Krisyanis. Nan sa yo rele Krisyanis la, gen pwobableman plis fo “doktrin” pase sa ki vre, paske Babilòn espirityèl la, papote a, se yon kaj pou tout zwazo ki pa pwòp ak rayisab, e zwazo sa yo reprezante sa ki mal, sa legliz yo soutni epi kache pa mwayen fo doktrin, tankou lè yo di lalwa a te aboli. Men, gen vrè doktrin.</w:t>
      </w:r>
    </w:p>
    <w:p>
      <w:pPr>
        <w:pStyle w:val="ArticleScripture"/>
        <w:jc w:val="left"/>
      </w:pPr>
      <w:r>
        <w:rPr>
          <w:rFonts w:ascii="Times New Roman" w:hAnsi="Times New Roman" w:eastAsia="Times New Roman" w:cs="Times New Roman"/>
        </w:rPr>
        <w:t>“Lespri moun Bere yo pa t fèmen akoz prejije. Yo te dispoze egzamine si doktrin apot yo t ap preche yo te verite. Yo te etidye Bib la, pa poutèt kiryozite, men pou yo te kapab aprann sa ki te ekri konsènan Mesi pwomèt la. Chak jou yo t ap fouye nan ekriti enspire yo, epi pandan yo t ap konpare Ekriti ak Ekriti, zanj syèl yo te bò kote yo, ap klere lespri yo epi ap make kè yo.</w:t>
      </w:r>
    </w:p>
    <w:p>
      <w:pPr>
        <w:pStyle w:val="ArticleScripture"/>
        <w:jc w:val="left"/>
      </w:pPr>
      <w:r>
        <w:rPr>
          <w:rFonts w:ascii="Times New Roman" w:hAnsi="Times New Roman" w:eastAsia="Times New Roman" w:cs="Times New Roman"/>
        </w:rPr>
        <w:t>“Kèlkeswa kote verite levanjil la pwoklame, moun ki sensèman anvi fè sa ki dwat yo mennen nan yon rechèch dilijan nan Ekriti yo. Si, nan dènye sèn istwa tè sa a, moun yo pwoklame verite k ap mete yo anba eprèv yo ta suiv egzanp moun Bere yo, lè yo t ap fouye Ekriti yo chak jou epi konpare ak pawòl Bondye a mesaj yo te pote ba yo, jodi a ta gen yon gwo kantite moun ki rete fidèl ak lòd lalwa Bondye a, kote kounye a gen, an konparezon, trè kèk. Men lè yo prezante verite Bib la ki pa popilè, anpil moun refize fè ankèt sa a. Malgre yo pa kapab demanti ansèyman klè Ekriti yo, yo manifeste pi gwo repiyans lan pou etidye prèv yo prezante yo. Gen kèk ki sipoze ke menm si doktrin sa yo vrè vre, sa pa gen twòp enpòtans si yo aksepte nouvo limyè a oubyen non, epi yo kole ak fab agreyab lènmi an sèvi avè yo pou mennen nanm yo nan egareman. Konsa, lespri yo avèg pa erè, epi yo vin separe ak syèl la.”</w:t>
      </w:r>
    </w:p>
    <w:p>
      <w:pPr>
        <w:pStyle w:val="ArticleScripture"/>
        <w:jc w:val="left"/>
      </w:pPr>
      <w:r>
        <w:rPr>
          <w:rFonts w:ascii="Times New Roman" w:hAnsi="Times New Roman" w:eastAsia="Times New Roman" w:cs="Times New Roman"/>
        </w:rPr>
        <w:t>«Tout moun pral jije selon limyè yo resevwa. Senyè a voye anbasadè pa li yo ak yon mesaj delivrans, epi moun ki tande yo, Li pral rann yo responsab pou jan yo trete pawòl sèvitè Li yo. Moun ki ap chèche laverite avèk senserite ap fè yon ankèt ak anpil swen, nan limyè pawòl Bondye a, sou doktrin yo prezante devan yo.» Acts of the Apostles, 231, 232.</w:t>
      </w:r>
    </w:p>
    <w:p>
      <w:pPr>
        <w:pStyle w:val="ArticleBody"/>
        <w:jc w:val="left"/>
      </w:pPr>
      <w:r>
        <w:rPr>
          <w:rFonts w:ascii="Times New Roman" w:hAnsi="Times New Roman" w:eastAsia="Times New Roman" w:cs="Times New Roman"/>
        </w:rPr>
        <w:t>Gen “doktrin” ki se “verite levanjil” la, e yo bezwen egzamine. Kèk ladan yo, (si se pa tout), se “verite pou eprèv.” Saba a se yon verite pou eprèv ki fasil pou konprann. Gen vrè ak fo doktrin. Kèk nan vrè doktrin yo prezante yon eprèv pou moun ki tande yo. Genyen tou yon kalite verite ki fèt pou yon sèten peryòd tan. Verite sa yo rele “verite prezan.”</w:t>
      </w:r>
    </w:p>
    <w:p>
      <w:pPr>
        <w:pStyle w:val="ArticleScripture"/>
        <w:jc w:val="left"/>
      </w:pPr>
      <w:r>
        <w:rPr>
          <w:rFonts w:ascii="Times New Roman" w:hAnsi="Times New Roman" w:eastAsia="Times New Roman" w:cs="Times New Roman"/>
        </w:rPr>
        <w:t>“Gen anpil verite presye ki nan Pawòl Bondye a, men se ‘verite prezan’ an twoupo a bezwen kounye a. Mwen wè danje ki genyen lè mesaje yo kite pwen enpòtan verite prezan an pou yo rete ap pale sou sijè ki pa fèt pou ini twoupo a ni sanktifye nanm nan. Se la Satan va pran tout avantaj posib pou fè koz la mal.”</w:t>
      </w:r>
    </w:p>
    <w:p>
      <w:pPr>
        <w:pStyle w:val="ArticleScripture"/>
        <w:jc w:val="left"/>
      </w:pPr>
      <w:r>
        <w:rPr>
          <w:rFonts w:ascii="Times New Roman" w:hAnsi="Times New Roman" w:eastAsia="Times New Roman" w:cs="Times New Roman"/>
        </w:rPr>
        <w:t>“Men sijè tankou sanktyè a, anrapò ak 2300 jou yo, kòmandman Bondye yo ak lafwa Jezi, yo byen fèt nèt pou eksplike mouvman Advantis ki te pase a epi montre ki pozisyon nou ye kounye a, tabli lafwa moun k ap doute yo, epi bay sètenn sou lavni gloriye a. Sa yo, mwen te wè souvan, se te prensipal sijè yo sou ki mesaje yo ta dwe rete.” Early Writings, 63.</w:t>
      </w:r>
    </w:p>
    <w:p>
      <w:pPr>
        <w:pStyle w:val="ArticleBody"/>
        <w:jc w:val="left"/>
      </w:pPr>
      <w:r>
        <w:rPr>
          <w:rFonts w:ascii="Times New Roman" w:hAnsi="Times New Roman" w:eastAsia="Times New Roman" w:cs="Times New Roman"/>
        </w:rPr>
        <w:t>Advantis yo souvan sèvi ak pasaj sa a pou evite sa li deklare toutbon. Yo soutni ke tout sa ki ta dwe mete an anfaz nan mesaj nou yo sou “verite prezan” se Tanp lan, 2300 jou yo, kòmandman yo ak lafwa Jezi. Yo fè deklarasyon sa a pou evite sa yo idantifye konsènan kat sijè sa yo.</w:t>
      </w:r>
    </w:p>
    <w:p>
      <w:pPr>
        <w:pStyle w:val="ArticleBody"/>
        <w:jc w:val="left"/>
      </w:pPr>
      <w:r>
        <w:rPr>
          <w:rFonts w:ascii="Times New Roman" w:hAnsi="Times New Roman" w:eastAsia="Times New Roman" w:cs="Times New Roman"/>
        </w:rPr>
        <w:t>Objektif kat gran verite sa yo, se paske yo “byen kalkile nèt pou eksplike mouvman Advantis ki pase a epi montre ki pozisyon nou ye kounye a, etabli lafwa moun k ap doute yo, epi bay sètitid konsènan avni gloriye a.” Kat doktrin verite prezan sa yo fèt pou montre ke kòmansman Advantis la (mouvman Advantis ki pase a) ilistre fen Advantis la (pozisyon nou genyen kounye a). Kat doktrin prensipal sa yo “kalkile pafètman” pou eksplike prensip la ki fè konnen fen an ilistre pa kòmansman an. Selon pasaj enspire sa a, se sa ki rele “verite prezan” an ke “twoupo a bezwen kounye a.”</w:t>
      </w:r>
    </w:p>
    <w:p>
      <w:pPr>
        <w:pStyle w:val="ArticleBody"/>
        <w:jc w:val="left"/>
      </w:pPr>
      <w:r>
        <w:rPr>
          <w:rFonts w:ascii="Times New Roman" w:hAnsi="Times New Roman" w:eastAsia="Times New Roman" w:cs="Times New Roman"/>
        </w:rPr>
        <w:t>Ansyen Izrayèl se kòmansman Izrayèl, epi Izrayèl modèn se fen an. Ansyen Izrayèl literal la te yon tip ki te reprezante pèp Advantis Setyèm Jou a depi tan lafen an nan 1798, jouk rive nan lwa dimanch lan. Anvan premye vini Kris la, “verite prezan” an pa t wè pa Jwif yo, paske yo te avèg (Laodiseyen) akoz depandans yo sou koutim ak tradisyon.</w:t>
      </w:r>
    </w:p>
    <w:p>
      <w:pPr>
        <w:pStyle w:val="ArticleScripture"/>
        <w:jc w:val="left"/>
      </w:pPr>
      <w:r>
        <w:rPr>
          <w:rFonts w:ascii="Times New Roman" w:hAnsi="Times New Roman" w:eastAsia="Times New Roman" w:cs="Times New Roman"/>
        </w:rPr>
        <w:t>“Nou vle konprann tan n ap viv la. Nou pa menm konprann mwatye ladan l. Nou pa menm rive byen pran tout sans li. Kè m tranble anndan mwen lè m reflechi sou ki kalite lènmi nou gen pou n rankontre, epi sou jan nou mal prepare pou n rankontre l. Eprèv pitit Izrayèl yo, ak atitid yo te genyen jis anvan premye vini Kris la, te prezante devan mwen ankò e ankò pou montre pozisyon pèp Bondye a nan eksperyans yo anvan dezyèm vini Kris la—kijan lènmi an t ap chèche tout okazyon pou l pran kontwòl lespri jwif yo, e jodi a li ap chèche avèg lespri sèvitè Bondye yo, pou yo pa kapab disène verite presye a.” Selected Messages, liv 2, 406.</w:t>
      </w:r>
    </w:p>
    <w:p>
      <w:pPr>
        <w:pStyle w:val="ArticleBody"/>
        <w:jc w:val="left"/>
      </w:pPr>
      <w:r>
        <w:rPr>
          <w:rFonts w:ascii="Times New Roman" w:hAnsi="Times New Roman" w:eastAsia="Times New Roman" w:cs="Times New Roman"/>
        </w:rPr>
        <w:t>Dapre pwochen referans nou an, Jwif yo te pèdi de vi “verite orijinal Bondye a,” e verite orijinal sa a pou Jwif yo se te istwa delivrans ki soti ann Ejip la. Istwa delivrans sa a te verite orijinal yo; se te verite yo te resevwa lòd pou anseye pitit yo pandan tout jenerasyon yo. Yo te echwe, menm jan Adventis la echwe tou. Pou prezante verite a bay Jwif ki te avèg yo, Jezi te mete verite a nan yon kad.</w:t>
      </w:r>
    </w:p>
    <w:p>
      <w:pPr>
        <w:pStyle w:val="ArticleScripture"/>
        <w:jc w:val="left"/>
      </w:pPr>
      <w:r>
        <w:rPr>
          <w:rFonts w:ascii="Times New Roman" w:hAnsi="Times New Roman" w:eastAsia="Times New Roman" w:cs="Times New Roman"/>
        </w:rPr>
        <w:t>“Nan tan Sovè a, Jwif yo te tèlman kouvri bèl pyè presye verite yo ak fatra tradisyon ak fab, sa te vin enposib pou distenge sa ki vre ak sa ki fo. Sovè a te vini pou retire fatra sipèstisyon ak erè ki te lontan ap nouri yo, epi pou mete pyè presye pawòl Bondye yo nan kad verite a. Kisa Sovè a ta fè si li ta vin jwenn nou kounye a menm jan li te vin jwenn Jwif yo? Li ta gen pou l fè yon travay menm jan an, pou retire fatra tradisyon ak seremoni yo. Jwif yo te boulvèse anpil lè li te fè travay sa a. Yo te pèdi de vi verite orijinal Bondye a, men Kris te fè l parèt ankò devan yo. Se travay pa nou pou nou delivre verite presye Bondye yo anba sipèstisyon ak erè.”</w:t>
      </w:r>
    </w:p>
    <w:p>
      <w:pPr>
        <w:pStyle w:val="ArticleScripture"/>
        <w:jc w:val="left"/>
      </w:pPr>
      <w:r>
        <w:rPr>
          <w:rFonts w:ascii="Times New Roman" w:hAnsi="Times New Roman" w:eastAsia="Times New Roman" w:cs="Times New Roman"/>
        </w:rPr>
        <w:t>“Verite gloriye yo te antere pou yo pa parèt devan je moun, epi erè ak sipèstisyon te fè yo pèdi ekla yo ak bote yo. Jezi revele limyè Bondye a, epi li fè bèl klate verite a parèt nan tout glwa diven li. Lespri moun ki sensè yo ranpli ak admirasyon. Kè yo atire ak afeksyon sen anvè sila a ki te fè bijou verite yo parèt, epi ki te montre yo devan konpreyansyon yo.</w:t>
      </w:r>
    </w:p>
    <w:p>
      <w:pPr>
        <w:pStyle w:val="ArticleScripture"/>
        <w:jc w:val="left"/>
      </w:pPr>
      <w:r>
        <w:rPr>
          <w:rFonts w:ascii="Times New Roman" w:hAnsi="Times New Roman" w:eastAsia="Times New Roman" w:cs="Times New Roman"/>
        </w:rPr>
        <w:t>“Jwif yo te konprann yon pati nan verite a, e yo te anseye yon pati nan pawòl Bondye a; men yo pa t konprann nati laj e byen fon lwa Bondye a. Kris la te bale wete fatra tradisyon an, epi li te montre vrè nwayo ak kè pwojè Bondye yo. Lè li te fè sa, yo te vin fache pi lwen pase tout kontwòl. Yo te gaye fo nouvèl soti nan yon vil rive nan yon lòt, di Kris la t ap detwi travay Bondye a. Men pandan Jezi te retire ansyen fòm yo, li te retabli ansyen verite yo, li te mete yo nan kad verite a. Li te fè yo koresponn epi li te mare yo ansanm, konsa li te fòme yon sistèm verite ki konplè e simetrik. Se sa Sovè nou an te fè; e kounye a, kisa nou menm nou pral fè? Èske nou pa dwe travay ann amoni ak Kris la? Èske se pawòl moun ap di n ap kite dirije nou? Èske n ap kite pwòp imajinasyon nou kache limyè Bondye a pou nou? Nou dwe li avèk atansyon, koute avèk konpreyansyon, epi anseye lòt moun tou bagay nou te aprann yo. Nou dwe toujou ap grangou pou pen lavi a, toujou ap chèche dlo vivan an ak nèj Liban an, pou nou kapab mennen pèp la bay dlo vivan, dlo fre, ki soti nan Sous verite a.” Review and Herald, 4 jen 1889.</w:t>
      </w:r>
    </w:p>
    <w:p>
      <w:pPr>
        <w:pStyle w:val="ArticleBody"/>
        <w:jc w:val="left"/>
      </w:pPr>
      <w:r>
        <w:rPr>
          <w:rFonts w:ascii="Times New Roman" w:hAnsi="Times New Roman" w:eastAsia="Times New Roman" w:cs="Times New Roman"/>
        </w:rPr>
        <w:t>Nan premye vini li, Jezi te “retabli ansyen verite yo, mete yo nan kad verite a. Li te matche yo epi mare yo ansanm, konsa li te fòme yon sistèm verite ki konplè e ki gen bon simetri.” Jezi te sèvi ak istwa ki te nan kòmansman ansyen Izrayèl la pou l te retabli ansyen verite yo, e li te fè sa lè li te matche verite sa yo (dapre sijè) epi mare yo ansanm (an paralèl, liy sou liy). Li te fè sa nan bi pou l te delivre Jwif yo anba koutim ak tradisyon ki te avèg yo. Istwa sa a te istwa fen Izrayèl literal la.</w:t>
      </w:r>
    </w:p>
    <w:p>
      <w:pPr>
        <w:pStyle w:val="ArticleBody"/>
        <w:jc w:val="left"/>
      </w:pPr>
      <w:r>
        <w:rPr>
          <w:rFonts w:ascii="Times New Roman" w:hAnsi="Times New Roman" w:eastAsia="Times New Roman" w:cs="Times New Roman"/>
        </w:rPr>
        <w:t>Adventis la ap repete istwa fen ansyen Izrayèl la, epi kad la kote pou mete verite a, afin pou retire avègman Laodise ki soti nan tradisyon ak koutim, ap reyalize kounye a menm jan sa te fèt lè Kris te antre an relasyon ak Jwif yo. “Vye verite yo” dwe mete nan “kad” verite a, pou fè liy pwofetik yo vin ansanm ak lòt liy pwofetik yo, “liy sou liy,” an paralèl, avèk objektif pou petèt delivre yon Laodise nan avègman li. Kris se egzanp nou, nan tout bagay.</w:t>
      </w:r>
    </w:p>
    <w:p>
      <w:pPr>
        <w:pStyle w:val="ArticleBody"/>
        <w:jc w:val="left"/>
      </w:pPr>
      <w:r>
        <w:rPr>
          <w:rFonts w:ascii="Times New Roman" w:hAnsi="Times New Roman" w:eastAsia="Times New Roman" w:cs="Times New Roman"/>
        </w:rPr>
        <w:t>Gen verite nan Bib la ki idantifye kòm doktrin, e “gen anpil verite mèvèye,” men gen tou “verite prezan” ki se yon “tès pou pèp” “jenerasyon” k ap viv lè verite a revele. Nan sans pwofetik, sa rive nan katriyèm jenerasyon Advantis la, e “verite prezan” an “ki se yon tès pou jenerasyon sa a” pa t yon tès pou premye jenerasyon Advantis yo.</w:t>
      </w:r>
    </w:p>
    <w:p>
      <w:pPr>
        <w:pStyle w:val="ArticleScripture"/>
        <w:jc w:val="left"/>
      </w:pPr>
      <w:r>
        <w:rPr>
          <w:rFonts w:ascii="Times New Roman" w:hAnsi="Times New Roman" w:eastAsia="Times New Roman" w:cs="Times New Roman"/>
        </w:rPr>
        <w:t>“Gen nan Ekriti yo kèk bagay ki difisil pou konprann e ke, dapre pawòl Pyè yo, moun ki pa enstwi yo ak moun ki pa fèm yo tòde pou pwòp destriksyon pa yo. Nan lavi sa a, nou ka pa kapab esplike sans chak pasaj nan Ekriti yo; men pa gen okenn pwen esansyèl nan verite pratik la ki pral rete kouvri nan mistè. Lè tan an va rive, nan pwovidans Bondye, pou lemonn pase anba eprèv konsènan verite ki pou tan sa a, Lespri Li va travay sou lespri moun yo pou yo fouye Ekriti yo, menm avèk jèn ak lapriyè, jiskaske yo dekouvri epi mete ansanm lyen apre lyen nan yon chenn pafè. Chak reyalite ki gen rapò dirèk ak delivrans nanm yo va vin tèlman klè, ke pèsonn p ap bezwen twonpe tèt li ni mache nan fènwa.”</w:t>
      </w:r>
    </w:p>
    <w:p>
      <w:pPr>
        <w:pStyle w:val="ArticleScripture"/>
        <w:jc w:val="left"/>
      </w:pPr>
      <w:r>
        <w:rPr>
          <w:rFonts w:ascii="Times New Roman" w:hAnsi="Times New Roman" w:eastAsia="Times New Roman" w:cs="Times New Roman"/>
        </w:rPr>
        <w:t>“Pandan nou suiv chèn pwofesi a, verite revele pou tan pa nou an te wè aklè e yo te esplike l. Nou responsab pou privilèj nou jwi yo ak pou limyè ki klere sou chemen nou. Moun ki te viv nan jenerasyon ki pase yo te responsab pou limyè yo te pèmèt klere sou yo a. Lespri yo te egzèse konsènan diferan pwen nan Ekriti yo ki te mete yo anba eprèv. Men, yo pa t konprann verite nou menm nou konprann yo. Yo pa t responsab pou limyè yo pa t genyen an. Yo te gen Bib la, menm jan ak nou; men, tan pou devlopman verite espesyal ki gen rapò ak dènye sèn nan listwa tè sa a se pandan dènye jenerasyon yo ki pral viv sou tè a.”</w:t>
      </w:r>
    </w:p>
    <w:p>
      <w:pPr>
        <w:pStyle w:val="ArticleScripture"/>
        <w:jc w:val="left"/>
      </w:pPr>
      <w:r>
        <w:rPr>
          <w:rFonts w:ascii="Times New Roman" w:hAnsi="Times New Roman" w:eastAsia="Times New Roman" w:cs="Times New Roman"/>
        </w:rPr>
        <w:t>“Verite espesyal yo te adapte ak kondisyon jenerasyon yo jan yo te egziste. Verite prezan an, ki se yon tès pou pèp jenerasyon sa a, pa t yon tès pou pèp jenerasyon ki byen lwen nan tan pase yo. Si limyè ki kounye a klere sou nou konsènan Saba katriyèm kòmandman an te bay jenerasyon ki te viv nan tan pase yo, Bondye t ap mande yo rann kont pou limyè sa a.” Testimonies, volim de, 692, 693.</w:t>
      </w:r>
    </w:p>
    <w:p>
      <w:pPr>
        <w:pStyle w:val="ArticleBody"/>
        <w:jc w:val="left"/>
      </w:pPr>
      <w:r>
        <w:rPr>
          <w:rFonts w:ascii="Times New Roman" w:hAnsi="Times New Roman" w:eastAsia="Times New Roman" w:cs="Times New Roman"/>
        </w:rPr>
        <w:t>Pou sila ki kapab anvi nye ke i annan kat zenerasyon dan listwar Adventis, mon ti ava diriz zot ver Tablo Habakouk. En fason tre senp pour konpran sa keksoz, se ki non Laodise i vedir en pep zize. Konmansman Adventis ti anonse louvertir zizman, e lafen Adventis i anonse fermtir zizman. Fermtir zizman i ariv dan trwazyenm ek katriyenm zenerasyon.</w:t>
      </w:r>
    </w:p>
    <w:p>
      <w:pPr>
        <w:pStyle w:val="ArticleScripture"/>
        <w:jc w:val="left"/>
      </w:pPr>
      <w:r>
        <w:rPr>
          <w:rFonts w:ascii="Times New Roman" w:hAnsi="Times New Roman" w:eastAsia="Times New Roman" w:cs="Times New Roman"/>
        </w:rPr>
        <w:t>Piga gen dwa fè okenn estati taye pou tèt ou, ni okenn resanblans ak anyen ki anwo nan syèl la, ni ki anba sou tè a, ni ki nan dlo anba tè a. Piga ou bese tèt ou devan yo, ni sèvi yo; paske mwen menm, Seyè a, Bondye ou la, mwen se yon Bondye ki jalou, k ap pini mechanste papa yo sou pitit yo, jouk sou twazyèm ak katriyèm jenerasyon moun ki rayi mwen yo; epi k ap fè mizèrikòd pou dè milye nan moun ki renmen mwen epi ki kenbe kòmandman mwen yo. Egzòd 20:4–6.</w:t>
      </w:r>
    </w:p>
    <w:p>
      <w:pPr>
        <w:pStyle w:val="ArticleBody"/>
        <w:jc w:val="left"/>
      </w:pPr>
      <w:r>
        <w:rPr>
          <w:rFonts w:ascii="Times New Roman" w:hAnsi="Times New Roman" w:eastAsia="Times New Roman" w:cs="Times New Roman"/>
        </w:rPr>
        <w:t>Nan fen jijman an, dènye jenerasyon Advantis Laodise a (yon pèp yo jije) pral jije epi vomi sòti nan bouch Senyè a, menm jan sa te rive ansyen Izrayèl lè Jerizalèm te detwi. Doktrin biblik yo se verite; epi gen verite ki mete moun sou eprèv, epi gen verite prezan tou. Verite prezan toujou se yon verite ki mete moun sou eprèv, men li idantifye yon verite ki mete moun sou eprèv ki fèt espesyalman pou jenerasyon k ap viv kounye a. Men, reyalite a, sa ki pi sanble se ke nenpòt verite ki soti nan Pawòl Bondye a nou chwazi rejte, vin tounen yon verite ki mete nou sou eprèv ke nou fèk echwe.</w:t>
      </w:r>
    </w:p>
    <w:p>
      <w:pPr>
        <w:pStyle w:val="ArticleBody"/>
        <w:jc w:val="left"/>
      </w:pPr>
      <w:r>
        <w:rPr>
          <w:rFonts w:ascii="Times New Roman" w:hAnsi="Times New Roman" w:eastAsia="Times New Roman" w:cs="Times New Roman"/>
        </w:rPr>
        <w:t>Jezi se pawòl Bondye a, e li se verite a. Li te fè Pilat konnen rezon ki fè li te “vini” “nan mond lan,” se te pou “rann temwayaj sou verite a,” e ke tout moun ki tande vwa li, “se moun verite a.” Mo “verite” Pilat ak Jezi te pale a soti nan yon mo ebre ki tradui kòm “verite” e yo jwenn li san vennsèt fwa nan Ansyen Testaman an. Mo ebre sa a (H571) tradui an divès mo angle, men nan Ansyen Testaman an yo tradui li katrevendisde fwa kòm “verite.” Se youn nan mo sa yo ki gen yon fòs pwofon anpil, sou anpil nivo.</w:t>
      </w:r>
    </w:p>
    <w:p>
      <w:pPr>
        <w:pStyle w:val="ArticleBody"/>
        <w:jc w:val="left"/>
      </w:pPr>
      <w:r>
        <w:rPr>
          <w:rFonts w:ascii="Times New Roman" w:hAnsi="Times New Roman" w:eastAsia="Times New Roman" w:cs="Times New Roman"/>
        </w:rPr>
        <w:t>Mo yo tradui kòm “verite” nan Ansyen Testaman an fèt ak twa lèt ebre; epi nan lèt ebre yo, chak lèt gen pwòp definisyon pa li, konsa mo ki fòme apati lèt sa yo melanje sans konbine chak lèt pou bay sans final mo a. Mo “verite” a fèt ak twa lèt ebre: premye lèt alfabè ebre a, yon lèt nan mitan an, ak dènye lèt alfabè ebre a. “Verite” nan Ansyen Testaman an reprezante pa premye ak dènye lèt alfabè a, avèk yon lèt nan mitan an!</w:t>
      </w:r>
    </w:p>
    <w:p>
      <w:pPr>
        <w:pStyle w:val="ArticleBody"/>
        <w:jc w:val="left"/>
      </w:pPr>
      <w:r>
        <w:rPr>
          <w:rFonts w:ascii="Times New Roman" w:hAnsi="Times New Roman" w:eastAsia="Times New Roman" w:cs="Times New Roman"/>
        </w:rPr>
        <w:t>Sa a se definisyon “règ premye mansyon” biblik la. Premye fwa yon sijè prezante se referans ki gen plis enpòtans pou mo a, ki se yon semans, epi li gen tout ADN ki nesesè pou pwodui tout istwa a. Dezyèm referans ki pi enpòtan nan “règ premye mansyon” an se dènye referans lan, paske se la tout istwa ki parèt ant kòmansman ak fen an mare ansanm. “Nan Revelasyon an tout liv Bib la rankontre epi fini,” e Revelasyon se dènye liv Bib la.</w:t>
      </w:r>
    </w:p>
    <w:p>
      <w:pPr>
        <w:pStyle w:val="ArticleBody"/>
        <w:jc w:val="left"/>
      </w:pPr>
      <w:r>
        <w:rPr>
          <w:rFonts w:ascii="Times New Roman" w:hAnsi="Times New Roman" w:eastAsia="Times New Roman" w:cs="Times New Roman"/>
        </w:rPr>
        <w:t>Mo ebre a “verite” n ap konsidere a kòmanse ak lèt “Aleph”; trèzyèm karaktè a se “Mem”, epi venn-dezyèm nan, ki se dènye lèt la, se “Tav”. Byenantandi, gen divès nuans nan definisyon lèt sa yo selon ki lengwis ou konsilte pou definisyon an, men definisyon jeneral yo trè enstriktif.</w:t>
      </w:r>
    </w:p>
    <w:p>
      <w:pPr>
        <w:pStyle w:val="ArticleBody"/>
        <w:jc w:val="left"/>
      </w:pPr>
      <w:r>
        <w:rPr>
          <w:rFonts w:ascii="Times New Roman" w:hAnsi="Times New Roman" w:eastAsia="Times New Roman" w:cs="Times New Roman"/>
        </w:rPr>
        <w:t>א (Aleph): Premye lèt alfabè ebre a, e li souvan asosye ak inite; li reprezante Diven an ak sa ki p'ap janm fini an, epi li senbolize koneksyon ant Bondye ak kreyasyon an.</w:t>
      </w:r>
    </w:p>
    <w:p>
      <w:pPr>
        <w:pStyle w:val="ArticleBody"/>
        <w:jc w:val="left"/>
      </w:pPr>
      <w:r>
        <w:rPr>
          <w:rFonts w:ascii="Times New Roman" w:hAnsi="Times New Roman" w:eastAsia="Times New Roman" w:cs="Times New Roman"/>
        </w:rPr>
        <w:t>מ (Mem): Trezyèm lèt nan alfabè ebre a, epi li souvan asosye ak dlo.</w:t>
      </w:r>
    </w:p>
    <w:p>
      <w:pPr>
        <w:pStyle w:val="ArticleBody"/>
        <w:jc w:val="left"/>
      </w:pPr>
      <w:r>
        <w:rPr>
          <w:rFonts w:ascii="Times New Roman" w:hAnsi="Times New Roman" w:eastAsia="Times New Roman" w:cs="Times New Roman"/>
        </w:rPr>
        <w:t>ת (Tav) : Dènye lèt alfabè ebre a, epi li pote siyifikasyon “mak” oswa “siy.” Li souvan asosye ak konsèp akonplisman an oswa “sele” kreyasyon an. Nan ebre ansyen, lèt Tav la te gen fòm yon kwa.</w:t>
      </w:r>
    </w:p>
    <w:p>
      <w:pPr>
        <w:pStyle w:val="ArticleBody"/>
        <w:jc w:val="left"/>
      </w:pPr>
      <w:r>
        <w:rPr>
          <w:rFonts w:ascii="Times New Roman" w:hAnsi="Times New Roman" w:eastAsia="Times New Roman" w:cs="Times New Roman"/>
        </w:rPr>
        <w:t>Mo ebreyen yo tradui kòm “verite” n ap konsidere a fèt ak twa lèt, ki ansanm reprezante levanjil etènèl la. Ki jan sa? Sa fasil pou rekonèt si ou konprann ke mesaj twa zanj yo se levanjil etènèl la. Li rekonèt konsa, paske definisyon twa lèt sa yo reprezante mesaj twa zanj yo.</w:t>
      </w:r>
    </w:p>
    <w:p>
      <w:pPr>
        <w:pStyle w:val="ArticleBody"/>
        <w:jc w:val="left"/>
      </w:pPr>
      <w:r>
        <w:rPr>
          <w:rFonts w:ascii="Times New Roman" w:hAnsi="Times New Roman" w:eastAsia="Times New Roman" w:cs="Times New Roman"/>
        </w:rPr>
        <w:t>Premye zanj nan Revelasyon katòz la idantifye levanjil etènèl la, epi answit li di lemonn antye pou yo “gen krentif pou Bondye” epi pou yo ba Li glwa lè yo adore Kreyatè a. Definisyon (Aleph), premye nan twa lèt sa yo, se “Bondye diven an, etènèl la, epi antanke Kreyatè limanite a, Bondye ke lèzòm dwe gen yon krentif reveransyèl pou Li epi adore Li.”</w:t>
      </w:r>
    </w:p>
    <w:p>
      <w:pPr>
        <w:pStyle w:val="ArticleBody"/>
        <w:jc w:val="left"/>
      </w:pPr>
      <w:r>
        <w:rPr>
          <w:rFonts w:ascii="Times New Roman" w:hAnsi="Times New Roman" w:eastAsia="Times New Roman" w:cs="Times New Roman"/>
        </w:rPr>
        <w:t>Aleph reprezante mesaj premye zanj lan.</w:t>
      </w:r>
    </w:p>
    <w:p>
      <w:pPr>
        <w:pStyle w:val="ArticleBody"/>
        <w:jc w:val="left"/>
      </w:pPr>
      <w:r>
        <w:rPr>
          <w:rFonts w:ascii="Times New Roman" w:hAnsi="Times New Roman" w:eastAsia="Times New Roman" w:cs="Times New Roman"/>
        </w:rPr>
        <w:t>Mesaj dezyèm zanj lan rele moun soti Babilòn, li make lè Sentespri a vide desann, epi li idantifye rebelyon Babilòn nan. Definisyon (Mem) asosye ak dlo, (senbòl vide-desann Lespri a) epi li se trèzyèm lèt nan alfabè a; nimewo trèz la se yon senbòl rebelyon, konsa li idantifye Babilòn. Mem reprezante mesaj dezyèm zanj lan.</w:t>
      </w:r>
    </w:p>
    <w:p>
      <w:pPr>
        <w:pStyle w:val="ArticleBody"/>
        <w:jc w:val="left"/>
      </w:pPr>
      <w:r>
        <w:rPr>
          <w:rFonts w:ascii="Times New Roman" w:hAnsi="Times New Roman" w:eastAsia="Times New Roman" w:cs="Times New Roman"/>
        </w:rPr>
        <w:t>Twazyèm zanj lan avèti lèzòm pou yo pa resevwa mak bèt la; li idantifye de kategori adoratè ansanm ak kòlè Bondye. Definisyon (Tav) la se ke li reprezante yon “mak,” (mak bèt la); li reprezante sele kreyasyon an (sele Bondye a). Lèt la menm gen fòm kwa a. Tav reprezante mesaj twazyèm zanj lan.</w:t>
      </w:r>
    </w:p>
    <w:p>
      <w:pPr>
        <w:pStyle w:val="ArticleScripture"/>
        <w:jc w:val="left"/>
      </w:pPr>
      <w:r>
        <w:rPr>
          <w:rFonts w:ascii="Times New Roman" w:hAnsi="Times New Roman" w:eastAsia="Times New Roman" w:cs="Times New Roman"/>
        </w:rPr>
        <w:t>“Ki sa ki sele Bondye vivan an, yo mete sou fwon pèp li a? Se yon mak zanj yo ka li, men se pa je lèzòm; paske zanj destriktè a dwe wè mak redanmsyon sa a. Lespri ki gen entèlijans lan wè siy kwa Kalvè a sou pitit gason ak pitit fi Senyè a adopte yo. Peche transgresyon lalwa Bondye a wete. Yo gen rad nòs la sou yo, epi yo obeyisan e fidèl anvè tout kòmandman Bondye yo.</w:t>
      </w:r>
    </w:p>
    <w:p>
      <w:pPr>
        <w:pStyle w:val="ArticleScripture"/>
        <w:jc w:val="left"/>
      </w:pPr>
      <w:r>
        <w:rPr>
          <w:rFonts w:ascii="Times New Roman" w:hAnsi="Times New Roman" w:eastAsia="Times New Roman" w:cs="Times New Roman"/>
        </w:rPr>
        <w:t>“Seyè a p ap eskize moun ki konnen verite a si yo pa obeyi kòmandman Li yo ni nan pawòl ni nan aksyon.” Maranatha, 243.</w:t>
      </w:r>
    </w:p>
    <w:p>
      <w:pPr>
        <w:pStyle w:val="ArticleBody"/>
        <w:jc w:val="left"/>
      </w:pPr>
      <w:r>
        <w:rPr>
          <w:rFonts w:ascii="Times New Roman" w:hAnsi="Times New Roman" w:eastAsia="Times New Roman" w:cs="Times New Roman"/>
        </w:rPr>
        <w:t>Mo ebre ki tradui kòm “verite” a gen twa lèt, e chak lèt gen pwòp definisyon pa yo. Twa definisyon sa yo se tou definisyon mesaj twa zanj yo. Yo se tou definisyon mesaj premye zanj lan, paske mesaj premye zanj lan se te mesaj ki te nan kòmansman Advantis la, epi mesaj twazyèm zanj lan se mesaj ki nan fen Advantis la. Paske Jezi sèvi ak kòmansman an pou ilistre fen an, premye zanj lan pote nan li tout jalon pwofetik mesaj twazyèm zanj lan. Konsa, definisyon twa lèt ebre yo vin tounen senbòl non sèlman mesaj twazyèm zanj lan, men tou senbòl mesaj premye zanj lan.</w:t>
      </w:r>
    </w:p>
    <w:p>
      <w:pPr>
        <w:pStyle w:val="ArticleBody"/>
        <w:jc w:val="left"/>
      </w:pPr>
      <w:r>
        <w:rPr>
          <w:rFonts w:ascii="Times New Roman" w:hAnsi="Times New Roman" w:eastAsia="Times New Roman" w:cs="Times New Roman"/>
        </w:rPr>
        <w:t>Nan Revelasyon an, yo te di Jan pou l ekri bagay ki te egziste nan epòk sa a, epi, lè l t ap fè sa, li t ap an menm tan ekri bagay ki t ap vini nan lavni. Li te anrejistre kòmansman an pou l ilistre fen an. San okenn anbigi, yo te enfòme Advantis Setyèm Jou yo pou yo etidye epi pwoklame mesaj Millerit yo, ki se mesaj premye zanj lan. Lè n ap etidye epi pwoklame verite sa yo ansanm ak istwa sa a, n ap pwoklame mesaj twazyèm zanj lan epi repete istwa premye zanj lan.</w:t>
      </w:r>
    </w:p>
    <w:p>
      <w:pPr>
        <w:pStyle w:val="ArticleScripture"/>
        <w:jc w:val="left"/>
      </w:pPr>
      <w:r>
        <w:rPr>
          <w:rFonts w:ascii="Times New Roman" w:hAnsi="Times New Roman" w:eastAsia="Times New Roman" w:cs="Times New Roman"/>
        </w:rPr>
        <w:t>« Bondye pa ban nou yon nouvo mesaj. Nou dwe pwoklame mesaj ki, an 1843 ak 1844, te fè nou soti nan lòt legliz yo. » Review and Herald, 19 janvye 1905.</w:t>
      </w:r>
    </w:p>
    <w:p>
      <w:pPr>
        <w:pStyle w:val="ArticleScripture"/>
        <w:jc w:val="left"/>
      </w:pPr>
      <w:r>
        <w:rPr>
          <w:rFonts w:ascii="Times New Roman" w:hAnsi="Times New Roman" w:eastAsia="Times New Roman" w:cs="Times New Roman"/>
        </w:rPr>
        <w:t>“Tout mesaj yo te bay soti 1840–1844 yo dwe vin gen fòs kounye a, paske gen anpil moun ki pèdi direksyon yo. Mesaj yo dwe ale nan tout legliz yo.” Manuscript Releases, volume 21, 437.</w:t>
      </w:r>
    </w:p>
    <w:p>
      <w:pPr>
        <w:pStyle w:val="ArticleScripture"/>
        <w:jc w:val="left"/>
      </w:pPr>
      <w:r>
        <w:rPr>
          <w:rFonts w:ascii="Times New Roman" w:hAnsi="Times New Roman" w:eastAsia="Times New Roman" w:cs="Times New Roman"/>
        </w:rPr>
        <w:t>“Verite nou te resevwa an 1841, ‘42, ‘43, ak ‘44 yo, se pou yo etidye yo kounye a epi pwoklame yo.” Manuscript Releases, volume 15, 371.</w:t>
      </w:r>
    </w:p>
    <w:p>
      <w:pPr>
        <w:pStyle w:val="ArticleScripture"/>
        <w:jc w:val="left"/>
      </w:pPr>
      <w:r>
        <w:rPr>
          <w:rFonts w:ascii="Times New Roman" w:hAnsi="Times New Roman" w:eastAsia="Times New Roman" w:cs="Times New Roman"/>
        </w:rPr>
        <w:t>“Avètisman an rive: Yo pa dwe pèmèt anyen antre ki ta deranje fondasyon lafwa a sou ki nou ap bati depi lè mesaj la te vini an 1842, 1843, ak 1844. Mwen te nan mesaj sa a, e depi lè sa a mwen te toujou kanpe devan lemonn, fidèl ak limyè Bondye ban nou an. Nou pa gen entansyon wete pye nou sou platfòm kote yo te mete yo a, pandan chak jou nou t ap chèche Senyè a avèk lapriyè sensè, ap chèche limyè. Èske nou panse mwen ta ka abandone limyè Bondye ban mwen an? Li dwe tankou Wòch Tout Laj yo. Depi lè yo te ban mwen li a, li te toujou ap gide mwen.” Review and Herald, 14 avril 1903.</w:t>
      </w:r>
    </w:p>
    <w:p>
      <w:pPr>
        <w:pStyle w:val="ArticleBody"/>
        <w:jc w:val="left"/>
      </w:pPr>
      <w:r>
        <w:rPr>
          <w:rFonts w:ascii="Times New Roman" w:hAnsi="Times New Roman" w:eastAsia="Times New Roman" w:cs="Times New Roman"/>
        </w:rPr>
        <w:t>Mesaj premye zanj lan ak istwa kote mesaj sa a te prezante a mache an paralèl ak istwa pa nou kounye a—ak kèk rezèv pwofetik. Toude istwa sa yo reprezante tou pa twa lèt Lengwis divin nan te itilize pou fòme mo “verite” a. E mo “verite” sa a reprezante levanjil etènèl la.</w:t>
      </w:r>
    </w:p>
    <w:p>
      <w:pPr>
        <w:pStyle w:val="ArticleBody"/>
        <w:jc w:val="left"/>
      </w:pPr>
      <w:r>
        <w:rPr>
          <w:rFonts w:ascii="Times New Roman" w:hAnsi="Times New Roman" w:eastAsia="Times New Roman" w:cs="Times New Roman"/>
        </w:rPr>
        <w:t>Istwa Milerit yo nan kòmansman Adantis la reprezante premye zanj lan, epi istwa nan fen Adantis la, ki reprezante pa twazyèm zanj lan, se istwa paralèl; men yo genyen kèk diferans.</w:t>
      </w:r>
    </w:p>
    <w:p>
      <w:pPr>
        <w:pStyle w:val="ArticleBody"/>
        <w:jc w:val="left"/>
      </w:pPr>
      <w:r>
        <w:rPr>
          <w:rFonts w:ascii="Times New Roman" w:hAnsi="Times New Roman" w:eastAsia="Times New Roman" w:cs="Times New Roman"/>
        </w:rPr>
        <w:t>Premye zanj lan anonse ouvèti jijman an, epi twazyèm zanj lan anonse fèmti jijman an. Estrikti pwofetik sou ki istwa Advanis la te dewoule a se menm bagay la ni nan istwa kòmansman li ni nan istwa fen li. Yo ka montre ke youn ak lòt bout la swiv twa etap twa zanj yo pandan yo parèt nan listwa. Epi twa zanj sa yo se tou twa lèt sa yo. Se poutèt sa, sekans pwofetik evènman yo nan toude bout Advanis la chita sou twa etap twa zanj yo, ki se pwen repè ki reprezante tou pa twa lèt ebre sa yo ki fòme mo “verite” a.</w:t>
      </w:r>
    </w:p>
    <w:p>
      <w:pPr>
        <w:pStyle w:val="ArticleBody"/>
        <w:jc w:val="left"/>
      </w:pPr>
      <w:r>
        <w:rPr>
          <w:rFonts w:ascii="Times New Roman" w:hAnsi="Times New Roman" w:eastAsia="Times New Roman" w:cs="Times New Roman"/>
        </w:rPr>
        <w:t>Alfa se kòmansman Advantis la, Omega se fen Advantis la, epi lèt ki nan mitan an, ki se trèzyèm lèt la, konsa li idantifye rebelyon Advantis la depi nan kòmansman li jouk nan fen li.</w:t>
      </w:r>
    </w:p>
    <w:p>
      <w:pPr>
        <w:pStyle w:val="ArticleBody"/>
        <w:jc w:val="left"/>
      </w:pPr>
      <w:r>
        <w:rPr>
          <w:rFonts w:ascii="Times New Roman" w:hAnsi="Times New Roman" w:eastAsia="Times New Roman" w:cs="Times New Roman"/>
        </w:rPr>
        <w:t>Yo enstwi nou konsènan kote chemen Bondye a ye:</w:t>
      </w:r>
    </w:p>
    <w:p>
      <w:pPr>
        <w:pStyle w:val="ArticleScripture"/>
        <w:jc w:val="left"/>
      </w:pPr>
      <w:r>
        <w:rPr>
          <w:rFonts w:ascii="Times New Roman" w:hAnsi="Times New Roman" w:eastAsia="Times New Roman" w:cs="Times New Roman"/>
        </w:rPr>
        <w:t>Chemen ou, O Bondye, se nan Tanp lan: ki Bondye ki gran konsa tankou Bondye pa nou an? Sòm 77:13.</w:t>
      </w:r>
    </w:p>
    <w:p>
      <w:pPr>
        <w:pStyle w:val="ArticleBody"/>
        <w:jc w:val="left"/>
      </w:pPr>
      <w:r>
        <w:rPr>
          <w:rFonts w:ascii="Times New Roman" w:hAnsi="Times New Roman" w:eastAsia="Times New Roman" w:cs="Times New Roman"/>
        </w:rPr>
        <w:t>Nan sanktyè a, nou jwenn chemen Bondye a se menm twa etap ak twa mesaj twa zanj yo. Nan lakou a, krentif pou Bondye mennen yon moun pou l fè yon ofrann epi resevwa jistifikasyon. Nan Kote Sen an, sanktifikasyon an reprezante pa lavi lapriyè a, jan lotèl lansan an montre l, pa lavi etid la, jan tab pen prezans lan montre l, ak pa lavi sèvis la, jan chandelye yo montre l. Kote ki Trè Sen an reprezante jijman an. Lè nou genyen krentif pou Bondye jan sa reprezante nan mesaj premye zanj lan, nou chèche jistifikasyon nan pye kwa a, nan lakou a. Lè nou jistifye (fè nou jis), nou mache nan nouvote lavi sanktifye a (kwasans nan sentete) jan sa reprezante pa Kote Sen an. Kote Sen an reprezante travay yon kretyen, jan Millerit yo te akonpli l pandan mesaj dezyèm zanj lan ki te akonpaye pa Kri a nan Minwi. Jistifye ak sanktifye, nou pare pou jijman an, ki reprezante pa Kote ki Trè Sen an. Twa etap sanktyè a, ki reprezante, pami lòt bagay, twa tèm teyolojik—jistifikasyon, sanktifikasyon ak glorifikasyon—epi ki reprezante tou twa mesaj twa zanj yo, epi, natirèlman, ki reprezante tou mesaj premye zanj lan, epi, natirèlman, ki reprezante tou twa lèt yo ki itilize pou fòme mo “verite” a.</w:t>
      </w:r>
    </w:p>
    <w:p>
      <w:pPr>
        <w:pStyle w:val="ArticleBody"/>
        <w:jc w:val="left"/>
      </w:pPr>
      <w:r>
        <w:rPr>
          <w:rFonts w:ascii="Times New Roman" w:hAnsi="Times New Roman" w:eastAsia="Times New Roman" w:cs="Times New Roman"/>
        </w:rPr>
        <w:t>Nan lakou tanp lan, nou jwenn menm twa etap yo tou. Premye etap pou antre nan tanp lan dwe ilistre dènye etap tanp lan, menm jan premye zanj lan mache ann amoni ak twazyèm zanj lan. Premye etap la nan lakou a se touye ofrann lan, ki reprezante jistifikasyon. Dezyèm etap la se basen an kote grès la (peche) retire epi yo pirifye ofrann lan anvan etap final yo. Dlo basen an se yon karakteristik dezyèm etap la. Twazyèm etap la se vrè ofrann yo boule nèt la, ki te prefigire Kris sou kwa a kote jijman an te akonpli. Menm twa etap sa yo jwenn nan premye etap tanp lan, menm jan menm twa etap sa yo jwenn nan mesaj premye zanj lan. Prensip alfa ak omega a andedan tanp lan, menm jan li ye nan mesaj twa zanj yo, menm jan li ye nan lèt ki fòme mo “verite.”</w:t>
      </w:r>
    </w:p>
    <w:p>
      <w:pPr>
        <w:pStyle w:val="ArticleBody"/>
        <w:jc w:val="left"/>
      </w:pPr>
      <w:r>
        <w:rPr>
          <w:rFonts w:ascii="Times New Roman" w:hAnsi="Times New Roman" w:eastAsia="Times New Roman" w:cs="Times New Roman"/>
        </w:rPr>
        <w:t>Pwofesi 2300 an yo gen menm estrikti a. Pwofesi a te kòmanse avèk twa dekrè epi li te fini nan rive mesaj twazyèm zanj lan le 22 oktòb 1844. Pwofesi a prezante senk liy pwofetik, epi istwa ki nan kòmansman pwofesi 2300 an yo reprezante istwa fen chak nan senk pwofesi sa yo. Kòmansman ak fen pwofesi 2300 an yo, nan totalite li, gen twa dekrè, epi li fini avèk twa mesaj.</w:t>
      </w:r>
    </w:p>
    <w:p>
      <w:pPr>
        <w:pStyle w:val="ArticleBody"/>
        <w:jc w:val="left"/>
      </w:pPr>
      <w:r>
        <w:rPr>
          <w:rFonts w:ascii="Times New Roman" w:hAnsi="Times New Roman" w:eastAsia="Times New Roman" w:cs="Times New Roman"/>
        </w:rPr>
        <w:t>Kòmansman pwofesi a nan ane 457 anvan Jezikri te fèt nan tan boulvèsan, e li te bay dispozisyon pou Jwif yo retounen epi rebati tanp lan ak vil la. An akò avèk prediksyon an, 49 ane apre travay ki te kòmanse nan 457 anvan Jezikri, li te fini nan tan boulvèsan. Kòmansman 49 ane yo ilistre fen 49 ane yo.</w:t>
      </w:r>
    </w:p>
    <w:p>
      <w:pPr>
        <w:pStyle w:val="ArticleBody"/>
        <w:jc w:val="left"/>
      </w:pPr>
      <w:r>
        <w:rPr>
          <w:rFonts w:ascii="Times New Roman" w:hAnsi="Times New Roman" w:eastAsia="Times New Roman" w:cs="Times New Roman"/>
        </w:rPr>
        <w:t>457 av. J.-C. marque le commencement de la prophétie qui désigne l’onction du Christ lors de Son baptême. Son onction marqua le début de Son œuvre consistant à rassembler un peuple destiné à être citoyen de la Jérusalem nouvelle, et non de l’ancienne, tout comme l’ancien Israël fut rassemblé pour rebâtir la Jérusalem littérale en 457 av. J.-C.</w:t>
      </w:r>
    </w:p>
    <w:p>
      <w:pPr>
        <w:pStyle w:val="ArticleBody"/>
        <w:jc w:val="left"/>
      </w:pPr>
      <w:r>
        <w:rPr>
          <w:rFonts w:ascii="Times New Roman" w:hAnsi="Times New Roman" w:eastAsia="Times New Roman" w:cs="Times New Roman"/>
        </w:rPr>
        <w:t>457 av. J.-C. marque aussi le commencement de la prophétie indiquant quand le Christ serait crucifié. Sœur White met en parallèle l’histoire de la croix avec la Grande Déception du 22 octobre 1844, et elle met également en parallèle l’histoire du passage de la mer Rouge avec la Grande Déception. En 457 av. J.-C., il y eut une déception qui préfigurait la déception des Hébreux à la mer Rouge, la Grande Déception des adventistes, la déception des disciples à la croix et celle d’Esdras en 457 av. J.-C.</w:t>
      </w:r>
    </w:p>
    <w:p>
      <w:pPr>
        <w:pStyle w:val="ArticleScripture"/>
        <w:jc w:val="left"/>
      </w:pPr>
      <w:r>
        <w:rPr>
          <w:rFonts w:ascii="Times New Roman" w:hAnsi="Times New Roman" w:eastAsia="Times New Roman" w:cs="Times New Roman"/>
        </w:rPr>
        <w:t>“Esdras te atann pou yon gwo kantite moun t ap retounen Jerizalèm, men kantite moun ki te reponn apèl la te dekourajanman piti. Anpil nan moun ki te deja genyen kay ak tè pa t gen okenn dezi pou yo sakrifye byen sa yo. Yo te renmen fasilite ak konfò, e yo te byen satisfè pou yo rete kote yo te ye a. Egzanp yo te vin yon antrav pou lòt moun ki, otreman, ta ka te chwazi mete sò pa yo ansanm ak sa yo ki t ap avanse pa lafwa.” Prophets and Kings, 612.</w:t>
      </w:r>
    </w:p>
    <w:p>
      <w:pPr>
        <w:pStyle w:val="ArticleBody"/>
        <w:jc w:val="left"/>
      </w:pPr>
      <w:r>
        <w:rPr>
          <w:rFonts w:ascii="Times New Roman" w:hAnsi="Times New Roman" w:eastAsia="Times New Roman" w:cs="Times New Roman"/>
        </w:rPr>
        <w:t>457 av. J.-C. marque également le commencement de la prophétie indiquant quand l’ancien Israël serait répudié par Dieu et que l’Évangile serait porté aux Gentils, marquant la fin d’un temps de grâce probatoire spécial de 490 ans accordé particulièrement à l’ancien Israël. 457 av. J.-C. marque donc le commencement de leur temps de probation, et l’an 34 apr. J.-C. en marque la fin, préfigurant que le temps de probation de l’adventisme a commencé en 1844 et s’achève à la loi du dimanche.</w:t>
      </w:r>
    </w:p>
    <w:p>
      <w:pPr>
        <w:pStyle w:val="ArticleBody"/>
        <w:jc w:val="left"/>
      </w:pPr>
      <w:r>
        <w:rPr>
          <w:rFonts w:ascii="Times New Roman" w:hAnsi="Times New Roman" w:eastAsia="Times New Roman" w:cs="Times New Roman"/>
        </w:rPr>
        <w:t>Gen kèk lòt pwofesi tan entèn nan pwofesi 2300 ane a, men yo tout pote siyati Alfa ak Omega a. Kòmansman yo montre fen yo.</w:t>
      </w:r>
    </w:p>
    <w:p>
      <w:pPr>
        <w:pStyle w:val="ArticleBody"/>
        <w:jc w:val="left"/>
      </w:pPr>
      <w:r>
        <w:rPr>
          <w:rFonts w:ascii="Times New Roman" w:hAnsi="Times New Roman" w:eastAsia="Times New Roman" w:cs="Times New Roman"/>
        </w:rPr>
        <w:t>Li enpòtan pou nou remake ke ansyen Izrayèl te fè kòm depozitè lalwa Bondye a, e Izrayèl modèn te fè non sèlman kòm depozitè lalwa Li a, men tou kòm depozitè pwofesi Li yo. Lè Senyè a te antre nan alyans ak ansyen Izrayèl, Li te fè yo depozitè Dis Kòmandman yo jan yo te ekri sou de tab wòch. Lè Li te antre nan alyans ak Izrayèl modèn nan istwa Millerit la, Li te fè yo depozitè pawòl pwofetik Li a jan li te reprezante sou de tab Abakouk yo, ki te reprezante pa tablo pyonye 1843 ak 1850 yo. Kòmansman ansyen Izrayèl la ilistre kòmansman Izrayèl modèn nan.</w:t>
      </w:r>
    </w:p>
    <w:p>
      <w:pPr>
        <w:pStyle w:val="ArticleScripture"/>
        <w:jc w:val="left"/>
      </w:pPr>
      <w:r>
        <w:rPr>
          <w:rFonts w:ascii="Times New Roman" w:hAnsi="Times New Roman" w:eastAsia="Times New Roman" w:cs="Times New Roman"/>
        </w:rPr>
        <w:t>“Seyè a te rele pèp pa l la, Izrayèl, epi Li te separe yo ak mond lan, pou Li te ka konfye yo yon depo sakre. Li te fè yo gadyen lwa Li a; epi Li te gen entansyon, atravè yo, pou konsève pami lèzòm konesans de Li menm. Se atravè yo limyè syèl la te dwe klere sou kote fènwa tè a, epi yon vwa te dwe fè tande l, k ap lanse apèl bay tout pèp yo pou yo vire do bay idolatri yo pou yo sèvi Bondye vivan an e Bondye veritab la.</w:t>
      </w:r>
    </w:p>
    <w:p>
      <w:pPr>
        <w:pStyle w:val="ArticleScripture"/>
        <w:jc w:val="left"/>
      </w:pPr>
      <w:r>
        <w:rPr>
          <w:rFonts w:ascii="Times New Roman" w:hAnsi="Times New Roman" w:eastAsia="Times New Roman" w:cs="Times New Roman"/>
        </w:rPr>
        <w:t>“Si les Hébreux avaient été fidèles à leur mandat, ils auraient été une puissance dans le monde. Dieu aurait été leur défense, et il les aurait élevés au-dessus de toutes les autres nations. Sa puissance et sa vérité auraient été révélées par leur intermédiaire, et ils se seraient manifestés, sous son gouvernement sage et saint, comme un exemple de la supériorité de son autorité sur toute forme d’idolâtrie. Mais ils ne gardèrent pas leur alliance avec Dieu. Ils suivirent les pratiques idolâtres des autres nations; et au lieu de faire du nom de leur Créateur un sujet de louange sur la terre, ils l’exposèrent au mépris.”</w:t>
      </w:r>
    </w:p>
    <w:p>
      <w:pPr>
        <w:pStyle w:val="ArticleScripture"/>
        <w:jc w:val="left"/>
      </w:pPr>
      <w:r>
        <w:rPr>
          <w:rFonts w:ascii="Times New Roman" w:hAnsi="Times New Roman" w:eastAsia="Times New Roman" w:cs="Times New Roman"/>
        </w:rPr>
        <w:t>“Men, objektif Bondye dwe akonpli. Konesans volonte Li dwe bay lemonn. Bondye fè men opresyon an tonbe sou pèp Li a, epi Li gaye yo kòm kaptif nan mitan nasyon yo. Nan afliksyon, anpil nan yo te repanti pou transgresyon yo, epi yo te chèche Seyè a. Konsa, yo te gaye toupatou nan peyi payen yo, epi yo te fè konesans vrè Bondye a gaye toupatou.”</w:t>
      </w:r>
    </w:p>
    <w:p>
      <w:pPr>
        <w:pStyle w:val="ArticleScripture"/>
        <w:jc w:val="left"/>
      </w:pPr>
      <w:r>
        <w:rPr>
          <w:rFonts w:ascii="Times New Roman" w:hAnsi="Times New Roman" w:eastAsia="Times New Roman" w:cs="Times New Roman"/>
        </w:rPr>
        <w:t>“Nan jou sa a, Bondye rele legliz Li a, menm jan Li te rele Izrayèl nan tan lontan, pou l kanpe kòm yon limyè sou tè a. Pa mwayen gwo kouto file verite a,—mesaj premye, dezyèm, ak twazyèm zanj yo,—Li separe yon pèp soti nan legliz yo ak nan lemonn, pou mennen yo nan yon pwoksimite sakre avèk Li menm. Li fè yo tounen gadò lalwa Li a, epi Li konfye yo gran verite pwofesi yo pou tan sa a. Menm jan ak pawòl sakre yo te konfye Izrayèl nan tan lontan, sa yo se yon depo sakre ki dwe kominike bay lemonn.”</w:t>
      </w:r>
    </w:p>
    <w:p>
      <w:pPr>
        <w:pStyle w:val="ArticleScripture"/>
        <w:jc w:val="left"/>
      </w:pPr>
      <w:r>
        <w:rPr>
          <w:rFonts w:ascii="Times New Roman" w:hAnsi="Times New Roman" w:eastAsia="Times New Roman" w:cs="Times New Roman"/>
        </w:rPr>
        <w:t>«Pwofesi a deklare ke premye zanj lan t ap fè anons li a bay “tout nasyon, ak fanmi, ak lang, ak pèp.” Avètisman twazyèm zanj lan, ki fè pati menm mesaj twa fwa sa a, e ki se mesaj pou tan sa a, pap mwens gaye toupatou. Drapo kote yo ekri sou li: “Kòmandman Bondye yo ak lafwa Jezi,” dwe leve byen wo. Pouvwa premye ak dezyèm mesaj yo dwe vin pi fò nan twazyèm nan. Nan pwofesi a, yo reprezante l kòm yon mesaj yon zanj k ap vole nan mitan syèl la ap pwoklame ak yon vwa fò, e li pral atire atansyon lemonn antye.»</w:t>
      </w:r>
    </w:p>
    <w:p>
      <w:pPr>
        <w:pStyle w:val="ArticleScripture"/>
        <w:jc w:val="left"/>
      </w:pPr>
      <w:r>
        <w:rPr>
          <w:rFonts w:ascii="Times New Roman" w:hAnsi="Times New Roman" w:eastAsia="Times New Roman" w:cs="Times New Roman"/>
        </w:rPr>
        <w:t>«Avètisman ki pi terib yo te janm adrese a lèzòm la twouve l nan mesaj twazyèm zanj lan. Sa dwe yon peche terib ki fè kòlè Bondye desann san okenn melanj mizèrikòd. Men lèzòm pa rete nan fènwa konsènan kestyon enpòtan sa a; avètisman kont adorasyon bèt la ak imaj li a dwe bay lemonn an anvan vizit jijman Bondye yo, pou tout moun ka konnen poukisa jijman sa yo ap tonbe, epi pou yo ka gen opòtinite chape.» Signs of the Times, January 25, 1910.</w:t>
      </w:r>
    </w:p>
    <w:p>
      <w:pPr>
        <w:pStyle w:val="ArticleBody"/>
        <w:jc w:val="left"/>
      </w:pPr>
      <w:r>
        <w:rPr>
          <w:rFonts w:ascii="Times New Roman" w:hAnsi="Times New Roman" w:eastAsia="Times New Roman" w:cs="Times New Roman"/>
        </w:rPr>
        <w:t>Pwodiksyon de tablo yo, nan akonplisman chapit de nan Abakik la, te yon akonplisman plizyè pwofesi.</w:t>
      </w:r>
    </w:p>
    <w:p>
      <w:pPr>
        <w:pStyle w:val="ArticleScripture"/>
        <w:jc w:val="left"/>
      </w:pPr>
      <w:r>
        <w:rPr>
          <w:rFonts w:ascii="Times New Roman" w:hAnsi="Times New Roman" w:eastAsia="Times New Roman" w:cs="Times New Roman"/>
        </w:rPr>
        <w:t>M ap rete kanpe sou pòs veye mwen, m ap mete tèt mwen sou gwo fò won an; m ap veye pou m wè sa li va di m, ak sa m ap reponn lè yo va korije m. E SENYÈ a reponn mwen, li di: Ekri vizyon an, fè l klè sou tablèt yo, pou moun k ap li l la ka kouri. Paske vizyon an toujou pou yon tan ki fikse; men nan fen an li va pale, li p ap bay manti: menm si li pran tan, tann li; paske li pral rive sètènman, li p ap anreta.</w:t>
      </w:r>
    </w:p>
    <w:p>
      <w:pPr>
        <w:pStyle w:val="ArticleScripture"/>
        <w:jc w:val="left"/>
      </w:pPr>
      <w:r>
        <w:rPr>
          <w:rFonts w:ascii="Times New Roman" w:hAnsi="Times New Roman" w:eastAsia="Times New Roman" w:cs="Times New Roman"/>
        </w:rPr>
        <w:t>Gade, nanm li ki gonfle ak lògèy pa dwat nan li; men moun jis la va viv pa lafwa li. Abakik 2:1–4.</w:t>
      </w:r>
    </w:p>
    <w:p>
      <w:pPr>
        <w:pStyle w:val="ArticleBody"/>
        <w:jc w:val="left"/>
      </w:pPr>
      <w:r>
        <w:rPr>
          <w:rFonts w:ascii="Times New Roman" w:hAnsi="Times New Roman" w:eastAsia="Times New Roman" w:cs="Times New Roman"/>
        </w:rPr>
        <w:t>Pwodiksyon toude tablo pyonye 1843 a ak tablo pyonye 1850 la te yon akonplisman pwofesi. Etid sou Tablo Abakik yo bay anpil prèv sou sa. Men pasaj ki nan Abakik la pote yon kontribisyon enpòtan sou pwen sa a nan diskisyon nou an.</w:t>
      </w:r>
    </w:p>
    <w:p>
      <w:pPr>
        <w:pStyle w:val="ArticleScripture"/>
        <w:jc w:val="left"/>
      </w:pPr>
      <w:r>
        <w:rPr>
          <w:rFonts w:ascii="Times New Roman" w:hAnsi="Times New Roman" w:eastAsia="Times New Roman" w:cs="Times New Roman"/>
        </w:rPr>
        <w:t>“Mwen wè ke tablo 1843 a te dirije pa men Senyè a, e ke li pa t dwe chanje; ke chif yo te jan Li te vle yo; ke men Li te sou yo e li te kache yon erè nan kèk nan chif yo, pou pèsonn pa t ka wè li, jiskaske men Li te retire.” Early Writings, 74, 75.</w:t>
      </w:r>
    </w:p>
    <w:p>
      <w:pPr>
        <w:pStyle w:val="ArticleBody"/>
        <w:jc w:val="left"/>
      </w:pPr>
      <w:r>
        <w:rPr>
          <w:rFonts w:ascii="Times New Roman" w:hAnsi="Times New Roman" w:eastAsia="Times New Roman" w:cs="Times New Roman"/>
        </w:rPr>
        <w:t>Apre 1843, Senyè a te dirije pou yo fè yon lòt tablo, men premye tablo a (1843) pa t dwe modifye, eksepte pa enspirasyon.</w:t>
      </w:r>
    </w:p>
    <w:p>
      <w:pPr>
        <w:pStyle w:val="ArticleScripture"/>
        <w:jc w:val="left"/>
      </w:pPr>
      <w:r>
        <w:rPr>
          <w:rFonts w:ascii="Times New Roman" w:hAnsi="Times New Roman" w:eastAsia="Times New Roman" w:cs="Times New Roman"/>
        </w:rPr>
        <w:t>“Mwen te wè verite a dwe rann klè sou tablo, paske tè a ak tout sa ki ladan l se pou Seyè a, e yo pa dwe neglije mwayen ki nesesè yo pou rann li klè. Mwen te wè ansyen tablo a te dirije pa Seyè a, e pa t dwe chanje yon sèl chif ladan l sof pa enspirasyon. Mwen te wè chif ki sou tablo a te jan Bondye te vle yo a, e men Li te sou li, li te kache yon erè ki te nan kèk nan chif yo, pou pèsonn pa t ka wè li jouk lè men Li ta retire.” Spalding and Magan, 2.</w:t>
      </w:r>
    </w:p>
    <w:p>
      <w:pPr>
        <w:pStyle w:val="ArticleBody"/>
        <w:jc w:val="left"/>
      </w:pPr>
      <w:r>
        <w:rPr>
          <w:rFonts w:ascii="Times New Roman" w:hAnsi="Times New Roman" w:eastAsia="Times New Roman" w:cs="Times New Roman"/>
        </w:rPr>
        <w:t>Pandan li t ap viv avèk Frè Nichols (ki te pwodui tablo 1850 la), pandan tan li t ap fè tablo a, Sè White te di li te wè tablo 1850 la nan Bib la.</w:t>
      </w:r>
    </w:p>
    <w:p>
      <w:pPr>
        <w:pStyle w:val="ArticleScripture"/>
        <w:jc w:val="left"/>
      </w:pPr>
      <w:r>
        <w:rPr>
          <w:rFonts w:ascii="Times New Roman" w:hAnsi="Times New Roman" w:eastAsia="Times New Roman" w:cs="Times New Roman"/>
        </w:rPr>
        <w:t>“Mwen te wè ke Bondye te nan piblikasyon tablo a pa Frè Nichols. Mwen te wè ke te gen yon pwofesi konsènan tablo sa a nan Bib la, e si tablo sa a fèt pou pèp Bondye a, si li sifi pou youn li sifi pou yon lòt tou, e si youn te bezwen yon nouvo tablo pentire sou yon echèl pi gran, tout moun bezwen li menm jan an.” Manuscript Releases, volim 13, 359.</w:t>
      </w:r>
    </w:p>
    <w:p>
      <w:pPr>
        <w:pStyle w:val="ArticleBody"/>
        <w:jc w:val="left"/>
      </w:pPr>
      <w:r>
        <w:rPr>
          <w:rFonts w:ascii="Times New Roman" w:hAnsi="Times New Roman" w:eastAsia="Times New Roman" w:cs="Times New Roman"/>
        </w:rPr>
        <w:t>Abakouk te bay lòd konsa: “Ekri vizyon an, epi fè l klè sou tab yo.” De tab Abakouk yo te senbòl alyans Bondye te fè ak Advantis la lè Li te fè yo tounen depozitè pwofesi Li yo, menm jan Li te fè lè Li te antre nan alyans ak ansyen Izrayèl epi Li te bay de tab lalwa yo ansanm ak responsablite pou yo te depozitè lalwa a. Men, Abakouk idantifye de kategori adoratè an rapò ak tab yo ki te dwe fè vizyon an klè. Yon kategori se sila yo ki gen “nanm yo gonfle ak ògèy” epi ki “pa dwat,” epi yon lòt kategori se sila yo yo idantifye kòm “moun jis yo” ki “va viv pa lafwa li.”</w:t>
      </w:r>
    </w:p>
    <w:p>
      <w:pPr>
        <w:pStyle w:val="ArticleBody"/>
        <w:jc w:val="left"/>
      </w:pPr>
      <w:r>
        <w:rPr>
          <w:rFonts w:ascii="Times New Roman" w:hAnsi="Times New Roman" w:eastAsia="Times New Roman" w:cs="Times New Roman"/>
        </w:rPr>
        <w:t>Kontèks Abakik la idantifye ke moun ki jistifye yo ap viv pa yon lafwa ki chita sou Pawòl pwofetik la, jan de tab yo reprezante l; kidonk, moun ki pa jistifye yo te rejte kòmansman Advantis la. Pwen mwen vle mete anvan nou an baze sou yon pasaj nou te konsidere kèk tan pase. Li li konsa:</w:t>
      </w:r>
    </w:p>
    <w:p>
      <w:pPr>
        <w:pStyle w:val="ArticleScripture"/>
        <w:jc w:val="left"/>
      </w:pPr>
      <w:r>
        <w:rPr>
          <w:rFonts w:ascii="Times New Roman" w:hAnsi="Times New Roman" w:eastAsia="Times New Roman" w:cs="Times New Roman"/>
        </w:rPr>
        <w:t>“Men sijè tankou sanktyè a, an rapò ak 2300 jou yo, kòmandman Bondye yo ak lafwa Jezi a, yo kalkile avèk presizyon pou eksplike mouvman Advantis ki pase a epi montre ki pozisyon nou ye kounye a, etabli lafwa moun k ap doute yo, epi bay sètennte konsènan lavni gloriye a. Mwen te wè souvan se sa yo ki te sijè prensipal sou yo mesaje yo dwe rete.” Early Writings, 63.</w:t>
      </w:r>
    </w:p>
    <w:p>
      <w:pPr>
        <w:pStyle w:val="ArticleBody"/>
        <w:jc w:val="left"/>
      </w:pPr>
      <w:r>
        <w:rPr>
          <w:rFonts w:ascii="Times New Roman" w:hAnsi="Times New Roman" w:eastAsia="Times New Roman" w:cs="Times New Roman"/>
        </w:rPr>
        <w:t>Nou fèk revize kat verite sa yo nèt; Tanp lan, 2300 jou yo, kòmandman Bondye yo ak lafwa Jezi. Nou te mete kat verite sa yo ansanm nan kad verite ki te “byen kalkile nèt pou esplike mouvman Advantis ki pase a epi montre ki pozisyon nou ye kounye a.” Kad sa a se “règ premye mansyon an”; li se siyati Alfa ak Omega, epi li se kad verite a, paske mo “verite” a gen menm siyati egzak la ak kat verite yo tout ki idantifye kòm “verite prezan an,” ki te fèt pou esplike kòmansman Advantis la.</w:t>
      </w:r>
    </w:p>
    <w:p>
      <w:pPr>
        <w:pStyle w:val="ArticleBody"/>
        <w:jc w:val="left"/>
      </w:pPr>
      <w:r>
        <w:rPr>
          <w:rFonts w:ascii="Times New Roman" w:hAnsi="Times New Roman" w:eastAsia="Times New Roman" w:cs="Times New Roman"/>
        </w:rPr>
        <w:t>Si pa gen anyen ankò, sa vle di mo ki tradui kòm “verite” n ap konsidere a se fondasyon levanjil etènèl la, e li se fondasyon dènye mesaj avètisman an, e li se fondasyon mesaj twazyèm zanj lan, e li se yon gwo pati nan Revelasyon Jezikri.</w:t>
      </w:r>
    </w:p>
    <w:p>
      <w:pPr>
        <w:pStyle w:val="ArticleBody"/>
        <w:jc w:val="left"/>
      </w:pPr>
      <w:r>
        <w:rPr>
          <w:rFonts w:ascii="Times New Roman" w:hAnsi="Times New Roman" w:eastAsia="Times New Roman" w:cs="Times New Roman"/>
        </w:rPr>
        <w:t>Dènye mesaj avètisman an, ki reprezante kòm Revelasyon Jezikri nan premye twa vèsè chapit youn liv Revelasyon an, resevwa temwayaj yon dezyèm fwa nan fen Revelasyon an. Fen Revelasyon an rann temwayaj sou premye vèsè Ansyen Testaman an, epi tou sou dènye vèsè Ansyen Testaman an. Avèk kat referans sa yo, lè yo sèvi ak règ diven ki mande pou mete liy pwofetik sou liy pwofetik, nou ka dedwi ke dènye mesaj avètisman an gen rapò ak relasyon Kreyatè a ak èt Li te kreye yo. Li gen rapò ak pouvwa kreyatif Li. Li gen rapò ak fason pouvwa kreyatif Li a kominike bay legliz Li a. Li gen rapò ak atribi Divinite a ki idantifye fen an ak kòmansman an. Se yon mesaj ki rive jis anvan fèmti tan gras la, e menm plis toujou. Lè yo konsidere tout bagay sa yo ansanm, li pale sou pouvwa kreyatif Bondye! E premye mansyon pouvwa kreyatif Li a se nan kòmansman Jenèz chapit youn, depi premye vèsè a rive jis nan chapit de, vèsè twa.</w:t>
      </w:r>
    </w:p>
    <w:p>
      <w:pPr>
        <w:pStyle w:val="ArticleScripture"/>
        <w:jc w:val="left"/>
      </w:pPr>
      <w:r>
        <w:rPr>
          <w:rFonts w:ascii="Times New Roman" w:hAnsi="Times New Roman" w:eastAsia="Times New Roman" w:cs="Times New Roman"/>
        </w:rPr>
        <w:t>Nan kòmansman an, Bondye te kreye syèl la ak tè a. E tè a te san fòm, li te vid; e tenèb te kouvri sifas gwo twou san fon an. E Lespri Bondye t ap plane sou sifas dlo yo.</w:t>
      </w:r>
    </w:p>
    <w:p>
      <w:pPr>
        <w:pStyle w:val="ArticleScripture"/>
        <w:jc w:val="left"/>
      </w:pPr>
      <w:r>
        <w:rPr>
          <w:rFonts w:ascii="Times New Roman" w:hAnsi="Times New Roman" w:eastAsia="Times New Roman" w:cs="Times New Roman"/>
        </w:rPr>
        <w:t>Epi Bondye di: Se pou limyè fèt; epi limyè fèt. Epi Bondye wè limyè a, ke li te bon; epi Bondye separe limyè a ak tenèb yo. Epi Bondye rele limyè a Lajounen, epi tenèb yo li rele Lannuit. Epi te gen aswè, epi te gen maten: se te premye jou a.</w:t>
      </w:r>
    </w:p>
    <w:p>
      <w:pPr>
        <w:pStyle w:val="ArticleScripture"/>
        <w:jc w:val="left"/>
      </w:pPr>
      <w:r>
        <w:rPr>
          <w:rFonts w:ascii="Times New Roman" w:hAnsi="Times New Roman" w:eastAsia="Times New Roman" w:cs="Times New Roman"/>
        </w:rPr>
        <w:t>Epi Bondye di: Se pou gen yon syèl nan mitan dlo yo, e se pou li separe dlo yo ak dlo yo. E Bondye fè syèl la, epi li separe dlo ki te anba syèl la ak dlo ki te anwo syèl la; e sa te fèt konsa. E Bondye rele syèl la Syèl. E te gen aswè, e te gen maten: sa te dezyèm jou a.</w:t>
      </w:r>
    </w:p>
    <w:p>
      <w:pPr>
        <w:pStyle w:val="ArticleScripture"/>
        <w:jc w:val="left"/>
      </w:pPr>
      <w:r>
        <w:rPr>
          <w:rFonts w:ascii="Times New Roman" w:hAnsi="Times New Roman" w:eastAsia="Times New Roman" w:cs="Times New Roman"/>
        </w:rPr>
        <w:t>Epi Bondye di: Se pou dlo ki anba syèl la rasanble nan yon sèl kote, epi se pou tè sèch la parèt. Epi sa fèt konsa. Bondye rele tè sèch la Latè; epi rasanbleman dlo yo, li rele yo Lanmè. Bondye wè sa te bon. Epi Bondye di: Se pou tè a pouse zèb, plant ki bay grenn, ak pyebwa fwi ki bay fwi selon kalite pa yo, ki gen grenn yo nan yo menm, sou tè a. Epi sa fèt konsa. Tè a fè pouse zèb, plant ki bay grenn selon kalite pa yo, ak pyebwa ki bay fwi, ki gen grenn yo nan yo menm, selon kalite pa yo. Bondye wè sa te bon. Konsa, te gen aswè, epi te gen maten: se te twazyèm jou a.</w:t>
      </w:r>
    </w:p>
    <w:p>
      <w:pPr>
        <w:pStyle w:val="ArticleScripture"/>
        <w:jc w:val="left"/>
      </w:pPr>
      <w:r>
        <w:rPr>
          <w:rFonts w:ascii="Times New Roman" w:hAnsi="Times New Roman" w:eastAsia="Times New Roman" w:cs="Times New Roman"/>
        </w:rPr>
        <w:t>Epi Bondye di: Se pou liminè parèt nan vout syèl la pou separe lajounen ak lannwit; se pou yo sèvi kòm siy, pou sezon yo, pou jou yo ak pou ane yo; se pou yo sèvi kòm limyè nan vout syèl la pou klere tè a. Epi sa te fèt konsa. Bondye fè de gwo limyè yo: pi gwo limyè a pou gouvène lajounen, epi pi piti limyè a pou gouvène lannwit; li fè zetwal yo tou. Bondye mete yo nan vout syèl la pou klere tè a, pou gouvène lajounen ak lannwit, epi pou separe limyè ak fènwa; epi Bondye wè sa te bon. Konsa, te gen aswè, epi te gen maten: se te katriyèm jou a.</w:t>
      </w:r>
    </w:p>
    <w:p>
      <w:pPr>
        <w:pStyle w:val="ArticleScripture"/>
        <w:jc w:val="left"/>
      </w:pPr>
      <w:r>
        <w:rPr>
          <w:rFonts w:ascii="Times New Roman" w:hAnsi="Times New Roman" w:eastAsia="Times New Roman" w:cs="Times New Roman"/>
        </w:rPr>
        <w:t>Epi Bondye di: Se pou dlo yo pwodui an abondans bèt vivan k ap deplase, ak zwazo k ap vole anlè tè a nan ouvèti syèl la. Epi Bondye kreye gwo balèn, ak tout bèt vivan k ap deplase, dlo yo te pwodui an abondans selon espès pa yo, ak tout zwazo ki gen zèl selon espès pa yo. Epi Bondye wè sa te bon. Epi Bondye beni yo, li di: Fè pitit, miltipliye, ranpli dlo ki nan lanmè yo; epi se pou zwazo yo miltipliye sou tè a. Epi te gen aswè, epi te gen maten: sa te senkyèm jou a.</w:t>
      </w:r>
    </w:p>
    <w:p>
      <w:pPr>
        <w:pStyle w:val="ArticleScripture"/>
        <w:jc w:val="left"/>
      </w:pPr>
      <w:r>
        <w:rPr>
          <w:rFonts w:ascii="Times New Roman" w:hAnsi="Times New Roman" w:eastAsia="Times New Roman" w:cs="Times New Roman"/>
        </w:rPr>
        <w:t>Epi Bondye di: Se pou tè a pwodui bèt vivan selon kalite pa yo: bèt domestik, bèt k ap trennen atè, ak bèt sovaj sou latè, selon kalite pa yo. Epi sa te fèt konsa. Bondye fè bèt sovaj sou latè selon kalite pa yo, bèt domestik selon kalite pa yo, ak tout sa ki trennen sou tè a selon kalite pa yo. Epi Bondye wè sa te bon. Epi Bondye di: Annou fè moun nan imaj nou, selon resanblans nou; epi se pou yo domine sou pwason lanmè yo, sou zwazo syèl yo, sou bèt domestik yo, sou tout latè, ak sou tout bèt k ap trennen sou tè a. Konsa Bondye kreye moun nan pwòp imaj pa li; se nan imaj Bondye li kreye l; gason ak fi li kreye yo. Epi Bondye beni yo, epi Bondye di yo: Fè pitit, miltipliye, ranpli tè a, soumèt li; epi domine sou pwason lanmè yo, sou zwazo syèl yo, ak sou tout bèt vivan k ap deplase sou tè a. Epi Bondye di: Gade, mwen ban nou tout zèb ki bay grenn, ki sou tout sifas tè a, ak tout pyebwa ki gen fwi pyebwa ki bay grenn; sa va sèvi nou manje. Epi pou tout bèt sou latè, pou tout zwazo nan syèl la, ak pou tout sa k ap trennen sou tè a, ki gen lavi ladan yo, mwen bay tout zèb vèt pou manje. Epi sa te fèt konsa. Epi Bondye wè tout sa li te fè, epi men, sa te trè bon. Epi te gen aswè, epi te gen maten: sa te sizyèm jou a. Konsa, syèl yo ak tè a te fin fèt, ak tout lame yo. Epi sou setyèm jou a Bondye fini travay li te fè a; epi li repoze sou setyèm jou a apre tout travay li te fè a. Epi Bondye beni setyèm jou a, epi li mete l apa pou li; paske se nan jou sa a li te repoze apre tout travay li Bondye te kreye epi te fè. Jenèz 1:1–2:3.</w:t>
      </w:r>
    </w:p>
    <w:p>
      <w:pPr>
        <w:pStyle w:val="ArticleBody"/>
        <w:jc w:val="left"/>
      </w:pPr>
      <w:r>
        <w:rPr>
          <w:rFonts w:ascii="Times New Roman" w:hAnsi="Times New Roman" w:eastAsia="Times New Roman" w:cs="Times New Roman"/>
        </w:rPr>
        <w:t>Vèsè anvan yo reprezante tout temwayaj kreyasyon an, pandan y ap mete aksan sou lefèt ke pawòl Bondye a gen pouvwa kreyatif.</w:t>
      </w:r>
    </w:p>
    <w:p>
      <w:pPr>
        <w:pStyle w:val="ArticleScripture"/>
        <w:jc w:val="left"/>
      </w:pPr>
      <w:r>
        <w:rPr>
          <w:rFonts w:ascii="Times New Roman" w:hAnsi="Times New Roman" w:eastAsia="Times New Roman" w:cs="Times New Roman"/>
        </w:rPr>
        <w:t>Se pou tout tè a gen krentif pou Seyè a; se pou tout abitan latè yo rete sezi devan li. Paske li te pale, epi sa te fèt; li te bay lòd, epi sa te kanpe fèm. Sòm 33:8, 9.</w:t>
      </w:r>
    </w:p>
    <w:p>
      <w:pPr>
        <w:pStyle w:val="ArticleBody"/>
        <w:jc w:val="left"/>
      </w:pPr>
      <w:r>
        <w:rPr>
          <w:rFonts w:ascii="Times New Roman" w:hAnsi="Times New Roman" w:eastAsia="Times New Roman" w:cs="Times New Roman"/>
        </w:rPr>
        <w:t>Menm pouvwa kreyatè ki te fè mond lan se Kris la itilize pou transfòme lèzòm.</w:t>
      </w:r>
    </w:p>
    <w:p>
      <w:pPr>
        <w:pStyle w:val="ArticleScripture"/>
        <w:jc w:val="left"/>
      </w:pPr>
      <w:r>
        <w:rPr>
          <w:rFonts w:ascii="Times New Roman" w:hAnsi="Times New Roman" w:eastAsia="Times New Roman" w:cs="Times New Roman"/>
        </w:rPr>
        <w:t>“Enèji kreyatè ki te rele mond yo pou yo vin egziste a se nan pawòl Bondye a li ye. Pawòl sa a bay puisans; li fè lavi parèt. Chak kòmandman se yon pwomès; lè volonte a aksepte li, lè nanm nan resevwa li, li pote avèk li lavi Sila ki Enfini an. Li transfòme nati a epi li re-kreye nanm nan selon imaj Bondye.</w:t>
      </w:r>
    </w:p>
    <w:p>
      <w:pPr>
        <w:pStyle w:val="ArticleScripture"/>
        <w:jc w:val="left"/>
      </w:pPr>
      <w:r>
        <w:rPr>
          <w:rFonts w:ascii="Times New Roman" w:hAnsi="Times New Roman" w:eastAsia="Times New Roman" w:cs="Times New Roman"/>
        </w:rPr>
        <w:t>“Lavi yo bay konsa a, menm jan an tou, yo soutni l. ‘Se ak tout pawòl ki soti nan bouch Bondye’ (Matye 4:4) moun va viv.” Education, 126.</w:t>
      </w:r>
    </w:p>
    <w:p>
      <w:pPr>
        <w:pStyle w:val="ArticleBody"/>
        <w:jc w:val="left"/>
      </w:pPr>
      <w:r>
        <w:rPr>
          <w:rFonts w:ascii="Times New Roman" w:hAnsi="Times New Roman" w:eastAsia="Times New Roman" w:cs="Times New Roman"/>
        </w:rPr>
        <w:t>Revelasyon Jezikri a mete anfaz sou fason Pawòl Bondye a transmèt bay lèzòm. Li soti nan Papa a, rive nan Pitit la, pase pa yon zanj, rive nan yon pwofèt ki ekri li epi voye li bay legliz yo. Pwosesis kominikasyon ki tabli nan kòmansman ak nan fen liv Revelasyon an ilistre tou pa nechèl Jakòb la, avèk zanj k ap monte epi k ap desann sou nechèl la. Li ilistre tou pa de tib an lò Zakari yo ki mennen lwil la antre nan sanktyè a. Pwosesis kominikasyon ant Bondye ak lèzòm se yon sijè nan pwofesi biblik, epi mesaj ki voye a genyen puisans kreyatif ki te fè linivè a. Nan pwosesis kominikasyon ki nan chapit premye Revelasyon an, li dwe konprann ke mesaj ki transmèt bay legliz yo genyen puisans pou transfòme yon Laodiseyen an yon Filadèlfyen.</w:t>
      </w:r>
    </w:p>
    <w:p>
      <w:pPr>
        <w:pStyle w:val="ArticleBody"/>
        <w:jc w:val="left"/>
      </w:pPr>
      <w:r>
        <w:rPr>
          <w:rFonts w:ascii="Times New Roman" w:hAnsi="Times New Roman" w:eastAsia="Times New Roman" w:cs="Times New Roman"/>
        </w:rPr>
        <w:t>Kit se kòmansman an oswa fen Ansyen Testaman an, oswa Nouvo Testaman an, se menm mesaj la. Bondye ap transmèt dènye mesaj avètisman an, e li gen ladan li pouvwa kreyatif Bondye a si moun ki tande li yo tande li epi kenbe li. Mesaj ki akonpli sa a plase nan kad diven Alfa ak Omega a: kòmansman, mitan, ak fen. Twa lèt ebre ki mache ansanm pou fòme mo “verite” a se levanjil etènèl la; lèt yo ak siyifikasyon yo, ansanm ak mo yo pwodui lè yo ini youn ak lòt, senbolize prensip la, epi tou Sila a ki se Alfa ak Omega. Sa mete aksan sou pouvwa kreyatif Li. Twa dènye mo istwa kreyasyon an chak kòmanse ak twa lèt yo, nan lòd ki fòme mo “verite” a.</w:t>
      </w:r>
    </w:p>
    <w:p>
      <w:pPr>
        <w:pStyle w:val="ArticleBody"/>
        <w:jc w:val="left"/>
      </w:pPr>
      <w:r>
        <w:rPr>
          <w:rFonts w:ascii="Times New Roman" w:hAnsi="Times New Roman" w:eastAsia="Times New Roman" w:cs="Times New Roman"/>
        </w:rPr>
        <w:t>Twa mo ki fòme fen istwa kreyasyon an kòmanse avèk twa lèt ki ansanm fòme mo “verite” a. Twa dènye mo vèsè a kòmanse avèk lèt א (Aleph), מ (Mem), ak ת (Tav) nan lòd. Twa mo sa yo tradui kòm “Bondye,” “kreye,” ak “fè.” Twa mo sa yo chak kòmanse avèk lèt א (Aleph), מ (Mem), ak ת (Tav) nan menm lòd sa a, sa ki mete plis anfaz sou konplètid ak lòd ki genyen nan naratif kreyasyon an. Kòmantatè jwif yo remake modèl sa a kòm yon karakteristik lengwistik enteresan nan tèks ebre a.</w:t>
      </w:r>
    </w:p>
    <w:p>
      <w:pPr>
        <w:pStyle w:val="ArticleBody"/>
        <w:jc w:val="left"/>
      </w:pPr>
      <w:r>
        <w:rPr>
          <w:rFonts w:ascii="Times New Roman" w:hAnsi="Times New Roman" w:eastAsia="Times New Roman" w:cs="Times New Roman"/>
        </w:rPr>
        <w:t>Istwa kreyasyon an kòmanse avèk mo sa yo: “nan kòmansman an”, epi li fini avèk twa mo ki reprezante Alfa ak Omega, kòmansman ak fen, premye a ak dènye a. Pouvwa kreyatif ki ilistre nan temwayaj Jenèz la kòmanse epi li fini avèk siyati bèl lengwis la.</w:t>
      </w:r>
    </w:p>
    <w:p>
      <w:pPr>
        <w:pStyle w:val="ArticleBody"/>
        <w:jc w:val="left"/>
      </w:pPr>
      <w:r>
        <w:rPr>
          <w:rFonts w:ascii="Times New Roman" w:hAnsi="Times New Roman" w:eastAsia="Times New Roman" w:cs="Times New Roman"/>
        </w:rPr>
        <w:t>Premye yon bagay ki ilistre dènye bagay sa a se sa pwofèt Jan te mete anfaz sou li lè, pandan li t ap ekri sa ki te egziste lè sa a, li t ap ekri an menm tan sa ki t ap vini.</w:t>
      </w:r>
    </w:p>
    <w:p>
      <w:pPr>
        <w:pStyle w:val="ArticleBody"/>
        <w:jc w:val="left"/>
      </w:pPr>
      <w:r>
        <w:rPr>
          <w:rFonts w:ascii="Times New Roman" w:hAnsi="Times New Roman" w:eastAsia="Times New Roman" w:cs="Times New Roman"/>
        </w:rPr>
        <w:t>Dènye mesaj avètisman Eli a, ki reprezante nan fen Ansyen Testaman an, idantifye menm prensip pwofetik la, nan kontèks kriz lwa dimanch lan ak pwòch sèt dènye flewo yo.</w:t>
      </w:r>
    </w:p>
    <w:p>
      <w:pPr>
        <w:pStyle w:val="ArticleBody"/>
        <w:jc w:val="left"/>
      </w:pPr>
      <w:r>
        <w:rPr>
          <w:rFonts w:ascii="Times New Roman" w:hAnsi="Times New Roman" w:eastAsia="Times New Roman" w:cs="Times New Roman"/>
        </w:rPr>
        <w:t>“Règle de première mention” an ansanm ak tout sa li reprezante se “kad” kote “verite prezan” dwe plase a. Kad sa a se “règle de première mention” nan, ki se tou youn nan atribi Bondye.</w:t>
      </w:r>
    </w:p>
    <w:p>
      <w:pPr>
        <w:pStyle w:val="ArticleBody"/>
        <w:jc w:val="left"/>
      </w:pPr>
      <w:r>
        <w:rPr>
          <w:rFonts w:ascii="Times New Roman" w:hAnsi="Times New Roman" w:eastAsia="Times New Roman" w:cs="Times New Roman"/>
        </w:rPr>
        <w:t>Nan liv Dànyèl la, ki reprezante kòmansman Advantis la, ak liv Revelasyon an, ki reprezante fen Advantis la, nou jwenn paralèl etonan lè nou gade yo dapre prensip kote premye a ilistre dènye a. Liv Dànyèl la prezante yon atribi Jezi lè li sèvi ak non Palmoni, ki vle di moun mèvèy ki konte sekrè yo. Dànyèl prezante Jezi tou kòm Mikayèl, akanj lan. Yo sèvi ak Jan pou fè menm bagay la ak Dànyèl, epi li idantifye non pa mèt matematik la, ni chèf zanj yo, men mèt langaj la. Lè nou konsidere Jezi kòm mèt alfabè a, nou ta dwe konsidere Sòm 119, chapit ki pi long nan Bib la.</w:t>
      </w:r>
    </w:p>
    <w:p>
      <w:pPr>
        <w:pStyle w:val="ArticleBody"/>
        <w:jc w:val="left"/>
      </w:pPr>
      <w:r>
        <w:rPr>
          <w:rFonts w:ascii="Times New Roman" w:hAnsi="Times New Roman" w:eastAsia="Times New Roman" w:cs="Times New Roman"/>
        </w:rPr>
        <w:t>Sòm 119 se yon akrostik alfabetik, sa vle di premye lèt chak gwoup uit vèsè yo kòmanse ak menm lèt la. Gen vennnde lèt nan alfabè ebre a; konsa, gen vennnde seksyon ki gen uit vèsè chak. Chak seksyon kòmanse ak lèt alfabè a dapre lòd alfabè a, epi apre sa chak youn nan uit vèsè ki atribiye a lèt sa a kòmanse ak menm lèt sa a. Gen uit vèsè pou chak lèt; konsa, uit vèsè miltipliye pa vennnde lèt alfabè ebre a bay san swasannzèz liy. Sòm nan mete aksan sou obeyisans anvè yon Bondye ki se Bondye lòd (kidonk estrikti akrostik la), e non pa Bondye dezòd.</w:t>
      </w:r>
    </w:p>
    <w:p>
      <w:pPr>
        <w:pStyle w:val="ArticleBody"/>
        <w:jc w:val="left"/>
      </w:pPr>
      <w:r>
        <w:rPr>
          <w:rFonts w:ascii="Times New Roman" w:hAnsi="Times New Roman" w:eastAsia="Times New Roman" w:cs="Times New Roman"/>
        </w:rPr>
        <w:t>Yon lòt tèm enpòtan nan Sòm 119 se verite pwofon sa a: Pawòl Bondye a sifi nèt. Gen uit tèm diferan ki fè referans ak Pawòl Bondye a nan tout Sòm nan: lalwa, temwayaj, prensip, lwa fikse, kòmandman, jijman, pawòl, ak òdonans. Nan prèske chak vèsè, yo mansyone Pawòl Bondye a. Sòm 119 pa sèlman konfime karaktè Ekriti yo, men li konfime tou ke Pawòl Bondye a reflete menm karaktè Bondye Li menm. Remake atribi Bondye sa yo ki parèt nan Sòm 119:</w:t>
      </w:r>
    </w:p>
    <w:p>
      <w:pPr>
        <w:pStyle w:val="ArticleListItem"/>
        <w:ind w:left="576" w:hanging="259"/>
        <w:jc w:val="left"/>
      </w:pPr>
      <w:r>
        <w:rPr>
          <w:rFonts w:ascii="Times New Roman" w:hAnsi="Times New Roman" w:eastAsia="Times New Roman" w:cs="Times New Roman"/>
        </w:rPr>
        <w:t>1. Lajistis (vèsè 7, 62, 75, 106, 123, 138, 144, 160, 164, 172)</w:t>
      </w:r>
    </w:p>
    <w:p>
      <w:pPr>
        <w:pStyle w:val="ArticleListItem"/>
        <w:ind w:left="576" w:hanging="259"/>
        <w:jc w:val="left"/>
      </w:pPr>
      <w:r>
        <w:rPr>
          <w:rFonts w:ascii="Times New Roman" w:hAnsi="Times New Roman" w:eastAsia="Times New Roman" w:cs="Times New Roman"/>
        </w:rPr>
        <w:t>2. Fyab (vèsè 42)</w:t>
      </w:r>
    </w:p>
    <w:p>
      <w:pPr>
        <w:pStyle w:val="ArticleListItem"/>
        <w:ind w:left="576" w:hanging="259"/>
        <w:jc w:val="left"/>
      </w:pPr>
      <w:r>
        <w:rPr>
          <w:rFonts w:ascii="Times New Roman" w:hAnsi="Times New Roman" w:eastAsia="Times New Roman" w:cs="Times New Roman"/>
        </w:rPr>
        <w:t>3. Verite (vèsè 43, 142, 151, 160)</w:t>
      </w:r>
    </w:p>
    <w:p>
      <w:pPr>
        <w:pStyle w:val="ArticleListItem"/>
        <w:ind w:left="576" w:hanging="259"/>
        <w:jc w:val="left"/>
      </w:pPr>
      <w:r>
        <w:rPr>
          <w:rFonts w:ascii="Times New Roman" w:hAnsi="Times New Roman" w:eastAsia="Times New Roman" w:cs="Times New Roman"/>
        </w:rPr>
        <w:t>4. Fidélité (verset 86)</w:t>
      </w:r>
    </w:p>
    <w:p>
      <w:pPr>
        <w:pStyle w:val="ArticleListItem"/>
        <w:ind w:left="576" w:hanging="259"/>
        <w:jc w:val="left"/>
      </w:pPr>
      <w:r>
        <w:rPr>
          <w:rFonts w:ascii="Times New Roman" w:hAnsi="Times New Roman" w:eastAsia="Times New Roman" w:cs="Times New Roman"/>
        </w:rPr>
        <w:t>5. Imutabilité (verset 89)</w:t>
      </w:r>
    </w:p>
    <w:p>
      <w:pPr>
        <w:pStyle w:val="ArticleListItem"/>
        <w:ind w:left="576" w:hanging="259"/>
        <w:jc w:val="left"/>
      </w:pPr>
      <w:r>
        <w:rPr>
          <w:rFonts w:ascii="Times New Roman" w:hAnsi="Times New Roman" w:eastAsia="Times New Roman" w:cs="Times New Roman"/>
        </w:rPr>
        <w:t>6. Etenite (vèsè 90, 152)</w:t>
      </w:r>
    </w:p>
    <w:p>
      <w:pPr>
        <w:pStyle w:val="ArticleListItem"/>
        <w:ind w:left="576" w:hanging="259"/>
        <w:jc w:val="left"/>
      </w:pPr>
      <w:r>
        <w:rPr>
          <w:rFonts w:ascii="Times New Roman" w:hAnsi="Times New Roman" w:eastAsia="Times New Roman" w:cs="Times New Roman"/>
        </w:rPr>
        <w:t>7. Limyè (vèsè 105)</w:t>
      </w:r>
    </w:p>
    <w:p>
      <w:pPr>
        <w:pStyle w:val="ArticleListItem"/>
        <w:ind w:left="576" w:hanging="259"/>
        <w:jc w:val="left"/>
      </w:pPr>
      <w:r>
        <w:rPr>
          <w:rFonts w:ascii="Times New Roman" w:hAnsi="Times New Roman" w:eastAsia="Times New Roman" w:cs="Times New Roman"/>
        </w:rPr>
        <w:t>8. Pite (vèsè 140)</w:t>
      </w:r>
    </w:p>
    <w:p>
      <w:pPr>
        <w:pStyle w:val="ArticleBody"/>
        <w:jc w:val="left"/>
      </w:pPr>
      <w:r>
        <w:rPr>
          <w:rFonts w:ascii="Times New Roman" w:hAnsi="Times New Roman" w:eastAsia="Times New Roman" w:cs="Times New Roman"/>
        </w:rPr>
        <w:t>Sòm nan louvri ak de benediksyon. “Benedi” se moun ki chemen yo san repwòch, ki viv dapre lalwa Bondye a, ki kenbe lòd li yo epi ki chèche li ak tout kè yo. Men leson yo pou nou nan gran Sòm sa a. Pawòl Bondye a sifi pou fè nou vin saj, pou fòme nou nan jistis, epi pou ekipe nou pou tout bon zèv (2 Timote 3:15–17).</w:t>
      </w:r>
    </w:p>
    <w:p>
      <w:pPr>
        <w:pStyle w:val="ArticleBody"/>
        <w:jc w:val="left"/>
      </w:pPr>
      <w:r>
        <w:rPr>
          <w:rFonts w:ascii="Times New Roman" w:hAnsi="Times New Roman" w:eastAsia="Times New Roman" w:cs="Times New Roman"/>
        </w:rPr>
        <w:t>Byen antandi, Sòm 119 fè pati yon sijè ki rete prèske san rezolisyon nan mond relijye a. Li gen rapò ak kestyon ki vèsè ki vèsè mitan Bib la, epi ki chapit ki chapit mitan Bib la. Si w fè rechèch sou entènèt la, w ap jwenn divès agiman ki santre sou ki Bib ou itilize, ak lòt bagay ankò. Pwoblèm ki genyen ak chak pozisyon nan deba a se ke definisyon mitan Bib la, kit se yon vèsè oubyen yon chapit, dwe defini pa Otè Bib la, pa pa etidyan oswa kritik imen Bib la.</w:t>
      </w:r>
    </w:p>
    <w:p>
      <w:pPr>
        <w:pStyle w:val="ArticleBody"/>
        <w:jc w:val="left"/>
      </w:pPr>
      <w:r>
        <w:rPr>
          <w:rFonts w:ascii="Times New Roman" w:hAnsi="Times New Roman" w:eastAsia="Times New Roman" w:cs="Times New Roman"/>
        </w:rPr>
        <w:t>Bib la anseye ke gen yon kòmansman ak yon fen pou tout bagay. Pou tout bagay, gen yon sezon.</w:t>
      </w:r>
    </w:p>
    <w:p>
      <w:pPr>
        <w:pStyle w:val="ArticleScripture"/>
        <w:jc w:val="left"/>
      </w:pPr>
      <w:r>
        <w:rPr>
          <w:rFonts w:ascii="Times New Roman" w:hAnsi="Times New Roman" w:eastAsia="Times New Roman" w:cs="Times New Roman"/>
        </w:rPr>
        <w:t>Pou tout bagay gen yon sezon, e gen yon tan pou tout objektif anba syèl la: Yon tan pou fèt, e yon tan pou mouri; yon tan pou plante, e yon tan pou rache sa ki te plante. Eklezyas 3:1, 2.</w:t>
      </w:r>
    </w:p>
    <w:p>
      <w:pPr>
        <w:pStyle w:val="ArticleBody"/>
        <w:jc w:val="left"/>
      </w:pPr>
      <w:r>
        <w:rPr>
          <w:rFonts w:ascii="Times New Roman" w:hAnsi="Times New Roman" w:eastAsia="Times New Roman" w:cs="Times New Roman"/>
        </w:rPr>
        <w:t>Gen yon tan pou fèt e gen yon tan pou mouri, men genyen tou lavi ki dewoule nan mitan kòmansman ak finisman lavi nou. Nesans lan se yon moman kout nan tan, menm jan ak lanmò. Lavi a se mitan an, e an jeneral li gen anpil plis istwa ki makonnen avè l pase tan lè nou fèt ak tan lè nou mouri.</w:t>
      </w:r>
    </w:p>
    <w:p>
      <w:pPr>
        <w:pStyle w:val="ArticleBody"/>
        <w:jc w:val="left"/>
      </w:pPr>
      <w:r>
        <w:rPr>
          <w:rFonts w:ascii="Times New Roman" w:hAnsi="Times New Roman" w:eastAsia="Times New Roman" w:cs="Times New Roman"/>
        </w:rPr>
        <w:t>Sant lan, nan “règ premye mansyone a,” anjeneral gen anpil plis temwayaj pase premye a ak dènye a. Chèche yon sèl vèsè oswa yon sèl chapit nan Bib la epi defini li kòm sant lan, se neglije prèv biblik la, menm si kòmansman an ak fen an se esansyèlman pwen nan tan; sant lan, anjeneral, se yon peryòd tan. Byen antandi, kòmansman an, fen an ak sant lan ap dakò youn ak lòt, byenke souvan menm waymark la nan fen an se opoze kòmansman an.</w:t>
      </w:r>
    </w:p>
    <w:p>
      <w:pPr>
        <w:pStyle w:val="ArticleBody"/>
        <w:jc w:val="left"/>
      </w:pPr>
      <w:r>
        <w:rPr>
          <w:rFonts w:ascii="Times New Roman" w:hAnsi="Times New Roman" w:eastAsia="Times New Roman" w:cs="Times New Roman"/>
        </w:rPr>
        <w:t>Jezi te idantifye Jan Batis kòm Eli, epi toude ilistre menm sekans pwofetik evènman yo; men Eli te sibi pèsekisyon anba men yon fanm mechan (Jezabèl) ki te chèche mete Eli nan prizon epi touye l, men li pa t janm rive fè sa. Jan, ki te yon senbòl Eli, te sibi rechèch yon fanm mechan (Erodyad) pou mete l nan prizon epi touye l, e li menm li te rive fè sa. Eli ak Jan se senbòl ki ka ranplase youn lòt, men yo gen kèk karakteristik pwofetik ki opoze youn ak lòt, pandan yo toujou rete paralèl youn ak lòt. Eli pa t janm mouri; Jan, li menm, te mouri. Lè yon moun konprann ke souvni pwofetik ki aliyen youn ak lòt yo souvan opoze, sa pèmèt moun ki vle wè yo konprann ke mitan Bib la se Sòm 118.</w:t>
      </w:r>
    </w:p>
    <w:p>
      <w:pPr>
        <w:pStyle w:val="ArticleBody"/>
        <w:jc w:val="left"/>
      </w:pPr>
      <w:r>
        <w:rPr>
          <w:rFonts w:ascii="Times New Roman" w:hAnsi="Times New Roman" w:eastAsia="Times New Roman" w:cs="Times New Roman"/>
        </w:rPr>
        <w:t>Lè nou sèvi ak prensip règ premye mansyònman an jan nou te defini li a, nou jwenn kòmansman mitan Bib la nan Sòm 117, chapit ki pi kout nan Bib la, ki gen de vèsè. Apre sa vini chapit 118, ki se mitan Bib la, epi chapit 118 suiv pa 119, ki se chapit ki pi long nan Bib la e ki make fen mitan Bib la. Bèl Lengwis la make kòmansman an ak chapit ki pi kout la, epi apre sa li make fen an ak chapit ki pi long la. Yo se de chapit opoze. Kòmansman an se semans lan, epi fen an se kote plant ki rive nan tout matirite li devlope, kote tout temwayaj ki chita nan mitan an mare ansanm. Remake Sòm 117.</w:t>
      </w:r>
    </w:p>
    <w:p>
      <w:pPr>
        <w:pStyle w:val="ArticleScripture"/>
        <w:jc w:val="left"/>
      </w:pPr>
      <w:r>
        <w:rPr>
          <w:rFonts w:ascii="Times New Roman" w:hAnsi="Times New Roman" w:eastAsia="Times New Roman" w:cs="Times New Roman"/>
        </w:rPr>
        <w:t>O, fè lwanj Senyè a, nou tout nasyon yo; fè lwanj li, nou tout pèp yo. Paske bonte mizèrikòd li a gran anpil sou nou; e verite Senyè a dire pou tout tan. Fè lwanj Senyè a. Sòm 117:1, 2.</w:t>
      </w:r>
    </w:p>
    <w:p>
      <w:pPr>
        <w:pStyle w:val="ArticleBody"/>
        <w:jc w:val="left"/>
      </w:pPr>
      <w:r>
        <w:rPr>
          <w:rFonts w:ascii="Times New Roman" w:hAnsi="Times New Roman" w:eastAsia="Times New Roman" w:cs="Times New Roman"/>
        </w:rPr>
        <w:t>Mo n ap konsidere a, ki fòme ak twa lèt, tradui kòm “verite” nan vèsè de a, epi li reprezante kòmansman mitan Bib la, (mitan Bib la se Sòm 117–119). Fen mitan an se Sòm 119. Sòm 118 se mitan mitan an. Sòm 118 plase ant chapit ki pi kout la ak chapit ki pi long la nan Bib la, epi chapit ki pi kout la, ki se kòmansman an, prezante mo “verite” a, ki fòme pa twa lèt ki reprezante twa etap levanjil etènèl la, epi ki se kad pou konprann verite a. Kad sa a se prensip ki reprezante karaktè Kris la kòm Alfa ak Omega.</w:t>
      </w:r>
    </w:p>
    <w:p>
      <w:pPr>
        <w:pStyle w:val="ArticleBody"/>
        <w:jc w:val="left"/>
      </w:pPr>
      <w:r>
        <w:rPr>
          <w:rFonts w:ascii="Times New Roman" w:hAnsi="Times New Roman" w:eastAsia="Times New Roman" w:cs="Times New Roman"/>
        </w:rPr>
        <w:t>Fen pati mitan an, ki se chapit 119 la, se yon akrostik alfabetik yo mete nan mitan Bib la, ki mete anfaz sou bèl lengwis la. Kat fwa nan chapit 119, menm mo a tradui kòm verite.</w:t>
      </w:r>
    </w:p>
    <w:p>
      <w:pPr>
        <w:pStyle w:val="ArticleScripture"/>
        <w:jc w:val="left"/>
      </w:pPr>
      <w:r>
        <w:rPr>
          <w:rFonts w:ascii="Times New Roman" w:hAnsi="Times New Roman" w:eastAsia="Times New Roman" w:cs="Times New Roman"/>
        </w:rPr>
        <w:t>Epi pa wete pawòl verite a nèt nan bouch mwen; paske mwen mete espwa mwen nan jijman ou yo. Vèsè 43.</w:t>
      </w:r>
    </w:p>
    <w:p>
      <w:pPr>
        <w:pStyle w:val="ArticleScripture"/>
        <w:jc w:val="left"/>
      </w:pPr>
      <w:r>
        <w:rPr>
          <w:rFonts w:ascii="Times New Roman" w:hAnsi="Times New Roman" w:eastAsia="Times New Roman" w:cs="Times New Roman"/>
        </w:rPr>
        <w:t>Jistis ou se yon jistis etènèl, e lalwa ou se verite a. Vèsè 142.</w:t>
      </w:r>
    </w:p>
    <w:p>
      <w:pPr>
        <w:pStyle w:val="ArticleScripture"/>
        <w:jc w:val="left"/>
      </w:pPr>
      <w:r>
        <w:rPr>
          <w:rFonts w:ascii="Times New Roman" w:hAnsi="Times New Roman" w:eastAsia="Times New Roman" w:cs="Times New Roman"/>
        </w:rPr>
        <w:t>Ou toupre, O Senyè; e tout kòmandman ou yo se verite. Vèsè 151.</w:t>
      </w:r>
    </w:p>
    <w:p>
      <w:pPr>
        <w:pStyle w:val="ArticleScripture"/>
        <w:jc w:val="left"/>
      </w:pPr>
      <w:r>
        <w:rPr>
          <w:rFonts w:ascii="Times New Roman" w:hAnsi="Times New Roman" w:eastAsia="Times New Roman" w:cs="Times New Roman"/>
        </w:rPr>
        <w:t>Pawòl ou se verite depi nan kòmansman an; epi chak youn nan jijman jis ou yo dire pou tout tan. Vèsè 160.</w:t>
      </w:r>
    </w:p>
    <w:p>
      <w:pPr>
        <w:pStyle w:val="ArticleBody"/>
        <w:jc w:val="left"/>
      </w:pPr>
      <w:r>
        <w:rPr>
          <w:rFonts w:ascii="Times New Roman" w:hAnsi="Times New Roman" w:eastAsia="Times New Roman" w:cs="Times New Roman"/>
        </w:rPr>
        <w:t>Verite ki nan vèsè sa yo se yon règ pwofesi biblik ki idantifye fen an depi nan kòmansman an, e verite ki nan vèsè yo se ke Alfa ak Omega a mete siyati Li sou mitan Bib la, menm jan Li te fè sa pou kòmansman an ak fen an. Siyati premye ak dènye a se “kad” pou prezante dènye mesaj avètisman twazyèm zanj lan. Dènye pati mitan an gen ladan kat vèsè ki sèvi ak mo yo tradui kòm “verite,” byenke katriyèm referans lan tradui senpleman kòm “vre.” Dènye final nan kat vèsè sa yo idantifye ke “depi nan kòmansman an,” pawòl la se “vre.”</w:t>
      </w:r>
    </w:p>
    <w:p>
      <w:pPr>
        <w:pStyle w:val="ArticleBody"/>
        <w:jc w:val="left"/>
      </w:pPr>
      <w:r>
        <w:rPr>
          <w:rFonts w:ascii="Times New Roman" w:hAnsi="Times New Roman" w:eastAsia="Times New Roman" w:cs="Times New Roman"/>
        </w:rPr>
        <w:t>Nan kòmansman an, nan istwa kreyasyon an nan Jenèz youn ak de, mo “verite” a, menm si li pa ekri dirèkteman, reprezante nan twa dènye mo istwa kreyasyon an, paske chak mo kòmanse ak lèt yo, nan lòd, ki fòme mo “verite” a. Nan kòmansman an te Pawòl la, e se pa Li tout bagay te kreye, e temwayaj kreyasyon an nan Jenèz kòmanse ak mo sa yo: “Nan kòmansman an” epi li fini ak twa mo ki reprezante verite ki asosye ak yon atribi Kris la, ki nan Ezayi defini kòm prèv ke Li se sèl grenn Bondye a.</w:t>
      </w:r>
    </w:p>
    <w:p>
      <w:pPr>
        <w:pStyle w:val="ArticleBody"/>
        <w:jc w:val="left"/>
      </w:pPr>
      <w:r>
        <w:rPr>
          <w:rFonts w:ascii="Times New Roman" w:hAnsi="Times New Roman" w:eastAsia="Times New Roman" w:cs="Times New Roman"/>
        </w:rPr>
        <w:t>Mitan Bib la (Sòm 117–119) kòmanse nan chapit 117 lè li fè referans ak verite ki di kòmansman an reprezante fen an, atravè itilizasyon mo « verite » a. Mo sa a fòme ak twa lèt ki reprezante levanjil etènèl la ak mesaj twa zanj yo, epi ki idantifye fen istwa kreyasyon an. Fen mitan Bib la se yon prezantasyon alfabè a ke bèl lengwis la te pwodui pou etabli konpreyansyon ke sa k ap revele kounye a konsènan karaktè Li ann akò ak definisyon mo revelasyon an, paske Revelasyon Jezi Kris la se yon mesaj ki fèt pou prezante yon aspè nan karaktè Kris la ki, jouk isit la, pa t janm rekonèt nèt, si menm li te rekonèt ditou. Revelasyon an ann amoni ak liy istwa alyans lan, paske istwa alyans lan gen ladan l prèv efò Bondye fè pou revele tèt Li atravè non, pandan Istwa-Li t ap dewoule.</w:t>
      </w:r>
    </w:p>
    <w:p>
      <w:pPr>
        <w:pStyle w:val="ArticleScripture"/>
        <w:jc w:val="left"/>
      </w:pPr>
      <w:r>
        <w:rPr>
          <w:rFonts w:ascii="Times New Roman" w:hAnsi="Times New Roman" w:eastAsia="Times New Roman" w:cs="Times New Roman"/>
        </w:rPr>
        <w:t>“Gwo prensip lalwa a, ki soti nan nati menm Bondye, yo enkòpore nan pawòl Kris la sou mòn nan. Nenpòt moun ki bati sou yo, se sou Kris la l ap bati, Wòch ki la pou tout tan an. Lè nou resevwa pawòl la, nou resevwa Kris la. E se sèlman moun ki konsa resevwa pawòl Li yo k ap bati sou Li. ‘Paske pèsonn pa ka poze okenn lòt fondasyon pase sa ki deja poze a, ki se Jezikri.’ 1 Korentyen 3:11. ‘Pa gen okenn lòt non anba syèl la yo bay pami lèzòm, pa mwayen li menm nou dwe sove.’ Travay 4:12. Kris la, Pawòl la, revelasyon Bondye a,—manifestasyon karaktè Li, lalwa Li, lanmou Li, lavi Li,—se sèl fondasyon sou ki nou kapab bati yon karaktè ki va dire.” Mòn Benediksyon yo, 148.</w:t>
      </w:r>
    </w:p>
    <w:p>
      <w:pPr>
        <w:pStyle w:val="ArticleBody"/>
        <w:jc w:val="left"/>
      </w:pPr>
      <w:r>
        <w:rPr>
          <w:rFonts w:ascii="Times New Roman" w:hAnsi="Times New Roman" w:eastAsia="Times New Roman" w:cs="Times New Roman"/>
        </w:rPr>
        <w:t>Byen antandi, gen anpil lòt bagay ankò pou nou trete konsènan verite sa a, men nou pral rete la pou kounye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Kisa ki Verite? — Nimewo En</dc:title>
  <dc:subject>Kad Verite a: Revelasyon, Paralèl Pwofetik, ak Alfa ak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