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 sa ki Verite? — Nimewo Senk</w:t>
      </w:r>
    </w:p>
    <w:p>
      <w:pPr>
        <w:pStyle w:val="ArticleSubtitle"/>
        <w:jc w:val="left"/>
      </w:pPr>
      <w:r>
        <w:rPr>
          <w:rFonts w:ascii="Arial" w:hAnsi="Arial" w:eastAsia="Arial" w:cs="Arial"/>
        </w:rPr>
        <w:t>Le Consolateur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Istwa pwofetik ki te louvri anndan sèt loraj yo idantifye istwa kote nou ye kounye a. Sekrè a te kache jouk lè istwa li te reprezante a rive. Se tan kote Konsolatè a, Lespri “verite” a, revele verite Jan te rele Revelasyon Jezikri a, paske Jezikri se Verite a. Se pa sèlman lefètke mo “verite” a reprezante karaktè Bondye. E se pa sèlman yon revelasyon sou mèvèye lengwis la, kote mo ebre pou “verite” a sèvi nan fason ki tèlman pwofon atravè Ekriti yo. Men se tou mirak etonan an ki, lè yo konprann li, vin kle pou louvri pwofesi liv Revelasyon an, e konsa li louvri tout Bib la. Men sa se sèlman pou sila yo ki dispoze wè, tande, epi kenbe bagay ki ekri ladan l yo, paske tan an toupre.</w:t>
      </w:r>
    </w:p>
    <w:p>
      <w:pPr>
        <w:pStyle w:val="ArticleBody"/>
        <w:jc w:val="left"/>
      </w:pPr>
      <w:r>
        <w:rPr>
          <w:rFonts w:ascii="Times New Roman" w:hAnsi="Times New Roman" w:eastAsia="Times New Roman" w:cs="Times New Roman"/>
        </w:rPr>
        <w:t>Pou lèzòm rekonèt “verite” a yon jan pou yo ka sanktifye pa li, sa mande prezans Sentespri a. Lèzòm kapab konprann mo “verite” a sou plan entelektyèl, e menm sezi devan enpòtans li, men “verite” a dwe manje. Li dwe vin enteryorize epi tounen yon pati nan eksperyans yon moun, paske pawòl la transmèt pouvwa kreyatif Bondye bay sila yo ki chèche transfòme nan imaj Kris la. Youn nan pwen depa ankèt pèsonèl mwen sou mo ebre yo tradui pa “verite” se te biblis ebre yo, ki yo menm tou pale sou nati etonan mo “verite” a ak fason yo sèvi avè l nan Bib la. Men, pa gen okenn rezon pou kwè ke konpreyansyon entelektyèl yo genyen sou mo “verite” a mennen yo bay Kris la.</w:t>
      </w:r>
    </w:p>
    <w:p>
      <w:pPr>
        <w:pStyle w:val="ArticleBody"/>
        <w:jc w:val="left"/>
      </w:pPr>
      <w:r>
        <w:rPr>
          <w:rFonts w:ascii="Times New Roman" w:hAnsi="Times New Roman" w:eastAsia="Times New Roman" w:cs="Times New Roman"/>
        </w:rPr>
        <w:t>Reyalite pwofetik ki montre ke pawòl la dwe manje avèk prezans Sentespri a fè eko ak definisyon Sister White bay sou “lwil la” nan parabòl dis vyèj yo, epi tou ak deskripsyon li fè sou de klas vyèj k ap tann Lemarye a.</w:t>
      </w:r>
    </w:p>
    <w:p>
      <w:pPr>
        <w:pStyle w:val="ArticleBody"/>
        <w:jc w:val="left"/>
      </w:pPr>
      <w:r>
        <w:rPr>
          <w:rFonts w:ascii="Times New Roman" w:hAnsi="Times New Roman" w:eastAsia="Times New Roman" w:cs="Times New Roman"/>
        </w:rPr>
        <w:t>Yon senbòl, pi souvan, genyen plis pase yon siyifikasyon, e se kontèks kote senbòl la parèt la ki dwe detèmine siyifikasyon an. Li pa dwe detèmine ni pa definisyon ekspè gramè a bay pou mo a, ni pa peryòd istorik kote mo a te ekri a. Se de apwòch sa yo teyolojyen Advantis yo te sezi pou yo kapab nye “verite” a. Se kontèks kote yo itilize yon senbòl ki defini li. Anndan Lespri Pwofesi a, mo “lwil” la nan parabòl dis vyèj yo reprezante omwen kèk bagay diferan, selon kontèks pasaj kote “lwil” la parèt la. Poukisa yon gwoup vyèj posede lwil la, epi lòt la pa genyen li?</w:t>
      </w:r>
    </w:p>
    <w:p>
      <w:pPr>
        <w:pStyle w:val="ArticleScripture"/>
        <w:jc w:val="left"/>
      </w:pPr>
      <w:r>
        <w:rPr>
          <w:rFonts w:ascii="Times New Roman" w:hAnsi="Times New Roman" w:eastAsia="Times New Roman" w:cs="Times New Roman"/>
        </w:rPr>
        <w:t>“Gen yon mond k ap viv nan mechanste, nan twonpri, ak nan delizyon, anba menm lonbraj lanmò a,—ap dòmi, ap dòmi. Kilès k ap santi doulè nanm pou reveye yo? Ki vwa ki ka rive jwenn yo? Lespri mwen mennen m nan lavni, lè yo va bay siy la: ‘Men Veteris la ap vini; soti al kontre Li.’ Men, gen kèk ki va retade pou jwenn lwil la pou ranpli lanp yo, epi twò ta yo va dekouvri ke karaktè a, ki reprezante pa lwil la, pa ka transmèt bay yon lòt. Lwil sa a se jistis Kris la. Li reprezante karaktè, epi karaktè pa ka transmèt. Pèsonn pa ka asire li pou yon lòt. Chak moun dwe jwenn pou tèt pa li yon karaktè ki pirifye anba tout tach peche.” Bible Echo, 4 me 1896.</w:t>
      </w:r>
    </w:p>
    <w:p>
      <w:pPr>
        <w:pStyle w:val="ArticleBody"/>
        <w:jc w:val="left"/>
      </w:pPr>
      <w:r>
        <w:rPr>
          <w:rFonts w:ascii="Times New Roman" w:hAnsi="Times New Roman" w:eastAsia="Times New Roman" w:cs="Times New Roman"/>
        </w:rPr>
        <w:t>Vyèj sòt yo pa posede karaktè ki nesesè pou yo reyisi nan kriz ki pral vini byento a. Yo manke lajistis Kris la. Men lwil la se yon mesaj tou, epi lwil ki nan parabòl dis vyèj yo nan “dènye jou yo” se dènye mesaj avètisman an, jan li reprezante pa Revelasyon Jezikri a, ki dwe tande, li, epi kenbe.</w:t>
      </w:r>
    </w:p>
    <w:p>
      <w:pPr>
        <w:pStyle w:val="ArticleScripture"/>
        <w:jc w:val="left"/>
      </w:pPr>
      <w:r>
        <w:rPr>
          <w:rFonts w:ascii="Times New Roman" w:hAnsi="Times New Roman" w:eastAsia="Times New Roman" w:cs="Times New Roman"/>
        </w:rPr>
        <w:t>“Moun Bondye te chwazi yo, k ap kanpe bò kote Seyè tout tè a, gen pozisyon ki te yon lè bay Satan kòm cheriben pwotektè a. Pa mwayen èt sen yo ki antoure twòn li an, Seyè a kenbe yon kominikasyon konstan ak moun ki abite sou tè a. Lwil an lò a reprezante gras Bondye sèvi pou kenbe lanp kwayan yo toujou alimante, pou yo pa fèb epi etenn. Si se pa t pou lwil sen sa a ki vide soti nan syèl la nan mesaj Lespri Bondye a, ajan mechanste yo ta gen kontwòl total sou lèzòm.”</w:t>
      </w:r>
    </w:p>
    <w:p>
      <w:pPr>
        <w:pStyle w:val="ArticleScripture"/>
        <w:jc w:val="left"/>
      </w:pPr>
      <w:r>
        <w:rPr>
          <w:rFonts w:ascii="Times New Roman" w:hAnsi="Times New Roman" w:eastAsia="Times New Roman" w:cs="Times New Roman"/>
        </w:rPr>
        <w:t>“Bondye dezonore lè nou pa resevwa mesaj li voye ban nou yo. Konsa nou refize lwil an lò li ta vide nan nanm nou pou l ka transmèt bay moun ki nan fènwa yo. Lè apèl la va vini, ‘Men, Veterinè a ap vini; soti al rankontre li,’ moun ki pa t resevwa lwil sen an, ki pa t pran swen gras Kris la nan kè yo, va dekouvri, menm jan ak vyèj sòt yo, yo pa pare pou rankontre Seyè yo. Yo pa gen nan yo menm pouvwa pou jwenn lwil la, e lavi yo fini nan dega. Men si nou mande Sentespri Bondye a, si nou sipliye, menm jan Moyiz te fè a, ‘Fè m wè glwa ou,’ lanmou Bondye a va gaye nan kè nou. Atravè tiyo an lò yo, lwil an lò a va transmèt ban nou. ‘Se pa avèk fòs, ni pa avèk pouvwa, men se pa Lespri mwen, Seyè lame yo di sa.’ Lè pitit Bondye yo resevwa reyon klere Solèy Jistis la, yo briye tankou limyè nan lemonn.” Review and Herald, July 20, 1897.</w:t>
      </w:r>
    </w:p>
    <w:p>
      <w:pPr>
        <w:pStyle w:val="ArticleBody"/>
        <w:jc w:val="left"/>
      </w:pPr>
      <w:r>
        <w:rPr>
          <w:rFonts w:ascii="Times New Roman" w:hAnsi="Times New Roman" w:eastAsia="Times New Roman" w:cs="Times New Roman"/>
        </w:rPr>
        <w:t>“Lwil” la se dènye mesaj la, ki yon lòt fwa ankò se Revelasyon Jezi Kris la. Nan pasaj la, moun ki vle gen lwil la dwe sipliye Bondye menm jan Moyiz te fè sa nan twou wòch Oreb la. Men remake byen: si nou dwe “sipliye, menm jan Moyiz te fè sa,” pou Bondye “montre” nou “laglwa” Li, fòk nou anvan tout bagay mande Sentespri a, ki se Konsolatè a. Si nou fè sa, lè sa a, pa mwayen zanj yo ak de tiyo an lò yo, n ap resevwa nan men Kris la jistis li. Nou twonpe tèt nou si nou panse nou ka priye epi sipliye pou karaktè Kris la, jan tradisyon ak koutim Adventis Laodise yo fè kwè sa ta dwe fèt, pandan an menm tan n ap refize mesaj Revelasyon Jezi Kris la. Jistis li transmèt ban nou atravè “mesaj Lespri Bondye a,” ki pase pa mwayen de moun wen yo ki kanpe devan twòn Bondye a. Lè nou rejte mesaj li a, nou rejte jistis li.</w:t>
      </w:r>
    </w:p>
    <w:p>
      <w:pPr>
        <w:pStyle w:val="ArticleScripture"/>
        <w:jc w:val="left"/>
      </w:pPr>
      <w:r>
        <w:rPr>
          <w:rFonts w:ascii="Times New Roman" w:hAnsi="Times New Roman" w:eastAsia="Times New Roman" w:cs="Times New Roman"/>
        </w:rPr>
        <w:t>Lè sa a, mwen reponn, epi mwen di li: Ki sa de pye oliv sa yo ye ki sou bò dwat gwo lanp sèt branch lan, ak sou bò gòch li? Epi mwen reponn ankò, epi mwen di li: Ki sa de branch oliv sa yo ye, ki, atravè de tiyo an lò yo, vide lwil an lò a soti nan yo menm? Epi li reponn mwen, li di: Èske ou pa konnen ki sa yo ye? Epi mwen di: Non, mèt mwen. Lè sa a, li di: Men de moun sa yo Bondye te chwazi ak lwil la, ki kanpe bò kote Seyè tout latè a. Zakari 4:11–14.</w:t>
      </w:r>
    </w:p>
    <w:p>
      <w:pPr>
        <w:pStyle w:val="ArticleBody"/>
        <w:jc w:val="left"/>
      </w:pPr>
      <w:r>
        <w:rPr>
          <w:rFonts w:ascii="Times New Roman" w:hAnsi="Times New Roman" w:eastAsia="Times New Roman" w:cs="Times New Roman"/>
        </w:rPr>
        <w:t>De “de (2) salve yo,” ki kanpe bò kote Seyè tout tè a, yo reprezante tou kòm de temwen yo nan Revelasyon onz.</w:t>
      </w:r>
    </w:p>
    <w:p>
      <w:pPr>
        <w:pStyle w:val="ArticleScripture"/>
        <w:jc w:val="left"/>
      </w:pPr>
      <w:r>
        <w:rPr>
          <w:rFonts w:ascii="Times New Roman" w:hAnsi="Times New Roman" w:eastAsia="Times New Roman" w:cs="Times New Roman"/>
        </w:rPr>
        <w:t>“Konsènan de temwen yo, pwofèt la deklare ankò: ‘Sa yo se de pye oliv yo, ak de gwo lanp yo ki kanpe devan Bondye tè a.’ ‘Pawòl ou a,’ se sa salmis la te di, ‘se yon lanp pou pye m, ak yon limyè sou chemen mwen.’ Revelasyon 11:4; Sòm 119:105. De temwen yo reprezante Ekriti yo nan Ansyen ak Nouvo Testaman an.” The Great Controversy, 267.</w:t>
      </w:r>
    </w:p>
    <w:p>
      <w:pPr>
        <w:pStyle w:val="ArticleBody"/>
        <w:jc w:val="left"/>
      </w:pPr>
      <w:r>
        <w:rPr>
          <w:rFonts w:ascii="Times New Roman" w:hAnsi="Times New Roman" w:eastAsia="Times New Roman" w:cs="Times New Roman"/>
        </w:rPr>
        <w:t>Kit se temwanyaj Zakari a, oswa temwanyaj Jan konsènan de temwen yo, kontèks youn ak lòt nan de temwanyaj sa yo se pwosesis kominikasyon an, ki se premye verite menm yo mansyone an relasyon ak mesaj Revelasyon Jezikri a nan Revelasyon chapit youn, vèsè youn. Soti nan Papa a, bay Pitit la, bay zanj yo, bay yon pwofèt, rive nan legliz la. Pwosesis kote Kris la pale ak limanite se yon konpreyansyon enpòtan li chèche revele nan dènye mesaj avètisman an. Sa koresponn ak anfaz ki genyen nan prezantasyon toude mesaj premye zanj lan ak twazyèm zanj lan.</w:t>
      </w:r>
    </w:p>
    <w:p>
      <w:pPr>
        <w:pStyle w:val="ArticleBody"/>
        <w:jc w:val="left"/>
      </w:pPr>
      <w:r>
        <w:rPr>
          <w:rFonts w:ascii="Times New Roman" w:hAnsi="Times New Roman" w:eastAsia="Times New Roman" w:cs="Times New Roman"/>
        </w:rPr>
        <w:t>Mesaj premye zanj lan reprezante pa William Miller. Miller genyen plizyè karakteristik pwofetik ki dwe rekonèt. Li te “Papa” mouvman an, sa ki, an tèm Alfa ak Omega a, egzije pou ta gen yon pitit gason. Li te reprezante yon mouvman ki te reprezante pa non “Millerite”, ki se mo pou yon kalite wòch. Yo te sèvi avè l pou òganize yon seri règ biblik pou entèpretasyon pwofetik. Règ sa yo vin tounen yon eleman enpòtan nan kominikasyon mesaj Lespri Bondye a ki swa te rejte oswa te aksepte pandan moun nan jenerasyon Miller la t ap chwazi si yo ta kenbe kondisyon Laodiseyen sòt yo a oswa si yo ta vin Filadèlfyen saj. Antanke papa mesaj premye zanj lan, li se yon tip yon mouvman ki pral pwoklame mesaj twazyèm zanj lan, epi konpreyansyon mouvman sa a sou mesaj la pral dirije pa yon seri espesyal règ biblik pou entèpretasyon pwofetik ki tabli mesaj twazyèm zanj lan avèk menm solidite avèk ki yo te sèvi ak Miller pou tabli mesaj premye zanj lan. Bondye pa janm chanje, Jezikri se menm nan yè, jodi a, e pou tout tan.</w:t>
      </w:r>
    </w:p>
    <w:p>
      <w:pPr>
        <w:pStyle w:val="ArticleScripture"/>
        <w:jc w:val="left"/>
      </w:pPr>
      <w:r>
        <w:rPr>
          <w:rFonts w:ascii="Times New Roman" w:hAnsi="Times New Roman" w:eastAsia="Times New Roman" w:cs="Times New Roman"/>
        </w:rPr>
        <w:t>Nou pa dwe twonpe nou, frè m yo byen-aimé. Tout bon don ak tout don pafè soti anwo, e li desann bò kote Papa limyè yo, lakay li pa gen okenn chanjman, ni lonbraj varyasyon. Se pa volonte pa l li fè nou fèt ankò pa pawòl verite a, pou nou ta vin tankou premye fwi nan mitan kreyati li yo. Jak 1:16–18.</w:t>
      </w:r>
    </w:p>
    <w:p>
      <w:pPr>
        <w:pStyle w:val="ArticleBody"/>
        <w:jc w:val="left"/>
      </w:pPr>
      <w:r>
        <w:rPr>
          <w:rFonts w:ascii="Times New Roman" w:hAnsi="Times New Roman" w:eastAsia="Times New Roman" w:cs="Times New Roman"/>
        </w:rPr>
        <w:t>Nan kòmansman oswa nan fen Advantis la, mesaj Lespri Bondye yo, ki reprezante pa lwil la, transmèt atravè de temwen yo. Nan kòmansman an, avèk Milerit yo, de temwen yo te Ansyen ak Nouvo Testaman yo; epi nan fen an, yo se Bib la ak Lespri Pwofesi a. Se poutèt sa Jan, ki pi parfe ilistre fen pèp Bondye a nan dènye jou jijman ankèt la, te sou zile Patmos la.</w:t>
      </w:r>
    </w:p>
    <w:p>
      <w:pPr>
        <w:pStyle w:val="ArticleScripture"/>
        <w:jc w:val="left"/>
      </w:pPr>
      <w:r>
        <w:rPr>
          <w:rFonts w:ascii="Times New Roman" w:hAnsi="Times New Roman" w:eastAsia="Times New Roman" w:cs="Times New Roman"/>
        </w:rPr>
        <w:t>Mwen menm Jan, ki frè nou tou, ak konpayon nou nan tribilasyon, nan wayòm nan, ak nan pasyans Jezi Kris la, mwen te nan zile yo rele Patmos la, poutèt pawòl Bondye a, ak poutèt temwayaj Jezi Kris la. Revelasyon 1:9.</w:t>
      </w:r>
    </w:p>
    <w:p>
      <w:pPr>
        <w:pStyle w:val="ArticleBody"/>
        <w:jc w:val="left"/>
      </w:pPr>
      <w:r>
        <w:rPr>
          <w:rFonts w:ascii="Times New Roman" w:hAnsi="Times New Roman" w:eastAsia="Times New Roman" w:cs="Times New Roman"/>
        </w:rPr>
        <w:t>Kad pwofetik Patmos la montre Jan ap sibi pèsekisyon. Li t ap sibi pèsekisyon poutèt li te resevwa mesaj Lespri Bondye yo ki idantifye Revelasyon Jezikri a atravè Bib la ak Lespri Pwofesi a.</w:t>
      </w:r>
    </w:p>
    <w:p>
      <w:pPr>
        <w:pStyle w:val="ArticleBody"/>
        <w:jc w:val="left"/>
      </w:pPr>
      <w:r>
        <w:rPr>
          <w:rFonts w:ascii="Times New Roman" w:hAnsi="Times New Roman" w:eastAsia="Times New Roman" w:cs="Times New Roman"/>
        </w:rPr>
        <w:t>Pèsekisyon pèp Bondye a nan “dènye jou” yo reprezante tou nan Revelasyon onz, lè de temwen yo touye nan lari yo, epi tout moun ap selebre lanmò yo. Nan chapit onz la, de temwen sa yo se Eli ak Moyiz. Yo te bay temwayaj yo pandan twa zan edmi, epi apre sa yo te touye yo; men apre sa yo te resisite.</w:t>
      </w:r>
    </w:p>
    <w:p>
      <w:pPr>
        <w:pStyle w:val="ArticleBody"/>
        <w:jc w:val="left"/>
      </w:pPr>
      <w:r>
        <w:rPr>
          <w:rFonts w:ascii="Times New Roman" w:hAnsi="Times New Roman" w:eastAsia="Times New Roman" w:cs="Times New Roman"/>
        </w:rPr>
        <w:t>Tout prophète parle davantage des derniers jours que de sa propre histoire; ainsi, s’il est un livre qui parle des derniers jours, c’est bien le livre de l’Apocalypse, où tous les livres de la Bible se rejoignent et s’achèvent. Il doit donc y avoir, dans les derniers jours, un « message » qui est mis à mort, puis ensuite ressuscité. Apocalypse 11 a illustré l’histoire de la Révolution française, mais il illustre plus directement une attaque contre le message du troisième ange dans les derniers jours. Le message et le mouvement préfigurés par le message et le mouvement de Miller ont subi cette attaque et sont morts le 18 juillet 2020. Selon Apocalypse 11, cette attaque devait être menée par la bête qui montait de l’abîme.</w:t>
      </w:r>
    </w:p>
    <w:p>
      <w:pPr>
        <w:pStyle w:val="ArticleScripture"/>
        <w:jc w:val="left"/>
      </w:pPr>
      <w:r>
        <w:rPr>
          <w:rFonts w:ascii="Times New Roman" w:hAnsi="Times New Roman" w:eastAsia="Times New Roman" w:cs="Times New Roman"/>
        </w:rPr>
        <w:t>Epi lè yo va fini rann temwayaj yo, bèt ki monte soti nan twou san fon an va fè lagè kont yo, l ap genyen batay la sou yo, epi l ap touye yo. Epi kadav yo va rete kouche nan lari gran vil la, ki nan sans espirityèl yo rele Sodòm ak Lejip, kote tou Seyè nou an te kloure sou kwa a. Revelasyon 11:8, 9.</w:t>
      </w:r>
    </w:p>
    <w:p>
      <w:pPr>
        <w:pStyle w:val="ArticleBody"/>
        <w:jc w:val="left"/>
      </w:pPr>
      <w:r>
        <w:rPr>
          <w:rFonts w:ascii="Times New Roman" w:hAnsi="Times New Roman" w:eastAsia="Times New Roman" w:cs="Times New Roman"/>
        </w:rPr>
        <w:t>Sè White fè nou konnen ke “twou san fon an” reprezante yon nouvo manifestasyon pouvwa satanik.</w:t>
      </w:r>
    </w:p>
    <w:p>
      <w:pPr>
        <w:pStyle w:val="ArticleScripture"/>
        <w:jc w:val="left"/>
      </w:pPr>
      <w:r>
        <w:rPr>
          <w:rFonts w:ascii="Times New Roman" w:hAnsi="Times New Roman" w:eastAsia="Times New Roman" w:cs="Times New Roman"/>
        </w:rPr>
        <w:t>“‘Lè yo va fin [yo prèske fin] temwayaj yo a.’ Peryòd kote de temwen yo te dwe pwofetize abiye ak twal sak la te fini an 1798. Pandan yo t ap pwoche bò fen travay yo nan fènwa, lagè te dwe fèt kont yo pa pouvwa ki reprezante kòm ‘bèt ki monte soti nan twou san fon an.’ Nan anpil nan nasyon Ewòp yo, pouvwa ki t ap dirije nan Legliz ak Leta te, pandan plizyè syèk, sou kontwòl Satan, pa mwayen papote a. Men, isit la yo mete devan nou yon nouvo manifestasyon pouvwa satanik.” The Great Controversy, 268.</w:t>
      </w:r>
    </w:p>
    <w:p>
      <w:pPr>
        <w:pStyle w:val="ArticleBody"/>
        <w:jc w:val="left"/>
      </w:pPr>
      <w:r>
        <w:rPr>
          <w:rFonts w:ascii="Times New Roman" w:hAnsi="Times New Roman" w:eastAsia="Times New Roman" w:cs="Times New Roman"/>
        </w:rPr>
        <w:t>Gen twa pouvwa yo idantifye nan liv Revelasyon an ki soti nan twou san fon an; premye a ki mansyone se Islam nan Revelasyon chapit nèf, vèsè de; dezyèm nan se ateyis Revolisyon franse a nan chapit onz, vèsè uit; epi twazyèm nan se Wòm modèn nan chapit disèt, vèsè uit. “Nouvo manifestasyon” nan dènye jou yo, ki pa pral sèlman atake mouvman an ki te tipifye pa mouvman Milèrit la, men ki pral atake mond lan tou, se fo reveye fo Rèl Minwi a, yo rele “Woke-ism.” Woke-ism reprezante yon “nouvo manifestasyon pouvwa satanik” ki soutni pa antikris jezuit aktyèl la e ki pwomouvwa atravè machann yo, dirijan politik Nasyonzini yo, reprezantan liberal yo nan legliz pwotestan ki tonbe yo Ozetazini, ak pati Demokrat la an konjonksyon avèk Repibliken RINO yo, ki swa ankouraje swa pèmèt pwomosyon tout varyasyon mòd vi devyan kominote omoseksyèl la, jan sa reprezante nan chapit onz kòm “Sodom.” Twa pouvwa sa yo se sa ki mennen mond lan nan Amagedon, epi yo reprezante tou pa “Ejip,” senbòl ateyis ak monn lan. Plase anndan anachi Revolisyon franse a, ki se yon lòt eleman nan twa pouvwa sa yo ki fòme sa Sè White rele “move konfederasyon an,” yo swa dirèkteman ankouraje swa pèmèt Woke-ism. Woke-ism se fo kontrefè satanik reveye dis vyèj yo. Nou gen plis pou nou diskite sou liy sa yo, men anvan sa, nou bezwen adrese konsekans asasina nan lari a ki te akonpli 18 jiyè 2020.</w:t>
      </w:r>
    </w:p>
    <w:p>
      <w:pPr>
        <w:pStyle w:val="ArticleBody"/>
        <w:jc w:val="left"/>
      </w:pPr>
      <w:r>
        <w:rPr>
          <w:rFonts w:ascii="Times New Roman" w:hAnsi="Times New Roman" w:eastAsia="Times New Roman" w:cs="Times New Roman"/>
        </w:rPr>
        <w:t>Epi tou, chè lektè, tanpri konprann mwen pa gen okenn soutyen pou m ofri Pati Repibliken an. Pa gen okenn tandans politik kote mwen mete okenn konfyans. Se senpleman dinamik pwofetik ki egziste Ozetazini, nan Nasyonzini, ak nan Papisite a mwen ap fè remake. Dinamik sa yo pral trete pi presizeman lè nou kòmanse adrese dirèkteman de kòn yo ki mache an paralèl youn ak lòt depi 1798 jouk rive nan lwa dimanch la.</w:t>
      </w:r>
    </w:p>
    <w:p>
      <w:pPr>
        <w:pStyle w:val="ArticleBody"/>
        <w:jc w:val="left"/>
      </w:pPr>
      <w:r>
        <w:rPr>
          <w:rFonts w:ascii="Times New Roman" w:hAnsi="Times New Roman" w:eastAsia="Times New Roman" w:cs="Times New Roman"/>
        </w:rPr>
        <w:t>«Woke-ism» satanik la, ki reprezante yon fo Kri a Minwi, vini anvan vrè Kri a Minwi a; epi anvan tan vrè Kri a Minwi a rive, sila yo ki te touye nan lari yo pral finalman vin swa yon vyèj san sajès, swa yon vyèj saj. Peryòd tan kote karaktè nou yo ap mare apa swa nan pake ki destine pou dife destriksyon an, swa kòm pake pou granmoun syèl la, se kounye a li rive.</w:t>
      </w:r>
    </w:p>
    <w:p>
      <w:pPr>
        <w:pStyle w:val="ArticleBody"/>
        <w:jc w:val="left"/>
      </w:pPr>
      <w:r>
        <w:rPr>
          <w:rFonts w:ascii="Times New Roman" w:hAnsi="Times New Roman" w:eastAsia="Times New Roman" w:cs="Times New Roman"/>
        </w:rPr>
        <w:t>Sè White idantifye ke, nan tan reta a, vyèj sòt yo nan istwa Milerit la te reyaji a desepsyon eprèv la yon fason diferan ak vyèj saj yo, konsa sa sijere ke, lè tan reta a te rive, karaktè yo te deja fikse. Men, temwayaj Jeremi an fè nou konnen nou ka chwazi retounen bò kote Bondye, e Li pa sèlman va retounen bò kote nou, men Li va fè nou tounen yon miray an bwonz ranfòse kont mechan yo ak moun tèrib yo, pandan y ap sèvi avèk nou kòm bouch pa Li nan kriz k ap vini an. Se nan pwen pwofetik sa a Jezi pwomèt pou konsole nou. Se sa ki bay siyifikasyon kat chapit Jan yo ki plase nan istwa pa nou jounen jodi a.</w:t>
      </w:r>
    </w:p>
    <w:p>
      <w:pPr>
        <w:pStyle w:val="ArticleBody"/>
        <w:jc w:val="left"/>
      </w:pPr>
      <w:r>
        <w:rPr>
          <w:rFonts w:ascii="Times New Roman" w:hAnsi="Times New Roman" w:eastAsia="Times New Roman" w:cs="Times New Roman"/>
        </w:rPr>
        <w:t>Lwil la se Lespri Sen an, li se karaktè e li se mesaj Lespri Bondye a. Lespri Bondye a se “Konsolatè a.” Menm jan Bondye te renmen lemonn sitèlman li te bay sèl Pitit li ki fèt sèl la, e menm jan Jezi te sakrifye nati diven li pou l te aksepte volontèman limanite li te kreye a kòm yon pati nan tèt li pou letènite, konsa tou Lespri Sen an ki bay nan peryòd tan sa a ap rete avèk nou pou tout tan.</w:t>
      </w:r>
    </w:p>
    <w:p>
      <w:pPr>
        <w:pStyle w:val="ArticleScripture"/>
        <w:jc w:val="left"/>
      </w:pPr>
      <w:r>
        <w:rPr>
          <w:rFonts w:ascii="Times New Roman" w:hAnsi="Times New Roman" w:eastAsia="Times New Roman" w:cs="Times New Roman"/>
        </w:rPr>
        <w:t>Si nou renmen m, kenbe kòmandman mwen yo. E mwen menm, m ap lapriyè Papa a, e li va ban nou yon lòt Konsolatè, pou l ka rete avèk nou pou tout tan; sa vle di Lespri verite a, mond lan pa kapab resevwa li, paske li pa wè li, ni li pa konnen li; men nou menm, nou konnen li, paske li rete avèk nou, e li pral nan nou. Mwen p ap kite nou san konsolasyon: m ap vini jwenn nou. Jan 14:15–18.</w:t>
      </w:r>
    </w:p>
    <w:p>
      <w:pPr>
        <w:pStyle w:val="ArticleBody"/>
        <w:jc w:val="left"/>
      </w:pPr>
      <w:r>
        <w:rPr>
          <w:rFonts w:ascii="Times New Roman" w:hAnsi="Times New Roman" w:eastAsia="Times New Roman" w:cs="Times New Roman"/>
        </w:rPr>
        <w:t>Sakrifis Lespri a nan chwazi rete avèk lèzòm pou tout tan, mache paralèl ak sakrifis de lòt pèson yo nan trio selès la. Petèt, menm jan sakrifis Lespri a enpòtan nan volonte Li pou viv anndan chak moun ki delivre pou letènite, se konsa tou vini “Konsolatè” a nan istwa patikilye sa a idantifye moman kote pèp Bondye a sele pou letènite.</w:t>
      </w:r>
    </w:p>
    <w:p>
      <w:pPr>
        <w:pStyle w:val="ArticleScripture"/>
        <w:jc w:val="left"/>
      </w:pPr>
      <w:r>
        <w:rPr>
          <w:rFonts w:ascii="Times New Roman" w:hAnsi="Times New Roman" w:eastAsia="Times New Roman" w:cs="Times New Roman"/>
        </w:rPr>
        <w:t>Epi pa fè Sentespri Bondye a lapenn, li menm pa mwayen li nou sele pou jou redanmsyon an. Efezyen 4:30.</w:t>
      </w:r>
    </w:p>
    <w:p>
      <w:pPr>
        <w:pStyle w:val="ArticleBody"/>
        <w:jc w:val="left"/>
      </w:pPr>
      <w:r>
        <w:rPr>
          <w:rFonts w:ascii="Times New Roman" w:hAnsi="Times New Roman" w:eastAsia="Times New Roman" w:cs="Times New Roman"/>
        </w:rPr>
        <w:t>Nan listwa kote pwomès Konsolatè a akonpli nèt, ki se listwa san karannkat mil yo, Lespri a ap “rete” nan nou “pou tout tan.” Chak kretyen ki te satisfè kondisyon levanjil la te resevwa Sentespri a, e se poutèt sa li te “sele pou jou redanmsyon an,” men sele sa a senpleman lonje dwèt sou tan kote san karannkat mil yo dwe resevwa sele a pandan listwa aktyèl sa a. Nan Efezyen, moun ki sele pou jou redanmsyon an mete an kontradiksyon ak moun ki “fè” “Sentespri a” “lapenn.” Yo fè Sentespri a lapenn lè yo refize aksepte kominikasyon Lespri Bondye a, e konsa yo refize lwil an lò a. Lè Kris pwomèt pou voye ba nou “Konsolatè a,” “Lespri verite a,” nan peryòd desepsyon sa a, Li ap pwomèt pou mete sele Li sou nou, e sele Li a reprezante obsèvans kòmandman Li yo, sitou kòmandman saba a, ki se jou kote Jan te resevwa revelasyon an epi ki se kesyon ki sou pwen konfwonte lemonn antye.</w:t>
      </w:r>
    </w:p>
    <w:p>
      <w:pPr>
        <w:pStyle w:val="ArticleBody"/>
        <w:jc w:val="left"/>
      </w:pPr>
      <w:r>
        <w:rPr>
          <w:rFonts w:ascii="Times New Roman" w:hAnsi="Times New Roman" w:eastAsia="Times New Roman" w:cs="Times New Roman"/>
        </w:rPr>
        <w:t>Sele saj yo akonpli anvan eprèv lwa dimanch lan, paske se la karaktè ni saj yo ni moun sòt yo pral vin manifeste, epi karaktè pa janm devlope nan yon kriz; li sèlman manifeste. Sele a reprezante, pami lòt bagay, yon transfòmasyon soti nan lespri yon Lawodiseyen pou rive nan lespri yon Filadèlfyen. Pwoblèm nan se ke, pou transfòmasyon sa a ka akonpli, premye eprèv la pou chak nan nou se konprann avèk senserite ke jiska prezan nou te Lawodiseyen; paske antanke Lawodiseyen, atitid espirityèl prensipal nou se ke tout bagay anfòm, alòske an reyalite tout bagay ale mal nèt. Atitid sa a dwe mete sou kote; se youn nan bagay sal yo ki dwe separe ak sa ki gen anpil valè.</w:t>
      </w:r>
    </w:p>
    <w:p>
      <w:pPr>
        <w:pStyle w:val="ArticleScripture"/>
        <w:jc w:val="left"/>
      </w:pPr>
      <w:r>
        <w:rPr>
          <w:rFonts w:ascii="Times New Roman" w:hAnsi="Times New Roman" w:eastAsia="Times New Roman" w:cs="Times New Roman"/>
        </w:rPr>
        <w:t>“Menm lè pèp Bondye a resevwa so a sou fwon yo—se pa yon so oswa yon mak ki ka wè, men se yon rasinman nan verite a, ni nan lespri yo ni nan lavi espirityèl yo, konsa yo pa ka brannen—menm lè pèp Bondye a fin resevwa so a epi yo pare pou soukous la, li va vini. Anfèt, li deja kòmanse; jijman Bondye yo deja sou peyi a kounye a, pou sèvi nou kòm avètisman, pou nou ka konnen sa k ap vini.” Seventh-day Adventist Bible Commentary, volume 4, 1161.</w:t>
      </w:r>
    </w:p>
    <w:p>
      <w:pPr>
        <w:pStyle w:val="ArticleBody"/>
        <w:jc w:val="left"/>
      </w:pPr>
      <w:r>
        <w:rPr>
          <w:rFonts w:ascii="Times New Roman" w:hAnsi="Times New Roman" w:eastAsia="Times New Roman" w:cs="Times New Roman"/>
        </w:rPr>
        <w:t>“Konsole a” Jezi pwomèt disip Li yo, ki bay yo konsolasyon nan tan desepsyon an, ap gide pèp Li a nan tout verite, e se atravè yon “byen tabli nan verite a” nou sele. “Verite” pèp Bondye a dwe byen tabli ladan l nan moman sa a se “verite” ki vin deseleyé jis anvan tan gras la fèmen, paske “tan an pre.” Verite sa a se estrikti istwa kache sèt loraj yo, e istwa kache sa a idantifye istwa kote Revelasyon Jezi Kris la louvri. Istwa kache sèt loraj yo pral akonpli nan menm moman kote “verite” a, ki reprezante kòm istwa kache a, vin deseleyé. Deseleyman “verite” a se sa ki sele moun ki resevwa mesaj la ki te deja sele.</w:t>
      </w:r>
    </w:p>
    <w:p>
      <w:pPr>
        <w:pStyle w:val="ArticleBody"/>
        <w:jc w:val="left"/>
      </w:pPr>
      <w:r>
        <w:rPr>
          <w:rFonts w:ascii="Times New Roman" w:hAnsi="Times New Roman" w:eastAsia="Times New Roman" w:cs="Times New Roman"/>
        </w:rPr>
        <w:t>Pèp Bondye a resevwa sele sou fwon yo anvan soukous nasyon yo ki an kòlè a, ki rive nan moman lwa dimanch lan, konsa li mete kòmansman nan fayit nasyonal la. Revelasyon Jezikri a se “pawòl pwofesi” liv Revelasyon an, ki pa dwe sele ankò, paske tan an pre. Se verite a ki kounye a dwe li, dwe tande, e pi enpòtan toujou, dwe kenbe, si nou vle resevwa benediksyon an.</w:t>
      </w:r>
    </w:p>
    <w:p>
      <w:pPr>
        <w:pStyle w:val="ArticleScripture"/>
        <w:jc w:val="left"/>
      </w:pPr>
      <w:r>
        <w:rPr>
          <w:rFonts w:ascii="Times New Roman" w:hAnsi="Times New Roman" w:eastAsia="Times New Roman" w:cs="Times New Roman"/>
        </w:rPr>
        <w:t>Jid di li, pa Iskaryòt la: Seyè, ki jan sa fè ou pral fè nou konnen tèt ou, epi pa fè lemonn nan konnen ou? Jezi reponn li, li di li: Si yon moun renmen mwen, li va kenbe pawòl mwen yo; e Papa m va renmen li, epi nou va vin jwenn li, epi nou va fè rete nou lakay li. Moun ki pa renmen mwen pa kenbe pawòl mwen yo; e pawòl nou tande a pa soti nan mwen, men nan Papa a ki voye m nan. Mwen di nou bagay sa yo pandan m toujou avèk nou. Men Konsolatè a, ki se Sentespri a, ke Papa a va voye nan non mwen, li menm va anseye nou tout bagay, epi li va fè nou sonje tout bagay, kèlkeswa sa mwen te di nou. Jan 14:22–26.</w:t>
      </w:r>
    </w:p>
    <w:p>
      <w:pPr>
        <w:pStyle w:val="ArticleBody"/>
        <w:jc w:val="left"/>
      </w:pPr>
      <w:r>
        <w:rPr>
          <w:rFonts w:ascii="Times New Roman" w:hAnsi="Times New Roman" w:eastAsia="Times New Roman" w:cs="Times New Roman"/>
        </w:rPr>
        <w:t>Pou sila yo ki kenbe mesaj ki ap devwale a, pwomès la se ke Konsolatè a ap “anseye” nou “tout bagay,” “kèlkeswa sa” Jezi te di “nou.” Se pwomès sa a ki te akonpli pou disip Emayis yo epi apre sa pou onz disip yo. Lè Kris la te retire men li sou je disip Emayis yo ki te “te kenbe” yo, epi apre sa li te “louvri” “entèlijans” onz disip yo pou yo te kapab byen “konprann ekriti yo,” Li t ap anrejistre yon pwomès pou sila yo k ap viv nan “dènye jou yo” ki pral retounen soti nan desepsyon yo, repanti de kondisyon Lawodise yo a, epi aksepte “verite” a. “Konsolatè” a nan “dènye jou yo” ap “fè nou sonje tout bagay” pandan l ap anseye nou “tout bagay.” Menm jan sa enpòtan anpil lè li fè nou sonje verite ki sot pase yo pandan l ap anseye nou tout bagay, li pral tou “montre nou bagay k ap vini.”</w:t>
      </w:r>
    </w:p>
    <w:p>
      <w:pPr>
        <w:pStyle w:val="ArticleScripture"/>
        <w:jc w:val="left"/>
      </w:pPr>
      <w:r>
        <w:rPr>
          <w:rFonts w:ascii="Times New Roman" w:hAnsi="Times New Roman" w:eastAsia="Times New Roman" w:cs="Times New Roman"/>
        </w:rPr>
        <w:t>Men, mwen di nou verite a: li nesesè pou mwen ale; paske si mwen pa ale, Konsolatè a p ap vini kote nou; men si mwen ale, m ap voye li ban nou. Lè li va vini, li va konvenk lemonn konsènan peche, konsènan jistis, ak konsènan jijman: konsènan peche, paske yo pa kwè nan mwen; konsènan jistis, paske mwen ale bò kote Papa m, epi nou p ap wè m ankò; konsènan jijman, paske chèf lemonn sa a deja jije. Mwen gen anpil lòt bagay toujou pou m di nou, men nou pa kapab sipòte yo kounye a. Men, lè li menm, Lespri verite a, va vini, li va gide nou nan tout verite a; paske li p ap pale dapre tèt pa li; men kèlkeswa sa li va tande, se sa li va pale; epi li va fè nou konnen bagay k ap vini yo. Li va fè m jwenn glwa; paske li va pran nan sa ki pou mwen, epi li va fè nou konnen li. Jan 16:7–14.</w:t>
      </w:r>
    </w:p>
    <w:p>
      <w:pPr>
        <w:pStyle w:val="ArticleBody"/>
        <w:jc w:val="left"/>
      </w:pPr>
      <w:r>
        <w:rPr>
          <w:rFonts w:ascii="Times New Roman" w:hAnsi="Times New Roman" w:eastAsia="Times New Roman" w:cs="Times New Roman"/>
        </w:rPr>
        <w:t>Nan epòk sa a, Konsolatè a va “gide” nou nan “verite” a, li va “anseye nou tout bagay,” ansanm ak “bagay k ap vini yo,” paske nan moman sa a Jezi toujou gen “anpil bagay pou di nou.” Bagay sa yo, kit se bagay ki soti nan “souvni” nou, kit se “bagay k ap vini yo,” oswa anpil lòt “bagay” li gen “ankò” pou di nou, se sa ki sele nou pou kriz k ap vini an. Li fè sa, paske verite li a reprezante pouvwa kreyatè li. Li sele nou davans anvan kriz k ap vini an, paske Li gen entansyon pou nou resevwa avètisman davans konsènan pi gwo peryòd pèsekisyon kont pèp Li a ki janm rive nan listwa sakre. Pèsekisyon sa a idantifye aklè ke pawòl ak aksyon nou te fè nan tan pase yo pral sonje epi yo pral sèvi kont nou menm jan pawòl Kris yo te tòde kont li. Men, malgre sa, nou dwe prezante mesaj la kòm yon temwayaj kont rebelyon yo, jan sa reprezante pa Ezekyèl ak Kris la.</w:t>
      </w:r>
    </w:p>
    <w:p>
      <w:pPr>
        <w:pStyle w:val="ArticleScripture"/>
        <w:jc w:val="left"/>
      </w:pPr>
      <w:r>
        <w:rPr>
          <w:rFonts w:ascii="Times New Roman" w:hAnsi="Times New Roman" w:eastAsia="Times New Roman" w:cs="Times New Roman"/>
        </w:rPr>
        <w:t>Sonje pawòl mwen te di nou an: Sèvitè a pa pi gran pase mèt li. Si yo te pèsekite mwen, y ap pèsekite nou tou; si yo te kenbe pawòl mwen an, y ap kenbe pa nou an tou. Men, yo pral fè nou tout bagay sa yo poutèt non mwen, paske yo pa konnen sila a ki voye mwen an. Si mwen pa t vini pou m te pale ak yo, yo pa t ap gen peche; men kounye a yo pa gen okenn kouvèti pou peche yo. Moun ki rayi mwen, rayi Papa mwen tou. Si mwen pa t fè nan mitan yo zèv okenn lòt moun pa t fè, yo pa t ap gen peche; men kounye a yo wè, e yo rayi ni mwen ni Papa mwen. Men, sa rive konsa pou pawòl ki ekri nan lalwa pa yo a ka akonpli: Yo rayi mwen san kòz. Men, lè Konsolatè a va vini, li menm mwen pral voye ban nou soti bò kote Papa a, sètadi Lespri verite a, ki soti nan Papa a, li va rann temwayaj sou mwen. Jan 15:20–26.</w:t>
      </w:r>
    </w:p>
    <w:p>
      <w:pPr>
        <w:pStyle w:val="ArticleBody"/>
        <w:jc w:val="left"/>
      </w:pPr>
      <w:r>
        <w:rPr>
          <w:rFonts w:ascii="Times New Roman" w:hAnsi="Times New Roman" w:eastAsia="Times New Roman" w:cs="Times New Roman"/>
        </w:rPr>
        <w:t>“Lespri verite a” ki se “Konsolatè a” va “temwaye konsènan” Kris la, ki se “verite a.” Epi “verite a” se Alfa ak Omega, premye a ak dènye a, kòmansman an ak fen an. Istwa kache sèt loraj yo, ki kounye a ap devwale, se mesaj sele san karant-kat mil yo. Nan konsekans 18 jiyè 2020 la, Jeremi bay yon egzanp pou nou ka chwazi retounen vin jwenn Sila a ki te renmen nou an premye. Nan akonplisman travay retou sa a, nou gen responsablite pou separe sa ki presye a ak sa ki sal la. Si nou travay pou delivrans nou avèk laperèz ak tranbleman, epi nou akonpli travay sa a, n ap sele, epi imedyatman n ap antre nan pi gwo kriz nan istwa tè a. Nou pral gen privilèj tou pou nou fè eksperyans istwa pwofèt yo, wa yo, ak moun jis yo te anvi wè.</w:t>
      </w:r>
    </w:p>
    <w:p>
      <w:pPr>
        <w:pStyle w:val="ArticleBody"/>
        <w:jc w:val="left"/>
      </w:pPr>
      <w:r>
        <w:rPr>
          <w:rFonts w:ascii="Times New Roman" w:hAnsi="Times New Roman" w:eastAsia="Times New Roman" w:cs="Times New Roman"/>
        </w:rPr>
        <w:t>Moun ki antreprann travay sa a epi ki retounen an pral “mache nan limyè k ap sòti nan twòn Bondye a,” epi pa “mwayen zanj yo pral gen kominikasyon konstan ant syèl la ak tè a,” ki se pwosesis kominikasyon yo idantifye nan premye vèsè liv Revelasyon an.</w:t>
      </w:r>
    </w:p>
    <w:p>
      <w:pPr>
        <w:pStyle w:val="ArticleScripture"/>
        <w:jc w:val="left"/>
      </w:pPr>
      <w:r>
        <w:rPr>
          <w:rFonts w:ascii="Times New Roman" w:hAnsi="Times New Roman" w:eastAsia="Times New Roman" w:cs="Times New Roman"/>
        </w:rPr>
        <w:t>“Se pa tout moun nan mond sa a ki pran pozisyon ak lènmi an kont Bondye. Se pa tout ki vin enfidèl. Gen yon ti rès fidèl ki rete vre devan Bondye; paske Jan ekri: ‘Men moun k ap obsève kòmandman Bondye yo, epi lafwa Jezi a.’ Revelasyon 14:12. Talè konsa, batay la pral mennen avèk anpil vyolans ant moun k ap sèvi Bondye ak moun ki pa sèvi L. Talè konsa, tout sa ki kapab souke pral souke, pou bagay ki pa kapab souke yo ka rete.”</w:t>
      </w:r>
    </w:p>
    <w:p>
      <w:pPr>
        <w:pStyle w:val="ArticleScripture"/>
        <w:jc w:val="left"/>
      </w:pPr>
      <w:r>
        <w:rPr>
          <w:rFonts w:ascii="Times New Roman" w:hAnsi="Times New Roman" w:eastAsia="Times New Roman" w:cs="Times New Roman"/>
        </w:rPr>
        <w:t>“Satan se yon etidyan dilijan Labib. Li konnen tan pa l kout, e li chèche nan tout pwen pou l kontrekare travay Senyè a sou tè sa a. Li enposib pou bay nenpòt ide sou eksperyans pèp Bondye a ki va vivan sou tè a lè glwa selès ak yon repetisyon pèsekisyon tan pase yo melanje ansanm. Yo pral mache nan limyè k ap soti nan twòn Bondye a. Pa mwayen zanj yo, pral gen yon kominikasyon san rete ant syèl ak tè. E Satan, antoure ak move zanj, pandan li pretann li se Bondye, pral fè mirak tout kalite, pou twonpe, si sa posib, menm moun Bondye chwazi yo. Pèp Bondye a p ap jwenn sekirite yo nan fè mirak, paske Satan pral imite mirak yo ki pral fèt. Pèp Bondye a ki pase anba eprèv e ki fin pwouve pral jwenn fòs yo nan siy yo pale de li nan Egzòd 31:12–18. Yo dwe pran pozisyon yo sou pawòl vivan an: ‘Men sa ki ekri.’ Se sèl fondasyon sa a yo ka kanpe sou li avèk sekirite. Moun ki kraze alyans yo ak Bondye pral, nan jou sa a, san Bondye e san espwa.</w:t>
      </w:r>
    </w:p>
    <w:p>
      <w:pPr>
        <w:pStyle w:val="ArticleScripture"/>
        <w:jc w:val="left"/>
      </w:pPr>
      <w:r>
        <w:rPr>
          <w:rFonts w:ascii="Times New Roman" w:hAnsi="Times New Roman" w:eastAsia="Times New Roman" w:cs="Times New Roman"/>
        </w:rPr>
        <w:t>Adoratè Bondye yo pral espesyalman distenge pa konsiderasyon yo genyen pou katriyèm kòmandman an, paske se li ki siy pouvwa kreyatè Bondye a, epi temwen reklamasyon Li sou reverans ak omaj lèzòm dwe rann Li. Mechan yo pral distenge pa efò yo fè pou kraze memoryal Kreyatè a epi pou leve enstitisyon Wòm nan byen wo. Nan kestyon konfli a, tout kretyente pral divize an de gwo klas: sila yo ki kenbe kòmandman Bondye yo ak lafwa Jezi a, epi sila yo ki adore bèt la ak imaj li a, epi ki resevwa mak li a. Byenke legliz ak leta pral ini pouvwa yo pou fòse tout moun, “ni piti ni gran, ni rich ni pòv, ni lib ni esklav,” resevwa mak bèt la, poutan pèp Bondye a pa pral resevwa li. Revelasyon 13:16. Pwofèt Patmos la wè “sila yo ki te genyen laviktwa sou bèt la, sou imaj li a, sou mak li a, ak sou nonb non li a, kanpe sou lanmè an vè a, yo gen gita Bondye yo,” epi y ap chante chan Moyiz la ak chan Ti Mouton an. Revelasyon 15:2.</w:t>
      </w:r>
    </w:p>
    <w:p>
      <w:pPr>
        <w:pStyle w:val="ArticleScripture"/>
        <w:jc w:val="left"/>
      </w:pPr>
      <w:r>
        <w:rPr>
          <w:rFonts w:ascii="Times New Roman" w:hAnsi="Times New Roman" w:eastAsia="Times New Roman" w:cs="Times New Roman"/>
        </w:rPr>
        <w:t>«Eprèv ak eprèv ki fè pè ap tann pèp Bondye a. Lespri lagè a ap souke nasyon yo depi nan yon bout tè a rive nan lòt la. Men nan mitan tan detrès k ap vini an,—yon tan detrès tankou pa t janm genyen depi lè te gen yon nasyon,—pèp Bondye chwazi a ap rete san brannen. Satan ak lame pa l yo pa kapab detwi yo, paske zanj ki gen anpil fòs ap pwoteje yo.» Testimonies, volume 9, 15–17.</w:t>
      </w:r>
    </w:p>
    <w:p>
      <w:pPr>
        <w:pStyle w:val="ArticleBody"/>
        <w:jc w:val="left"/>
      </w:pPr>
      <w:r>
        <w:rPr>
          <w:rFonts w:ascii="Times New Roman" w:hAnsi="Times New Roman" w:eastAsia="Times New Roman" w:cs="Times New Roman"/>
        </w:rPr>
        <w:t>Li vo rekonèt ke pasaj sa a se fen yon chapit ki kòmanse nan paj onz nan Testimonies, volim nèf, sa ki ka rekonèt kòm yon reprezantasyon nèf-onz. Li vo pran nòt ke tit la pale sou Lamarye k ap vini an, epi tou sou tablo Abakouk yo, kote Pòl te tire vèsè li te ekri nan liv Ebre yo. Kòmansman chapit la make istwa ki te kòmanse nan 11 septanm 2001 an, de tab alyans pwofesi a ki te antre an vigè nan kòmansman Advantis la, epi lefèt ke tit la se dènye kriz la, sa ki idantifye dènye Rèl Minwi a. Fen chapit la an akò nèt ak kòmansman an, paske ni kòmansman an ni fen an pale de kriz final la.</w:t>
      </w:r>
    </w:p>
    <w:p>
      <w:pPr>
        <w:pStyle w:val="ArticleScripture"/>
        <w:jc w:val="left"/>
      </w:pPr>
      <w:r>
        <w:rPr>
          <w:rFonts w:ascii="Times New Roman" w:hAnsi="Times New Roman" w:eastAsia="Times New Roman" w:cs="Times New Roman"/>
        </w:rPr>
        <w:t>“Seksyon 1—Pou Vini Wa a”</w:t>
      </w:r>
    </w:p>
    <w:p>
      <w:pPr>
        <w:pStyle w:val="ArticleScripture"/>
        <w:jc w:val="left"/>
      </w:pPr>
      <w:r>
        <w:rPr>
          <w:rFonts w:ascii="Times New Roman" w:hAnsi="Times New Roman" w:eastAsia="Times New Roman" w:cs="Times New Roman"/>
        </w:rPr>
        <w:t>“Paske ankò yon ti tan, e Sila a ki gen pou vini an ap vini, e li p ap pran reta.” Ebre 10:37.</w:t>
      </w:r>
    </w:p>
    <w:p>
      <w:pPr>
        <w:pStyle w:val="ArticleScripture"/>
        <w:jc w:val="left"/>
      </w:pPr>
      <w:r>
        <w:rPr>
          <w:rFonts w:ascii="Times New Roman" w:hAnsi="Times New Roman" w:eastAsia="Times New Roman" w:cs="Times New Roman"/>
        </w:rPr>
        <w:t>“Dènye Kriz la”</w:t>
      </w:r>
    </w:p>
    <w:p>
      <w:pPr>
        <w:pStyle w:val="ArticleScripture"/>
        <w:jc w:val="left"/>
      </w:pPr>
      <w:r>
        <w:rPr>
          <w:rFonts w:ascii="Times New Roman" w:hAnsi="Times New Roman" w:eastAsia="Times New Roman" w:cs="Times New Roman"/>
        </w:rPr>
        <w:t>“Nou ap viv nan tan lafen an. Siy tan yo k ap akonpli byen vit yo deklare ke vini Kris la toupre anpil. Jou n ap viv ladan yo grav e enpòtan. Lespri Bondye a, piti piti men avèk asirans, ap retire sou tè a. Kalte move maladi ak jijman deja ap tonbe sou moun ki meprize gras Bondye a. Kalami sou tè ak sou lanmè, eta sosyete a ki pa stab, alèt lagè yo, se siy avètisman. Yo anonse davans evènman k ap pwoche ki gen pi gwo enpòtans.” Testimonies, volume 9, 11.</w:t>
      </w:r>
    </w:p>
    <w:p>
      <w:pPr>
        <w:pStyle w:val="ArticleBody"/>
        <w:jc w:val="left"/>
      </w:pPr>
      <w:r>
        <w:rPr>
          <w:rFonts w:ascii="Times New Roman" w:hAnsi="Times New Roman" w:eastAsia="Times New Roman" w:cs="Times New Roman"/>
        </w:rPr>
        <w:t>Si nous revenons et acceptons le haut appel à être la « bouche » de Dieu, tel que représenté par Jérémie, nous participerons très bientôt au plus grand rassemblement de l’histoire sacrée.</w:t>
      </w:r>
    </w:p>
    <w:p>
      <w:pPr>
        <w:pStyle w:val="ArticleScripture"/>
        <w:jc w:val="left"/>
      </w:pPr>
      <w:r>
        <w:rPr>
          <w:rFonts w:ascii="Times New Roman" w:hAnsi="Times New Roman" w:eastAsia="Times New Roman" w:cs="Times New Roman"/>
        </w:rPr>
        <w:t>Li te pale avèk yo tou pawòl espwa ak kouraj. “Ke kè nou pa twouble,” Li te di; “nou kwè nan Bondye, kwè nan Mwen tou. Nan kay Papa Mwen gen anpil demèr: si sa pa t konsa, Mwen ta di nou sa. Mwen ale pou prepare yon plas pou nou. E si Mwen ale epi prepare yon plas pou nou, Mwen va tounen ankò, e Mwen va resevwa nou kote Mwen menm; pou kote Mwen ye a, se la nou menm tou nou ka ye. E kote Mwen prale a, nou konnen li, e chemen an nou konnen li.” Jan 14:1–4. Se poutèt nou Mwen te vini nan mond lan; se pou nou Mwen te ap travay. Lè Mwen ale, Mwen va toujou ap travay avèk tout dilijans pou nou. Mwen te vini nan mond lan pou M revele tèt Mwen ba nou, pou nou te ka kwè. Mwen ale kote Papa Mwen an ak Papa nou an pou M kolabore avèk Li an favè nou.</w:t>
      </w:r>
    </w:p>
    <w:p>
      <w:pPr>
        <w:pStyle w:val="ArticleScripture"/>
        <w:jc w:val="left"/>
      </w:pPr>
      <w:r>
        <w:rPr>
          <w:rFonts w:ascii="Times New Roman" w:hAnsi="Times New Roman" w:eastAsia="Times New Roman" w:cs="Times New Roman"/>
        </w:rPr>
        <w:t>“‘An verite, an verite, mwen di nou sa: Moun ki kwè nan Mwen an, travay mwen menm Mwen fè yo, li menm tou l ap fè yo; e li pral fè travay ki pi gran pase sa yo, paske Mwen ale bò kote Papa Mwen.’ Jan 14:12. Pa sa, Kris pa t vle di disip yo t ap fè efò ki pi wo pase sa Li te fè, men pito ke travay yo t ap gen yon pi gwo anplitid. Li pa t pale sèlman de fè mirak, men de tout sa ki t ap fèt anba aksyon Sentespri a. ‘Lè Konsolatè a va vini,’ Li te di, ‘Li menm mwen pral voye ban nou soti nan Papa a, menm Lespri verite a, ki soti nan Papa a, Li va rann temwayaj sou Mwen; e nou menm tou, n ap rann temwayaj, paske nou te avèk Mwen depi nan kòmansman an.’ Jan 15:26, 27.”</w:t>
      </w:r>
    </w:p>
    <w:p>
      <w:pPr>
        <w:pStyle w:val="ArticleScripture"/>
        <w:jc w:val="left"/>
      </w:pPr>
      <w:r>
        <w:rPr>
          <w:rFonts w:ascii="Times New Roman" w:hAnsi="Times New Roman" w:eastAsia="Times New Roman" w:cs="Times New Roman"/>
        </w:rPr>
        <w:t>“Se yon fason mèvèye pawòl sa yo te akonpli. Apre desandans Sentespri a, disip yo te tèlman ranpli ak lanmou pou Li menm ak pou sila yo Li te mouri pou yo, ke kè yo te fonn anba pawòl yo t ap pale ak priyè yo t ap ofri yo. Yo te pale nan puisans Lespri a; e anba enfliyans puisans sa a, dè milye moun te konvèti.” Travay Apot yo,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 sa ki Verite? — Nimewo Senk</dc:title>
  <dc:subject>Le Consolateur</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