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százhuszonhatodik szám</w:t>
      </w:r>
    </w:p>
    <w:p>
      <w:pPr>
        <w:pStyle w:val="ArticleSubtitle"/>
        <w:jc w:val="left"/>
      </w:pPr>
      <w:r>
        <w:rPr>
          <w:rFonts w:ascii="Arial" w:hAnsi="Arial" w:eastAsia="Arial" w:cs="Arial"/>
        </w:rPr>
        <w:t>A prófétai elbeszélés feltárása: Dániel tizenegyedik fejezetének és a kortárs eseményeknek tanulmányozása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Dániel könyve tizenegyedik fejezetének negyvenedik verse a földi vadállat protestáns szarvának történetét a földi vadállat republikánus szarvának történetével hozza összhangba. Mindkét szarv 1798-ban kezdődik, és bizonyságtételük az Egyesült Államokban hamarosan bekövetkező vasárnapi törvényig tart. Mindkét szarv isteni, kettős dokumentumot kapott, amelynek próbára kellett tennie az egyes szarvakat. A King James Biblia (Ó- és Újszövetség) a földi vadállat vallási szarvát volt hivatott próbára tenni, a Függetlenségi Nyilatkozat és az Egyesült Államok Alkotmánya pedig a földi vadállat politikai szarvát volt hivatott próbára tenni. A negyvenedik vers a földi vadállat története, és történelmi bizonyságtétele 1776-ban kezdődik, majd 1798-ra megkezdi szerepének betöltését mint a bibliai prófécia hatodik királysága.</w:t>
      </w:r>
    </w:p>
    <w:p>
      <w:pPr>
        <w:pStyle w:val="ArticleBody"/>
        <w:jc w:val="left"/>
      </w:pPr>
      <w:r>
        <w:rPr>
          <w:rFonts w:ascii="Times New Roman" w:hAnsi="Times New Roman" w:eastAsia="Times New Roman" w:cs="Times New Roman"/>
        </w:rPr>
        <w:t>Jézus mindig a kezdettel szemlélteti a véget, és az Egyesült Államok vége annak kezdeti történetében lett ábrázolva. Az Egyesült Államok végének időszaka Dániel tizenegyedik fejezete második versében lett bemutatva, amennyiben az hat elnököt tár elénk, Ronald Reagannel kezdve. Reagan az első elnök a földi fenevad prófétai történetének utolsó időszakában. Ez az időszak a vég idején, 1989-ben kezdődött. Ám a második vers csak Reagant, az idősebb Busht, Clintont, a fiatalabb Busht, Obamát és Trumpot érinti. Más vonalak szükségesek ahhoz, hogy kiteljesítsék azt a történelmet, amely elér a hamarosan bekövetkező vasárnapi törvényig. 1989-től a hamarosan bekövetkező vasárnapi törvényig egy meghatározott vonal húzódik Dániel tizenegyedik fejezete második versében.</w:t>
      </w:r>
    </w:p>
    <w:p>
      <w:pPr>
        <w:pStyle w:val="ArticleBody"/>
        <w:jc w:val="left"/>
      </w:pPr>
      <w:r>
        <w:rPr>
          <w:rFonts w:ascii="Times New Roman" w:hAnsi="Times New Roman" w:eastAsia="Times New Roman" w:cs="Times New Roman"/>
        </w:rPr>
        <w:t>1798 jelöli a kezdetet, a vasárnaptörvény pedig a végét a földi fenevad prófétai történetében mint a bibliai prófécia hatodik királyságában, és 1798 jelöli annak kezdetét. Az a kétszázhúsz év, amely 1776-ban kezdődött, a földi fenevad egy másik prófétai vonala, amely egy olyan időszakot azonosít, amely 1776-ban kezdődik és 1996-ban zárul, amikor az 1989-ben feloldott pecsétű ismeretből származó üzenet hivatalos formát öltött. Ez a kétszázhúsz éves időszak Amerika jövőjét jelöli meg, amikor a kezdetkor az európai királyok államkormányzati rendszerétől és a katolicizmus egyházi uralmától való függetlenséget, amelyet 1776-ban hirdettek ki, az elközelgő vasárnaptörvény eltörli. Az 1776-tól 1989-ig terjedő időszak egy sajátos vonal a földi fenevad prófétai történetében.</w:t>
      </w:r>
    </w:p>
    <w:p>
      <w:pPr>
        <w:pStyle w:val="ArticleBody"/>
        <w:jc w:val="left"/>
      </w:pPr>
      <w:r>
        <w:rPr>
          <w:rFonts w:ascii="Times New Roman" w:hAnsi="Times New Roman" w:eastAsia="Times New Roman" w:cs="Times New Roman"/>
        </w:rPr>
        <w:t>Az 508-tól 538-ig terjedő harminc év egy prófétai időszakot jelképez, amely megelőzte a pápaság 538-ban, a bibliai prófécia ötödik országaként való megalapítását. Az Egyesült Államok a hamarosan bekövetkező vasárnapi törvény által teljes mértékben kialakítja a fenevad képmását. Az 538-ban megalapított pápaság létrejöttét előkészítő harmincéves időszak a pápai fenevad képmásának egyik eleme. Volt egy előkészületi időszak is, amely 1798-hoz vezetett, amikor a földi fenevad elfoglalta a trónt mint a bibliai prófécia hatodik országa. Az 1776-tól 1798-ig tartó időszak párhuzamban áll az 508-tól 538-ig terjedő időszakkal.</w:t>
      </w:r>
    </w:p>
    <w:p>
      <w:pPr>
        <w:pStyle w:val="ArticleBody"/>
        <w:jc w:val="left"/>
      </w:pPr>
      <w:r>
        <w:rPr>
          <w:rFonts w:ascii="Times New Roman" w:hAnsi="Times New Roman" w:eastAsia="Times New Roman" w:cs="Times New Roman"/>
        </w:rPr>
        <w:t>Jézus egy dolog végét annak kezdetével szemlélteti, ezért az 1776-tól 1798-ig terjedő történelemben ábrázolt prófétai időszak, amelyről az 508-tól 538-ig terjedő prófétai időszak tesz bizonyságot, két tanút szolgáltat. Ez a két időszak két tanúbizonyságot ad arra a tényre, hogy létezik egy meghatározott prófétai időszak, amely megelőzi a bibliai próféciában szereplő ország trónra emelését. Együtt azt állapítják meg, hogy az 1989-ben bekövetkezett vég idejétől a vasárnapi törvényig terjedő időszak összhangban áll azzal a két időszakkal, amelyek 538-at és 1798-at megelőzték.</w:t>
      </w:r>
    </w:p>
    <w:p>
      <w:pPr>
        <w:pStyle w:val="ArticleBody"/>
        <w:jc w:val="left"/>
      </w:pPr>
      <w:r>
        <w:rPr>
          <w:rFonts w:ascii="Times New Roman" w:hAnsi="Times New Roman" w:eastAsia="Times New Roman" w:cs="Times New Roman"/>
        </w:rPr>
        <w:t>Az 1989-ben kezdődő vég idejétől a Dániel tizenegyedik fejezetének negyvenegyedik versében említett vasárnaptörvényig terjedő prófétai történelmet előképezte az 508-tól 538-ig tartó harmincéves időszak, és ugyanígy előképezte az 1776-tól 1798-ig tartó huszonkét év is.</w:t>
      </w:r>
    </w:p>
    <w:p>
      <w:pPr>
        <w:pStyle w:val="ArticleBody"/>
        <w:jc w:val="left"/>
      </w:pPr>
      <w:r>
        <w:rPr>
          <w:rFonts w:ascii="Times New Roman" w:hAnsi="Times New Roman" w:eastAsia="Times New Roman" w:cs="Times New Roman"/>
        </w:rPr>
        <w:t>Dániel tizenegyedik fejezetének második verse azonosítja, hogy amikor Trump, e prófétai időszak valamennyi elnöke közül a leggazdagabb, megérkezik, „felingerli”, ami annyit jelent, hogy „felébreszti” az egész világot a globalisták szándékaira, akik ekkor a világ rendjének egy kétszintű rendszerré való átalakítására tesznek kísérletet, amelyben az elitek uralkodnak munkás drónjaik felett. Az úgynevezett „great reset”, azaz „nagy újraindítás” első számú prioritása a középosztály eltávolítása, hogy az elitek, akiket a történelem során olyan történelmi alakok képviseltek, mint Marie Antoinette, elszigeteltek és védettek legyenek azoktól a pórnépektől, akik az ő finom kenyereit előállították.</w:t>
      </w:r>
    </w:p>
    <w:p>
      <w:pPr>
        <w:pStyle w:val="ArticleBody"/>
        <w:jc w:val="left"/>
      </w:pPr>
      <w:r>
        <w:rPr>
          <w:rFonts w:ascii="Times New Roman" w:hAnsi="Times New Roman" w:eastAsia="Times New Roman" w:cs="Times New Roman"/>
        </w:rPr>
        <w:t>A globalisták vallása a New Age spiritualizmus, és az „ébredtség” filozófiái, valamint a Sokszínűség, Méltányosság és Befogadás eszméi, a Kritikai Fajelmélet megrontott ideológiájával párosulva, továbbá a hamisan tudománynak nevezett globális felmelegedés tana, együtt népirtó népességszabályozásra irányuló titkos erőfeszítéseikkel, nyilvánvalóvá váltak, amikor Trump belépett a történelembe, hogy „felingerelje” az egész birodalmat Görögország ellen.</w:t>
      </w:r>
    </w:p>
    <w:p>
      <w:pPr>
        <w:pStyle w:val="ArticleBody"/>
        <w:jc w:val="left"/>
      </w:pPr>
      <w:r>
        <w:rPr>
          <w:rFonts w:ascii="Times New Roman" w:hAnsi="Times New Roman" w:eastAsia="Times New Roman" w:cs="Times New Roman"/>
        </w:rPr>
        <w:t>Trump 2016-os megjelenése egy hamis ébredés (felkavarás) megjelenését jelzi: egy Sátán által megtervezett hamisítványét, amelynek célja, hogy előzetesen aláássa a Máté huszonöt szüzeinek ébredését. A globalisták, akár a világ színpadán, akár az Egyesült Államokon belül, prófétai értelemben a sárkány által vannak jelképezve. Ők a tíz király, a világbankárok, a globális milliárdos kereskedők, a szabadkőművesek és más titkos társaságok.</w:t>
      </w:r>
    </w:p>
    <w:p>
      <w:pPr>
        <w:pStyle w:val="ArticleBody"/>
        <w:jc w:val="left"/>
      </w:pPr>
      <w:r>
        <w:rPr>
          <w:rFonts w:ascii="Times New Roman" w:hAnsi="Times New Roman" w:eastAsia="Times New Roman" w:cs="Times New Roman"/>
        </w:rPr>
        <w:t>A globalista sárkányhatalmak azok, amelyek a jogháborúra (a törvények útján folytatott hadviselésre) szakosodtak, miként Sátán is gyakran Isten Igéjének jogi érvelésében kerül ábrázolásra. Amikor Isten előre figyelmeztette hűséges népét az üldöztetésre, amely mindig együtt jár azokkal, akik kegyesen élnek, megígérte, hogy az ország bíróságai elé viszik őket, hogy bizonyságot tegyenek. Sátán a megrontott bírák, a megrontott főügyészek jelképe, akik jelenleg elterjedtek abban az országban, amelyet a trumpizmus felkavart; és ezek a megrontott bíróságok és ügyészek mindig támogatják azokat a szervezeteket, amelyek forradalmat és anarchiát mozdítanak elő és hoznak létre, amely a történelem során Sátán egyik elsődleges jelképe.</w:t>
      </w:r>
    </w:p>
    <w:p>
      <w:pPr>
        <w:pStyle w:val="ArticleBody"/>
        <w:jc w:val="left"/>
      </w:pPr>
      <w:r>
        <w:rPr>
          <w:rFonts w:ascii="Times New Roman" w:hAnsi="Times New Roman" w:eastAsia="Times New Roman" w:cs="Times New Roman"/>
        </w:rPr>
        <w:t>A Szovjetunió a sárkány prófétai jelképe volt, mert többek között a fáraó ateizmusa a sárkány egyik alapvető jellemzője. A negyvenedik versben szereplő déli király a héber „negev” szó királya, amely Egyiptomot jelenti, és a versben „dél”-nek van fordítva. A fáraó Franciaország ateizmusának bibliai jelképe, amely a vég idején 1798-ban a déli király volt, továbbá a Szovjetunióé is, amely a vég idején 1989-ben volt az. Mindkettő sárkányi hatalom volt, és mindkettő a pogány Róma sárkányi királyságából származott.</w:t>
      </w:r>
    </w:p>
    <w:p>
      <w:pPr>
        <w:pStyle w:val="ArticleBody"/>
        <w:jc w:val="left"/>
      </w:pPr>
      <w:r>
        <w:rPr>
          <w:rFonts w:ascii="Times New Roman" w:hAnsi="Times New Roman" w:eastAsia="Times New Roman" w:cs="Times New Roman"/>
        </w:rPr>
        <w:t>Az Egyesült Államok az utolsó napokban a hitehagyott protestantizmus jelképe, és a pápaság a hitehagyott protestantizmus és a Szovjetunió sárkánya közötti küzdelmet felhasználva győzte le annak a három akadálynak az elsőjét, amelyeket legyőz, miközben visszatér a föld trónjára. A következő akadály maga a hitehagyott protestantizmus, amelyet az hamarosan bekövetkező vasárnaptörvény idején hódít meg.</w:t>
      </w:r>
    </w:p>
    <w:p>
      <w:pPr>
        <w:pStyle w:val="ArticleBody"/>
        <w:jc w:val="left"/>
      </w:pPr>
      <w:r>
        <w:rPr>
          <w:rFonts w:ascii="Times New Roman" w:hAnsi="Times New Roman" w:eastAsia="Times New Roman" w:cs="Times New Roman"/>
        </w:rPr>
        <w:t>Trump elnök ereje és hatalma elindította a globalizmus veszélyeire való ráébredést, amely a sárkány és a hitehagyott protestantizmus közötti világméretű küzdelemmé fokozódott. A pápaság ugyanezen két hatalom, a sárkány és a hitehagyott protestantizmus közötti küzdelmet használja fel arra, hogy megteremtse azt a környezetet, amely a második földrajzi akadály ledöntéséhez szükséges, miként az első földrajzi akadály ledöntéséhez is ezt tette. Ebben rejlik annak logikája, hogy az Egyesült Nemzetek hetedik királysága (amely a sárkányi hatalom) miért adja át oly gyorsan királyságát a fenevadnak a hamarosan bekövetkező vasárnapi törvénynél. Azért teszi ezt, mert 1989 óta legyőzött ellenség.</w:t>
      </w:r>
    </w:p>
    <w:p>
      <w:pPr>
        <w:pStyle w:val="ArticleBody"/>
        <w:jc w:val="left"/>
      </w:pPr>
      <w:r>
        <w:rPr>
          <w:rFonts w:ascii="Times New Roman" w:hAnsi="Times New Roman" w:eastAsia="Times New Roman" w:cs="Times New Roman"/>
        </w:rPr>
        <w:t>Bizonyos szinten ugyanaz a küzdelem ez, amelyet a pápaság 1989-ben a Szovjetunió sárkányának megdöntésére használt, ám a progresszív woke-izmusnak a hitehagyott protestantizmus MAGA-izmusa elleni jelenlegi harca arra irányul, hogy a hitehagyott protestantizmust győzze le, nem pedig a sárkányt. A hadviselés lényegében 2016-ban kezdődött, majd 2020-ban a sárkány, aki az Írások szerint a hazugság atyja, ellopta a választást, ily módon politikailag „megölve” Trumpot és a republikánus MAGA-mozgalmat. A Jelenések könyve tizenegyedik fejezetében a mélységből feljövő fenevad, amely az ateizmus fenevada, megölte a két tanút, és azok az utcán hevertek, mígnem ismét életre keltek. William Miller szabályai rámutatnak arra, hogy a prófétai jelképeknek egynél több alkalmazásuk van.</w:t>
      </w:r>
    </w:p>
    <w:p>
      <w:pPr>
        <w:pStyle w:val="ArticleBody"/>
        <w:jc w:val="left"/>
      </w:pPr>
      <w:r>
        <w:rPr>
          <w:rFonts w:ascii="Times New Roman" w:hAnsi="Times New Roman" w:eastAsia="Times New Roman" w:cs="Times New Roman"/>
        </w:rPr>
        <w:t>Amint most a sárkány és a hitehagyó protestantizmus küzdelmét szemléljük, amely a földből feljövő fenevadat a végkifejletéhez juttatja, az a két tanú a földi fenevad két szarva. A republikánus szarv 2020-ban megöletett ama bibliai hatalom által, akinek atyja a hazugság atyja. Jelen történelmünkben e küzdelem legbelsejében vagyunk. Dániel tizenegyedik fejezetének negyvenegyedik versében az hamarosan bekövetkező vasárnaptörvény kikényszeríttetik, és az ihletés szerint e sátáni művet a hitehagyó protestantizmus fogja véghezvinni.</w:t>
      </w:r>
    </w:p>
    <w:p>
      <w:pPr>
        <w:pStyle w:val="ArticleScripture"/>
        <w:jc w:val="left"/>
      </w:pPr>
      <w:r>
        <w:rPr>
          <w:rFonts w:ascii="Times New Roman" w:hAnsi="Times New Roman" w:eastAsia="Times New Roman" w:cs="Times New Roman"/>
        </w:rPr>
        <w:t>„Az Egyesült Államok protestánsai lesznek az elsők abban, hogy kezüket átnyújtsák a szakadékon, hogy megragadják a spiritizmus kezét; átnyúlnak majd a mélységen, hogy kezet fogjanak a római hatalommal; és e háromszoros szövetség befolyása alatt ez az ország Róma nyomdokaiba lép majd, amikor lábbal tiporja a lelkiismereti jogokat.” A nagy küzdelem, 588.</w:t>
      </w:r>
    </w:p>
    <w:p>
      <w:pPr>
        <w:pStyle w:val="ArticleBody"/>
        <w:jc w:val="left"/>
      </w:pPr>
      <w:r>
        <w:rPr>
          <w:rFonts w:ascii="Times New Roman" w:hAnsi="Times New Roman" w:eastAsia="Times New Roman" w:cs="Times New Roman"/>
        </w:rPr>
        <w:t>Az emberi események összetett kölcsönhatását a 2016-ban megkezdődött küzdelem szemlélteti. Ahhoz, hogy helyesen felmérjük az e küzdelemben jelen lévő hatalmakat, fontos világosan látnunk, mit képvisel az a három hatalom, amely a világot Armageddonhoz vezeti, mert mindegyiknek megvannak a maga sajátos prófétai jellemzői. A Jelenések könyve mindig megtartja a sárkány, majd a fenevad, akit a hamis próféta követ, sorrendjét; ezért először a sárkány prófétai jellemzőit fogjuk azonosítani, azután a fenevadét, végül pedig a hitehagyott protestantizmus hamis prófétájáét.</w:t>
      </w:r>
    </w:p>
    <w:p>
      <w:pPr>
        <w:pStyle w:val="ArticleBody"/>
        <w:jc w:val="left"/>
      </w:pPr>
      <w:r>
        <w:rPr>
          <w:rFonts w:ascii="Times New Roman" w:hAnsi="Times New Roman" w:eastAsia="Times New Roman" w:cs="Times New Roman"/>
        </w:rPr>
        <w:t>A progresszív demokraták nem az Egyesült Államok hitehagyott protestánsai; ők a globalizmusnak és a sárkánynak prófétai képviselői. A hamarosan bekövetkező vasárnaptörvény előtt a Republikánus Pártnak vissza kell térnie a hatalomba, hogy beteljesítse a prófétai elbeszélést. A fáraó, a sárkány hatalmának jelképe, valamint a pogány Róma sárkányi hatalma Krisztus idejében, két tanúbizonyságot szolgáltatnak arra, hogy az utolsó napokban a sárkány hatalma az a hatalom, amely a csecsemők kivégzését előmozdítja, amint ez Mózes idejében és Krisztus idejében történt.</w:t>
      </w:r>
    </w:p>
    <w:p>
      <w:pPr>
        <w:pStyle w:val="ArticleBody"/>
        <w:jc w:val="left"/>
      </w:pPr>
      <w:r>
        <w:rPr>
          <w:rFonts w:ascii="Times New Roman" w:hAnsi="Times New Roman" w:eastAsia="Times New Roman" w:cs="Times New Roman"/>
        </w:rPr>
        <w:t>Az utolsó napok a száznegyvennégyezer napjai, akik Mózesnek és a Báránynak énekét éneklik; és mind Mózes, mind a Bárány történetében a sárkányi hatalom csecsemők kivégzésére törekedett. Így tettek, mert Sátán tudta, hogy az Úr éppen fel fogja támasztani Mózest, a szabadítót, és Krisztust, a Megváltót. Az utolsó napokban a sárkány nagy haraggal száll alá, mert tudja, hogy kevés ideje van; és a sárkányi hatalom az, amely a csecsemők meggyilkolását előmozdítja, annak érdekében, hogy elpusztítsa azokat, akik a száznegyvennégyezer közé tartozás várományosai. A progresszív, globalista, szocialista demokraták NEM azok, akik „elsődlegesen” biztosítják a hármas szövetséget, amely a hamarosan bekövetkező vasárnaptörvénynél jön létre, mert a demokraták a sárkányi hatalom, nem pedig a hamis próféta.</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megtagadja Alkotmánya minden alapelvét mint protestáns és köztársasági kormányzat, és intézkedéseket tesz a pápai hamisságok és csalárdságok terjesztésére, akkor tudhatjuk meg, hogy elérkezett a Sátán csodálatos munkálkodásának ideje, és hogy a vég közel van.” Testimonies, 5. kötet, 451.</w:t>
      </w:r>
    </w:p>
    <w:p>
      <w:pPr>
        <w:pStyle w:val="ArticleBody"/>
        <w:jc w:val="left"/>
      </w:pPr>
      <w:r>
        <w:rPr>
          <w:rFonts w:ascii="Times New Roman" w:hAnsi="Times New Roman" w:eastAsia="Times New Roman" w:cs="Times New Roman"/>
        </w:rPr>
        <w:t>Annak a három hatalomnak a prófétai jellemzői, amelyek a világot Armageddonhoz vezetik, Isten Igéjében pontosan meg vannak jelölve. A sárkányhatalom olyan törvényeket mozdít elő, amelyek a csecsemők meggyilkolását bátorítják abban az időben, amikor Isten egy olyan népet készül feltámasztani, amelyet Mózes és Krisztus jelképezett előre. A liberális demokraták jelentik a sárkányhatalmat abban az Egyesült Államokon belüli küzdelemben, amely megelőzi és előképezi ugyanezt a küzdelmet a világszíntéren az Egyesült Államokban hamarosan bekövetkező vasárnaptörvény után. A sárkány a hazugság atyja, és a liberális progresszív globalisták hírhedtek hazugságaikról.</w:t>
      </w:r>
    </w:p>
    <w:p>
      <w:pPr>
        <w:pStyle w:val="ArticleScripture"/>
        <w:jc w:val="left"/>
      </w:pPr>
      <w:r>
        <w:rPr>
          <w:rFonts w:ascii="Times New Roman" w:hAnsi="Times New Roman" w:eastAsia="Times New Roman" w:cs="Times New Roman"/>
        </w:rPr>
        <w:t>Miért nem értitek az én beszédemet? Azért, mert nem hallgathatjátok az én szavamat. Ti az ördög atyától valók vagytok, és a ti atyátok kívánságait akarjátok cselekedni. Emberölő volt kezdettől fogva, és nem maradt meg az igazságban, mert nincs őbenne igazság. Mikor hazugságot szól, a magáéból szól; mert hazug, és a hazugság atyja. János 8:43, 44.</w:t>
      </w:r>
    </w:p>
    <w:p>
      <w:pPr>
        <w:pStyle w:val="ArticleBody"/>
        <w:jc w:val="left"/>
      </w:pPr>
      <w:r>
        <w:rPr>
          <w:rFonts w:ascii="Times New Roman" w:hAnsi="Times New Roman" w:eastAsia="Times New Roman" w:cs="Times New Roman"/>
        </w:rPr>
        <w:t>Az ördög, aki a Sátán és a sárkány, kezdettől fogva gyilkos volt (abortusz), és hazug. Amikor a kötekedő zsidók Pilátussal vitatkoztak, vakmerően kijelentették, hogy nem királyuk senki más, csak a császár; a császár pedig a pogány Róma jelképe, amely sárkányi hatalom.</w:t>
      </w:r>
    </w:p>
    <w:p>
      <w:pPr>
        <w:pStyle w:val="ArticleScripture"/>
        <w:jc w:val="left"/>
      </w:pPr>
      <w:r>
        <w:rPr>
          <w:rFonts w:ascii="Times New Roman" w:hAnsi="Times New Roman" w:eastAsia="Times New Roman" w:cs="Times New Roman"/>
        </w:rPr>
        <w:t>„Így tehát, miközben a sárkány elsődlegesen Sátánt jelképezi, másodlagos értelemben a pogány Róma jelképe is.” A nagy küzdelem, 439.</w:t>
      </w:r>
    </w:p>
    <w:p>
      <w:pPr>
        <w:pStyle w:val="ArticleBody"/>
        <w:jc w:val="left"/>
      </w:pPr>
      <w:r>
        <w:rPr>
          <w:rFonts w:ascii="Times New Roman" w:hAnsi="Times New Roman" w:eastAsia="Times New Roman" w:cs="Times New Roman"/>
        </w:rPr>
        <w:t>Némelyek csodálkoznak azon, miért liberális globalisták a modern zsidók, amikor a globalisták ilyen gyűlölettel viseltetnek a modern zsidók iránt? Azért, mert úgy döntöttek, hogy a pogány Róma királyát teszik egyedüli királyukká. Bármily értelmes is sok ember a héber fajban, ősi döntésük, hogy elutasították a Messiást mint királyukat, a sárkány nyájába zárta őket.</w:t>
      </w:r>
    </w:p>
    <w:p>
      <w:pPr>
        <w:pStyle w:val="ArticleScripture"/>
        <w:jc w:val="left"/>
      </w:pPr>
      <w:r>
        <w:rPr>
          <w:rFonts w:ascii="Times New Roman" w:hAnsi="Times New Roman" w:eastAsia="Times New Roman" w:cs="Times New Roman"/>
        </w:rPr>
        <w:t>Ők azonban felkiáltottak: Vidd el, vidd el, feszítsd meg őt! Pilátus így szólt hozzájuk: A ti Királyotokat feszítsem meg? A főpapok így feleltek: Nincs királyunk, csak császár. János 19:15.</w:t>
      </w:r>
    </w:p>
    <w:p>
      <w:pPr>
        <w:pStyle w:val="ArticleBody"/>
        <w:jc w:val="left"/>
      </w:pPr>
      <w:r>
        <w:rPr>
          <w:rFonts w:ascii="Times New Roman" w:hAnsi="Times New Roman" w:eastAsia="Times New Roman" w:cs="Times New Roman"/>
        </w:rPr>
        <w:t>Európa királyai vitték véghez a pápaság érdekében az üldözést, és a Jelenések könyve tizenhetedik fejezetének tíz királya azok, akik a Bárány ellen hadakoznak, és ezt úgy teszik, hogy megölik az ő követőit.</w:t>
      </w:r>
    </w:p>
    <w:p>
      <w:pPr>
        <w:pStyle w:val="ArticleScripture"/>
        <w:jc w:val="left"/>
      </w:pPr>
      <w:r>
        <w:rPr>
          <w:rFonts w:ascii="Times New Roman" w:hAnsi="Times New Roman" w:eastAsia="Times New Roman" w:cs="Times New Roman"/>
        </w:rPr>
        <w:t>Ezek a Bárány ellen hadakoznak, és a Bárány legyőzi őket, mert ő uraknak Ura és királyoknak Királya; és akik vele vannak, elhívottak, választottak és hűségesek. Jelenések 17:14.</w:t>
      </w:r>
    </w:p>
    <w:p>
      <w:pPr>
        <w:pStyle w:val="ArticleBody"/>
        <w:jc w:val="left"/>
      </w:pPr>
      <w:r>
        <w:rPr>
          <w:rFonts w:ascii="Times New Roman" w:hAnsi="Times New Roman" w:eastAsia="Times New Roman" w:cs="Times New Roman"/>
        </w:rPr>
        <w:t>A sárkányi hatalom prófétai jellemzői azt azonosítják, hogy ők azok, akik véghezviszik a csecsemők, valamint az utolsó napok keresztényeinek „közvetlen”, saját kezű meggyilkolását, amint azt a kereszt, illetve a Colosseum képviseli a pogány Róma történetében. A sárkány királyai voltak azok, akik a sötét középkorban az inkvizíciót használták arra, hogy a pápai Róma számára véghezvigyék a vérfürdőket. Ők azok, akik csecsemőket gyilkolnak, és ők a legfőbb hazugok. Adolf Hitler a tömeggyilkos, valamint a hazug modern jelképe. Hitler szociáldemokrata volt.</w:t>
      </w:r>
    </w:p>
    <w:p>
      <w:pPr>
        <w:pStyle w:val="ArticleBody"/>
        <w:jc w:val="left"/>
      </w:pPr>
      <w:r>
        <w:rPr>
          <w:rFonts w:ascii="Times New Roman" w:hAnsi="Times New Roman" w:eastAsia="Times New Roman" w:cs="Times New Roman"/>
        </w:rPr>
        <w:t>A progresszív liberálisok Adolf Hitler nyomdokait követik, aki a Nemzetiszocialista Német Munkáspárt, közismert nevén a náci párt vezetője volt. Az ő vezetése alatt a náci párt totalitárius rendszert valósított meg, és számos kegyetlenségért volt felelős, beleértve a holokausztot is. Hitler pártját gyakran hozzák összefüggésbe a szélsőséges nacionalizmussal, a rasszizmussal, az antiszemitizmussal és az autoritarizmussal. Joseph Goebbels, aki a második világháború idején a náci Németország propagandaminisztere volt, ezt mondta: „Ha egy hazugságot elég naggyá teszel, és folyamatosan ismételgeted, az emberek végül el fogják hinni.”</w:t>
      </w:r>
    </w:p>
    <w:p>
      <w:pPr>
        <w:pStyle w:val="ArticleBody"/>
        <w:jc w:val="left"/>
      </w:pPr>
      <w:r>
        <w:rPr>
          <w:rFonts w:ascii="Times New Roman" w:hAnsi="Times New Roman" w:eastAsia="Times New Roman" w:cs="Times New Roman"/>
        </w:rPr>
        <w:t>A progresszív liberális demokraták által manapság terjesztett egyik közkeletű hazugság az, hogy a modern korban a Republikánus párt konzervatív jobboldala feleltethető meg Hitler korszakának nácijainak. Hamis történelmi narratívájuk helyesen azonosítja Hitler pártját saját korának szélsőjobboldali pártjaként, de következetesen elhallgatják azt az igazságot, hogy Hitler csupán a kommunistákhoz viszonyítva volt szélsőjobboldali, akik kezdeti politikai küzdelmeiben baloldali ellenségei voltak. A Republikánusok kétségkívül a Demokratáktól jobbra helyezkednek el az Egyesült Államok politikai spektrumán, ám Hitler náci Németországának minden egyéb jellemzője a Demokrata párt prófétai tulajdonságait képviseli.</w:t>
      </w:r>
    </w:p>
    <w:p>
      <w:pPr>
        <w:pStyle w:val="ArticleBody"/>
        <w:jc w:val="left"/>
      </w:pPr>
      <w:r>
        <w:rPr>
          <w:rFonts w:ascii="Times New Roman" w:hAnsi="Times New Roman" w:eastAsia="Times New Roman" w:cs="Times New Roman"/>
        </w:rPr>
        <w:t>A Biblia kijelenti, hogy gyümölcseikről ismeritek meg őket, nem pedig a politikai spektrum jobb vagy bal oldalának csúszó mércéje alapján. Hitler történelmének szélsőséges nacionalizmusa nem azonosítja a MAGA mozgalom hazafiságát. Hitler szélsőséges nacionalizmusára jellemző volt, hogy egy uralkodó fajjal azonosította magát, és ez azonosítja a globalisták azon törekvéseit, hogy az Egyesült Államokon belül és a világban egy kétszintű osztályrendszert hozzanak létre. A globalisták természetesen önmagukat e rendszer felső szintjén látják, amit Hitler uralkodó faja képviselt.</w:t>
      </w:r>
    </w:p>
    <w:p>
      <w:pPr>
        <w:pStyle w:val="ArticleBody"/>
        <w:jc w:val="left"/>
      </w:pPr>
      <w:r>
        <w:rPr>
          <w:rFonts w:ascii="Times New Roman" w:hAnsi="Times New Roman" w:eastAsia="Times New Roman" w:cs="Times New Roman"/>
        </w:rPr>
        <w:t>A hazugság, a kivetítés és a vádaskodás művészete a sárkány jellegzetessége, és e módszer klasszikus példája, amikor valaki mást vádolnak azokkal a cselekedetekkel vagy álláspontokkal, amelyeket valójában maguk vallanak és visznek véghez. Ez mindennapos jelenség Amerikában és a mai világban, és az ördög tulajdonsága, mert ő „a testvérek vádlója”.</w:t>
      </w:r>
    </w:p>
    <w:p>
      <w:pPr>
        <w:pStyle w:val="ArticleScripture"/>
        <w:jc w:val="left"/>
      </w:pPr>
      <w:r>
        <w:rPr>
          <w:rFonts w:ascii="Times New Roman" w:hAnsi="Times New Roman" w:eastAsia="Times New Roman" w:cs="Times New Roman"/>
        </w:rPr>
        <w:t>És levettetett a nagy sárkány, ama régi kígyó, akit Ördögnek és Sátánnak neveznek, aki megtéveszti az egész világot: levettetett a földre, és vele együtt angyalai is levettettek. És hallék egy nagy szózatot az égben, amely ezt mondja: Most lett meg az üdvösség, az erő, a mi Istenünk országa és az ő Krisztusának hatalma; mert levettetett a mi atyánkfiai vádlója, aki éjjel és nappal vádolta őket a mi Istenünk előtt. Jelenések 12:9, 10.</w:t>
      </w:r>
    </w:p>
    <w:p>
      <w:pPr>
        <w:pStyle w:val="ArticleBody"/>
        <w:jc w:val="left"/>
      </w:pPr>
      <w:r>
        <w:rPr>
          <w:rFonts w:ascii="Times New Roman" w:hAnsi="Times New Roman" w:eastAsia="Times New Roman" w:cs="Times New Roman"/>
        </w:rPr>
        <w:t>Hitler Németországa, amely napjaink progresszív globalistáinak prófétai párhuzama, célirányosan működtetett propagandagépezettel rendelkezett, miként a mai progresszív liberálisok is; és éppen ezen a téren ismétlődnek ma azok a nagy hazugságok, amelyeket Joseph Goebbels, a náci Németország propagandaminisztere azonosított, a számítógépes algoritmusok matematikai pontosságával, a földkerekség különféle kommunikációs csatornáin keresztül. (CNN, MSNBC, BBC, NPR, Google, Facebook, és így tovább).</w:t>
      </w:r>
    </w:p>
    <w:p>
      <w:pPr>
        <w:pStyle w:val="ArticleBody"/>
        <w:jc w:val="left"/>
      </w:pPr>
      <w:r>
        <w:rPr>
          <w:rFonts w:ascii="Times New Roman" w:hAnsi="Times New Roman" w:eastAsia="Times New Roman" w:cs="Times New Roman"/>
        </w:rPr>
        <w:t>A Reichstag felgyújtása jelentős esemény volt Németország történetében a második világháborút megelőző időszakban. Klasszikus példáját nyújtja azoknak a hazugságoknak, amelyeket a progresszív liberális globalisták alkalmaznak arra irányuló kísérletükben, hogy létrehozzanak egy egységes világkormányt. 1933. február 27-én éjjel történt, amikor Berlinben felgyújtották a Reichstag épületét, amely a német parlamentnek adott otthont (párhuzamba állítható az Egyesült Államok Capitoliumának 2020. január 6-i eseményeivel).</w:t>
      </w:r>
    </w:p>
    <w:p>
      <w:pPr>
        <w:pStyle w:val="ArticleBody"/>
        <w:jc w:val="left"/>
      </w:pPr>
      <w:r>
        <w:rPr>
          <w:rFonts w:ascii="Times New Roman" w:hAnsi="Times New Roman" w:eastAsia="Times New Roman" w:cs="Times New Roman"/>
        </w:rPr>
        <w:t>A tüzet gyújtogatásnak tulajdonították, és ez ürügyet szolgáltatott a náci kormánynak Adolf Hitler és Hermann Göring vezetése alatt arra, hogy szorgalmazza a Reichstag-tűzrendeletet. Ez a Paul von Hindenburg német elnök által aláírt rendelet felfüggesztette a polgári szabadságjogokat, és lehetővé tette politikai ellenfelek letartóztatását és fogva tartását. Jelentős lépést jelentett a náci hatalom megszilárdítása és a demokratikus intézmények németországi leépítése felé.</w:t>
      </w:r>
    </w:p>
    <w:p>
      <w:pPr>
        <w:pStyle w:val="ArticleBody"/>
        <w:jc w:val="left"/>
      </w:pPr>
      <w:r>
        <w:rPr>
          <w:rFonts w:ascii="Times New Roman" w:hAnsi="Times New Roman" w:eastAsia="Times New Roman" w:cs="Times New Roman"/>
        </w:rPr>
        <w:t>Az a tűz, amelyről a legtöbb tisztességes történész elismeri, hogy Hitler emberei gyújtották, előképe volt a 2020. január 6-i eseményeknek és azoknak a nyomukban járó pusztításoknak, amelyek azon személyek alkotmányos jogait érték, akik semmi olyat nem tettek, ami ne lett volna teljes mértékben megengedett az Alkotmányban foglalt elvek alapján, különösen ha ezt összevetjük a Black Life Matters és az Antifa mozgalmai által előidézett anarchiával és rombolással, olyan mozgalmakkal, amelyeket a progresszív liberálisok dicsérnek és támogatnak. Január 6. a sárkány gyümölcse, és ezt Hitler Németországának nácijai előképezték.</w:t>
      </w:r>
    </w:p>
    <w:p>
      <w:pPr>
        <w:pStyle w:val="ArticleBody"/>
        <w:jc w:val="left"/>
      </w:pPr>
      <w:r>
        <w:rPr>
          <w:rFonts w:ascii="Times New Roman" w:hAnsi="Times New Roman" w:eastAsia="Times New Roman" w:cs="Times New Roman"/>
        </w:rPr>
        <w:t>Az Egyesült Államok szocialista demokratái ismételten Trumpot azonosítják Hitler jelképével, mert azon elv alapján működnek, hogy ha kellően nagy hazugságot mondanak, és azt médiapropagandagépezetükön keresztül szüntelenül ismételgetik, akkor Marie Antoinette jobbágyai végül el fogják hinni.</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Tömörüljetek össze, ti népek, és szétzúzattok; figyeljetek, ti távoli országok mind! Övezzétek fel magatokat, és szétzúzattok; övezzétek fel magatokat, és szétzúzattok. Tartsatok tanácsot, és semmivé lesz; szóljatok igét, de nem áll meg, mert velünk az Isten. Mert így szólt hozzám az Úr erős kézzel, és arra tanított engem, hogy ne járjak e nép útján, ezt mondván: Ne mondjátok szövetségnek mindazt, amit e nép szövetségnek mond; és ne féljétek azt, amitől ők félnek, se ne rettegjetek. A seregek Urát, őt szenteljétek meg; őt féljétek, és tőle rettegjetek. És szentéllyé lesz; de megütközés kövévé és botránkozás sziklájává Izráel mindkét háza számára, tőrré és csapdává Jeruzsálem lakosainak. És sokan megbotlanak köztük, elesnek és összetöretnek, tőrbe esnek és foglyul ejtetnek. Kösd be a bizonyságtételt, pecsételd le a törvényt tanítványaim között. Ézsaiás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százhuszonhatodik szám</dc:title>
  <dc:subject>A prófétai elbeszélés feltárása: Dániel tizenegyedik fejezetének és a kortárs eseményeknek tanulmányozása</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