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Százharminckilenc</w:t>
      </w:r>
    </w:p>
    <w:p>
      <w:pPr>
        <w:pStyle w:val="ArticleSubtitle"/>
        <w:jc w:val="left"/>
      </w:pPr>
      <w:r>
        <w:rPr>
          <w:rFonts w:ascii="Arial" w:hAnsi="Arial" w:eastAsia="Arial" w:cs="Arial"/>
        </w:rPr>
        <w:t>Dániel 11:40 prófétai összhangja a modern politikai valóságokkal: Az utolsó elnök rejtélyének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Dániel könyve tizenegyedik fejezete negyvenedik versének összhangját vizsgáljuk ugyanazon fejezet első és második versével. Az első vers az 1989-es esztendőben jelöli meg a vég idejét, és a negyvenedik vers szintén 1989-ben jelöli meg a vég idejét, a Szovjetunió összeomlásával, amelyet a berlini fal 1989. november 9-én történt lebontása jelképez.</w:t>
      </w:r>
    </w:p>
    <w:p>
      <w:pPr>
        <w:pStyle w:val="ArticleBody"/>
        <w:jc w:val="left"/>
      </w:pPr>
      <w:r>
        <w:rPr>
          <w:rFonts w:ascii="Times New Roman" w:hAnsi="Times New Roman" w:eastAsia="Times New Roman" w:cs="Times New Roman"/>
        </w:rPr>
        <w:t>A második vers az Egyesült Államok 1989 utáni hatodik elnökét minden elnök közül a leggazdagabbként azonosítja, és így Donald Trumpra mutat rá. Ezzel azt is azonosítja, hogy Trump „felingerli” egész Görögországot, amely a harmadik versben Nagy Sándor görög birodalma volt. A harmadik és negyedik vers görög királysága Dániel könyve tizenegyedik fejezetében egy világméretű királyság jelképe.</w:t>
      </w:r>
    </w:p>
    <w:p>
      <w:pPr>
        <w:pStyle w:val="ArticleBody"/>
        <w:jc w:val="left"/>
      </w:pPr>
      <w:r>
        <w:rPr>
          <w:rFonts w:ascii="Times New Roman" w:hAnsi="Times New Roman" w:eastAsia="Times New Roman" w:cs="Times New Roman"/>
        </w:rPr>
        <w:t>William Miller alkotta meg e kifejezést: „a történelem és a prófécia megegyezik”, és Donald Trump története megcáfolhatatlan bizonyítékát adja annak, hogy ő nemcsak az Egyesült Államok utolsó nyolc elnöke közül a leggazdagabb volt, hanem annak is, hogy az Egyesült Államok globalistái, sőt az egész világ globalistái is olyan gyűlölettel gyűlölik Donald Trumpot, amely annyira ésszerűtlen, hogy sokan őrültségként határozzák meg.</w:t>
      </w:r>
    </w:p>
    <w:p>
      <w:pPr>
        <w:pStyle w:val="ArticleBody"/>
        <w:jc w:val="left"/>
      </w:pPr>
      <w:r>
        <w:rPr>
          <w:rFonts w:ascii="Times New Roman" w:hAnsi="Times New Roman" w:eastAsia="Times New Roman" w:cs="Times New Roman"/>
        </w:rPr>
        <w:t>Az utolsó nyolc elnök közül az első, 1989-től kezdődően, világosan előképezte Trumpot többféle módon, ezáltal alátámasztva, hogy a második vers hatodik elnöke végső soron a nyolcadik és egyben utolsó elnök lesz. Reagan, mint egy nyolcas sorozat első tagja, a nyolcadikat és egyben utolsót előképezte, mert Jézus mindig egy dolog kezdetével szemlélteti annak végét.</w:t>
      </w:r>
    </w:p>
    <w:p>
      <w:pPr>
        <w:pStyle w:val="ArticleBody"/>
        <w:jc w:val="left"/>
      </w:pPr>
      <w:r>
        <w:rPr>
          <w:rFonts w:ascii="Times New Roman" w:hAnsi="Times New Roman" w:eastAsia="Times New Roman" w:cs="Times New Roman"/>
        </w:rPr>
        <w:t>Ronald Reagan, az 1989-ben, a vég idején hivatalban lévő elnök tanúságtétele prófétikusan azt az elnököt jelképezi, aki a nyolc elnök közül az utolsó lesz. Reagan után hét elnök következnék, mert az Egyesült Államok a bibliai prófécia hatodik királyságaként a hamarosan bekövetkező vasárnaptörvénynél megszűnik, és e vasárnaptörvényt megelőzően az Egyesült Államok felállítja a fenevad képmását, és az a fenevad a hét fenevad közül a nyolcadik. Reagan volt az első elnök a vég idején 1989-ben, és az utolsó a nyolcadik lesz, amely a hét közül való.</w:t>
      </w:r>
    </w:p>
    <w:p>
      <w:pPr>
        <w:pStyle w:val="ArticleBody"/>
        <w:jc w:val="left"/>
      </w:pPr>
      <w:r>
        <w:rPr>
          <w:rFonts w:ascii="Times New Roman" w:hAnsi="Times New Roman" w:eastAsia="Times New Roman" w:cs="Times New Roman"/>
        </w:rPr>
        <w:t>Reagan 1987. június 12-én, a németországi Nyugat-Berlinben, a berlini fal közelében, a Brandenburgi kapunál elmondott beszéde során, amikor a Szovjetunió Kommunista Pártjának főtitkárához, Mihail Gorbacsovhoz szólt, ezt mondta: „Gorbacsov főtitkár úr, ha békét keres, ha jólétet keres a Szovjetunió és Kelet-Európa számára, ha liberalizációt keres: jöjjön ide ehhez a kapuhoz! Gorbacsov úr, nyissa meg ezt a kaput! Gorbacsov úr, bontsa le ezt a falat!” Az utolsó nyolc elnök közül az elsőnek e legismertebb mondata két évvel később, 1989. november 9-én a fal lebontásának beteljesedését jelezte.</w:t>
      </w:r>
    </w:p>
    <w:p>
      <w:pPr>
        <w:pStyle w:val="ArticleBody"/>
        <w:jc w:val="left"/>
      </w:pPr>
      <w:r>
        <w:rPr>
          <w:rFonts w:ascii="Times New Roman" w:hAnsi="Times New Roman" w:eastAsia="Times New Roman" w:cs="Times New Roman"/>
        </w:rPr>
        <w:t>Ily módon Reagan hangsúlya a fal lerombolására a nyolcadik elnökre irányult, aki, miközben a hatodik elnöki tisztségért indult, kampányát arra az ígéretre alapozta, hogy „felépíti a falat”. Az utolsó nyolc elnök közül az első arra szólított fel, hogy a falat rombolják le, és a berlini falat 1989-ben, a vég idején rombolták le. A hamarosan bekövetkező vasárnaptörvénynél az Egyház és az Állam elválasztásának „fala” le fog omlani, amint azt az 1989-es kezdet szemlélteti. Ezen időszak közepén a hatodik elnök, aki felkavarja a globalistákat, megkísérel felépíteni egy falat, amelyet azok nem akarnak, és amikor ismét a hét közül való nyolcadik elnök lesz, egy másik „fal” is le fog omlani.</w:t>
      </w:r>
    </w:p>
    <w:p>
      <w:pPr>
        <w:pStyle w:val="ArticleBody"/>
        <w:jc w:val="left"/>
      </w:pPr>
      <w:r>
        <w:rPr>
          <w:rFonts w:ascii="Times New Roman" w:hAnsi="Times New Roman" w:eastAsia="Times New Roman" w:cs="Times New Roman"/>
        </w:rPr>
        <w:t>A nyolc elnök közül az elsőt egy fal ledöntése jelöli, amely a vég idejét jelölte, amint azt Dániel könyve tizenegyedik fejezetének negyvenedik verse ábrázolja; a nyolc elnök közül az utolsót pedig egy „fal” ledöntése jelöli, amely a száznegyvennégyezer pecsételési idejének végét jelzi, amint azt Dániel könyve tizenegyedik fejezetének negyvenegyedik verse ábrázolja.</w:t>
      </w:r>
    </w:p>
    <w:p>
      <w:pPr>
        <w:pStyle w:val="ArticleBody"/>
        <w:jc w:val="left"/>
      </w:pPr>
      <w:r>
        <w:rPr>
          <w:rFonts w:ascii="Times New Roman" w:hAnsi="Times New Roman" w:eastAsia="Times New Roman" w:cs="Times New Roman"/>
        </w:rPr>
        <w:t>Reagan elnök egykori demokrata volt, aki republikánussá lett; egykori médiasztár; világos, tiszta szónoki képességéről ismert ember, mély humorérzékkel; fiskálisan konzervatív politikus, aki Washington, DC establishmentje ellen kampányolt. Ám Reagannek az ország fővárosában meggyökerezett establishmenttel („mocsárral”) szembeni első kampányában használt retorikája ellenére végül kabineti tisztségeibe addig bármely más modern elnöknél nagyobb arányban nevezett ki megerősített globalista politikusokat. Olyannyira ment, hogy alelnökéül az idősebb George Busht választotta, egy olyan embert, akinek családi gyökerei messzire nyúlnak vissza a globalizmus történetében.</w:t>
      </w:r>
    </w:p>
    <w:p>
      <w:pPr>
        <w:pStyle w:val="ArticleBody"/>
        <w:jc w:val="left"/>
      </w:pPr>
      <w:r>
        <w:rPr>
          <w:rFonts w:ascii="Times New Roman" w:hAnsi="Times New Roman" w:eastAsia="Times New Roman" w:cs="Times New Roman"/>
        </w:rPr>
        <w:t>Trump azzal kampányolt, hogy megtisztítja az általa „mocsárnak” nevezett establishmentet, ám azoknak a férfiaknak a sora, akiket a közvetlen munkatársai közé választott, legnagyobb gyengeségére mutat rá. Csaknem mindezek a férfiak annak a „mocsárnak” a képviselői voltak, amelyet Trump oly rendíthetetlenül ellenez. Trump, miként Reagan is, korábbi demokrata volt, aki republikánussá lett, egykori médiasztár, szónoki képességeiről ismert férfi, mély humorérzékkel és fiskálisan konzervatív szemlélettel.</w:t>
      </w:r>
    </w:p>
    <w:p>
      <w:pPr>
        <w:pStyle w:val="ArticleBody"/>
        <w:jc w:val="left"/>
      </w:pPr>
      <w:r>
        <w:rPr>
          <w:rFonts w:ascii="Times New Roman" w:hAnsi="Times New Roman" w:eastAsia="Times New Roman" w:cs="Times New Roman"/>
        </w:rPr>
        <w:t>Az Egyesült Államok utolsó elnöke lesz az az elnök, aki hivatalban lesz, amikor az Egyesült Államokban felállíttatik a pápaság képmása (a fenevad képmása). Az 1989 óta számított nyolcadik és egyben utolsó elnök ennélfogva részes lesz egy sárkányhatalom elleni háborúban, mert a pápaság először egy hosszú, elhúzódó, a sárkánnyal vívott háborúban emeltetett trónra egy sárkányhatalom által 538-ban, majd ugyanazon sárkányhatalom fosztotta meg trónjától 1798-ban; és ismét a tíz király által jelképezett sárkányhatalom fogja trónra emelni, akik egyetértenek abban, hogy hetedik királyságukat a pápaságnak adják, és akik ezt követően letaszítják a pápai fenevadat trónjáról, amikor tűzzel megégetik és megeszik a húsát, miközben segítség nélkül jut végére.</w:t>
      </w:r>
    </w:p>
    <w:p>
      <w:pPr>
        <w:pStyle w:val="ArticleBody"/>
        <w:jc w:val="left"/>
      </w:pPr>
      <w:r>
        <w:rPr>
          <w:rFonts w:ascii="Times New Roman" w:hAnsi="Times New Roman" w:eastAsia="Times New Roman" w:cs="Times New Roman"/>
        </w:rPr>
        <w:t>Az az elnök, akinek a nyolcadiknak kell lennie, aki a hét közül való, egyúttal az az elnök is lesz, aki egy sárkányhatalom elleni háborúban vesz részt. Ez a háború akkor azonosítható, amikor a hatodik és leggazdagabb elnök felingerli a teljes globalista sárkányhatalmakat. A nyolc végső elnök közül, 1989-től számítva, kettő már elhunyt, így hat lehetséges elnök marad, aki részt vehet egy sárkányhatalom elleni háborúban.</w:t>
      </w:r>
    </w:p>
    <w:p>
      <w:pPr>
        <w:pStyle w:val="ArticleBody"/>
        <w:jc w:val="left"/>
      </w:pPr>
      <w:r>
        <w:rPr>
          <w:rFonts w:ascii="Times New Roman" w:hAnsi="Times New Roman" w:eastAsia="Times New Roman" w:cs="Times New Roman"/>
        </w:rPr>
        <w:t>E hat lehetőség közül négy nyíltan a sárkány által hajtott globalista. A hat közül az egyik, akárcsak az apja, republikánusnak vallja magát, de csak névleg republikánus, és apjához hasonlóan a globalista sárkányhatalom képviselője. A hat élő elnök közül csak egy határozottan nem globalista, és ő az az elnök, aki felkavarja a globalistákat. Az utolsó nyolc elnök közül egyedül ő tölthetné be a pápaság képmásának ezt az elemét, abban az értelemben, hogy részt vesz egy sárkányhatalom elleni háborúban.</w:t>
      </w:r>
    </w:p>
    <w:p>
      <w:pPr>
        <w:pStyle w:val="ArticleBody"/>
        <w:jc w:val="left"/>
      </w:pPr>
      <w:r>
        <w:rPr>
          <w:rFonts w:ascii="Times New Roman" w:hAnsi="Times New Roman" w:eastAsia="Times New Roman" w:cs="Times New Roman"/>
        </w:rPr>
        <w:t>Az első republikánus elnök híresen idézett egy szentírási igét az amerikai polgárháborúval kapcsolatban, amely éppen erre a tényre vonatkozik.</w:t>
      </w:r>
    </w:p>
    <w:p>
      <w:pPr>
        <w:pStyle w:val="ArticleScripture"/>
        <w:jc w:val="left"/>
      </w:pPr>
      <w:r>
        <w:rPr>
          <w:rFonts w:ascii="Times New Roman" w:hAnsi="Times New Roman" w:eastAsia="Times New Roman" w:cs="Times New Roman"/>
        </w:rPr>
        <w:t>Jézus pedig ismervén gondolataikat, monda nekik: Minden ország, amely meghasonlik önmagával, elpusztul; és egyetlen város vagy ház sem állhat meg, amely meghasonlik önmagával. Ha pedig a Sátán a Sátánt űzi ki, önmagával hasonlott meg: miképpen állhat meg tehát az ő országa? És ha én Beelzebub által űzöm ki az ördögöket, a ti fiaitok ki által űzik ki azokat? Azért ők lesznek a ti bíráitok. Ha pedig én Isten Lelke által űzöm ki az ördögöket, akkor bizony elérkezett hozzátok az Isten országa. Máté 12:25–28.</w:t>
      </w:r>
    </w:p>
    <w:p>
      <w:pPr>
        <w:pStyle w:val="ArticleBody"/>
        <w:jc w:val="left"/>
      </w:pPr>
      <w:r>
        <w:rPr>
          <w:rFonts w:ascii="Times New Roman" w:hAnsi="Times New Roman" w:eastAsia="Times New Roman" w:cs="Times New Roman"/>
        </w:rPr>
        <w:t>A sárkány hadviselése a leggazdagabb elnök ellen, aki felingerelte Görögország birodalmát, csakis Donald Trump és a globalisták között állhat fenn, mert a másik öt lehetséges, még élő elnök mind Amerika-ellenes globalista. Amikor Lincoln az előző verseket idézte, hogy a nemzet rabszolgaságpárti és rabszolgaságellenes két táborra szakadását tárgyalja, a rabszolgaságpárti demokratákhoz és a rabszolgaságellenes republikánusokhoz szólt; és eközben az utolsó napoknak azt a háborúját is érintette a globalista demokraták és azon háború között, amelyet az utolsó republikánus elnök MAGA-izmusnak nevezett mozgalmával szít fel, amelyet ő maga képvisel és vezet.</w:t>
      </w:r>
    </w:p>
    <w:p>
      <w:pPr>
        <w:pStyle w:val="ArticleBody"/>
        <w:jc w:val="left"/>
      </w:pPr>
      <w:r>
        <w:rPr>
          <w:rFonts w:ascii="Times New Roman" w:hAnsi="Times New Roman" w:eastAsia="Times New Roman" w:cs="Times New Roman"/>
        </w:rPr>
        <w:t>Első republikánus elnökként Lincoln az utolsó republikánus elnök előképe. Az utolsó elnököt továbbá az 1989-ben, a vég idején hivatalban lévő republikánus elnök is jelképezi. E két tanú azt az elnököt, akit előképeznek, republikánusként azonosítja. Az 1989-ben, a vég idején hivatalban lévő republikánus elnök nem pusztán republikánus volt, hanem az utolsó nyolc elnök közül az első. Az utolsó elnöknek George Washington is előképe volt, mint az első elnök és az első főparancsnok.</w:t>
      </w:r>
    </w:p>
    <w:p>
      <w:pPr>
        <w:pStyle w:val="ArticleBody"/>
        <w:jc w:val="left"/>
      </w:pPr>
      <w:r>
        <w:rPr>
          <w:rFonts w:ascii="Times New Roman" w:hAnsi="Times New Roman" w:eastAsia="Times New Roman" w:cs="Times New Roman"/>
        </w:rPr>
        <w:t>Washingtont viszont az első elnök mintázta előre az 1776 által jelképezett időszakban, és ez az első elnök (Peyton Randolph) egyike volt annak a hét férfinak, akik a hét férfi által jelképezett nyolc időszak során szolgáltak. Randolph az első volt a nyolc közül, ezért Reagant képviselte, aki az első volt a nyolc közül, és ő volt a nyolcadik, aki a hét közül való volt. Ennélfogva Randolph Washingtont (az első elnököt), Lincolnt (az első republikánus elnököt), Reagant (az utolsó nyolc első elnökét) és az 1989 utáni nyolcadik elnököt jelképezte, aki prófétai szükségszerűség folytán a nyolcadik volna, aki a hét közül való volt.</w:t>
      </w:r>
    </w:p>
    <w:p>
      <w:pPr>
        <w:pStyle w:val="ArticleBody"/>
        <w:jc w:val="left"/>
      </w:pPr>
      <w:r>
        <w:rPr>
          <w:rFonts w:ascii="Times New Roman" w:hAnsi="Times New Roman" w:eastAsia="Times New Roman" w:cs="Times New Roman"/>
        </w:rPr>
        <w:t>Washingtont János Hancock is előképezné, aki az 1789 által jelképezett történetben elnök volt, és aki — miként Randolph is — a nyolcadik volt, aki a hét közül való volt. Randolph Washingtont képezte előre, ezért amikor Hancock Randolphhoz igazodik mint a nyolcadik, aki a hét közül való, Hancock 1989 után a nyolcadik elnököt jelképezi, akinek prófétai szükségszerűség folytán a nyolcadiknak kellett lennie, aki a hét közül való volt.</w:t>
      </w:r>
    </w:p>
    <w:p>
      <w:pPr>
        <w:pStyle w:val="ArticleBody"/>
        <w:jc w:val="left"/>
      </w:pPr>
      <w:r>
        <w:rPr>
          <w:rFonts w:ascii="Times New Roman" w:hAnsi="Times New Roman" w:eastAsia="Times New Roman" w:cs="Times New Roman"/>
        </w:rPr>
        <w:t>Randolph, Hancock, Washington, Lincoln és Reagan mind az utolsó elnök előképei. E tanúk közül kettő megerősíti, hogy az utolsó elnök republikánus lesz. Kettő azt állapítja meg, hogy az utolsó elnök a nyolcadik lesz, vagyis a hét közül való. Az 1989-ben bekövetkezett vég ideje utáni nyolc elnök közül az öt még élő elnök azt azonosítja, hogy egyedül Trump rendelkezik azzal a politikai ideológiával, hogy részt vegyen a sárkányhatalommal vívott háborúban.</w:t>
      </w:r>
    </w:p>
    <w:p>
      <w:pPr>
        <w:pStyle w:val="ArticleBody"/>
        <w:jc w:val="left"/>
      </w:pPr>
      <w:r>
        <w:rPr>
          <w:rFonts w:ascii="Times New Roman" w:hAnsi="Times New Roman" w:eastAsia="Times New Roman" w:cs="Times New Roman"/>
        </w:rPr>
        <w:t>Lincolnt James Buchanan, egy demokrata párti politikus előzte meg, akit a tisztességes történészek az amerikai történelem korai szakaszának legkevésbé hatékony elnökeként azonosítanak, és akinek eredménytelen vezetése lényegében előidézte az Egyesült Államok polgárháborúját. Mielőtt Lincolnt beiktatták volna, a déli államok már megkezdték a kiválást az Unióból, és Lincoln beiktatása után alig egy hónappal eldördültek az első lövések. Buchanan indította el azokat a folyamatokat, amelyek háborúhoz vezettek, s amelyet Lincolnnak kellett megoldania.</w:t>
      </w:r>
    </w:p>
    <w:p>
      <w:pPr>
        <w:pStyle w:val="ArticleBody"/>
        <w:jc w:val="left"/>
      </w:pPr>
      <w:r>
        <w:rPr>
          <w:rFonts w:ascii="Times New Roman" w:hAnsi="Times New Roman" w:eastAsia="Times New Roman" w:cs="Times New Roman"/>
        </w:rPr>
        <w:t>Reagant a modern idők legtehetetlenebb elnöke előzte meg. Carter, demokrata párti politikus, megszégyenítette az Egyesült Államokat azáltal, hogy képtelen volt megfelelően kezelni az Iránban jelen lévő radikális iszlámot.</w:t>
      </w:r>
    </w:p>
    <w:p>
      <w:pPr>
        <w:pStyle w:val="ArticleBody"/>
        <w:jc w:val="left"/>
      </w:pPr>
      <w:r>
        <w:rPr>
          <w:rFonts w:ascii="Times New Roman" w:hAnsi="Times New Roman" w:eastAsia="Times New Roman" w:cs="Times New Roman"/>
        </w:rPr>
        <w:t>Trumpot Obama előzte meg, egy demokrata, aki szándékosan kezdeményezte azokat a kulturális, politikai és gazdasági megosztottságokat, amelyek azóta csak fokozódtak. Eredménytelen vezetését Buchanan és Carter egyaránt előképezte, de abban a történelemben, amelynek élén állt, a fősodratú média már elkezdte megnyilvánítani önmagát Adolf Hitler Birodalmi Népfelvilágosítási és Propagandaminisztériumával párhuzamosan. Obama támadásait az Egyesült Államok társadalmi, politikai, pénzügyi és vallási intézményei ellen elleplezték azok számára, akik úgy döntöttek, hogy nem látnak, és gondosan leplezték eredménytelenségét is mint olyasvalakiét, aki esküvel kötelezte magát az Alkotmány védelmére. Obama megszégyenítette az Egyesült Államokat azáltal, hogy képtelen volt helyesen kezelni az Iránban található radikális iszlámot.</w:t>
      </w:r>
    </w:p>
    <w:p>
      <w:pPr>
        <w:pStyle w:val="ArticleBody"/>
        <w:jc w:val="left"/>
      </w:pPr>
      <w:r>
        <w:rPr>
          <w:rFonts w:ascii="Times New Roman" w:hAnsi="Times New Roman" w:eastAsia="Times New Roman" w:cs="Times New Roman"/>
        </w:rPr>
        <w:t>Amikor Trumpot 2024-ben újraválasztják, mint Reagantól 1989 óta számított nyolcadik elnököt, ismét egy globalista, sárkányi erő által hajtott demokrata fogja megelőzni, aki immár elnyerte a történelem leghatástalanabb elnökének koronáját, s aki Iránt illetően a radikális iszlám kezelésére tett kísérletében ismételten megszégyenítette az Egyesült Államokat, jóllehet a modern fősodratú média (amint azt a Birodalmi Népfelvilágosítási és Propagandaminisztérium példázza) ismét azon munkálkodik, hogy ezt a nyilvánvaló valóságot eltemesse.</w:t>
      </w:r>
    </w:p>
    <w:p>
      <w:pPr>
        <w:pStyle w:val="ArticleBody"/>
        <w:jc w:val="left"/>
      </w:pPr>
      <w:r>
        <w:rPr>
          <w:rFonts w:ascii="Times New Roman" w:hAnsi="Times New Roman" w:eastAsia="Times New Roman" w:cs="Times New Roman"/>
        </w:rPr>
        <w:t>Amikor Reagan hivatalba lépett, a Demokrata Párt elnöke megoldatlanul hagyott egy, a radikális iszlámmal kapcsolatos válságot, amelynek központja Iránban volt. Reagan azonnal lépéseket tett annak érdekében, hogy megfordítsa az Egyesült Államok és a radikális iszlám — Irán által képviselt — közötti feszültségek irányát. Amikor Trump hivatalba lépett, a radikális iszlámmal kapcsolatos, ismét Iránban összpontosuló válságot a Demokrata Párt elnöke nemcsak megoldatlanul hagyta, hanem finanszírozta is. Trump azonnal lépéseket tett annak érdekében, hogy megfordítsa az Egyesült Államok és a radikális iszlám — Irán által képviselt — közötti feszültségek irányát. A jelenlegi demokrata elnök visszafordította mindazt az előrehaladást, amelyet Trump elért, és most Biden eredménytelen vezetése az egész világot a harmadik világháborúba sodorja.</w:t>
      </w:r>
    </w:p>
    <w:p>
      <w:pPr>
        <w:pStyle w:val="ArticleBody"/>
        <w:jc w:val="left"/>
      </w:pPr>
      <w:r>
        <w:rPr>
          <w:rFonts w:ascii="Times New Roman" w:hAnsi="Times New Roman" w:eastAsia="Times New Roman" w:cs="Times New Roman"/>
        </w:rPr>
        <w:t>Ez nemcsak az iszlámmal kapcsolatos munkát teljesíti be, amelyet Carter eredménytelensége és Obama iszlám előmozdítása jelképez, hanem Buchanan háborúindító tevékenysége által is, amelyet a republikánus elnöknek kellett rendeznie.</w:t>
      </w:r>
    </w:p>
    <w:p>
      <w:pPr>
        <w:pStyle w:val="ArticleBody"/>
        <w:jc w:val="left"/>
      </w:pPr>
      <w:r>
        <w:rPr>
          <w:rFonts w:ascii="Times New Roman" w:hAnsi="Times New Roman" w:eastAsia="Times New Roman" w:cs="Times New Roman"/>
        </w:rPr>
        <w:t>Amiként az első republikánus elnököt, úgy Trumpot is politikailag meggyilkolták a globalista sárkányhatalmak a 2020-as választáson. Miközben úgy tekintettek rá, mint aki holtan fekszik az utcán, a földi fenevad globalistái és az egész világ globalistái ünnepelni kezdtek, amint az a Jelenések könyve tizenegyedik fejezetében meg van jövendölve.</w:t>
      </w:r>
    </w:p>
    <w:p>
      <w:pPr>
        <w:pStyle w:val="ArticleScripture"/>
        <w:jc w:val="left"/>
      </w:pPr>
      <w:r>
        <w:rPr>
          <w:rFonts w:ascii="Times New Roman" w:hAnsi="Times New Roman" w:eastAsia="Times New Roman" w:cs="Times New Roman"/>
        </w:rPr>
        <w:t>És amikor bevégzik bizonyságtételüket, a mélységből feljövő fenevad hadakozik ellenük, legyőzi őket, és megöli őket. És holttesteik a nagy város utcáján hevernek, amelyet lélek szerint Sodomának és Egyiptomnak neveznek, ahol a mi Urunkat is megfeszítették. És a népekből és törzsekből és nyelvekből és nemzetekből valók látják az ő holttesteiket három és fél napig, és nem engedik, hogy holttesteiket sírba tegyék. És a föld lakosai örvendeznek rajtuk, vigadoznak, és ajándékokat küldenek egymásnak, mert e két próféta gyötörte a föld lakosait. És három és fél nap múlva az élet Lelke Istentől beléjük ment, és lábukra álltak; és nagy félelem szállta meg azokat, akik látták őket. Jelenések 11:7–11.</w:t>
      </w:r>
    </w:p>
    <w:p>
      <w:pPr>
        <w:pStyle w:val="ArticleBody"/>
        <w:jc w:val="left"/>
      </w:pPr>
      <w:r>
        <w:rPr>
          <w:rFonts w:ascii="Times New Roman" w:hAnsi="Times New Roman" w:eastAsia="Times New Roman" w:cs="Times New Roman"/>
        </w:rPr>
        <w:t>Most pedig elérkeztünk 2024-hez, ahol Trump talpra állt, és a sárkányi világot, amely 2021. január 6-a óta vigadozott és ünnepelt, most „nagy félelem” veszi körül. A fősodratú média (MSM) pánikban van. Saját beszédpaneljeikben is kezd megmutatkozni aggodalmuk, hogy — amint a régi rock and roll dal mondja — „az a fáradt öregember, akit királlyá választottak”, nem képes kellően közel maradni Trump számaihoz ahhoz, hogy szavazógépeik átsegítsék Bident a célvonalon. A fősodratú média ma éppoly mértékben propagandagépezet, mint amilyen Hitler napjaiban a Birodalmi Népfelvilágosítási és Propagandaminisztérium volt.</w:t>
      </w:r>
    </w:p>
    <w:p>
      <w:pPr>
        <w:pStyle w:val="ArticleBody"/>
        <w:jc w:val="left"/>
      </w:pPr>
      <w:r>
        <w:rPr>
          <w:rFonts w:ascii="Times New Roman" w:hAnsi="Times New Roman" w:eastAsia="Times New Roman" w:cs="Times New Roman"/>
        </w:rPr>
        <w:t>Ez a tény ismételten bebizonyosodott, minden matematikai lehetőséget meghaladva arra nézve, hogy másként lehetne. Valahányszor egy új globalista jelszó kerül bevezetésre a társadalom széles köreiben, újra meg újra dokumentálták, hogy a sárkány propagandagépezete által irányított különféle kommunikációs csatornák szó szerint azonos megfogalmazást használnak, amikor erről az eseményről vagy arról a kérdésről beszélnek.</w:t>
      </w:r>
    </w:p>
    <w:p>
      <w:pPr>
        <w:pStyle w:val="ArticleBody"/>
        <w:jc w:val="left"/>
      </w:pPr>
      <w:r>
        <w:rPr>
          <w:rFonts w:ascii="Times New Roman" w:hAnsi="Times New Roman" w:eastAsia="Times New Roman" w:cs="Times New Roman"/>
        </w:rPr>
        <w:t>Ha bármelyikük ismeri a régi gyermekjátékot, amelyet „telefon”-nak, olykor pedig „kínai suttogás”-nak neveznek, tudja, hogy amikor az emberek körbeülnek, és a játék úgy halad, hogy az első személy a következő fülébe súg valamit, majd ez a suttogás körbemegy a körben, a kezdeti suttogás, amely körbejárja a kört, kivétel nélkül valami mássá alakul, mint amit az első suttogás eredetileg jelentett. A fősodratú média mégis azt várja el híveitől, hogy elhiggyék: ebben az országban és szerte a világon minden egyes újságíró valamiképpen ugyanazokat a szavakat és fordulatokat választja, hogy megmagyarázza a sárkány álláspontját egy adott témával vagy eseménnyel kapcsolatban. Úgynevezett újságírók százai tekintettek ugyanarra az eseményre, és nemcsak ugyanarra a következtetésre jutottak, hanem ugyanazokat a szavakat és fordulatokat választották az esemény leírására.</w:t>
      </w:r>
    </w:p>
    <w:p>
      <w:pPr>
        <w:pStyle w:val="ArticleBody"/>
        <w:jc w:val="left"/>
      </w:pPr>
      <w:r>
        <w:rPr>
          <w:rFonts w:ascii="Times New Roman" w:hAnsi="Times New Roman" w:eastAsia="Times New Roman" w:cs="Times New Roman"/>
        </w:rPr>
        <w:t>Amivel ez idő szerint foglalkozunk, az nem a globalisták propagandagépezete elleni támadás, hanem egyszerűen annak a szellemi háborúnak egy prófétai jellegzetességének az azonosítása, amely most a Föld bolygón zajlik. Krisztus idejében a zsidók végül nyilvánosan a császárt választották királyuknak, miközben elutasították Messiásukat. Abban a vitákkal terhes időszakban a főpap olyan érvet szolgáltatott Krisztus meggyilkolására, amely sátáni volt és hibás okfejtésen alapult, ugyanakkor egyidejűleg helytálló is volt.</w:t>
      </w:r>
    </w:p>
    <w:p>
      <w:pPr>
        <w:pStyle w:val="ArticleScripture"/>
        <w:jc w:val="left"/>
      </w:pPr>
      <w:r>
        <w:rPr>
          <w:rFonts w:ascii="Times New Roman" w:hAnsi="Times New Roman" w:eastAsia="Times New Roman" w:cs="Times New Roman"/>
        </w:rPr>
        <w:t>Egyikük pedig, név szerint Kajafás, aki abban az esztendőben főpap volt, így szólt hozzájuk: Ti semmit sem tudtok, és meg sem gondoljátok, hogy jobb nekünk, ha egy ember hal meg a népért, és nem az egész nemzet vész el. Ezt pedig nem magától mondta; hanem mivel abban az esztendőben főpap volt, megjövendölte, hogy Jézus meg fog halni azért a nemzetért; és nemcsak azért a nemzetért, hanem azért is, hogy egybegyűjtse az Istennek szétszóratásban levő gyermekeit. János 11:49–52.</w:t>
      </w:r>
    </w:p>
    <w:p>
      <w:pPr>
        <w:pStyle w:val="ArticleBody"/>
        <w:jc w:val="left"/>
      </w:pPr>
      <w:r>
        <w:rPr>
          <w:rFonts w:ascii="Times New Roman" w:hAnsi="Times New Roman" w:eastAsia="Times New Roman" w:cs="Times New Roman"/>
        </w:rPr>
        <w:t>Kajafás olyan érvelést talált ki, amellyel Krisztust támadja, és eközben valójában érvényes jövendölést mondott. Nem hitte, hogy Krisztusnak az emberiség áldozatává kell lennie; egyszerűen meg akarta ölni Őt. A sárkány hatalmának fősodratú médiája most hasonló dolgot visz véghez Trumppal kapcsolatban. Arra törekszenek, hogy félelmet plántáljanak a lakosságba, miszerint ha Trumpot újraválasztják, diktátorrá lesz, mint Adolf Hitler. A demokraták a rabszolgaságot pártoló párt, és a náci párt jellegzetességeit hordozzák magukon, beleértve egy világméretű — nem csupán német — propagandagépezetet is; mégis azt állítják, hogy ha Trumpot megválasztják, a demokrácia megdől, és Trump Adolf Hitlerhez hasonló diktátor lesz.</w:t>
      </w:r>
    </w:p>
    <w:p>
      <w:pPr>
        <w:pStyle w:val="ArticleBody"/>
        <w:jc w:val="left"/>
      </w:pPr>
      <w:r>
        <w:rPr>
          <w:rFonts w:ascii="Times New Roman" w:hAnsi="Times New Roman" w:eastAsia="Times New Roman" w:cs="Times New Roman"/>
        </w:rPr>
        <w:t>Ez pontosan az, amit Isten Igéje az Egyesült Államok utolsó elnökéről kijelent, jóllehet a főáramú média a sárkánytól ihletett Kajafáshoz hasonlóan nem érti, hogy az ő hangoztatott állításai prófétikusak, és valóban be fognak teljesedni.</w:t>
      </w:r>
    </w:p>
    <w:p>
      <w:pPr>
        <w:pStyle w:val="ArticleScripture"/>
        <w:jc w:val="left"/>
      </w:pPr>
      <w:r>
        <w:rPr>
          <w:rFonts w:ascii="Times New Roman" w:hAnsi="Times New Roman" w:eastAsia="Times New Roman" w:cs="Times New Roman"/>
        </w:rPr>
        <w:t>„Országunk veszedelemben van. Közeleg az idő, amikor törvényhozói olyannyira megtagadják a protestantizmus elveit, hogy támogatást nyújtanak a római hitelhagyásnak. Az a nép, amelyért Isten oly csodálatosan munkálkodott, megerősítve őket, hogy lerázzák magukról a pápaság gyötrő igáját, nemzeti cselekedet által erőt ad majd Róma romlott hitének, és ily módon felébreszti azt a zsarnokságot, amely csupán egy érintésre vár, hogy ismét kegyetlenségben és önkényuralomban törjön elő. Gyors léptekkel közeledünk már ehhez az időszakhoz.” The Spirit of Prophecy, 4. kötet, 410.</w:t>
      </w:r>
    </w:p>
    <w:p>
      <w:pPr>
        <w:pStyle w:val="ArticleBody"/>
        <w:jc w:val="left"/>
      </w:pPr>
      <w:r>
        <w:rPr>
          <w:rFonts w:ascii="Times New Roman" w:hAnsi="Times New Roman" w:eastAsia="Times New Roman" w:cs="Times New Roman"/>
        </w:rPr>
        <w:t>Tudatában vagyok annak, hogy amikor az Egyesült Államok Demokrata Pártjának megrontott elemeit, a magukat republikánusnak valló, valójában globalista személyeket, valamint a világ progresszív globalistáit azonosítom, az olvasó arra a következtetésre juthat, hogy valamiféle politikai rokonszenvet táplálok a Republikánus Párt vagy Donald Trump iránt. Ez távol áll a tényektől; az utolsó elnök diktátorrá lesz, miként azt a fősodratú média előre jelzi, jóllehet maguk sem tudnak többet arról, amit valójában megjövendölnek, mint Kajafás tudott. Mi csupán az „emberi események összetett kölcsönhatásához” kapcsolódó prófétai dinamikát azonosítjuk, amelyet Ezékiel kerekei a kerekekben jelképeznek.</w:t>
      </w:r>
    </w:p>
    <w:p>
      <w:pPr>
        <w:pStyle w:val="ArticleBody"/>
        <w:jc w:val="left"/>
      </w:pPr>
      <w:r>
        <w:rPr>
          <w:rFonts w:ascii="Times New Roman" w:hAnsi="Times New Roman" w:eastAsia="Times New Roman" w:cs="Times New Roman"/>
        </w:rPr>
        <w:t>E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Százharminckilenc</dc:title>
  <dc:subject>Dániel 11:40 prófétai összhangja a modern politikai valóságokkal: Az utolsó elnök rejtélyének feltárása</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