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Száznegyvenedik մաս</w:t>
      </w:r>
      <w:r>
        <w:rPr>
          <w:rFonts w:ascii="Nirmala UI" w:hAnsi="Nirmala UI" w:eastAsia="Nirmala UI" w:cs="Nirmala UI"/>
        </w:rPr>
        <w:t>്</w:t>
      </w:r>
    </w:p>
    <w:p>
      <w:pPr>
        <w:pStyle w:val="ArticleSubtitle"/>
        <w:jc w:val="left"/>
      </w:pPr>
      <w:r>
        <w:rPr>
          <w:rFonts w:ascii="Arial" w:hAnsi="Arial" w:eastAsia="Arial" w:cs="Arial"/>
        </w:rPr>
        <w:t>Az utolsó ígéret: Illés szerepének feltárása az Úr napja előtt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Az Ószövetség utolsó ígérete az, hogy az Úr nagy és rettenetes napja előtt eljön Illés.</w:t>
      </w:r>
    </w:p>
    <w:p>
      <w:pPr>
        <w:pStyle w:val="ArticleScripture"/>
        <w:jc w:val="left"/>
      </w:pPr>
      <w:r>
        <w:rPr>
          <w:rFonts w:ascii="Times New Roman" w:hAnsi="Times New Roman" w:eastAsia="Times New Roman" w:cs="Times New Roman"/>
        </w:rPr>
        <w:t>Emlékezzetek meg Mózesnek, az én szolgámnak törvényéről, amelyet Hórebben parancsoltam neki egész Izráel számára, a rendelésekkel és ítéletekkel együtt. Íme, elküldöm néktek Illés prófétát, mielőtt eljön az Úr nagy és rettenetes napja: És az atyák szívét a fiakhoz fordítja, a fiak szívét pedig atyáikhoz, hogy el ne jöjjek, és átokkal ne sújtsam a földet. Malakiás 4:4–5.</w:t>
      </w:r>
    </w:p>
    <w:p>
      <w:pPr>
        <w:pStyle w:val="ArticleBody"/>
        <w:jc w:val="left"/>
      </w:pPr>
      <w:r>
        <w:rPr>
          <w:rFonts w:ascii="Times New Roman" w:hAnsi="Times New Roman" w:eastAsia="Times New Roman" w:cs="Times New Roman"/>
        </w:rPr>
        <w:t>Az Illés, aki „az Úr nagy és rettenetes napja” előtt jön el, egyéni hírnök, és egyúttal az a mozgalom is, amely ahhoz az üzenethez kapcsolódik, amelyet a hírnök hirdet. Az elküldött Illés tehát az a száznegyvennégyezer, akik nem ízlelik meg a halált, miként azt Énok és Illés jelképezik. Ők azok, akik zászlóként emeltetnek fel a hamarosan bekövetkező vasárnaptörvény idején.</w:t>
      </w:r>
    </w:p>
    <w:p>
      <w:pPr>
        <w:pStyle w:val="ArticleBody"/>
        <w:jc w:val="left"/>
      </w:pPr>
      <w:r>
        <w:rPr>
          <w:rFonts w:ascii="Times New Roman" w:hAnsi="Times New Roman" w:eastAsia="Times New Roman" w:cs="Times New Roman"/>
        </w:rPr>
        <w:t>Az utolsó napok Illését Keresztelő János is jelképezte, de János nem a száznegyvennégyezeret jelképezte. Azokat jelképezte, akik csatlakoznak a mozgalomhoz és elfogadják az utolsó napok hírnökének üzenetét, akiket aztán a pápaság meggyilkol a vasárnaptörvény válságának órájában, amely a hamarosan bekövetkező vasárnaptörvénnyel kezdődik, és akkor ér véget, amikor Mihály felkel, és a pápaság segítség nélkül jut a végére.</w:t>
      </w:r>
    </w:p>
    <w:p>
      <w:pPr>
        <w:pStyle w:val="ArticleBody"/>
        <w:jc w:val="left"/>
      </w:pPr>
      <w:r>
        <w:rPr>
          <w:rFonts w:ascii="Times New Roman" w:hAnsi="Times New Roman" w:eastAsia="Times New Roman" w:cs="Times New Roman"/>
        </w:rPr>
        <w:t>Illés a Kármel-hegyen jelenik meg, János pedig Heródes lakomatermében. Ez a két történelmi tanú azonosítja Isten utolsó napokban élő népének azt a két csoportját, amelyeket a Jelenések könyve hetedik fejezete ábrázol. A száznegyvennégyezer és a nagy sokaság megfelel a Kármel-hegynek és Heródes születésnapi ünnepségének. Ez a két prófétai vonal megbízható viszonyítási pontot nyújt ahhoz, hogy gondosan azonosítsuk a nyolcadik fej elemeit, vagyis azt, amely a Jelenések könyve tizenhetedik fejezetében szereplő hét fej közül való, kellő prófétai részletességgel ahhoz, hogy világossá tegye, miként és miért válik az utolsó elnök, aki a hét közül való nyolcadik elnök, az Egyesült Államok nagy diktátorává a bibliai prófécia hatodik királyságának utolsó mozzanataiban.</w:t>
      </w:r>
    </w:p>
    <w:p>
      <w:pPr>
        <w:pStyle w:val="ArticleBody"/>
        <w:jc w:val="left"/>
      </w:pPr>
      <w:r>
        <w:rPr>
          <w:rFonts w:ascii="Times New Roman" w:hAnsi="Times New Roman" w:eastAsia="Times New Roman" w:cs="Times New Roman"/>
        </w:rPr>
        <w:t>A vasárnaptörvény idején valósul meg a hármas egység.</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megtagadja Alkotmánya minden elvét mint protestáns és köztársasági kormányzat, és intézkedéseket tesz a pápai hamisságok és tévelygések terjesztésére, akkor tudhatjuk, hogy elérkezett az idő Sátán csodálatos működésére, és hogy közel a vég.” Testimonies, 5. kötet, 451.</w:t>
      </w:r>
    </w:p>
    <w:p>
      <w:pPr>
        <w:pStyle w:val="ArticleBody"/>
        <w:jc w:val="left"/>
      </w:pPr>
      <w:r>
        <w:rPr>
          <w:rFonts w:ascii="Times New Roman" w:hAnsi="Times New Roman" w:eastAsia="Times New Roman" w:cs="Times New Roman"/>
        </w:rPr>
        <w:t>Mindazonáltal ebben a szemléltetésben van egy sorrend, és ez a sorrend az ihletett ige tárgya. Olyan eseményről van szó, amely a rendelet idején következik be; ez egy értelemben egyszeri esemény, valójában azonban események igen gondosan meghatározott sorrendje. A „rendeletnél” az Egyesült Államok megszűnik a bibliai prófécia hatodik királysága lenni, ami azt jelenti, hogy ott kezdődik a hetedik királyság, de a hetedik királyság beleegyezik abba, hogy királyságát a fenevadnak adja. Amikor a hamis próféta vereséget szenved, a sárkány elfoglalja helyét, és azonnal királyságának felét a fenevadnak adja.</w:t>
      </w:r>
    </w:p>
    <w:p>
      <w:pPr>
        <w:pStyle w:val="ArticleBody"/>
        <w:jc w:val="left"/>
      </w:pPr>
      <w:r>
        <w:rPr>
          <w:rFonts w:ascii="Times New Roman" w:hAnsi="Times New Roman" w:eastAsia="Times New Roman" w:cs="Times New Roman"/>
        </w:rPr>
        <w:t>A Kármel hegyén ott volt Baál négyszázötven prófétája, és ott volt a liget négyszáz prófétája is, akik Samáriában Jezábel asztalánál étkeztek.</w:t>
      </w:r>
    </w:p>
    <w:p>
      <w:pPr>
        <w:pStyle w:val="ArticleScripture"/>
        <w:jc w:val="left"/>
      </w:pPr>
      <w:r>
        <w:rPr>
          <w:rFonts w:ascii="Times New Roman" w:hAnsi="Times New Roman" w:eastAsia="Times New Roman" w:cs="Times New Roman"/>
        </w:rPr>
        <w:t>Most azért küldj el, és gyűjtsd hozzám egész Izráelt a Kármel hegyére, továbbá a Baál négyszázötven prófétáját és a berkek négyszáz prófétáját, akik Jezábel asztaláról étkeznek. 1Királyok 18:19.</w:t>
      </w:r>
    </w:p>
    <w:p>
      <w:pPr>
        <w:pStyle w:val="ArticleBody"/>
        <w:jc w:val="left"/>
      </w:pPr>
      <w:r>
        <w:rPr>
          <w:rFonts w:ascii="Times New Roman" w:hAnsi="Times New Roman" w:eastAsia="Times New Roman" w:cs="Times New Roman"/>
        </w:rPr>
        <w:t>Illés a Kármel-hegyi összecsapást úgy azonosítja, mint egy vitás ügyet: nemcsak arról volt szó, ki az igaz Isten, hanem arról is, ki az igaz próféta.</w:t>
      </w:r>
    </w:p>
    <w:p>
      <w:pPr>
        <w:pStyle w:val="ArticleScripture"/>
        <w:jc w:val="left"/>
      </w:pPr>
      <w:r>
        <w:rPr>
          <w:rFonts w:ascii="Times New Roman" w:hAnsi="Times New Roman" w:eastAsia="Times New Roman" w:cs="Times New Roman"/>
        </w:rPr>
        <w:t>Ekkor így szólt Illés a néphez: Én, egyedül én maradtam meg az Úr prófétájának; a Baál prófétái pedig négyszázötvenen vannak. 1Királyok 18:22.</w:t>
      </w:r>
    </w:p>
    <w:p>
      <w:pPr>
        <w:pStyle w:val="ArticleBody"/>
        <w:jc w:val="left"/>
      </w:pPr>
      <w:r>
        <w:rPr>
          <w:rFonts w:ascii="Times New Roman" w:hAnsi="Times New Roman" w:eastAsia="Times New Roman" w:cs="Times New Roman"/>
        </w:rPr>
        <w:t>Amikor Illés áldozatát megemésztette az égből alászálló tűz, akkor saját kezével megölte Baál négyszázötven prófétáját.</w:t>
      </w:r>
    </w:p>
    <w:p>
      <w:pPr>
        <w:pStyle w:val="ArticleScripture"/>
        <w:jc w:val="left"/>
      </w:pPr>
      <w:r>
        <w:rPr>
          <w:rFonts w:ascii="Times New Roman" w:hAnsi="Times New Roman" w:eastAsia="Times New Roman" w:cs="Times New Roman"/>
        </w:rPr>
        <w:t>És monda nékik Illés: Fogjátok meg a Baál prófétáit; egy se meneküljön el közülük. És megfogták őket; és Illés levitte őket a Kison patakjához, és ott megölte őket. 1Kir 18:40.</w:t>
      </w:r>
    </w:p>
    <w:p>
      <w:pPr>
        <w:pStyle w:val="ArticleBody"/>
        <w:jc w:val="left"/>
      </w:pPr>
      <w:r>
        <w:rPr>
          <w:rFonts w:ascii="Times New Roman" w:hAnsi="Times New Roman" w:eastAsia="Times New Roman" w:cs="Times New Roman"/>
        </w:rPr>
        <w:t>Baal hamis férfi istenség volt, és a berek négyszáz prófétája, akik még mindig Jezábellel voltak, és asztalánál étkeztek Samária városában, a női istenség, Astoret prófétái voltak. A női istenség túlélte, hogy Illés lemészárolta a Kármel hegyének prófétáit.</w:t>
      </w:r>
    </w:p>
    <w:p>
      <w:pPr>
        <w:pStyle w:val="ArticleScripture"/>
        <w:jc w:val="left"/>
      </w:pPr>
      <w:r>
        <w:rPr>
          <w:rFonts w:ascii="Times New Roman" w:hAnsi="Times New Roman" w:eastAsia="Times New Roman" w:cs="Times New Roman"/>
        </w:rPr>
        <w:t>„A hegyen levő nép rettegéssel és ámulattal borul le a láthatatlan Isten előtt. Nem képesek ránézni a Mennyből küldött fényes, emésztő tűzre. Attól félnek, hogy hitehagyásuk és bűneik miatt ők maguk is megemésztetnek. Egy szívvel kiáltanak fel, s hangjuk végigzeng a hegyen, és rettenetes tisztasággal visszhangzik alá a síkságokra: „Az Úr az Isten, az Úr az Isten!” Izráel végre felébredt, és megszabadult a csalódástól. Meglátják bűnüket, és azt, mily súlyosan meggyalázták Istent. Haragjuk fellobban a Baál prófétái ellen. Félelemmel vegyes rettegéssel szemlélték Akháb és Baál papjai Jehova hatalmának e csodálatos megnyilatkozását. Ismét hallatszik Illés szava a néphez, megdöbbentő parancsoló erővel: „Fogjátok meg a Baál prófétáit; egy se meneküljön el közülük.” És a nép kész volt engedelmeskedni Illés szavának. Megragadták a hamis prófétákat, akik megtévesztették őket, és levitték őket a Kison patakjához, ahol Illés a saját kezével ölte meg ezeket a bálványimádó papokat.” Review and Herald, 1873. október 7.</w:t>
      </w:r>
    </w:p>
    <w:p>
      <w:pPr>
        <w:pStyle w:val="ArticleBody"/>
        <w:jc w:val="left"/>
      </w:pPr>
      <w:r>
        <w:rPr>
          <w:rFonts w:ascii="Times New Roman" w:hAnsi="Times New Roman" w:eastAsia="Times New Roman" w:cs="Times New Roman"/>
        </w:rPr>
        <w:t>A Kármel-hegy az Egyesült Államokban hamarosan bekövetkező vasárnaptörvényt jelképezi. Akkor emeltetik fel a száznegyvennégyezer zászlója (akit Illés jelképez). Ott nyilvánul meg világosan az igazi protestáns szarv, szembeállítva a hamis protestáns szarvval, aki Samáriában van, és Jezábel eledelét eszi. Ott jut végéhez a republikánus szarv, amely a Kármel-hegyig vezető időben az egyház és az állam együttes szarvává lett, mint a bibliai prófécia hatodik királysága. Ami ezután megmarad, az Aháb és tízszeres nemzete, valamint Jezábel, aki Samáriában rejtőzött, miközben hitehagyott protestánsokkal lakomázik. A hatodik királyság bevégeztetett, és az eső akkor mérték nélkül jön el.</w:t>
      </w:r>
    </w:p>
    <w:p>
      <w:pPr>
        <w:pStyle w:val="ArticleBody"/>
        <w:jc w:val="left"/>
      </w:pPr>
      <w:r>
        <w:rPr>
          <w:rFonts w:ascii="Times New Roman" w:hAnsi="Times New Roman" w:eastAsia="Times New Roman" w:cs="Times New Roman"/>
        </w:rPr>
        <w:t>Heródes születésnapi ünnepségén Illés, akit Keresztelő János képvisel, a római börtönben van, szabadulásra vagy halálra várva. Nincsenek Baál prófétái, hogy véghezvigyék a megtévesztés táncát, csak Salomé, Jézabel leánya. Heródes és királyi barátai részegek Babilon borától, mert születésnapja a vasárnapi törvényt is jelképezi, és minden nemzet 2001. szeptember 11-én kezdte inni Babilon borát, jóval a hamarosan eljövő vasárnapi törvény előtt.</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És teljes erejéből, nagy szóval kiáltott, mondván: Elesett, elesett Babilon, a nagy, és ördögök lakhelyévé lett, és minden tisztátalan lélek tanyájává, és minden tisztátalan és gyűlöletes madár tömlöcévé. Mert az ő paráznasága haragjának borából ivott minden nemzet, és a föld királyai paráználkodtak vele, és a föld kereskedői meggazdagodtak az ő tobzódásának gazdagságából. Jelenések 18:1–3.</w:t>
      </w:r>
    </w:p>
    <w:p>
      <w:pPr>
        <w:pStyle w:val="ArticleBody"/>
        <w:jc w:val="left"/>
      </w:pPr>
      <w:r>
        <w:rPr>
          <w:rFonts w:ascii="Times New Roman" w:hAnsi="Times New Roman" w:eastAsia="Times New Roman" w:cs="Times New Roman"/>
        </w:rPr>
        <w:t>Ez a három vers akkor teljesedett be, amikor New York nagy épületei, az ikertornyok, Isten érintésére ledőltek.</w:t>
      </w:r>
    </w:p>
    <w:p>
      <w:pPr>
        <w:pStyle w:val="ArticleScripture"/>
        <w:jc w:val="left"/>
      </w:pPr>
      <w:r>
        <w:rPr>
          <w:rFonts w:ascii="Times New Roman" w:hAnsi="Times New Roman" w:eastAsia="Times New Roman" w:cs="Times New Roman"/>
        </w:rPr>
        <w:t>„Most az a hír járja, hogy kijelentettem: New Yorkot el fogja söpörni egy árhullám? Ezt én soha nem mondtam. Azt mondtam, amikor ott feltekintettem az egymás után emelkedő, hatalmas épületekre: „Mily rettenetes jelenetek fognak végbemenni, amikor az Úr felkel, hogy rettenetesen megrázza a földet! Akkor teljesednek be a Jelenések 18:1–3 szavai.” A Jelenések könyve tizennyolcadik fejezete egészében figyelmeztetés arra nézve, ami a földre jön. De nincs külön világosságom arra vonatkozóan, hogy mi következik New Yorkra, csupán azt tudom, hogy egy napon az ottani nagy épületek ledőlnek Isten hatalmának fordítása és felforgatása által. A nekem adott világosságból tudom, hogy pusztulás van a világban. Egy szó az Úrtól, hatalmas erejének egyetlen érintése, és ezek a hatalmas építmények összeomlanak. Olyan jelenetek fognak bekövetkezni, amelyek rettenetességét el sem tudjuk képzelni.” Review and Herald, 1906. július 5.</w:t>
      </w:r>
    </w:p>
    <w:p>
      <w:pPr>
        <w:pStyle w:val="ArticleBody"/>
        <w:jc w:val="left"/>
      </w:pPr>
      <w:r>
        <w:rPr>
          <w:rFonts w:ascii="Times New Roman" w:hAnsi="Times New Roman" w:eastAsia="Times New Roman" w:cs="Times New Roman"/>
        </w:rPr>
        <w:t>A hamarosan eljövendő vasárnaptörvényt a Jelenések könyve tizennyolcadik fejezetének második szózata jelképezi, és az Aháb-féle Kármel-hegyet, valamint Heródes születésnapi lakomáját ábrázolja. Heródiás, aki egyben Jézabel is, nincs jelen Heródes részeg lakomáján, miként Jézabel is távol volt a Kármel-hegytől. A vasárnaptörvényig megfeledkeztek róla a földi fenevad uralmának hetven jelképes éve alatt, amely a bibliai prófécia hatodik királysága. Amikor Jézabel 1798-ban és 1799-ben megkapta halálos sebét, a hatodik királyság (az Egyesült Államok) megkezdte időszakát mint a bibliai prófécia hatodik királysága. Amikor a hatodik királyság véget ér, akkor ő visszatér, és elkezdi énekelni énekeit, és paráznaságot követ el a föld minden nemzetével.</w:t>
      </w:r>
    </w:p>
    <w:p>
      <w:pPr>
        <w:pStyle w:val="ArticleBody"/>
        <w:jc w:val="left"/>
      </w:pPr>
      <w:r>
        <w:rPr>
          <w:rFonts w:ascii="Times New Roman" w:hAnsi="Times New Roman" w:eastAsia="Times New Roman" w:cs="Times New Roman"/>
        </w:rPr>
        <w:t>Paráznaságának és borának énekei prófétikusan 2001. szeptember 11-én vették kezdetüket, ez azonban csupán az előkészület időszaka volt, amint azt az 508-tól 538-ig terjedő harminc év jelképezte, amikor először foglalta el a trónt. A vasárnapi törvényig, amikor a hatodik királyságot Illés keze megöli, el volt rejtve Samáriában. Abban az időben Keresztelő Jánost az ő börtönében tartják fogva, szabadításra vagy halálra várva.</w:t>
      </w:r>
    </w:p>
    <w:p>
      <w:pPr>
        <w:pStyle w:val="ArticleBody"/>
        <w:jc w:val="left"/>
      </w:pPr>
      <w:r>
        <w:rPr>
          <w:rFonts w:ascii="Times New Roman" w:hAnsi="Times New Roman" w:eastAsia="Times New Roman" w:cs="Times New Roman"/>
        </w:rPr>
        <w:t>Heródes és előkelő barátai Babilon borától megrészegültek, amikor Salóme, Heródiás (Jézabel) leánya előadta rendkívül csábító táncát, és Heródes nyilvánvalóvá teszi buja és vérfertőző vágyait. Mostohalányának szexuális közeledése teljesen rabul ejti, és felajánlja neki királysága felét.</w:t>
      </w:r>
    </w:p>
    <w:p>
      <w:pPr>
        <w:pStyle w:val="ArticleScripture"/>
        <w:jc w:val="left"/>
      </w:pPr>
      <w:r>
        <w:rPr>
          <w:rFonts w:ascii="Times New Roman" w:hAnsi="Times New Roman" w:eastAsia="Times New Roman" w:cs="Times New Roman"/>
        </w:rPr>
        <w:t>És amikor eljött a kedvező nap, Heródes a születésnapján lakomát adott főembereinek, ezredeseinek és Galilea előkelőinek; és amikor bejött az említett Heródiás leánya, táncolt, és megtetszett Heródesnek és a vele együtt ülőknek, a király így szólt a leányhoz: Kérj tőlem, amit csak akarsz, és megadom neked. És megesküdött neki: Bármit kérsz tőlem, megadom neked, királyságom feléig. Az pedig kiment, és azt mondta anyjának: Mit kérjek? Az így felelt: Keresztelő János fejét. És az mindjárt sietve bement a királyhoz, és kérte, ezt mondva: Azt akarom, hogy azonnal add nekem egy tálon Keresztelő János fejét. A király pedig felettébb megszomorodott; mindazáltal az esküjére és a vele együtt ülők miatt nem akarta őt visszautasítani. És a király azonnal elküldött egy hóhért, és megparancsolta, hogy hozzák el a fejét; az pedig elment, és lefejezte őt a börtönben, és elhozta a fejét egy tálon, és a leánynak adta; a leány pedig anyjának adta. Márk 6:21–28.</w:t>
      </w:r>
    </w:p>
    <w:p>
      <w:pPr>
        <w:pStyle w:val="ArticleBody"/>
        <w:jc w:val="left"/>
      </w:pPr>
      <w:r>
        <w:rPr>
          <w:rFonts w:ascii="Times New Roman" w:hAnsi="Times New Roman" w:eastAsia="Times New Roman" w:cs="Times New Roman"/>
        </w:rPr>
        <w:t>A Jelenések tizennyolcadik fejezetének első hangja 2001. szeptember 11-én szólalt meg, és a második hang a hamarosan eljövendő vasárnaptörvénynél hangzik fel. A János hatodik fejezetében ábrázolt történetben a 2001-es első hang Krisztus hangja volt, amellyel tájékoztatta tanítványait, hogy meg kell enniük az Ő testét és inniuk az Ő vérét, mert Ő volt a Menny igaz Kenyere. Ez az időszak Galileában kezdődött, és tanítványainak megtisztításával végződött, amikor elfordultak Tőle a János hatodik fejezetének HATVANHATODIK versében. Ez a történet Galileában kezdődött egy táplálkozási próbával, és a fenevad bélyegének kikényszerítésével ért véget, amint azt a pápa nevének száma, vagyis HAT, HAT, HAT előképezte. Galilea jelentése „fordulópont”, és 2001. szeptember 11. prófétai „fordulópont” (Galilea) volt, és Heródes születésnapja Galilea vezetésével állt kapcsolatban. A Jelenések tizennyolcadik fejezetének kezdő hangját és a Jelenések tizennyolcadik fejezetének záró hangját egyaránt Galilea jelképezi, amely fordulópont.</w:t>
      </w:r>
    </w:p>
    <w:p>
      <w:pPr>
        <w:pStyle w:val="ArticleScripture"/>
        <w:jc w:val="left"/>
      </w:pPr>
      <w:r>
        <w:rPr>
          <w:rFonts w:ascii="Times New Roman" w:hAnsi="Times New Roman" w:eastAsia="Times New Roman" w:cs="Times New Roman"/>
        </w:rPr>
        <w:t>„A múlt történelméből tanulságokat kell levonni; és ezekre irányul a figyelem, hogy mindenki megértse: Isten ma ugyanazon elvek szerint munkálkodik, ahogyan azt mindenkor tette. Keze most is látható az Ő művében és a nemzetek között, éppen úgy, mint attól fogva mindenkor, hogy az evangéliumot először Ádámnak hirdették az Édenben.</w:t>
      </w:r>
    </w:p>
    <w:p>
      <w:pPr>
        <w:pStyle w:val="ArticleScripture"/>
        <w:jc w:val="left"/>
      </w:pPr>
      <w:r>
        <w:rPr>
          <w:rFonts w:ascii="Times New Roman" w:hAnsi="Times New Roman" w:eastAsia="Times New Roman" w:cs="Times New Roman"/>
        </w:rPr>
        <w:t>„Vannak olyan időszakok, amelyek fordulópontot jelentenek a nemzetek és az egyház történetében. Isten gondviselésében, amikor ezek a különböző válságok elérkeznek, megadatik az arra az időre szóló világosság. Ha ezt elfogadják, lelki előrehaladás következik; ha elutasítják, lelki hanyatlás és hajótörés követi. Az Úr Igéjében feltárta az evangélium előretörő munkáját, amint az a múltban végbement, és a jövőben is végbe fog menni, egészen a záró küzdelemig, amikor a sátáni erők megteszik utolsó csodálatos mozdulatukat.” Bible Echo, 1895. augusztus 26.</w:t>
      </w:r>
    </w:p>
    <w:p>
      <w:pPr>
        <w:pStyle w:val="ArticleBody"/>
        <w:jc w:val="left"/>
      </w:pPr>
      <w:r>
        <w:rPr>
          <w:rFonts w:ascii="Times New Roman" w:hAnsi="Times New Roman" w:eastAsia="Times New Roman" w:cs="Times New Roman"/>
        </w:rPr>
        <w:t>A 2001-ben bekövetkezett galileai esemény, valamint a hamarosan eljövendő vasárnaptörvény idején bekövetkező galileai esemény azonosítja, mikor árad ki a késői eső világossága. 2001-ben ez kimért kiáradás volt, a második hangnál azonban mérték nélkül árad ki, amint azt Illésnek a Baál prófétái megölése utáni hatalmas kiáradás szemlélteti, amely Heródes születésnapi lakomáján történt. Heródes születésnapja a bibliai prófécia hetedik országának születését azonosítja, amely közvetlenül az azt megelőző ország halálát követi. Az Egyesült Államok 1798-ban kezdett uralkodni, az ötödik ország halálakor, és a Baál prófétáinak halálakor a hetedik ország születésnapja elérkezett. Ezt a hetedik országot Akháb északi, tízszeres királysága, valamint Heródes képviseli, aki a pogány Róma északi, tízszeres királyságának képviselője.</w:t>
      </w:r>
    </w:p>
    <w:p>
      <w:pPr>
        <w:pStyle w:val="ArticleScripture"/>
        <w:jc w:val="left"/>
      </w:pPr>
      <w:r>
        <w:rPr>
          <w:rFonts w:ascii="Times New Roman" w:hAnsi="Times New Roman" w:eastAsia="Times New Roman" w:cs="Times New Roman"/>
        </w:rPr>
        <w:t>És a tíz szarv, amelyet a fenevadon láttál, meggyűlöli a paráznát, pusztává és mezítelenné teszi őt, húsát megeszi, és tűzzel megégeti. Mert Isten adta a szívükbe, hogy véghezvigyék az ő akaratát, és egyetértésre jussanak, és királyságukat a fenevadnak adják, míg be nem teljesednek Isten igéi. És az asszony, akit láttál, ama nagy város, amely uralkodik a föld királyai fölött. Jelenések 17:16–18.</w:t>
      </w:r>
    </w:p>
    <w:p>
      <w:pPr>
        <w:pStyle w:val="ArticleBody"/>
        <w:jc w:val="left"/>
      </w:pPr>
      <w:r>
        <w:rPr>
          <w:rFonts w:ascii="Times New Roman" w:hAnsi="Times New Roman" w:eastAsia="Times New Roman" w:cs="Times New Roman"/>
        </w:rPr>
        <w:t>Heródes beleegyezik, hogy teljesíti a Saloménak tett esküjét, és odaadja neki János fejét; esküje pedig úgy lett ábrázolva, mint amely országának feléig terjed. Az Egyesült Nemzetek tíz királya, noha gyűlöli a paráznát, beleegyezik abba, hogy hetedik királyságát a nyolcadik főnek adja, amely az előző hét fő közül való. Beleegyeznek egy olyan királyságba, amely azon alapul, hogy a világméretű Állam egyesül az ő világméretű Egyházával. De ez a házasság latin házasság, nem angol házasság, mert házasságukat az jelképezi, hogy az „asszony” uralkodik „a királyok felett”. A latin házasságban a család az asszony vezetéknevét tartja meg, nem a férfiét, és e kettős házasság neve a prófétai elbeszélés egyik fontos eleme.</w:t>
      </w:r>
    </w:p>
    <w:p>
      <w:pPr>
        <w:pStyle w:val="ArticleScripture"/>
        <w:jc w:val="left"/>
      </w:pPr>
      <w:r>
        <w:rPr>
          <w:rFonts w:ascii="Times New Roman" w:hAnsi="Times New Roman" w:eastAsia="Times New Roman" w:cs="Times New Roman"/>
        </w:rPr>
        <w:t>„Királyok, fejedelmek és kormányzók magukra vették az antikrisztus bélyegét, és úgy vannak ábrázolva, mint a sárkány, aki háborút indít a szentek ellen — azok ellen, akik megtartják Isten parancsolatait, és akiknél megvan Jézus hite.” Testimonies to Ministers, 38.</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beszéd, amelyet Ámóc fia, Ézsaiás látott Júda és Jeruzsálem felől. És lészen az utolsó napokban, hogy az Úr házának hegye erősen fog állani a hegyek tetején, és felmagasztaltatik a halmok fölé; és özönleni fognak hozzá minden nemzetek. És eljőnek sok népek, mondván: Jertek, menjünk fel az Úr hegyére, Jákób Istenének házához, hogy megtanítson minket az ő útaira, és mi az ő ösvényein járjunk; mert a Sionból jő ki a törvény, és Jeruzsálemből az Úrnak beszéde.... És azon a napon hét asszony ragad meg egy férfit, ezt mondván: A magunk kenyerét esszük, és a magunk ruháját viseljük; csak hadd neveztessünk a te nevedről, hogy elvétessék gyalázatunk. Azon a napon az Úr sarjadéka ékes és dicsőséges lesz, és a föld gyümölcse fenséges és díszes Izráel megmenekültjeinek. És lészen, hogy aki meghagyatik a Sionon, és megmarad Jeruzsálemben, szentnek mondatik, mindenki, aki fel van írva az élők közé Jeruzsálemben: ha majd lemossa az Úr Sion leányainak szennyét, és megtisztítja Jeruzsálem vérét annak közepéből az ítélet lelkével és a megégetés lelkével. Ézsaiás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Száznegyvenedik մաս്</dc:title>
  <dc:subject>Az utolsó ígéret: Illés szerepének feltárása az Úr napja előtt</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