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Dániel könyve – Száznegyvenkettedik </w:t>
      </w:r>
      <w:r>
        <w:rPr>
          <w:rFonts w:ascii="Sylfaen" w:hAnsi="Sylfaen" w:eastAsia="Sylfaen" w:cs="Sylfaen"/>
        </w:rPr>
        <w:t>ნაწერი</w:t>
      </w:r>
    </w:p>
    <w:p>
      <w:pPr>
        <w:pStyle w:val="ArticleSubtitle"/>
        <w:jc w:val="left"/>
      </w:pPr>
      <w:r>
        <w:rPr>
          <w:rFonts w:ascii="Arial" w:hAnsi="Arial" w:eastAsia="Arial" w:cs="Arial"/>
        </w:rPr>
        <w:t>A fenevad képmásának kialakulása: egy prófétai út feltárulása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Isten népe számára a nagy próba, amelyen át kell menniük, mielőtt elpecsételtetnek, a fenevad képmásának kialakulása. E kialakulás 2001. szeptember 11-étől az Egyesült Államokban meghozandó vasárnapi törvényig tart. Ez a prófétai időszak a száznegyvennégyezer elpecsételésének idejét jelképezi, valamint azt az időszakot, amikor minden bibliai látomás megtalálja tökéletes beteljesedését. Ebben az időszakban az igaz protestáns szarv megtisztul, és örökké Krisztus képmását fogja tükrözni, mert Krisztus protestáns.</w:t>
      </w:r>
    </w:p>
    <w:p>
      <w:pPr>
        <w:pStyle w:val="ArticleScripture"/>
        <w:jc w:val="left"/>
      </w:pPr>
      <w:r>
        <w:rPr>
          <w:rFonts w:ascii="Times New Roman" w:hAnsi="Times New Roman" w:eastAsia="Times New Roman" w:cs="Times New Roman"/>
        </w:rPr>
        <w:t>„Krisztus protestáns volt. Tiltakozott a zsidó nemzet formaszerű istentisztelete ellen, amely Isten tanácsát önmaga ellen vetette el. Megmondta nekik, hogy emberi parancsolatokat tanítanak tantételekként, és hogy színlelők és képmutatók. Mint a meszelt sírok, kívül szépek voltak, belül pedig tele tisztátalansággal és romlottsággal. A reformátorok Krisztusig és az apostolokig nyúlnak vissza. Kijöttek, és elkülönítették magukat a formák és szertartások vallásától. Luther és követői nem találták fel a reformált vallást. Egyszerűen elfogadták azt úgy, amint Krisztus és az apostolok bemutatták. A Biblia elegendő vezetőként áll elénk; a pápa és munkásai azonban elvonják azt a néptől, mintha átok volna, mert leleplezi színlelésüket és megfedd bálványimádásukért.” Review and Herald, 1886. június 1.</w:t>
      </w:r>
    </w:p>
    <w:p>
      <w:pPr>
        <w:pStyle w:val="ArticleBody"/>
        <w:jc w:val="left"/>
      </w:pPr>
      <w:r>
        <w:rPr>
          <w:rFonts w:ascii="Times New Roman" w:hAnsi="Times New Roman" w:eastAsia="Times New Roman" w:cs="Times New Roman"/>
        </w:rPr>
        <w:t>A pecsételés idején a protestáns szarv megtisztul és megrostáltatik. Ugyanezen időszakban a hitehagyott republikánus szarv egyesül a hitehagyott protestánsokkal, ily módon olyan hatalmi szarvat alkotva, amely az egyház és az állam egyesülése. A földből feljövő fenevad két szarva ekkor a fenevad képe és Krisztus képe. A hitehagyás szarva a romlott egyház és a romlott állam kettős viszonya, az igazság szarva pedig az istenség és az emberség kettős viszonya.</w:t>
      </w:r>
    </w:p>
    <w:p>
      <w:pPr>
        <w:pStyle w:val="ArticleBody"/>
        <w:jc w:val="left"/>
      </w:pPr>
      <w:r>
        <w:rPr>
          <w:rFonts w:ascii="Times New Roman" w:hAnsi="Times New Roman" w:eastAsia="Times New Roman" w:cs="Times New Roman"/>
        </w:rPr>
        <w:t>Ezután kialakul a világban a fenevad képmása, és ez egy kettős fenevad, amelyet egy állam (az Egyesült Nemzetek Szervezete) jelképez, s amely a föld fenevadjának hitehagyott protestantizmusát tíz feje közül vezető fejként fogadta el. E fenevadon uralkodik az asszony, aki a paráznák anyja, a tíz király fenevada fölött. A fenevad, amelyen ül, Egyház és Állam egyesülése, amint azt Heródes vérfertőző lelki paráznasága jelképezi Heródiás leányával, Salóméval. És az asszony és a fenevad közötti viszony, amely fölött az asszony uralkodik, szintén Egyház és Állam egyesülése, ahol Róma paráznájának törvénytelen kapcsolata a királyokkal, akik a világméretű fenevadat alkotják, az Egyesült Nemzetek Szervezetét jelképezi. A fenevadnak abban a képmásában, amelyet az egész világra rákényszerítenek, minden nemzet részes lesz; minden megromlott hatalom egyesülni fog.</w:t>
      </w:r>
    </w:p>
    <w:p>
      <w:pPr>
        <w:pStyle w:val="ArticleScripture"/>
        <w:jc w:val="left"/>
      </w:pPr>
      <w:r>
        <w:rPr>
          <w:rFonts w:ascii="Times New Roman" w:hAnsi="Times New Roman" w:eastAsia="Times New Roman" w:cs="Times New Roman"/>
        </w:rPr>
        <w:t>„Jelenések 17:13–14 idézve. »Ezeknek egy a szándékuk.« Egyetemes egységi kötelék lesz, egy nagy összhang, Sátán erőinek szövetsége. »És erejüket és hatalmukat a fenevadnak adják.« Így nyilvánul meg ugyanaz az önkényes, elnyomó hatalom a vallásszabadság, az Isten lelkiismeret diktálta imádásának szabadsága ellen, mint amely a pápaság által is megnyilvánult, amikor a múltban üldözte azokat, akik merészeltek nem alkalmazkodni a romanizmus vallási rítusaihoz és szertartásaihoz.”</w:t>
      </w:r>
    </w:p>
    <w:p>
      <w:pPr>
        <w:pStyle w:val="ArticleScripture"/>
        <w:jc w:val="left"/>
      </w:pPr>
      <w:r>
        <w:rPr>
          <w:rFonts w:ascii="Times New Roman" w:hAnsi="Times New Roman" w:eastAsia="Times New Roman" w:cs="Times New Roman"/>
        </w:rPr>
        <w:t>„Az utolsó napokban vívandó küzdelemben Isten népével szemben egyesülni fog minden romlott hatalom, amely elpártolt a Jehovának való engedelmességtől, az Ő törvénye iránti hűségtől. Ebben a küzdelemben a negyedik parancsolat szombatja lesz a fő vitapont; mert a szombatparancsolatban a nagy Törvényadó úgy azonosítja magát, mint a menny és a föld Teremtője.” The Seventh-day Adventist Bible Commentary, 8. kötet, 983.</w:t>
      </w:r>
    </w:p>
    <w:p>
      <w:pPr>
        <w:pStyle w:val="ArticleBody"/>
        <w:jc w:val="left"/>
      </w:pPr>
      <w:r>
        <w:rPr>
          <w:rFonts w:ascii="Times New Roman" w:hAnsi="Times New Roman" w:eastAsia="Times New Roman" w:cs="Times New Roman"/>
        </w:rPr>
        <w:t>Az a tény, hogy a világszéles fenevadképhez kapcsolódó lázadás „egyetemes”, és „mindazon romlott hatalmakat képviseli, amelyek elpártoltak Jehova törvénye iránti hűségüktől”, azt jelzi, hogy a fenevad képének létrejötte az Egyesült Államokon belül az összes elpártolt, romlott hatalom egyesülését azonosítja. Az Egyesült Államok protestánsai akkor pártoltak el, amikor 1844-ben elvetették az első angyal üzenetét, és a laodiceai adventizmus 1863-ban pártolt el. A hitehagyott protestantizmus és a laodiceai adventizmus „egységköteléket” fog alkotni a republikánus szarvon belüli politikai frakciókkal, amelyeket a hamis próféta rászed, hogy országuk felét feladják.</w:t>
      </w:r>
    </w:p>
    <w:p>
      <w:pPr>
        <w:pStyle w:val="ArticleBody"/>
        <w:jc w:val="left"/>
      </w:pPr>
      <w:r>
        <w:rPr>
          <w:rFonts w:ascii="Times New Roman" w:hAnsi="Times New Roman" w:eastAsia="Times New Roman" w:cs="Times New Roman"/>
        </w:rPr>
        <w:t>A fenevad világképében a földet a hamis próféta téveszti meg. A fenevadnak az Egyesült Államokon belüli képmásában annak a hamis prófétának, amely létrehozza a szentségtelen, de egységes „Sátán erőinek szövetségét”, szintén „hamis prófétának” kell lennie. A fenevad világképe kettős, de egyúttal hármas unió is. A sárkány, a fenevad és a hamis próféta ama hármas egysége vezeti a világot Armageddonhoz. A fenevadnak abban a képmásában, amely először az Egyesült Államokon belül formálódik meg, lennie kell egy hármas uniónak, amely egyúttal kettős fenevad is. A fenevad mindkét képmásában a kettős természet az Egyház és az Állam összekapcsolódása, úgy, hogy a kapcsolatot az egyház irányítja.</w:t>
      </w:r>
    </w:p>
    <w:p>
      <w:pPr>
        <w:pStyle w:val="ArticleBody"/>
        <w:jc w:val="left"/>
      </w:pPr>
      <w:r>
        <w:rPr>
          <w:rFonts w:ascii="Times New Roman" w:hAnsi="Times New Roman" w:eastAsia="Times New Roman" w:cs="Times New Roman"/>
        </w:rPr>
        <w:t>A hármas egységnek mindkét fenevadképben meg kell jelennie, de a Jelenések könyvében a sárkánynak, a fenevadnak és a hamis prófétának két megnyilvánulása van. A fenevad világszéles képének hármas szerkezete a spiritualizmus (a sárkány), a katolicizmus (a fenevad) és a hitehagyott protestantizmus (a hamis próféta) által van ábrázolva. E három mindegyike nemcsak vallási elemmel rendelkezik (spiritualizmus, katolicizmus és hitehagyott protestantizmus), hanem politikai elemmel is. A sárkány (a szocializmus változatos formáiban), a fenevad (egy monarchia) és a hamis próféta (köztársaságként kezdődik, demokráciaként végződik).</w:t>
      </w:r>
    </w:p>
    <w:p>
      <w:pPr>
        <w:pStyle w:val="ArticleBody"/>
        <w:jc w:val="left"/>
      </w:pPr>
      <w:r>
        <w:rPr>
          <w:rFonts w:ascii="Times New Roman" w:hAnsi="Times New Roman" w:eastAsia="Times New Roman" w:cs="Times New Roman"/>
        </w:rPr>
        <w:t>Az Egyesült Államokban létrejövő hármas szövetséget a hamis próféta kényszeríti össze (megtévesztés által), miként a fenevad világszéles képmását is. A Jelenések könyvében van egy másik hármas szövetség is, amelyet az a három hitehagyott hatalom azonosít, amelyek a mélység kútjából emelkednek fel. A katolicizmus a tizenhetedik fejezetben a mélység kútjából emelkedik fel, és ez a mélység kútjából való hármas szövetség fenevada.</w:t>
      </w:r>
    </w:p>
    <w:p>
      <w:pPr>
        <w:pStyle w:val="ArticleScripture"/>
        <w:jc w:val="left"/>
      </w:pPr>
      <w:r>
        <w:rPr>
          <w:rFonts w:ascii="Times New Roman" w:hAnsi="Times New Roman" w:eastAsia="Times New Roman" w:cs="Times New Roman"/>
        </w:rPr>
        <w:t>A fenevad, amelyet láttál, volt, és nincs; és feljön a mélységből, és veszedelemre megy: és csodálkoznak a föld lakosai, akiknek neve nincs beírva az élet könyvébe a világ alapítása óta, amikor látják a fenevadat, amely volt, és nincs, noha van. Jelenések 17:8.</w:t>
      </w:r>
    </w:p>
    <w:p>
      <w:pPr>
        <w:pStyle w:val="ArticleBody"/>
        <w:jc w:val="left"/>
      </w:pPr>
      <w:r>
        <w:rPr>
          <w:rFonts w:ascii="Times New Roman" w:hAnsi="Times New Roman" w:eastAsia="Times New Roman" w:cs="Times New Roman"/>
        </w:rPr>
        <w:t>Az ateizmus sárkányi hatalma a tizenegyedik fejezetben a mélység kútjából emelkedik fel.</w:t>
      </w:r>
    </w:p>
    <w:p>
      <w:pPr>
        <w:pStyle w:val="ArticleScripture"/>
        <w:jc w:val="left"/>
      </w:pPr>
      <w:r>
        <w:rPr>
          <w:rFonts w:ascii="Times New Roman" w:hAnsi="Times New Roman" w:eastAsia="Times New Roman" w:cs="Times New Roman"/>
        </w:rPr>
        <w:t>És amikor bevégzik bizonyságtételüket, a mélységből feljövő fenevad hadat indít ellenük, legyőzi őket, és megöli őket. Jelenések 11:7.</w:t>
      </w:r>
    </w:p>
    <w:p>
      <w:pPr>
        <w:pStyle w:val="ArticleBody"/>
        <w:jc w:val="left"/>
      </w:pPr>
      <w:r>
        <w:rPr>
          <w:rFonts w:ascii="Times New Roman" w:hAnsi="Times New Roman" w:eastAsia="Times New Roman" w:cs="Times New Roman"/>
        </w:rPr>
        <w:t>Az iszlám hamis prófétája a kilencedik fejezetben a mélység kútjából emelkedik fel.</w:t>
      </w:r>
    </w:p>
    <w:p>
      <w:pPr>
        <w:pStyle w:val="ArticleScripture"/>
        <w:jc w:val="left"/>
      </w:pPr>
      <w:r>
        <w:rPr>
          <w:rFonts w:ascii="Times New Roman" w:hAnsi="Times New Roman" w:eastAsia="Times New Roman" w:cs="Times New Roman"/>
        </w:rPr>
        <w:t>És megszólalt az ötödik angyal, és láttam egy csillagot lehullani az égből a földre; és annak adatott a mélység kútjának kulcsa. És megnyitotta a mélység kútját; és füst szállt fel a kútból, mint egy nagy kemence füstje; és elsötétedett a nap és a levegő a kút füstje miatt. És sáskák jöttek elő a füstből a földre; és hatalom adatott nekik, amint a föld skorpióinak van hatalmuk. Jelenések 9:1–3.</w:t>
      </w:r>
    </w:p>
    <w:p>
      <w:pPr>
        <w:pStyle w:val="ArticleBody"/>
        <w:jc w:val="left"/>
      </w:pPr>
      <w:r>
        <w:rPr>
          <w:rFonts w:ascii="Times New Roman" w:hAnsi="Times New Roman" w:eastAsia="Times New Roman" w:cs="Times New Roman"/>
        </w:rPr>
        <w:t>A csillag, amely leesett az égből és megnyitotta a mélység kútját, a hamis próféta, Mohamed volt; és amikor megnyitotta a kutat, bevezette az iszlám harcosait, akik „sáskákként” vannak ábrázolva, az utolsó napok prófétai elbeszélésébe. A mélység kútjának háromszoros szövetségében van egy sárkány (ateizmus), egy fenevad (katolicizmus) és egy hamis próféta (iszlám). A fenevad világméretű képmásában a hamis próféta a hitehagyott protestantizmus. Ez a hamis próféta megtéveszti az egész világot Salome csábító tánca által, vagy a Baál prófétáinak tánca által a Kármel hegyén. A Jelenések könyve tizenharmadik fejezetében azáltal téveszti meg a világot, hogy csodákat tesz a fenevad szeme láttára. A megtévesztés e jelképes ábrázolásai a gazdasági zsarolás és a katonai erő hatalmát jelképezik.</w:t>
      </w:r>
    </w:p>
    <w:p>
      <w:pPr>
        <w:pStyle w:val="ArticleScripture"/>
        <w:jc w:val="left"/>
      </w:pPr>
      <w:r>
        <w:rPr>
          <w:rFonts w:ascii="Times New Roman" w:hAnsi="Times New Roman" w:eastAsia="Times New Roman" w:cs="Times New Roman"/>
        </w:rPr>
        <w:t>És nagy jeleket tesz, olyannyira, hogy tüzet is aláhozat az égből a földre az emberek szeme láttára. És elhiteti a föld lakosait azokkal a csodákkal, amelyeket adatott neki, hogy a fenevad színe előtt cselekedje; azt mondván a föld lakosainak, hogy készítsék el a fenevad képmását, amelyet fegyver sebe ért, és életben maradt. És adatott neki, hogy lelket adjon a fenevad képmásának, hogy a fenevad képmása szóljon is, és azt is elérje, hogy mindazok, akik nem imádják a fenevad képmását, megölessenek. És megteszi, hogy mindenki, kicsinyek és nagyok, gazdagok és szegények, szabadok és szolgák, bélyeget vegyenek jobb kezükre vagy homlokukra; és hogy senki se vehessen vagy adhasson el, csak az, akin ott van a bélyeg, vagy a fenevad neve, vagy nevének száma. Jelenések 13:13–17.</w:t>
      </w:r>
    </w:p>
    <w:p>
      <w:pPr>
        <w:pStyle w:val="ArticleBody"/>
        <w:jc w:val="left"/>
      </w:pPr>
      <w:r>
        <w:rPr>
          <w:rFonts w:ascii="Times New Roman" w:hAnsi="Times New Roman" w:eastAsia="Times New Roman" w:cs="Times New Roman"/>
        </w:rPr>
        <w:t>A csalással és csodákkal, amelyek a hamis prófétához kapcsolódnak, valójában azt az erőt jelképezik, amelyet a gazdaság idéz elő („hogy senki ne vehessen vagy ne adhasson el”), valamint a katonai hatalom („meg kell öletnie”). Az iszlám hamis prófétája a Bibliában az iszlám azon munkáját jelképezi, amellyel haragra gerjeszti és nyomorúságba dönti a nemzeteket. Haragkeltő és nyomorúságot okozó munkájukat hadviselés által viszik véghez, és a Biblia azonosítja, hogy ez a hadviselés viszont gazdasági katasztrófát idéz elő. Az iszlám hadviselése és az azt követő gazdasági összeomlás az a kérdés, amely egyesíti az Egyesült Államokban „mindazokat a romlott hatalmakat, amelyek elpártoltak a Jehova törvénye iránti hűségtől”.</w:t>
      </w:r>
    </w:p>
    <w:p>
      <w:pPr>
        <w:pStyle w:val="ArticleBody"/>
        <w:jc w:val="left"/>
      </w:pPr>
      <w:r>
        <w:rPr>
          <w:rFonts w:ascii="Times New Roman" w:hAnsi="Times New Roman" w:eastAsia="Times New Roman" w:cs="Times New Roman"/>
        </w:rPr>
        <w:t>A keresztnél a szadduceusok és a farizeusok teljesen „elhagyták a Jehova törvénye iránti hűséget”, amikor egyesültek, hogy keresztre feszítsék az igazi protestáns szarvat. Krisztus elvetésével Barabbást választották, aki a hamis Krisztust jelképezi. A „Bar” jelentése: fiú, az „Abba” jelentése pedig: atya. A Barabbás jelentése: „Az Atya Fia”. Krisztus a próféták közül a legnagyobb volt, Barabbás pedig a hamis próféta jelképe volt.</w:t>
      </w:r>
    </w:p>
    <w:p>
      <w:pPr>
        <w:pStyle w:val="ArticleBody"/>
        <w:jc w:val="left"/>
      </w:pPr>
      <w:r>
        <w:rPr>
          <w:rFonts w:ascii="Times New Roman" w:hAnsi="Times New Roman" w:eastAsia="Times New Roman" w:cs="Times New Roman"/>
        </w:rPr>
        <w:t>A száznegyvennégyezer megpecsételésének idején a földi vadállat két szarva végső prófétai megnyilatkozásuk pontjához érkezik. Az egyik Krisztus képmását, a másik a vadállat képmását képviseli. Abban a történelemben, amelyben e két szarv megnyilatkozik, a hitehagyott protestantizmus a 2001-ben elfogadott Patriot Acttel kezdte meg útját a hamarosan eljövendő vasárnaptörvény felé. Ez a határjel egybeesik a Függetlenségi Nyilatkozattal, amely kezdetén bárányként szólt, mert a protestantizmus tiltakozását fejezte ki a királyi hatalom és a pápista uralom ellen. Az a határjel, amellyel a végén egybeesik (a Patriot Act), a protestantizmus elfojtását fejezi ki.</w:t>
      </w:r>
    </w:p>
    <w:p>
      <w:pPr>
        <w:pStyle w:val="ArticleBody"/>
        <w:jc w:val="left"/>
      </w:pPr>
      <w:r>
        <w:rPr>
          <w:rFonts w:ascii="Times New Roman" w:hAnsi="Times New Roman" w:eastAsia="Times New Roman" w:cs="Times New Roman"/>
        </w:rPr>
        <w:t>A két szarv útjának második útjelzőjét a pecsételés idején kezdetben az Alkotmány képviselte, amely törvénybe foglalta a két hatalom szétválasztását, s ez a földi fenevad ereje. Ez az útjelző a vég idején jutott el párhuzamához, a 2021. január 6-i meghallgatások „koncepciós bíróságában”, ahol az Alkotmány alapvető kiváltságait politikai célszerűségből félretették.</w:t>
      </w:r>
    </w:p>
    <w:p>
      <w:pPr>
        <w:pStyle w:val="ArticleBody"/>
        <w:jc w:val="left"/>
      </w:pPr>
      <w:r>
        <w:rPr>
          <w:rFonts w:ascii="Times New Roman" w:hAnsi="Times New Roman" w:eastAsia="Times New Roman" w:cs="Times New Roman"/>
        </w:rPr>
        <w:t>A két szarv záró útjának utolsó útjelzője a hamarosan bekövetkező vasárnaptörvény, amelyet kezdetén az Idegen- és zendülési törvények előképeztek. Így a kezdő történelmek három útjelzője az átmenetet azonosította a Bárány által jelképezett függetlenségtől és szabadságtól (1776) – amely az egyetlen út a valódi szabadsághoz – a sárkány szolgaságáig (1798).</w:t>
      </w:r>
    </w:p>
    <w:p>
      <w:pPr>
        <w:pStyle w:val="ArticleBody"/>
        <w:jc w:val="left"/>
      </w:pPr>
      <w:r>
        <w:rPr>
          <w:rFonts w:ascii="Times New Roman" w:hAnsi="Times New Roman" w:eastAsia="Times New Roman" w:cs="Times New Roman"/>
        </w:rPr>
        <w:t>A pecsételés idejének három jelzőoszlopa azonosítja a földi vadállat, vagyis a hamis próféta végső útját. Ez az út Jeruzsálemben ér véget, amikor a zászló felemeltetik, és amikor majd sokan így szólnak: „Jertek, menjünk fel az Úr hegyére, Jákób Istenének házához, hogy tanítson minket az ő útjaira, és hogy az ő ösvényein járjunk; mert Sionból jön ki a törvény, és az Úr beszéde Jeruzsálemből.”</w:t>
      </w:r>
    </w:p>
    <w:p>
      <w:pPr>
        <w:pStyle w:val="ArticleBody"/>
        <w:jc w:val="left"/>
      </w:pPr>
      <w:r>
        <w:rPr>
          <w:rFonts w:ascii="Times New Roman" w:hAnsi="Times New Roman" w:eastAsia="Times New Roman" w:cs="Times New Roman"/>
        </w:rPr>
        <w:t>A földi fenevad végső, háromlépcsős útja egy hamis próféta útja Jeruzsálem felé. Amikor az Igaz Próféta eljött és bement Jeruzsálembe, ezt szamáron ülve tette. A földi fenevad is egy „szamáron” ülve vonul be Jeruzsálembe, mert hamis prófétaként (a földi fenevadként) Bálám jelképezi őt. Bálám, hírnevet és gazdagságot keresve, elfordult attól az elhívástól, hogy igaz próféta legyen, és „elpártolt a Jehova törvénye iránti hűségétől”. Elhatározta, hogy részt vesz Isten népének megátkozásában, miként az Egyesült Államok is tenni fogja a hamarosan bekövetkező vasárnapi törvény idején.</w:t>
      </w:r>
    </w:p>
    <w:p>
      <w:pPr>
        <w:pStyle w:val="ArticleBody"/>
        <w:jc w:val="left"/>
      </w:pPr>
      <w:r>
        <w:rPr>
          <w:rFonts w:ascii="Times New Roman" w:hAnsi="Times New Roman" w:eastAsia="Times New Roman" w:cs="Times New Roman"/>
        </w:rPr>
        <w:t>Bálám útja egy szamáron való lovaglással valósult meg, és útja során három alkalommal is megállapítást nyer, hogy Bálám szamara bánatot okozott Bálámnak. Az első alkalommal a szamár letért az útról.</w:t>
      </w:r>
    </w:p>
    <w:p>
      <w:pPr>
        <w:pStyle w:val="ArticleScripture"/>
        <w:jc w:val="left"/>
      </w:pPr>
      <w:r>
        <w:rPr>
          <w:rFonts w:ascii="Times New Roman" w:hAnsi="Times New Roman" w:eastAsia="Times New Roman" w:cs="Times New Roman"/>
        </w:rPr>
        <w:t>És meglátta a szamár az Úr angyalát, amint az úton állt, kivont karddal a kezében; ezért a szamár letért az útról, és kiment a mezőre. Bálám pedig megverte a szamarat, hogy visszatérítse az útra. 4Mózes 22:23.</w:t>
      </w:r>
    </w:p>
    <w:p>
      <w:pPr>
        <w:pStyle w:val="ArticleBody"/>
        <w:jc w:val="left"/>
      </w:pPr>
      <w:r>
        <w:rPr>
          <w:rFonts w:ascii="Times New Roman" w:hAnsi="Times New Roman" w:eastAsia="Times New Roman" w:cs="Times New Roman"/>
        </w:rPr>
        <w:t>2001. szeptember 11-én a harmadik jaj iszlámja, a bibliai prófécia vad arab szamara letérítette Bálámot az útról, mert amikor New York City nagy épületei leomlottak, az „fordulópontot” jelentett a nemzetek és az egyház történetében. Az úton álló angyal az a hatalmas angyal volt, aki akkor szállt alá, hogy dicsőségével beragyogja a földet. A szamár ismét bánatot okozott Bálámnak.</w:t>
      </w:r>
    </w:p>
    <w:p>
      <w:pPr>
        <w:pStyle w:val="ArticleScripture"/>
        <w:jc w:val="left"/>
      </w:pPr>
      <w:r>
        <w:rPr>
          <w:rFonts w:ascii="Times New Roman" w:hAnsi="Times New Roman" w:eastAsia="Times New Roman" w:cs="Times New Roman"/>
        </w:rPr>
        <w:t>Az Úr angyala pedig megállt a szőlők ösvényén, itt is kőfal, ott is kőfal lévén. És amikor a szamár meglátta az Úr angyalát, a falhoz szorult, és a falhoz nyomta Bálám lábát; ezért ismét megverte őt. 4Mózes 22:24, 25.</w:t>
      </w:r>
    </w:p>
    <w:p>
      <w:pPr>
        <w:pStyle w:val="ArticleBody"/>
        <w:jc w:val="left"/>
      </w:pPr>
      <w:r>
        <w:rPr>
          <w:rFonts w:ascii="Times New Roman" w:hAnsi="Times New Roman" w:eastAsia="Times New Roman" w:cs="Times New Roman"/>
        </w:rPr>
        <w:t>2001. szeptember 11. után Isten népének a szőlőskert énekének üzenetét kellett énekelnie (Ézsaiás 27. fejezet), amely jelenleg ott van, ahol Bálám van, „fal” innen is, és „fal” onnan is. Az Egyesült Államok déli határán álló fal az a kérdés, amely megelőzi az „egyház és állam közötti elválasztó fal” leomlását a harmadik és végső útjelzőnél. A déli határ „falának” kérdése az a hely, ahol Bálám „lába” összezúzatik, miközben a bevándorlás körüli belső háború elkezdi két egymással szemben álló pártra osztani a földvadat a polgárháború megismétlődését megelőzően.</w:t>
      </w:r>
    </w:p>
    <w:p>
      <w:pPr>
        <w:pStyle w:val="ArticleBody"/>
        <w:jc w:val="left"/>
      </w:pPr>
      <w:r>
        <w:rPr>
          <w:rFonts w:ascii="Times New Roman" w:hAnsi="Times New Roman" w:eastAsia="Times New Roman" w:cs="Times New Roman"/>
        </w:rPr>
        <w:t>A két fal közötti történelem annak az 1789-től 1798-ig terjedő történetnek felel meg, amelyet az Alkotmány útjelzője jelképezett; ez előképe volt 2015 történelmének, amikor Trump elnöki tisztségre irányuló kampányát a „fal építésére” helyezett hangsúllyal jelentette be, egészen addig, amíg a hamarosan bekövetkező vasárnaptörvény el nem távolítja az egyház és az állam szétválasztásának falát.</w:t>
      </w:r>
    </w:p>
    <w:p>
      <w:pPr>
        <w:pStyle w:val="ArticleBody"/>
        <w:jc w:val="left"/>
      </w:pPr>
      <w:r>
        <w:rPr>
          <w:rFonts w:ascii="Times New Roman" w:hAnsi="Times New Roman" w:eastAsia="Times New Roman" w:cs="Times New Roman"/>
        </w:rPr>
        <w:t>2001. szeptember 11-e után a földi fenevad, amelyet Bálám jelképez, megoszlani kezdett. Bálám két falának megoszlása két osztály elkülönülését jelképezi a földi fenevad mindkét szarván belül; ezt jelképezi Trump 2016-os megválasztása, a két tanú 2020-as halála, a 2021. január 6-i Pelosi-perek, a két tanú 2023-as feltámadása, valamint az, hogy a szamár 2023. október 7-én megnyomorította Bálámot.</w:t>
      </w:r>
    </w:p>
    <w:p>
      <w:pPr>
        <w:pStyle w:val="ArticleBody"/>
        <w:jc w:val="left"/>
      </w:pPr>
      <w:r>
        <w:rPr>
          <w:rFonts w:ascii="Times New Roman" w:hAnsi="Times New Roman" w:eastAsia="Times New Roman" w:cs="Times New Roman"/>
        </w:rPr>
        <w:t>Bálám útjának utolsó útjelzője az, amikor a szamár „megszólal”, és ez az a hamarosan bekövetkező vasárnapi törvény idején történik, amikor az Egyesült Államok sárkányként szól, amikor a Jelenések könyve tizennyolcadik fejezetének angyala másodszor szól, és amikor Habakuk késlekedett látomása megszólal. A késlekedett látomás az iszlámnak, a harmadik jajnak a látomása volt, és az a hamarosan bekövetkező vasárnapi törvény idején vad cselekedetei által vad szamárként szól.</w:t>
      </w:r>
    </w:p>
    <w:p>
      <w:pPr>
        <w:pStyle w:val="ArticleScripture"/>
        <w:jc w:val="left"/>
      </w:pPr>
      <w:r>
        <w:rPr>
          <w:rFonts w:ascii="Times New Roman" w:hAnsi="Times New Roman" w:eastAsia="Times New Roman" w:cs="Times New Roman"/>
        </w:rPr>
        <w:t>Az Úr angyala pedig továbbment, és megállt egy szoros helyen, ahol sem jobbra, sem balra nem lehetett kitérni. És amikor a szamár meglátta az Úr angyalát, lefeküdt Bálám alá; erre Bálám haragra gerjedt, és bottal verte a szamarat. Akkor az Úr megnyitotta a szamár száját, és az ezt mondta Bálámnak: Mit cselekedtem veled, hogy immár harmadszor is megvertél engem? Bálám pedig azt mondta a szamárnak: Mert csúfot űztél belőlem; bárcsak volna kard a kezemben, mert most megölnélek téged. A szamár pedig ezt mondta Bálámnak: Vajon nem én vagyok-e a te szamarad, amelyen mind ez ideig lovagoltál, mióta csak a tied vagyok? Szoktam-e valaha így tenni veled? Ő pedig azt mondta: Nem. Ekkor az Úr megnyitotta Bálám szemeit, és ő meglátta az Úr angyalát, amint az úton állt, kivont karddal a kezében; és meghajtotta fejét, és arcra borult. 4Mózes 22:26–31.</w:t>
      </w:r>
    </w:p>
    <w:p>
      <w:pPr>
        <w:pStyle w:val="ArticleBody"/>
        <w:jc w:val="left"/>
      </w:pPr>
      <w:r>
        <w:rPr>
          <w:rFonts w:ascii="Times New Roman" w:hAnsi="Times New Roman" w:eastAsia="Times New Roman" w:cs="Times New Roman"/>
        </w:rPr>
        <w:t>Az Egyesült Államok a hamis próféta, amely megtéveszti a világot, hogy felállítsa a fenevad világméretű képmását. Abban az időszakban, amely a fenevad képmásának az Egyesült Államokon belüli kialakulásának ideje, az Egyesült Államokat a hamis próféta hordozza, akit Bálám szamara jelképez. A harmadik jaj iszlámja az a hamis próféta a száznegyvennégyezer elpecsételésének idején, amely arra kényszeríti mindazokat a romlott hatalmakat az Egyesült Államokban, hogy egyház és állam kapcsolatává egyesüljenek.</w:t>
      </w:r>
    </w:p>
    <w:p>
      <w:pPr>
        <w:pStyle w:val="ArticleBody"/>
        <w:jc w:val="left"/>
      </w:pPr>
      <w:r>
        <w:rPr>
          <w:rFonts w:ascii="Times New Roman" w:hAnsi="Times New Roman" w:eastAsia="Times New Roman" w:cs="Times New Roman"/>
        </w:rPr>
        <w:t>Munkáját hadviselés által, valamint az e hadviselés által előidézett gazdasági összeomlás révén viszi véghez. Ez a két jellegzetesség ugyanazokat az erőket alkotja, amelyeket az Egyesült Államok hamis prófétája alkalmaz arra, hogy az egész világot kényszerítse, amikor megismétli azt a művet, amelyet a feneketlen mélység hamis prófétája vitt véghez az Egyesült Államokban.</w:t>
      </w:r>
    </w:p>
    <w:p>
      <w:pPr>
        <w:pStyle w:val="ArticleBody"/>
        <w:jc w:val="left"/>
      </w:pPr>
      <w:r>
        <w:rPr>
          <w:rFonts w:ascii="Times New Roman" w:hAnsi="Times New Roman" w:eastAsia="Times New Roman" w:cs="Times New Roman"/>
        </w:rPr>
        <w:t>Az Egyesült Államok jelenleg a fal kérdése (bevándorlás) között áll — amely az 1798-as Alien and Sedition Acts központi eleme volt —, valamint az egyház és az állam szétválasztásának fala között, amelyet a hamarosan bekövetkező vasárnaptörvény teljesen eltávolít. Az Egyesült Államok pénzügyileg már megbénult, mert államadóssága helyrehozhatatlan. A sárkányi hatalom jelenleg egy hamis pénzügyi előrejelzést tart fenn, ám ez hazugság, amely azt állítja, hogy a gazdagságot egy pénznyomda hozza létre; de végső soron a sárkány a bibliai prófécia hazugja. Hazugságát Hitler hírhedt propagandagépezetének modern megjelenítése révén terjeszti, ily módon megteremtve annak logikáját, hogy az Alien and Sedition Acts negyedik eleme megismétlődjék, amely felhatalmazást adott az elnöknek arra, hogy bezárasson bármely médiacsatornát, amely szembeszegült az ő elképzeléseivel.</w:t>
      </w:r>
    </w:p>
    <w:p>
      <w:pPr>
        <w:pStyle w:val="ArticleBody"/>
        <w:jc w:val="left"/>
      </w:pPr>
      <w:r>
        <w:rPr>
          <w:rFonts w:ascii="Times New Roman" w:hAnsi="Times New Roman" w:eastAsia="Times New Roman" w:cs="Times New Roman"/>
        </w:rPr>
        <w:t>Jézus mindig egy dolog végét egy dolog kezdetével szemlélteti. A fenevad képmásának az Egyesült Államokban ugyanazokkal a prófétai jellemzőkkel kell bírnia, mint a fenevad világszintű képmásának, és így is van; ám az a megtévesztés, amely a földi fenevad hamis prófétáján belül létrehozza a megromlott szövetséget, az iszlám hamis prófétája. Mind Bálám, mind a szamár a hamis próféták jelképei. A száznegyvennégyezer elpecsételésének története a három mélységbeli hatalom története. A mélységből feljövő iszlám 2001. szeptember 11-ének első útjelzője. A mélységből feljövő ateizmus 2020-ban támad fel, hogy megölje a két tanút, és a mélységből feljövő katolicizmus annak halálából emelkedik fel a hamarosan bekövetkező vasárnapi törvény idején.</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világ nem javul. A gonosz emberek és ámítók egyre rosszabbakká lesznek, tévelyítve és eltévelyedve. Amikor a zsidók elvetették az Isten Fiát, az egyedül igaz Isten megtestesítőjét, aki jósággal, irgalommal és fáradhatatlan szeretettel bírt, akinek szívét mindig megindította az emberi nyomorúság, és helyette egy gyilkost választottak, megmutatták, mire képes és mit fog tenni az emberi természet, amikor Isten Lelkének visszatartó ereje eltávozik, és az emberek a hitehagyott uralma alá kerülnek. Akik a Sátánt választják uralkodójuknak, azok választott mesterük lelkületét fogják kinyilvánítani.”</w:t>
      </w:r>
    </w:p>
    <w:p>
      <w:pPr>
        <w:pStyle w:val="ArticleScripture"/>
        <w:jc w:val="left"/>
      </w:pPr>
      <w:r>
        <w:rPr>
          <w:rFonts w:ascii="Times New Roman" w:hAnsi="Times New Roman" w:eastAsia="Times New Roman" w:cs="Times New Roman"/>
        </w:rPr>
        <w:t>„A világ nem javul meg addig, míg Isten ki nem lép helyéről, hogy megbüntesse őt gonoszságáért. Akkor a föld feltárja a rajta kiontott vért, és nem takarja be többé megöltjeit. Krisztus figyelmeztette tanítványait: »Vigyázzatok, hogy senki meg ne tévesszen titeket. Mert sokan jönnek majd az én nevemben, ezt mondva: Én vagyok a Krisztus; és sokakat megtévesztenek. Hallotok majd háborúkról és háborúk híreiről: meglássátok, hogy meg ne rémüljetek; mert mindezeknek meg kell lenniük, de ez még nem a vég. Mert nemzet támad nemzet ellen, és ország ország ellen; és lesznek éhségek, dögvészek és földindulások különböző helyeken. Mindez pedig a vajúdási fájdalmak kezdete. Akkor nyomorúságra adnak át titeket, és megölnek titeket; és gyűlöletesek lesztek minden nép előtt az én nevemért. És akkor sokan megbotránkoznak, elárulják egymást, és gyűlölik egymást. És sok hamis próféta támad, és sokakat megtéveszt. És mivel a gonoszság megsokasodik, sokakban meghidegül a szeretet. De aki mindvégig állhatatos marad, az üdvözül.«”</w:t>
      </w:r>
    </w:p>
    <w:p>
      <w:pPr>
        <w:pStyle w:val="ArticleScripture"/>
        <w:jc w:val="left"/>
      </w:pPr>
      <w:r>
        <w:rPr>
          <w:rFonts w:ascii="Times New Roman" w:hAnsi="Times New Roman" w:eastAsia="Times New Roman" w:cs="Times New Roman"/>
        </w:rPr>
        <w:t>„Amikor Krisztus e földön járt, a világ Barabbást részesítette előnyben. És ma a világ és az egyházak ugyanazt a választást teszik. Krisztus elárultatásának, elutasításának és keresztre feszítésének jelenetei újra lejátszódtak, és ismét újra le fognak játszódni mérhetetlen méretekben. Az emberek betelnek majd az ellenség tulajdonságaival, és velük együtt az ő csalásai nagy hatalommal bírnak majd. Amilyen mértékben a világosságot visszautasítják, olyan mértékben lesz téves felfogás és félreértés. Akik Krisztust elutasítják és Barabbást választják, pusztító megtévesztés alatt munkálkodnak. A félremagyarázás és a hamis tanúskodás nyílt lázadássá fog növekedni. Ha a szem gonosz, az egész test sötétséggel lesz teljes. Akik szeretetüket Krisztus helyett bármely vezetőnek adják, azt fogják találni, hogy testestől, lelkestől és szellemestől egy olyan elbűvölő megszállottság uralma alá kerülnek, amelynek hatása alatt a lelkek elfordulnak az igazság meghallásától, hogy a hazugságnak higgyenek. Tőrbe esnek és foglyul ejtetnek, és minden cselekedetükkel ezt kiáltják: Bocsásd el nékünk Barabbást, Krisztust pedig feszítsd meg.”</w:t>
      </w:r>
    </w:p>
    <w:p>
      <w:pPr>
        <w:pStyle w:val="ArticleScripture"/>
        <w:jc w:val="left"/>
      </w:pPr>
      <w:r>
        <w:rPr>
          <w:rFonts w:ascii="Times New Roman" w:hAnsi="Times New Roman" w:eastAsia="Times New Roman" w:cs="Times New Roman"/>
        </w:rPr>
        <w:t>„Már most is e döntés meghozatala folyik. A keresztnél lejátszódott jelenetek újra lejátszódnak. Azokban az egyházakban, amelyek eltávolodtak az igazságtól és az igazságosságtól, nyilvánvalóvá válik, mire képes az emberi természet, és mit fog tenni, amikor Isten szeretete nem maradandó alapelv a lélekben. Nem kell meglepődnünk semmin, ami most bekövetkezhet. Nem kell csodálkoznunk a borzalom semmiféle megnyilvánulásán. Azok, akik tisztátalan lábukkal tapossák Isten törvényét, ugyanazt a lelkületet hordozzák, mint azok az emberek, akik Jézust gyalázták és elárulták. Lelkiismeret-furdalás nélkül fogják cselekedni atyjuknak, az ördögnek tetteit. Felteszik majd ugyanazt a kérdést, amely Júdás áruló ajkáról hangzott el: Mit adtok nekem, ha kezetekbe adom nektek Jézust, a Krisztust? Már most is elárulják Krisztust az ő szentjeinek személyében.” Review and Herald, 1900. január 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Száznegyvenkettedik ნაწერი</dc:title>
  <dc:subject>A fenevad képmásának kialakulása: egy prófétai út feltárulása</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