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Százhetvenkilenc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Az éjféli kiáltás és Róma prófétai szerepe: az utolsó napok leleplezése Dániel könyvében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2024-04-09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Most szent földön járunk, Dániel könyvének szempontjából, mert elérkeztünk azokhoz a versekhez, amelyek a száznegyvennégyezer számára az Éjféli Kiáltást jelképezik. Ezek a versek azonosítják továbbá a felemelt zászló hordozóinak elpecsételését is. Ezek azok a versek, amelyek Dániel könyvének az utolsó napokra vonatkozó, felnyitott részét alkotják, és Dánielnek Jézus Krisztus kijelentéséről szóló megfogalmazását képviselik, amely akkor nyittatik fel, amikor „közel az idő”, közvetlenül azelőtt, hogy a kegyelemidő a tizenhatodik versben lezárul.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Róma az, amely megalapozza a látomást, amint azt a tizenegyedik fejezet tizennegyedik verse ábrázolja; ezért fontos, hogy a tizenegyedik verstől a tizenötödikig terjedő szakaszon haladva alaposan szemügyre vegyük Rómát, mert ahol „nincs látomás, elvadul a nép”, és ha nem hiszitek Ézsaiás hetedik fejezetének nyolcadik és kilencedik versét, „bizony nem maradtok meg.”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Uriah Smith legalább négyszer hivatkozik egy prófétai szabályra Daniel and the Revelation című könyvében. E szabály szerint egy prófétai hatalom a próféciában mindaddig nincs azonosítva, amíg „kapcsolatba” nem kerül Isten népével. Első alkalommal ezt Babilon prófétai bizonyságtételbe való bevezetésével összefüggésben tárgyalja.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értelmezés egyik nyilvánvaló szabálya, hogy a nemzeteket akkor kereshetjük a próféciában megemlítve, amikor oly mértékben kapcsolatba kerülnek Isten népével, hogy említésük szükségessé válik a szent történelem feljegyzéseinek teljessé tételéhez.” Uriah Smith, Daniel and the Revelation, 46.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Smith még legalább három más alkalommal foglalkozik ezzel a szabállyal, és mindhárom esetben a zsidók „szövetségére” mutat rá, ám az egyik hivatkozásban úgy azonosítja a szövetség beteljesedését, hogy az Kr. e. 162-ben történt, míg a másik két hivatkozás egyetért a modern történészekkel, akik a zsidók és Róma közötti „szövetség” beteljesedését Kr. e. 161-re teszik.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„Fölösleges emlékeztetni az olvasót arra, hogy a földi kormányzatok mindaddig nem kerülnek bevezetésre a próféciában, amíg valamiképpen kapcsolatba nem kerülnek Isten népével. Róma a híres zsidó szövetség révén Kr. e. 161-ben került kapcsolatba a zsidókkal, Isten akkori népével. 1 Makkabeusok 8; Josephus: A zsidók története, 12. könyv, 10. fejezet, 6. szakasz; Prideaux, II. köt., 166. o. Ám hét évvel ezt megelőzően, vagyis Kr. e. 168-ban Róma meghódította Macedóniát, és azt birodalma részévé tette. Róma tehát éppen akkor kerül be a próféciába, amikor a kecskebak legyőzött macedón szarvából kiindulva új hódításokra indul más irányokba. Ennélfogva úgy jelent meg a prófétának, illetve ebben a próféciában helyesen úgy lehet róla szólni, mint amely a kecskebak egyik szarvából jön elő.” Uriah Smith, Dániel és a Jelenések könyve, 175.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De Smith azt is állítja, hogy Kr. e. 162 volt.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„Ugyanennek a hatalomnak a Szentföldön is meg kellett állnia, és fel kellett emésztenie azt. Róma Kr. e. 162-ben szövetség útján kapcsolatba került Isten népével, a zsidókkal; ettől az időponttól fogva kiemelkedő helyet foglal el a prófétai időszámításban. Júdea fölött azonban tényleges hódítás útján csak Kr. e. 63-ban szerzett fennhatóságot; mégpedig a következő módon.” Uriah Smith, Daniel és a Jelenések, 259.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És amikor harmadszor utal erre az eseményre, ismét Kr. e. 161-et mond.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„Miután a próféta a birodalom világi eseményein végigvezetett bennünket a hetven hét végéig, a 23. versben visszavezet bennünket arra az időre, amikor a rómaiak a zsidó szövetség által közvetlen kapcsolatba kerültek Isten népével, Kr. e. 161-ben; ettől a ponttól pedig az események egyenes vonalán vezet tovább bennünket az egyház végső diadaláig és Isten örökkévaló országának felállításáig. A zsidók, akiket a szíriai királyok súlyosan elnyomtak, követséget küldtek Rómába, hogy a rómaiak segítségét kérjék, és velük „barátsági és szövetségi szövetségre” lépjenek. 1 Makkabeusok 8; Prideaux, II, 234; Josephus: A zsidók története, 12. könyv, 10. fejezet, 6. szakasz. A rómaiak meghallgatták a zsidók kérését, és a következő szavakkal megfogalmazott rendeletet adtak nekik:—”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szenátus határozata a zsidó nemzettel kötendő segítségnyújtási és barátsági szövetség tárgyában. A rómaiak fennhatósága alatt állók közül senkinek sem lesz megengedve, hogy háborút viseljen a zsidó nemzet ellen, sem hogy segítséget nyújtson azoknak, akik ezt teszik, akár gabona, akár hajók, akár pénz küldésével; és ha a zsidók ellen támadás történik, a rómaiak képességük szerint segítségükre lesznek; viszont, ha a rómaiak ellen történik támadás, a zsidók nyújtanak nekik segítséget. És ha a zsidók úgy kívánják, hogy e segítségnyújtási szövetséghez valamit hozzáadjanak vagy abból elvegyenek, az a rómaiak közös beleegyezésével történjék. És bárminemű ilyen módon tett kiegészítés érvényben maradjon.” „Ezt a határozatot” — mondja Josephus — „Eupolemus, János fia, és Jason, Eleázár fia írta le, amikor Júdás volt a nemzet főpapja, és testvére, Simon a hadsereg vezére. És ez volt az első szövetség, amelyet a rómaiak a zsidókkal kötöttek, és ily módon intézték azt.” Uriah Smith, Daniel and the Revelation, 271.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Nem az én feladatom megmagyarázni, miért hivatkozott Smith Kr. e. 162-re, azon feltételezésemen kívül, hogy ez sajtóhiba volt. Lényegem abban áll, hogy rámutassak arra a hangsúlyra, amelyet arra helyez, amit ő „az értelmezés nyilvánvaló szabályának” nevez, miszerint „arra számíthatunk, hogy a nemzetek akkor kerülnek említésre a próféciában, amikor oly módon kapcsolódnak Isten népéhez, hogy említésük szükségessé válik a szent történelem feljegyzéseinek teljessé tételéhez.” Amikor Smith ezt a szabályt hangsúlyozza, azonosítja, hogy Róma a huszonharmadik versben említett „szövetségnél” kapcsolódott össze Isten népével Kr. e. 161-ben, ám Smith azt is megállapítja, hogy Róma először Kr. e. 200-ban jelenik meg a prófétai elbeszélésben, vagyis harminckilenc évvel Kr. e. 161 előtt.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„Most új hatalom lép színre: — „néped rablói”; szó szerint, mondja Newton püspök, „néped összetörői”. Távol, a Tiberis partjain, egy királyság táplálta magát nagyravágyó tervekkel és sötét szándékokkal. Eleinte kicsiny és gyenge volt, de csodálatos gyorsasággal növekedett erőben és életerőben; óvatosan kinyújtotta karját itt is, ott is, hogy próbára tegye erejét, és megvizsgálja harcias karjának szilárdságát, mígnem hatalmának tudatára ébredve bátran felemelte fejét a föld nemzetei között, és legyőzhetetlen kézzel ragadta magához ügyeik kormányrúdját. Ettől fogva Róma neve ott áll a történelem lapjain, arra rendelve, hogy hosszú századokon át irányítsa a világ ügyeit, és hatalmas befolyást gyakoroljon a nemzetek között mind az idők végéig.”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„Róma megszólalt; és Szíria, valamint Macedónia álomképének arculatán hamarosan változás mutatkozott. A rómaiak közbeléptek Egyiptom ifjú királyának érdekében, eltökélve, hogy megóvják őt attól a pusztulástól, amelyet Antiochus és Philipposz tervezett számára. Ez Kr. e. 200-ban történt, és a rómaiaknak ez volt az egyik első jelentős beavatkozása Szíria és Egyiptom ügyeibe.” Uriah Smith, Daniel and the Revelation, 256.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Róma először Kr. e. 200-ban jelenik meg a prófétai elbeszélésben, és ez a bevezetés a tizennegyedik versben Dániel egész könyvében a Rómára vonatkozó legjelentősebb utalás, mert éppen ez a vers határozza meg Rómát mint azt a jelképet, amely megalapozza a látomást. Hogy Smith miként hangsúlyozhatott egy ilyen prófétai szabályt, majd idézhette Kr. e. 161-et, miközben Kr. e. 200-at is azonosította azzal az időponttal, amikor Róma hatalma „bevezetésre került”, az nem olyan kérdés, amelyet meg kívánok oldani. Ha volna olyan kérdésem, amely megoldásra szorul, az az volna, hogy a Smith által meghatározott szabály érvényes-e vagy sem. Ha érvényes, akkor amellett érvelnék, hogy a tizennegyedik versnek kapcsolatban kell állnia a zsidókkal, mégpedig oly módon, amely a Kr. e. 161-es szövetséget megelőzően történt.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Úgy értem, hogy a tizenharmadiktól a tizenötödik versig terjedő szakasz olyan történelmet azonosít az utolsó napokban, amikor a pápai Róma betör a prófétai történelembe, és ezt az Egyesült Államokkal összefüggésben teszi, amely abban a történelemben Isten népe. Mivel Jézus a véget mindig a kezdettel szemlélteti, a Kr. e. 200. évnek, amikor a pogány Róma belépett a történelembe, kapcsolatban kell állnia Isten népével abban a történelemben. Ezért egyetértek Smith szabályával, még akkor is, ha ő a Kr. e. 200. évben nem talált közvetlen kapcsolatot Róma és a zsidók között.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tizenegyedik és tizenkettedik versek a Kr. e. 217-ben lezajlott rafiai csata győzelmét és következményeit azonosítják; e csatát a III. Antiochosz Megasz, vagyis „a Nagy” vezette Szeleukida Birodalom, valamint a IV. Ptolemaiosz Philopatór király vezette egyiptomi Ptolemaioszi Királyság vívta. Ez a csata a Koilé-Szíria (Dél-Szíria) és Dél-Palesztina feletti uralomért folytatott küzdelem során zajlott, amelyek a Ptolemaioszi és a Szeleukida királyság között vitatott területek voltak. IV. Ptolemaiosz Philopatór rafiai győzelme lehetővé tette számára, hogy egy ideig fenntartsa uralmát Koilé-Szíria és Dél-Palesztina felett.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tizenhét évvel később, Kr. e. 200-ban bekövetkezett pánioni csata, amelyet a Pánion-hegyi csataként vagy paneasi csataként is ismernek, a III. Antiokhosz király vezette Szeleukida Birodalom és az V. Ptolemaiosz király vezette Egyiptomi Ptolemaioszi Királyság között zajlott.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Harmincegy évvel később, Kr. e. 167-ben a makkabeus felkelés, a zsidó vallási gyakorlatok elfojtására és a hellenisztikus kultúra ráerőltetésére irányuló szeleukida birodalmi törekvések elleni zsidó lázadás, Júdea vidékének egy kisvárosában, Modeinben kezdődött, a mai Izrael területén.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szóban forgó esemény a hírhedt görög szeleukida uralkodóhoz, IV. Antiochosz Epiphanészhez kapcsolódott, aki szigorú hellenisztikus gyakorlatokat kényszerített a zsidó lakosságra, beleértve a zsidó vallási szertartások betiltását és a jeruzsálemi Templom megszentségtelenítését. Rendeletei kikényszerítése érdekében Antiochosz képviselőket küldött különböző városokba és falvakba, hogy a zsidó lakosokat parancsainak való engedelmességre kényszerítsék.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Modeinben a szeleukida tisztviselők egyike azért érkezett, hogy érvényt szerezzen a király rendeletének, és felszólítsa a zsidó lakosokat a pogány szertartásokban való részvételre és a görög isteneknek bemutatott áldozatokra. Egy idős zsidó pap, Mattatiás, megtagadta az engedelmességet a parancsnak, és megölt mind egy zsidót, aki előlépett, hogy bemutassa az áldozatot, mind pedig a szeleukida tisztviselőt. Mattatiásnak és családjának ez az ellenszegülő tette jelezte a szeleukida uralom elleni makkabeus felkelés kezdetét.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Mattatiás és öt fia, köztük Júdás Makkabeus, a hegyekbe menekült, és gerillaháborút kezdett a szeleukida erők ellen. A felkelés végül erőre kapott, és egyre szélesebb támogatásra talált, ami a szeleukidák elleni katonai győzelmek sorozatához vezetett.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Kr. e. 167-ben Modeinban történt események fordulópontot jelentettek a zsidó történelemben, mivel a Makkabeus-felkelés kezdetét, valamint a vallásszabadságért és a függetlenségért folytatott küzdelmet jelezték az idegen uralommal szemben. A jeruzsálemi második templom újbóli felszentelése, amely a Hanuka során megünnepelt történelmi eseményt jelöli, Kr. e. 164-ben történt, három évvel a huszonharmadik vers „szövetsége” előtt.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Miután a Makkabeusok visszafoglalták Jeruzsálemet és a Templomot, megtisztították a Templomot a pogány beszennyeződésektől, és visszaállították azt rendeltetésszerű vallási használatára. A hagyomány szerint csak egyetlen korsó megszentelt olajat találtak, amely csupán egy napra volt elegendő ahhoz, hogy a menórát égve tartsák. Valójában azonban ennek az eseménynek nincs egyetlen kortárs történeti tanúbizonysága sem, és a zsidó mese csak a hatodik században jelenik meg az irodalomban. White testvérnő a hitehagyott zsidó egyházat a katolikus egyházzal hasonlítja össze, különösen hangsúlyozva, hogy mindkét egyház emberi szokásokra és hagyományokra alapozza a vallást. Miként a pápai egyház történetében található számos különféle koholt csoda esetében, úgy az az elbeszélés is, hogy az egynapi olaj nyolc napig kitartott, minden történeti tanúbizonyságot nélkülöz.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könyve tizenegyedik fejezetének tizedik verse azonosítja a negyvenedik vers három csatájának elsőjét, amelyeket korábban a hidegháború három csatájaként, valamint három helyettesítő háborúként azonosítottam. Egy testvérnő megkérdőjelezte, hogy az ukrajnai háborút, amely e három háború közül a második, hidegháborúkként határozom meg, mivel helyesen rámutatott arra, hogy bőséges volt a halál és a pusztítás. Amit korábbi írásaimban a „hidegháború” három csatájaként határoztam meg, azt e kifejezésekkel azért jelöltem, hogy különbséget tegyek e három csata és a Jelenések tizenharmadik fejezetének földi fenevadja történelme során bekövetkező három világháború között. E három háború helyettesítő háború, és ekként is lettek meghatározva.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cikkekben ezentúl azt a három csatát „a negyvenedik vers három csatájaként”, illetve helyettesítő háborúkként fogom azonosítani, hogy megszüntessem azt az ellentmondást, amely egy forró háborút hidegháborúként azonosít. Meghatározásom szerint a negyvenedik vers három csatája nem foglalja magában az 1798-as csatát, noha az a negyvenedik vers részét képezi, hanem csak azt a három csatát, amelyek a vég idejétől, 1989-től a negyvenegyedik vers vasárnapi törvényéig terjednek. E három csata helyesebben helyettesítő háborúkként azonosítható, amelyek az északi király és a déli király közötti hadviselés összefüggésében mennek végbe; a negyvenedik vers történetében ezek a katolicizmus (az északi király) és a kommunizmus (a déli király) közötti hadviselést jelképezik.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három csata közül az első a katolicizmus kommunizmus felett aratott, 1989-es győzelmét azonosítja, amikor a pápaság proxy hadseregével, amelyet az Egyesült Államok képviselt, összefogva 1989-ben elsöpörte a Szovjetuniót, noha Oroszország, a fej (vagy „erőd”), állva maradt. A jelenlegi ukrajnai háború ismét a katolicizmus és a kommunizmus közötti ütközet, amelyben a pápaság az ukrán kormányt használja proxyjaként Oroszország ellen, a pápaság korábbi proxy hatalmának, az Egyesült Államoknak, valamint a globalista nyugati világ többi részének támogatásával együtt. Ezt a háborút a tizenegyedik és tizenkettedik versek ábrázolják, és azt jelzi, hogy a kommunizmus (Oroszország) győzedelmeskedni fog a katolicizmus felett.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három helyettesítő csata közül a harmadikat a tizenötödik vers ábrázolja, mint a paniumi csatát. A csata a ptolemaioszi királyság (a déli király) és a szeleukida királyság (az északi király) között zajlott. Abban a csatában a katolicizmus helyettesítő hadserege ismét az Egyesült Államok.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csatában, 1989-ben, az Egyesült Államok republikánus szarvának megbízott hadseregét a pápaság arra használta fel, hogy ledöntse a Szovjetunió politikai szerkezetét, miközben annak fejét (Oroszországot) épségben hagyta. A második csatában, amely az ukrajnai háború, a nácik megbízott hadseregét Oroszország legyőzi. A harmadik csatában az Egyesült Államok, a pápaság megbízott hadserege, ismét legyőzi a dél királyát.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három csata az „Igazság” ismertetőjegyét viseli, s az első és az utolsó csatát az Egyesült Államok győztes helyettesítő hadserege vívja meg. Az első csatában a dél királyának feje sértetlen maradt, a harmadik csatában pedig az Egyesült Államok helyettesítő hadserege a dél királyának fejévé lesz. A második helyettesítő hadsereg egyúttal a pápaság helyettesítő hadserege is volt a második világháborúban. Mindkét esetben a nácizmus helyettesítő hadserege vereséget szenvedett, illetve vereséget fog szenvedni. A pápaság a tizenhatodik vers előtt teljesen leigázza minden ellenségét, amikor a hármas szövetség megvalósul.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„Ptolemaiosz [Putyin] nélkülözte azt a körültekintést, amely győzelmének helyes felhasználásához szükséges lett volna. Ha sikerét továbbvitte volna, minden valószínűség szerint az egész Antiochosz-féle királyság urává lett volna; de mivel megelégedett csupán néhány fenyegetéssel és néhány megfélemlítéssel, békét kötött, hogy átadhassa magát állatias szenvedélyei zavartalan és féktelen kielégítésének. Így, miután legyőzte ellenségeit, bűnei győzték le őt, és megfeledkezve a nagy névről, amelyet megalapíthatott volna, idejét lakomázással és kicsapongással töltötte.”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„Szívét felfuvalkodottá tette sikere, ám attól távolról sem erősödött meg; mert az a gyalázatos mód, ahogyan azzal élt, saját alattvalóit lázadásra indította ellene.” Uriah Smith, Daniel and the Revelation, 254.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Putyin győzelmének végét jelző második tanú Júda déli királyságának Uzzijás királyában található, akinek szíve katonai győzelmei miatt szintén felfuvalkodott, és ezután — miként Ptolemaiosz is — arra törekedett, hogy a szentélyben a papok munkáját végezze, ezért leprával sújtatott, és azonnal eltávolíttatott a hatalomból. Putyin ukrajnai háborúban aratott győzelme kezdetét jelöli végének mint a dél királyának (az ateizmus királyának). Végét a negyvenedik vers prófétai dél királyának (Franciaország) kezdete előképezte, amely egy olyan forradalmat azonosított, amely megdöntötte a vezetést, miként az Ptolemaiosszal is történt. Putyin végét a Szovjetunió végével is szemléltette, amikor a vezető (Gorbacsov) feloszlatta a Szovjetuniót, és azonnal állást vállalt az Egyesült Nemzeteknél, az utolsó napok ateizmusának, a dél királyának globalista jelképénél. Putyin ukrajnai győzelme után Napóleon waterlooi alakja is előképezi őt, valamint az azt követő száműzetés; továbbá Uzzijás király, leprájával és az azt követő száműzetéssel, valamint Ptolemaiosz részeg végzete és a Szovjetunió 1989-ben bekövetkezett vége is.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Pánium csatája Kr. e. 200-ban zajlott le, és éppen abban az esztendőben Róma nyíltan beavatkozik a történelembe. Beilleszkedése a prófétai elbeszélésbe megelőzi Jeruzsálemnek a tizenhatodik versben ábrázolt meghódítását, amely Kr. e. 63-ban teljesedett be, abban az időben, amikor kijelentette, hogy ő az egyiptomi gyermek-király védelmezője. A negyvenedik vers harmadik csatájában, amely az északi és a déli királyokat érinti, a pápaság ismét be fog avatkozni a történelembe, úgy téve, mintha Oroszország oltalmazója volna. Ugyanebben az időben Seleucus az előképben legyőzte Ptolemaioszt Pánium csatájában, ezzel azonosítva, hogy az Egyesült Államok, a pápaság helyettes hadserege a negyvenedik vers első és utolsó csatáiban, legyőzi „Egyiptomot” (a déli királyt).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Kr. e. 200-ban jelképesen a pápaságot találjuk, amint Tírusz paráznája elkezdi énekelni paráznaságának énekeit a tizenhatodik vers vasárnaptörvényénél megvalósuló hármas egység előtt. Ugyanakkor az Egyesült Államok felülkerekedik az Egyesült Nemzeteken, s ezáltal megszilárdítja helyzetét mint a tíz király első számú királya. A hármas egység minden olyan dinamikája, amely a vasárnaptörvénynél teljesedik be, a tizenhatodik vers előtt rendeződik.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sárkány hatalmának politikai szerkezete, amelyet az Egyesült Nemzetek képvisel, a tizenhatodik vers szerint beleegyezik abba, hogy politikai szerkezetét átadja a fenevadnak; de mielőtt ezt megtenné, a pápaság meghódítja a sárkány vallását. A pogányságnak ismét el kell távolíttatnia. A protestantizmus eltávolíttatott a Reagan-években, a negyvenedik vers első csatájában, és az utolsó republikánus elnök idején a sárkány vallása is alá lesz vetve a katolicizmus vallásának, miként az 508. évben történt. Annak a folyamatnak a kezdete, amely minden vallási ellenállás eltávolítására irányul azzal szemben, hogy a pápaság a trónra helyeztessék, a Reagan-években volt, és a Trump-években ér véget. A hitehagyott protestantizmus katolicizmussal szembeni ellenállása a negyvenedik vers első csatájában távolíttatott el, és a spiritualizmus ellenállása a negyvenedik vers utolsó csatájában fog eltávolíttatni.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Ugyanebben az emberi események bonyolult kölcsönhatásában a hitehagyott protestantizmusnak meg kell szilárdítania magát mint vallási és politikai hatalmat a Jelenések tizenhetedik fejezetének tíz királya fölött. Így a paniumi csata azt az időpontot jelöli, amikor az Egyesült Államok felülkerekedik az Egyesült Nemzeteken, közvetlenül a tizenhatodik vers vasárnaptörvénye előtt.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prófécia egyik megalapozott szabálya, hogy a sárkánynak, a fenevadnak és a hamis prófétának mindegyiknek megvannak a maguk sajátos prófétai jellemzői. E prófétai jellemzők egyike az, hogy a fenevad (a katolicizmus) prófétailag mindig Róma városában helyezkedik el. A hamis próféta prófétailag mindig az Egyesült Államokban helyezkedik el. A sárkány esetében azonban annak a prófétai helynek az a jellegzetessége, hogy az mindig változik. A sárkány a mennyben kezdte, azután az Éden kertjébe jött, végül pedig a sárkány Egyiptomban található.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Szólj, és mondd: Így szól az Úr Isten: Íme, ellened fordulok, fáraó, Egyiptom királya, te nagy sárkány, aki folyóid közepette heversz, és ezt mondod: Az én folyóm az enyém, és én magamnak szereztem azt. Ezékiel 29:3.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sárkány prófétai helye áthelyeződik. János idejében a sárkány székhelyét, amely a trónját jelképezi, Pergámonban azonosították.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pergamumi gyülekezet angyalának pedig írd meg: Ezt mondja az, akinél a kétélű éles kard van: Tudom a te cselekedeteidet, és hogy hol lakol, ott, ahol a Sátán királyi széke van; és ragaszkodol az én nevemhez, és nem tagadtad meg az én hitemet még azokban a napokban sem, amelyekben Antipás, az én hű tanúm, megöletett közöttetek, ott, ahol a Sátán lakik. Jelenések 2:12, 13.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pogány Róma gyakorlata az volt, hogy mindazon pogány istenségeket, amelyekkel kapcsolatba került, visszavitte Róma városába, és a Pantheon templomban ábrázolta őket. Ezért jegyzi fel Dániel, hogy „szenthelyének helye levettetett”. A pogány Róma szenthelyének helye Róma városa volt, amelyet Konstantin i. sz. 330-ban vetett le, de az a szenthely, amely Rómában volt, a Pantheon templom volt; a Pan-Theon jelentése: „az összes isten temploma”. A rómaiak a Sátán székhelyének helyét Pergamonból a Pantheon templomba helyezték át. White testvérnő arról tájékoztat bennünket, hogy a pogány Róma a sárkány.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„Így tehát, miközben a sárkány elsődlegesen a Sátánt jelképezi, másodlagos értelemben a pogány Róma jelképe.” The Great Controversy, 439.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pogány Róma tíz nemzetre oszlott, és Franciaország lett a déli király, amikor a francia forradalom idején bevezette Egyiptom ateizmusát. 1917-re a sárkány Franciaországból Oroszországba helyeződött át. A tizedik vers 1989-et jelképezi, a tizenegyedik és tizenkettedik versek pedig a „határvidék” csatáit (Ráfia és Ukrajna), Panium csatája pedig azt a harmadik lépést jelképezi, amelyet a pápaság a tizenhatodik versben visz véghez, miközben megszilárdítja a hármas uniót. Ez a negyvenedik vers rejtett történetét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Amikor Jézus Cézárea Filippi [Panium] vidékére érkezett, megkérdezte tanítványait: Kinek mondanak engem az emberek, az Emberfiát? Ők pedig így feleltek: Némelyek Keresztelő Jánosnak; mások Illésnek; ismét mások Jeremiásnak, vagy a próféták egyikének. Ő ezt mondta nekik: Hát ti kinek mondotok engem? Simon Péter pedig felelvén, ezt mondta: Te vagy a Krisztus, az élő Isten Fia. Jézus pedig felelvén, ezt mondta neki: Áldott vagy, Simon, Jónás fia, mert nem test és vér jelentette ezt ki neked, hanem az én mennyei Atyám. Én pedig azt mondom neked, hogy te Péter vagy, és ezen a kősziklán építem fel egyházamat, és a pokol kapui sem vesznek erőt rajta. Neked adom a mennyek országa kulcsait; és amit megkötsz a földön, meg lesz kötve a mennyben is, és amit feloldasz a földön, fel lesz oldva a mennyben is. Ekkor megparancsolta tanítványainak, hogy senkinek se mondják el, hogy ő Jézus, a Krisztus. Ettől fogva kezdte Jézus megmutatni tanítványainak, hogy Jeruzsálembe kell mennie, és sokat kell szenvednie a vénektől, a főpapoktól és az írástudóktól, és megöletnie, és a harmadik napon feltámadnia. Máté 16:13–21.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Százhetvenkilenc</dc:title>
  <dc:subject>Az éjféli kiáltás és Róma prófétai szerepe: az utolsó napok leleplezése Dániel könyvében</dc:subject>
  <dc:creator>Jeff Pippenger</dc:creator>
  <cp:keywords/>
  <dc:description>Generated by ArticleDigger from daniel\179_daniel.json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