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Százkilencvenegyedik rész</w:t>
      </w:r>
    </w:p>
    <w:p>
      <w:pPr>
        <w:pStyle w:val="ArticleSubtitle"/>
        <w:jc w:val="left"/>
      </w:pPr>
      <w:r>
        <w:rPr>
          <w:rFonts w:ascii="Arial" w:hAnsi="Arial" w:eastAsia="Arial" w:cs="Arial"/>
        </w:rPr>
        <w:t>Dániel 11 prófétai szövedéke: Trump korszakának összetettsége és a vasárnapi törvényt megelőző időszak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Helyesen értelmezve Dániel könyve tizenegyedik fejezetének tizedikől huszonharmadik verséig terjedő szakasza maradéktalanul egybeesik ugyanazon fejezet negyvenedik versének rejtett történelmével. A negyvenedik vers az 1989-től kezdődő történelmet foglalja magában egészen a negyvenegyedik versig. A tizenegyedik fejezet első és második verse 1989-ben kezdődik, és Donald Trump első elnöki kampányát azonosítja 2015-től 2020-ig, amikor a választást az ateizmus fenevada elragadta Trumptól. E két vers azonosítja azt a küzdelmet, amely akkor kezdődik, amikor Trump „felingerli Görögország egész birodalmát”.</w:t>
      </w:r>
    </w:p>
    <w:p>
      <w:pPr>
        <w:pStyle w:val="ArticleBody"/>
        <w:jc w:val="left"/>
      </w:pPr>
      <w:r>
        <w:rPr>
          <w:rFonts w:ascii="Times New Roman" w:hAnsi="Times New Roman" w:eastAsia="Times New Roman" w:cs="Times New Roman"/>
        </w:rPr>
        <w:t>Trump kampánya olyan harcot indított el, amely végighúzódott első elnöki ciklusának egészén. A Képviselőház 2019 decemberében alkotmányos vádeljárás alá vonta, majd 2020. január 13-án ismét megtette ezt. Mindkét esetben a Szenátus elutasította a Képviselőház törekvéseit. Mégis ő az Egyesült Államok történetének egyetlen elnöke, akit kétszer vontak alkotmányos vádeljárás alá. A globalizmust felkavarták.</w:t>
      </w:r>
    </w:p>
    <w:p>
      <w:pPr>
        <w:pStyle w:val="ArticleScripture"/>
        <w:jc w:val="left"/>
      </w:pPr>
      <w:r>
        <w:rPr>
          <w:rFonts w:ascii="Times New Roman" w:hAnsi="Times New Roman" w:eastAsia="Times New Roman" w:cs="Times New Roman"/>
        </w:rPr>
        <w:t>És most megjelentem neked az igazságot. Íme, még három király támad Perzsiában; és a negyedik mindnyájuknál sokkal gazdagabb lesz; és amikor megerősödik gazdagsága által, mindenkit fellázít Görögország birodalma ellen. Dániel 11:2.</w:t>
      </w:r>
    </w:p>
    <w:p>
      <w:pPr>
        <w:pStyle w:val="ArticleBody"/>
        <w:jc w:val="left"/>
      </w:pPr>
      <w:r>
        <w:rPr>
          <w:rFonts w:ascii="Times New Roman" w:hAnsi="Times New Roman" w:eastAsia="Times New Roman" w:cs="Times New Roman"/>
        </w:rPr>
        <w:t>Miként a negyvenedik vers esetében, a második vers is egy rejtett történelmet hagy maga után Trump első kampányából és elnöki ciklusából, amely 2021. január 20-án ért véget. Ettől a 2021-es naptól kezdve egészen a harmadik versig, ahol Nagy Sándor az Egyesült Nemzetek Szervezetének (a bibliai prófécia hetedik királyságának) jelképeként jelenik meg, a 2021-es beiktatástól a vasárnapi törvényig terjedő történelem — amikor a hármas szövetség létrejön — rejtett történelmet képvisel. A negyvenedik vers és a második vers rejtett történelmei egyaránt a vasárnapi törvényhez vezetnek fel, és ott is zárulnak le.</w:t>
      </w:r>
    </w:p>
    <w:p>
      <w:pPr>
        <w:pStyle w:val="ArticleBody"/>
        <w:jc w:val="left"/>
      </w:pPr>
      <w:r>
        <w:rPr>
          <w:rFonts w:ascii="Times New Roman" w:hAnsi="Times New Roman" w:eastAsia="Times New Roman" w:cs="Times New Roman"/>
        </w:rPr>
        <w:t>A tizedik vers ismét az 1989-ben bekövetkező vég idejéhez vezet bennünket, miként az első vers is, és mindkettő a negyvenedik vers tényleges bizonyságtételének lezárulását azonosítja, noha a negyvenedik versben bekövetkező lezárulás és a hamarosan eljövendő vasárnapi törvény között még további történelem húzódik. A tizedik vers nem csupán 1989 azonosításává válik, hanem kulccsá is, amely egybefogja a negyvenedik vers történelmének három tanúját, ami kiegészíti a pápaság és helyettes hatalma, az Egyesült Államok munkáját a Szovjetunió 1989-ben történő elsöprésében. E három tanú a negyvenedik vers prófétai szerkezetének egy fontos elemét állapítja meg 1989-től a vasárnapi törvényig.</w:t>
      </w:r>
    </w:p>
    <w:p>
      <w:pPr>
        <w:pStyle w:val="ArticleBody"/>
        <w:jc w:val="left"/>
      </w:pPr>
      <w:r>
        <w:rPr>
          <w:rFonts w:ascii="Times New Roman" w:hAnsi="Times New Roman" w:eastAsia="Times New Roman" w:cs="Times New Roman"/>
        </w:rPr>
        <w:t>A történelmi prófétai szerkezetet, amely az északi király és a déli király közötti háborúról szól, s amelyben az északi király eláraszt és átvonul, a negyvenedik versben, valamint a tizedik versben is azonosíthatjuk.</w:t>
      </w:r>
    </w:p>
    <w:p>
      <w:pPr>
        <w:pStyle w:val="ArticleBody"/>
        <w:jc w:val="left"/>
      </w:pPr>
      <w:r>
        <w:rPr>
          <w:rFonts w:ascii="Times New Roman" w:hAnsi="Times New Roman" w:eastAsia="Times New Roman" w:cs="Times New Roman"/>
        </w:rPr>
        <w:t>A történelmi prófétai szerkezetet kiegészíti az a nyelvtani bizonyság, hogy az „elárasztás és átvonulás”, amelyet az északi király hajt végre a déli király ellen, mindkét versben azonos héber kifejezés, miként az a harmadik tanúbizonyságban is, amely Ézsaiás nyolcadik fejezetének nyolcadik versében található.</w:t>
      </w:r>
    </w:p>
    <w:p>
      <w:pPr>
        <w:pStyle w:val="ArticleBody"/>
        <w:jc w:val="left"/>
      </w:pPr>
      <w:r>
        <w:rPr>
          <w:rFonts w:ascii="Times New Roman" w:hAnsi="Times New Roman" w:eastAsia="Times New Roman" w:cs="Times New Roman"/>
        </w:rPr>
        <w:t>A tizedik versben az északi király „bizonyosan bejön, eláraszt és átvonul”, a negyvenedik versben pedig az északi király „eláraszt és áthatol”. Ézsaiás nyolcadik fejezetének nyolcadik versében az északi király „eláraszt és átvonul”. E három kifejezés azonos héber szöveg, amelyet némileg eltérően fordítottak, miközben jelentése ugyanaz maradt. A déli király a tizedik versben a Ptolemaioszok Egyiptoma volt, a negyvenedik versben azonban a déli király a lelki Egyiptom, az ateizmus királya, a Szovjetunió volt, Ézsaiásnál pedig Júda déli országa volt a déli király. Ennek megfelelően az északi király a Szeleukida Birodalom volt, majd a pápaság, Ézsaiásnál pedig Asszíria.</w:t>
      </w:r>
    </w:p>
    <w:p>
      <w:pPr>
        <w:pStyle w:val="ArticleBody"/>
        <w:jc w:val="left"/>
      </w:pPr>
      <w:r>
        <w:rPr>
          <w:rFonts w:ascii="Times New Roman" w:hAnsi="Times New Roman" w:eastAsia="Times New Roman" w:cs="Times New Roman"/>
        </w:rPr>
        <w:t>A három párhuzamos vers közül kettőben az északi király betörésének végpontja kifejezetten meg van jelölve. A tizedik versben az a „erősségnél” ér véget, ami történelmileg akkor teljesedett be, amikor a Szeleukidák hadjáratukat Egyiptom határánál fejezték be, mert a prófétai Ige így jelölte meg, hogy az északi király „bizonyosan eljő, és eláraszt, és átmegy: azután visszatér, és felindul mind az ő erősségéig.” Az „erősség” Egyiptomot jelképezte, amely királyságuk fővárosa volt.</w:t>
      </w:r>
    </w:p>
    <w:p>
      <w:pPr>
        <w:pStyle w:val="ArticleBody"/>
        <w:jc w:val="left"/>
      </w:pPr>
      <w:r>
        <w:rPr>
          <w:rFonts w:ascii="Times New Roman" w:hAnsi="Times New Roman" w:eastAsia="Times New Roman" w:cs="Times New Roman"/>
        </w:rPr>
        <w:t>Ézsaiás nyolcadik fejezetében Szanhérib „átvonul Júdán; elárasztja és ellepi, és egészen a nyakig ér.” A „főváros”, a „király” és a „fej” mind egymással felcserélhető jelképek, amelyek éppen abban a szakaszban, ahol Szanhérib felvonult Jeruzsálem ellen, két tanúvallomás alapján nyertek megerősítést.</w:t>
      </w:r>
    </w:p>
    <w:p>
      <w:pPr>
        <w:pStyle w:val="ArticleScripture"/>
        <w:jc w:val="left"/>
      </w:pPr>
      <w:r>
        <w:rPr>
          <w:rFonts w:ascii="Times New Roman" w:hAnsi="Times New Roman" w:eastAsia="Times New Roman" w:cs="Times New Roman"/>
        </w:rPr>
        <w:t>Mert Szíria feje Damaszkusz, és Damaszkusz feje Recin; és hatvanöt esztendőn belül Efraim összetöretik, úgyhogy nem lesz többé nép. Efraim feje pedig Samária, és Samária feje Remáliának fia. Ha nem hisztek, bizony meg nem maradtok. Ézsaiás 7:8, 9.</w:t>
      </w:r>
    </w:p>
    <w:p>
      <w:pPr>
        <w:pStyle w:val="ArticleBody"/>
        <w:jc w:val="left"/>
      </w:pPr>
      <w:r>
        <w:rPr>
          <w:rFonts w:ascii="Times New Roman" w:hAnsi="Times New Roman" w:eastAsia="Times New Roman" w:cs="Times New Roman"/>
        </w:rPr>
        <w:t>Szíria a nemzet, Damaszkusz a főváros, Recin pedig a király, és a főváros meg a király felcserélhető jelképek. A főváros és a király egyaránt „fejek”. Amikor Szanhérib Júda ellen jött, „nyakig” hatolt, Jeruzsálemig jutott, és ott megállt, mert a „fejnél” állt meg, amelyet a „nyak” tart. Amikor a szeleukidák Ptolemaiosz ellen vonultak, a „erősségnél” álltak meg, és az „erősség” Egyiptom nemzete volt.</w:t>
      </w:r>
    </w:p>
    <w:p>
      <w:pPr>
        <w:pStyle w:val="ArticleBody"/>
        <w:jc w:val="left"/>
      </w:pPr>
      <w:r>
        <w:rPr>
          <w:rFonts w:ascii="Times New Roman" w:hAnsi="Times New Roman" w:eastAsia="Times New Roman" w:cs="Times New Roman"/>
        </w:rPr>
        <w:t>Dániel 11. fejezetének tizedik verse és Ézsaiás 8. fejezetének nyolcadik verse, Ézsaiás 7. fejezete nyolcadik és kilencedik verseinek összefüggésében, két tanúként jelöli meg azt, hogy amikor Dániel 11. fejezetének negyvenedik versében az északi király 1989-ben „eláradt és áthatolt” a déli királyon, a fő, vagyis az a nemzet, amely a déli királyság fővárosa volt (Oroszország), állva maradt.</w:t>
      </w:r>
    </w:p>
    <w:p>
      <w:pPr>
        <w:pStyle w:val="ArticleBody"/>
        <w:jc w:val="left"/>
      </w:pPr>
      <w:r>
        <w:rPr>
          <w:rFonts w:ascii="Times New Roman" w:hAnsi="Times New Roman" w:eastAsia="Times New Roman" w:cs="Times New Roman"/>
        </w:rPr>
        <w:t>A tizedik vers „erődje” a kulcs a jelenlegi ukrajnai háború azonosításához, valamint ahhoz a tényhez is, hogy Oroszország győzedelmeskedni fog. Ám az e igazságot megalapozó prófétai alkalmazás közvetlenül kapcsolódik azokhoz a versekhez, és teljes mértékben azokon nyugszik, amelyeket Hiram Edson számára oldottak fel, s amelyek 1856-ban a Review and Herald cikkeiben jelentek meg. A cikkek az „hét időt” azonosítják, Mózes harmadik könyve huszonhatodik fejezetéből.</w:t>
      </w:r>
    </w:p>
    <w:p>
      <w:pPr>
        <w:pStyle w:val="ArticleBody"/>
        <w:jc w:val="left"/>
      </w:pPr>
      <w:r>
        <w:rPr>
          <w:rFonts w:ascii="Times New Roman" w:hAnsi="Times New Roman" w:eastAsia="Times New Roman" w:cs="Times New Roman"/>
        </w:rPr>
        <w:t>2023 júliusa óta Júda törzsének Oroszlánja ugyanezekből az igékből kijelentette, hogy az északi és a déli királyság elleni mindkét kétezer-ötszázhúsz éves prófécia nemcsak a szétszóratás időszakát jelképezi, hanem Krisztusnak azt a művét is szemlélteti, amelyben az istenséget az emberiséggel egyesíti. E kijelentésben azonosításra kerül, hogy a „fej” az ember magasabb természete. A „fej” az emberi templomban lévő „erősség”, amelyet White testvérnő a lélek fellegváraként azonosít. A fellegvár erősség.</w:t>
      </w:r>
    </w:p>
    <w:p>
      <w:pPr>
        <w:pStyle w:val="ArticleBody"/>
        <w:jc w:val="left"/>
      </w:pPr>
      <w:r>
        <w:rPr>
          <w:rFonts w:ascii="Times New Roman" w:hAnsi="Times New Roman" w:eastAsia="Times New Roman" w:cs="Times New Roman"/>
        </w:rPr>
        <w:t>Ebből tehát megállapítható, hogy Dániel könyve tizenegyedik fejezete tizedik versének külső „erőssége” egy belső „erősséget” is jelképez. Amikor 2014-ben megkezdődött a háború (külső) Ukrajnában, a „down under”-ből és Walesből származó sátáni tanítások behatolása (belső) bevezettetett a Future for America mozgalmába, és a pecsételési folyamat újabb lépcsőfokhoz érkezett. 2020-ra mind a republikánus, mind a protestáns szarv megöletett ama nagy város utcáin, ahol a mi Urunk is megfeszíttetett.</w:t>
      </w:r>
    </w:p>
    <w:p>
      <w:pPr>
        <w:pStyle w:val="ArticleBody"/>
        <w:jc w:val="left"/>
      </w:pPr>
      <w:r>
        <w:rPr>
          <w:rFonts w:ascii="Times New Roman" w:hAnsi="Times New Roman" w:eastAsia="Times New Roman" w:cs="Times New Roman"/>
        </w:rPr>
        <w:t>2020-ban Donald Trump kudarcot vallott második elnökválasztási kampányában, és elérkezett a tíz szűz késedelmének ideje. 2022-ben Trump hivatalosan megkezdte harmadik elnökválasztási kampányát, és első sikeres elnökválasztási kampánya az utolsót jelképezi. 2023-ban egy „pusztában kiáltó szó” kezdett szólni a halott, száraz csontokhoz.</w:t>
      </w:r>
    </w:p>
    <w:p>
      <w:pPr>
        <w:pStyle w:val="ArticleBody"/>
        <w:jc w:val="left"/>
      </w:pPr>
      <w:r>
        <w:rPr>
          <w:rFonts w:ascii="Times New Roman" w:hAnsi="Times New Roman" w:eastAsia="Times New Roman" w:cs="Times New Roman"/>
        </w:rPr>
        <w:t>A tizenharmadiktól a tizenötödikig terjedő versek a Putyin által indított ukrajnai háború utáni történelmet veszik fel, jóllehet a győzelem nem válik javára, mivel Oroszország megismétli Bonaparte Napóleon történelmét.</w:t>
      </w:r>
    </w:p>
    <w:p>
      <w:pPr>
        <w:pStyle w:val="ArticleBody"/>
        <w:jc w:val="left"/>
      </w:pPr>
      <w:r>
        <w:rPr>
          <w:rFonts w:ascii="Times New Roman" w:hAnsi="Times New Roman" w:eastAsia="Times New Roman" w:cs="Times New Roman"/>
        </w:rPr>
        <w:t>Napóleon száműzetését és végkimenetelét Uzziás király száműzetése és végkimenetele előképezte, aki szintén nem erősödött meg katonai győzelmei által, és aki a tizenegyedik és tizenkettedik vers Ptolemaiosz IV-ét is előképezte; kettejük közös vonása, hogy egyikük sem erősödött meg katonai győzelmei által. Mind Uzziás, mind Ptolemaiosz IV arra törekedett, hogy áldozatot mutasson be a templomban, és mindkettőjüket megakadályozták ebben. Uzziás királyt homlokán lepra sújtotta, amikor ezt megkísérelte. A homlokán levő jegy nemcsak a fenevad bélyegét jelképezi, hanem az 1989-es első déli királyt is előképezte, aki szintén egyfajta száműzetésbe ment, amikor ő (Gorbacsov) elhagyta a Szovjetuniót, hogy az Egyesült Nemzetek részévé váljon. Miként Uzziás királynak, úgy Gorbacsovnak is jelentős jegy volt a homlokán. Uzziás király, Ptolemaiosz IV, Napóleon és Gorbacsov mind Putyin végének előképei. Mind a négyen déli királyok voltak, akik saját, meghatározott dinasztiájuk végét jelentették, előképezve Putyin Oroszországának végét.</w:t>
      </w:r>
    </w:p>
    <w:p>
      <w:pPr>
        <w:pStyle w:val="ArticleBody"/>
        <w:jc w:val="left"/>
      </w:pPr>
      <w:r>
        <w:rPr>
          <w:rFonts w:ascii="Times New Roman" w:hAnsi="Times New Roman" w:eastAsia="Times New Roman" w:cs="Times New Roman"/>
        </w:rPr>
        <w:t>Ezután a tizenharmadik–tizenötödik versek feltárják azt a bizonyságtételt, amely Kr. e. 200-ban kezdődött, és Donald Trump harmadik és utolsó ciklusát jelképezi, aki a republikánus szarvat képviseli. A tizennegyedik vers azt jelöli meg, amikor a pápaság mint Tírusz paráznája kezdi énekelni paráznaságának énekeit, a tizenötödik vers pedig az elhajlott protestáns szarv vonalát a Makkabeusok történetével azonosítja. A három vers három prófétai vonalat tartalmaz.</w:t>
      </w:r>
    </w:p>
    <w:p>
      <w:pPr>
        <w:pStyle w:val="ArticleBody"/>
        <w:jc w:val="left"/>
      </w:pPr>
      <w:r>
        <w:rPr>
          <w:rFonts w:ascii="Times New Roman" w:hAnsi="Times New Roman" w:eastAsia="Times New Roman" w:cs="Times New Roman"/>
        </w:rPr>
        <w:t>A Makkabeusok története nincs elrejtve úgy, mint a második vers végétől a harmadik versig terjedő szakasz, vagy mint a negyvenedik vers végétől a negyvenegyedik versig terjedő szakasz, ám a vonal legalábbis első vizsgálatra homályos. Mégis, abban a meglehetősen homályos prófétai történetben feltárul a zsidók szövetsége Rómával, és ez azonosítja a fenevad képének kialakulását. A fenevad képének kialakulása előképként megjelenik Dániel könyve második fejezetének elrejtett történetében is, ahol Nabukodonozornak volt egy álma, amelyre nem tudott visszaemlékezni, és amelyet Dánielnek halálos fenyegetés alatt kellett megmagyaráznia anélkül, hogy ismerte volna az álmot. Dániel és a három méltó férfi imája a második fejezetben a külső világosságért mondott imát jelképezi, amely kiegészíti Dániel kilencedik fejezetbeli, belső átalakulásért mondott imáját.</w:t>
      </w:r>
    </w:p>
    <w:p>
      <w:pPr>
        <w:pStyle w:val="ArticleBody"/>
        <w:jc w:val="left"/>
      </w:pPr>
      <w:r>
        <w:rPr>
          <w:rFonts w:ascii="Times New Roman" w:hAnsi="Times New Roman" w:eastAsia="Times New Roman" w:cs="Times New Roman"/>
        </w:rPr>
        <w:t>A Makkabeusok vonala összhangban áll Dániel könyve második fejezetének rejtett titkával. Dániel második fejezetének titka adja az első prófétai tanúbizonyságát a hét közül való nyolcadik prófétai rejtélyének, amely hozzájárul a Jelenések tizenegyedik fejezetében szereplő két tanú feltámadásának kijelentéséhez. A két tanú feltámadása a hét közül való nyolcadikkal összefüggésben megállapítja, hogy a Milleriták és a száznegyvennégyezer párhuzamos történelmében a Milleriták fordított átmenete Laodiceába összhangban áll a száznegyvennégyezer Laodiceából Filadelfiába való átmenetével.</w:t>
      </w:r>
    </w:p>
    <w:p>
      <w:pPr>
        <w:pStyle w:val="ArticleBody"/>
        <w:jc w:val="left"/>
      </w:pPr>
      <w:r>
        <w:rPr>
          <w:rFonts w:ascii="Times New Roman" w:hAnsi="Times New Roman" w:eastAsia="Times New Roman" w:cs="Times New Roman"/>
        </w:rPr>
        <w:t>A Makkabeusok homályos leszármazási vonala és Nabukodonozor rejtett álma egyaránt kifejezetten le volt pecsételve egészen addig, amíg 2023-ban meg nem kezdődött a két tanú feltámasztásának folyamata. Közvetlenül „a nagy földrengés” órája előtt nyernek feloldást, amely a Hetednapi Adventisták számára a kegyelmi idő lezárulását jelzi. Az a próba, amelyet ezen adventistáknak ki kell állniuk, mielőtt megkapják Isten pecsétjét, és mielőtt a kegyelmi idő lezárulna, az a próba, amely a fenevad képmásának létrejöttével kapcsolatos.</w:t>
      </w:r>
    </w:p>
    <w:p>
      <w:pPr>
        <w:pStyle w:val="ArticleBody"/>
        <w:jc w:val="left"/>
      </w:pPr>
      <w:r>
        <w:rPr>
          <w:rFonts w:ascii="Times New Roman" w:hAnsi="Times New Roman" w:eastAsia="Times New Roman" w:cs="Times New Roman"/>
        </w:rPr>
        <w:t>A Makkabeusok vonala, Nabukodonozor titkos álma, a hét közül való nyolcadik lény rejtélye és a földi fenevad két szarva mind hozzájárulnak ahhoz a próbatételi folyamathoz, amely akkor teljesedik be, amikor a fenevad képmása létrejön. E vonalaknak mint olyan igazságoknak a felismerése, amelyek bizonyos prófétai értelemben „elrejtett igazságok”, bizonyítja, hogy ezek azok az igazságok, amelyeket a Júda törzséből való Oroszlán jelenleg felbont.</w:t>
      </w:r>
    </w:p>
    <w:p>
      <w:pPr>
        <w:pStyle w:val="ArticleBody"/>
        <w:jc w:val="left"/>
      </w:pPr>
      <w:r>
        <w:rPr>
          <w:rFonts w:ascii="Times New Roman" w:hAnsi="Times New Roman" w:eastAsia="Times New Roman" w:cs="Times New Roman"/>
        </w:rPr>
        <w:t>A két tanú azonosításának feltörése, akik a Jelenések könyve tizenharmadik fejezetében szereplő földi fenevad republikánus és protestáns szarvait jelképezik, együtt azzal az igazsággal, hogy mindkét szarv párhuzamosan halad a másikkal, továbbá hogy mindegyik szarvnak kettős belső természete van, Jézus Krisztus kijelentésének feltörése kezdetét jelzi. A feltört igazság magában foglalja a hét mennydörgés rejtett történetének feltörését is, valamint a „Truth” héber szó meghatározását.</w:t>
      </w:r>
    </w:p>
    <w:p>
      <w:pPr>
        <w:pStyle w:val="ArticleBody"/>
        <w:jc w:val="left"/>
      </w:pPr>
      <w:r>
        <w:rPr>
          <w:rFonts w:ascii="Times New Roman" w:hAnsi="Times New Roman" w:eastAsia="Times New Roman" w:cs="Times New Roman"/>
        </w:rPr>
        <w:t>Amikor felismerték, hogy a hét mennydörgés utolsó időszaka az első csalódás három útjelzőjét jelképezi, amelyet az Éjféli Kiáltás üzenete követ, majd a nagy csalódással zárul, összhangban a „Igazság” héber szóval, akkor megalapozást nyert a 2020. július 18-át megjelölő kijelentés, amely az Éjféli Kiáltás üzenetének tökéletes beteljesedése, és a vasárnapi törvényhez vezet.</w:t>
      </w:r>
    </w:p>
    <w:p>
      <w:pPr>
        <w:pStyle w:val="ArticleBody"/>
        <w:jc w:val="left"/>
      </w:pPr>
      <w:r>
        <w:rPr>
          <w:rFonts w:ascii="Times New Roman" w:hAnsi="Times New Roman" w:eastAsia="Times New Roman" w:cs="Times New Roman"/>
        </w:rPr>
        <w:t>A hét mennydörgést 2023 júliusa előtt az első angyal mozgalmának és a harmadik angyal mozgalmának párhuzamos történelmeként azonosították, de a végső, háromlépcsős időszakot akkor még nem tekintették olyan sajátos időszaknak, amelyet a hét mennydörgés jelképez. Most, hogy ez a felismerés megalapozást nyert, „Igazság”.</w:t>
      </w:r>
    </w:p>
    <w:p>
      <w:pPr>
        <w:pStyle w:val="ArticleBody"/>
        <w:jc w:val="left"/>
      </w:pPr>
      <w:r>
        <w:rPr>
          <w:rFonts w:ascii="Times New Roman" w:hAnsi="Times New Roman" w:eastAsia="Times New Roman" w:cs="Times New Roman"/>
        </w:rPr>
        <w:t>Jézus Krisztus kinyilatkoztatása közvetlenül a kegyelmi idő lezárulta előtt nyer feloldást, és magában foglalja a Jelenések könyve tizenegyedik fejezetének két tanúját. Jézus Krisztus kinyilatkoztatása magában foglalja a hét mennydörgés rejtett történelmét. Jézus Krisztus kinyilatkoztatása magában foglalja azt a rejtélyt is, hogy „a nyolcadik a hét közül való”, ami viszont azonosítja a milleriták Laodiceába való átmenetét, párhuzamosan a száznegyvennégyezer Filadelfiába való átmenetével. Az, hogy a nyolcadik a hét közül való, egyúttal a fenevad képe próbájának prófétai kifejeződése is, mert mind a köztársasági, mind a protestáns szarv végkifejletre jut, amikor a köztársasági szarv létrehozza a fenevad politikai képét, szemben azzal és azzal vitában az igaz protestáns szarv Krisztus képét formálja meg, akik azután zászlóként emeltetnek fel.</w:t>
      </w:r>
    </w:p>
    <w:p>
      <w:pPr>
        <w:pStyle w:val="ArticleBody"/>
        <w:jc w:val="left"/>
      </w:pPr>
      <w:r>
        <w:rPr>
          <w:rFonts w:ascii="Times New Roman" w:hAnsi="Times New Roman" w:eastAsia="Times New Roman" w:cs="Times New Roman"/>
        </w:rPr>
        <w:t>Ezeket az igazságokat 2023 júliusának végén kezdték feltörni, és mindezek az igazságok a prófétai történelmet képviselik, amely a rejtett történelemben teljesedik be, s amely „Dániel próféciájának azon része, amely az utolsó napokra vonatkozik.”</w:t>
      </w:r>
    </w:p>
    <w:p>
      <w:pPr>
        <w:pStyle w:val="ArticleBody"/>
        <w:jc w:val="left"/>
      </w:pPr>
      <w:r>
        <w:rPr>
          <w:rFonts w:ascii="Times New Roman" w:hAnsi="Times New Roman" w:eastAsia="Times New Roman" w:cs="Times New Roman"/>
        </w:rPr>
        <w:t>Ezért rendelkezünk a negyvenedik vers rejtett történetének egy prófétikus szerkezetével, az 1989-ben kezdődő vég idejétől egészen a negyvenegyedik vers vasárnapi törvényéig, amely lehetővé teszi számunkra, hogy erre ráhelyezzük Dániel könyve tizenegyedik fejezetének első és második versét. Ezután a tizediktől a tizenötödikig terjedő verseket is elhelyezhetjük ugyanazon a vonalon. Majd a Makkabeusok vonalát is ráhelyezhetjük ugyanerre a vonalra, amely helyesen értelmezve a tizenharmadik versnél kezdődik, és a huszonharmadik versig tart. Ezután Jelenések könyve tizenegyedik fejezete hét-tizenkettedik verseinek két tanújáról szóló vonalát is ugyanebbe a vonalba helyezhetjük. Dániel és a Jelenések könyve két tanújával így rendelkezünk a negyvenedik vers rejtett történetének egy szerkezetével.</w:t>
      </w:r>
    </w:p>
    <w:p>
      <w:pPr>
        <w:pStyle w:val="ArticleBody"/>
        <w:jc w:val="left"/>
      </w:pPr>
      <w:r>
        <w:rPr>
          <w:rFonts w:ascii="Times New Roman" w:hAnsi="Times New Roman" w:eastAsia="Times New Roman" w:cs="Times New Roman"/>
        </w:rPr>
        <w:t>1989-ben a Szovjetuniót elsöpörte a pápaság és annak helyettesítő hadserege, az Egyesült Államok közötti szövetség. Amikor Gorbacsov szétszerelte a Szovjetuniót, elérkezett a vég ideje a száznegyvennégyezer számára. Ronald Reagan volt az Egyesült Államok első prófétai királya a vég idejétől számítva; Reagant, a Dárius király által jelképezett hitehagyott protestáns republikánust, Kürosz követte, majd még három másik király, aztán a negyedik, gazdag király.</w:t>
      </w:r>
    </w:p>
    <w:p>
      <w:pPr>
        <w:pStyle w:val="ArticleBody"/>
        <w:jc w:val="left"/>
      </w:pPr>
      <w:r>
        <w:rPr>
          <w:rFonts w:ascii="Times New Roman" w:hAnsi="Times New Roman" w:eastAsia="Times New Roman" w:cs="Times New Roman"/>
        </w:rPr>
        <w:t>Círus király az első Bush-t jelképezte, egy magát republikánusnak valló globalistát, akit a demokrata globalista Clinton követett, akit a magát republikánusnak valló globalista utolsó Bush követett, akit az iszlám demokrata globalista Obama követett, akit pedig mindannyiuk közül a leggazdagabb elnök, egy hitehagyott protestáns republikánus, Donald Trump követett.</w:t>
      </w:r>
    </w:p>
    <w:p>
      <w:pPr>
        <w:pStyle w:val="ArticleBody"/>
        <w:jc w:val="left"/>
      </w:pPr>
      <w:r>
        <w:rPr>
          <w:rFonts w:ascii="Times New Roman" w:hAnsi="Times New Roman" w:eastAsia="Times New Roman" w:cs="Times New Roman"/>
        </w:rPr>
        <w:t>2014-ben megkezdődött az ukrajnai háború Oroszország és a pápaság náci proxy hadserege között, miközben a pápaság korábbi proxy hadserege (az Egyesült Államok) támogatást nyújtott az ukrán proxy hadseregnek. 2014-ben a Future for America mozgalmába a sárkány képviselői férkőztek be, és 2015-ben Donald Trump megkezdte a három elnöki kampány közül az elsőt, amelyeket véghezvinne. Első kampányában győzött, de a középső kampányát ellopták, és utolsó kampányában ismét győzni fog. 2020-ban mind a republikánus szarv halálos sebet kapott, mivel a választást ellopták, mind pedig az igazi protestáns szarv halálos sebet kapott egy hamis előrejelzés kihirdetése által, amit részben a 2014-ben kezdődött beférkőzés idézett elő, és amely az üzenetet is ellopta különféle hamis prófétai alkalmazások bevezetése révén.</w:t>
      </w:r>
    </w:p>
    <w:p>
      <w:pPr>
        <w:pStyle w:val="ArticleBody"/>
        <w:jc w:val="left"/>
      </w:pPr>
      <w:r>
        <w:rPr>
          <w:rFonts w:ascii="Times New Roman" w:hAnsi="Times New Roman" w:eastAsia="Times New Roman" w:cs="Times New Roman"/>
        </w:rPr>
        <w:t>2020-ban elloptak egy választást és egy prófétai üzenetet, és a sárkány képviselői mindkét szarvat jelképesen megölték. A választást a magukat republikánusnak valló globalisták és a globalista demokraták kettős szövetsége lopta el, amelyet egy globalista propagandamédia és globalista kereskedők támogattak. Az üzenetet egy apró termetű, hajadon lány az ausztrál vidékről és egy apró termetű, elvált fiú Walesből lopta el, akiknek rejtett szándéka az volt, hogy bevezessék és előmozdítsák a melegprogramot, valamint bocsánatot kérjenek a „bűn emberétől”. A Future for America vezetőjét terheli minden felelősség a sátáni beszivárgásért, mert az ő feladata volt megvédeni a mozgalmat, de túlságosan készségesen engedte, hogy megszenteletlen hírvivők vezető pozícióba kerüljenek. Donald Trumpot terheli a felelősség az ellopott választásért, mert akiket kiválasztott, hogy hatalmának belső körébe beengedjen, szándékosan aláásták azt a munkát, amelyet felvállalt.</w:t>
      </w:r>
    </w:p>
    <w:p>
      <w:pPr>
        <w:pStyle w:val="ArticleBody"/>
        <w:jc w:val="left"/>
      </w:pPr>
      <w:r>
        <w:rPr>
          <w:rFonts w:ascii="Times New Roman" w:hAnsi="Times New Roman" w:eastAsia="Times New Roman" w:cs="Times New Roman"/>
        </w:rPr>
        <w:t>2022-ben Donald Trump megkezdte harmadik kampányát, és 2023-ban egy „pusztában kiáltó szó” üzenetet kezdett küldeni a gyülekezeteknek. Nemrég egy „kő” (amit én úgy határozok meg, mint azok, akik a „jelenvaló igazságon” kívül vannak, és mégis felkiáltottak), aki talán a közélet jelenlegi politikai környezetének egyik legélesebb elméje, néhány igen éleslátó igazságot fogalmazott meg. A neve Victor Davis Hanson, és ha figyelemmel kíséred a körülötted zajló eseményeket, és ezeket az Ő Igéjének jövendöléseivel veted össze, akkor Victor Davis Hanson azon „kövek” egyike, akik visszhangozzák éppen azt az üzenetet, amelyet remélhetőleg te is tanulmányozol.</w:t>
      </w:r>
    </w:p>
    <w:p>
      <w:pPr>
        <w:pStyle w:val="ArticleScripture"/>
        <w:jc w:val="left"/>
      </w:pPr>
      <w:r>
        <w:rPr>
          <w:rFonts w:ascii="Times New Roman" w:hAnsi="Times New Roman" w:eastAsia="Times New Roman" w:cs="Times New Roman"/>
        </w:rPr>
        <w:t>„Isten azt akarja, hogy tanulmányozzuk a körülöttünk zajló eseményeket, és vessük össze azokat Igéjének jövendöléseivel, hogy megérthessük: az utolsó napokban élünk. Azt akarjuk, hogy Bibliánk legyen, és tudni akarjuk, mi van abban megírva. A próféciák szorgalmas tanulmányozója az igazság világos kijelentéseiben részesül jutalmul, mert Jézus ezt mondta: »A te igéd igazság.«” Signs of the Times, 1894. október 1.</w:t>
      </w:r>
    </w:p>
    <w:p>
      <w:pPr>
        <w:pStyle w:val="ArticleBody"/>
        <w:jc w:val="left"/>
      </w:pPr>
      <w:r>
        <w:rPr>
          <w:rFonts w:ascii="Times New Roman" w:hAnsi="Times New Roman" w:eastAsia="Times New Roman" w:cs="Times New Roman"/>
        </w:rPr>
        <w:t>Az X.com-on @FreyjaTarte által közzétett interjúban Hanson azzal kezdte: „Ők [a demokraták] vámpírként tekintenek Trumpra.” Ezt követően a demokraták Donald Trump újbóli megválasztásától való félelmét tárgyalja. Nincs okom azt hinni, hogy Hanson megértette volna: a Jelenések könyve tizenegyedik fejezete szerint Trump feltámad (mint egy vámpír), és hogy amikor ez megtörtént, azok, akik korábban örvendeztek a halálának, félelemmel teltek meg. Mégis pontosan ezt azonosítja teljes kommentárjában.</w:t>
      </w:r>
    </w:p>
    <w:p>
      <w:pPr>
        <w:pStyle w:val="ArticleScripture"/>
        <w:jc w:val="left"/>
      </w:pPr>
      <w:r>
        <w:rPr>
          <w:rFonts w:ascii="Times New Roman" w:hAnsi="Times New Roman" w:eastAsia="Times New Roman" w:cs="Times New Roman"/>
        </w:rPr>
        <w:t>És három és fél nap múlva az Istentől való élet lelke beléjük ment, és lábukra álltak; és nagy félelem szállta meg azokat, akik látták őket. Jelenések 11:11.</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„Elérkeztünk ahhoz az időszakhoz, amelyet ezek az írások megjövendöltek. Eljött a vég ideje, a próféták látomásai feltárultak, és ünnepélyes figyelmeztetéseik arra mutatnak, hogy Urunk dicsőségben való eljövetele közel van.”</w:t>
      </w:r>
    </w:p>
    <w:p>
      <w:pPr>
        <w:pStyle w:val="ArticleScripture"/>
        <w:jc w:val="left"/>
      </w:pPr>
      <w:r>
        <w:rPr>
          <w:rFonts w:ascii="Times New Roman" w:hAnsi="Times New Roman" w:eastAsia="Times New Roman" w:cs="Times New Roman"/>
        </w:rPr>
        <w:t>„A zsidók félreértették és helytelenül alkalmazták Isten Igéjét, és nem ismerték fel meglátogatásuk idejét. Krisztus és apostolai szolgálatának éveit — a kegyelemnek a választott nép számára rendelt drága utolsó éveit — az Úr követei elpusztításának kitervelésére pazarolták. A földi becsvágy teljesen lekötötte őket, és a lelki ország felkínáltatása hiába jutott el hozzájuk. Így van ez ma is: e világ országa köti le az emberek gondolatait, és nem vesznek tudomást a gyorsan beteljesedő próféciákról és az Isten gyorsan eljövendő országa jeleiről.</w:t>
      </w:r>
    </w:p>
    <w:p>
      <w:pPr>
        <w:pStyle w:val="ArticleScripture"/>
        <w:jc w:val="left"/>
      </w:pPr>
      <w:r>
        <w:rPr>
          <w:rFonts w:ascii="Times New Roman" w:hAnsi="Times New Roman" w:eastAsia="Times New Roman" w:cs="Times New Roman"/>
        </w:rPr>
        <w:t>„Ti azonban, atyámfiai, nem vagytok sötétségben, hogy ama nap tolvaj módjára lepjen meg titeket. Ti mindnyájan a világosság fiai és a nappal fiai vagytok: mi nem az éjszakáé, sem a sötétségé vagyunk.” Noha Urunk visszatérésének óráját nem tudhatjuk, azt tudhatjuk, mikor van közel. „Azért ne aludjunk, mint egyebek; hanem vigyázzunk és legyünk józanok.” 1Thesszalonika 5:4–6. Jézus élete,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Százkilencvenegyedik rész</dc:title>
  <dc:subject>Dániel 11 prófétai szövedéke: Trump korszakának összetettsége és a vasárnapi törvényt megelőző időszak feltárása</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