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Arial" w:hAnsi="Arial" w:eastAsia="Arial" w:cs="Arial"/>
        </w:rPr>
        <w:t>Dániel könyve – Százkilencvennegyedik rész</w:t>
      </w:r>
    </w:p>
    <w:p>
      <w:pPr>
        <w:pStyle w:val="ArticleSubtitle"/>
        <w:jc w:val="left"/>
      </w:pPr>
      <w:r>
        <w:rPr>
          <w:rFonts w:ascii="Arial" w:hAnsi="Arial" w:eastAsia="Arial" w:cs="Arial"/>
        </w:rPr>
        <w:t>A Makkabeusok visszhangjai: Trump diadala és a prófétai út a fenevad képmásához</w:t>
      </w:r>
    </w:p>
    <w:p>
      <w:pPr>
        <w:pStyle w:val="ArticleByline"/>
        <w:jc w:val="left"/>
      </w:pPr>
      <w:r>
        <w:rPr>
          <w:rFonts w:ascii="Arial" w:hAnsi="Arial" w:eastAsia="Arial" w:cs="Arial"/>
        </w:rPr>
        <w:t>Jeff Pippenger</w:t>
      </w:r>
    </w:p>
    <w:p>
      <w:pPr>
        <w:pStyle w:val="ArticleDate"/>
        <w:jc w:val="left"/>
      </w:pPr>
      <w:r>
        <w:rPr>
          <w:rFonts w:ascii="Arial" w:hAnsi="Arial" w:eastAsia="Arial" w:cs="Arial"/>
        </w:rPr>
        <w:t>2024-04-24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Makkabeusok által jelképezett vonal (amely az Egyesült Államokban a hitehagyott protestantizmust azonosítja) Kr. e. 167-ben, Modeinban kezdte meg lázadását a görög vallás ellen. Ott a Makkabeusok felülkerekedtek IV. Antiokhosz Epiphanész azon törekvésein, hogy a görög vallást a zsidókra kényszerítse, és megölték a zsidók ama vezetőjét is, aki Antiokhosszal együttműködött. Így Biden vereséget szenved a 2024-es választáson a „Vallásos Jobboldal” néven ismert szavazói tömb által. A történelem a 2024-es választás győzelmét úgy írja le, mint amikor a hitehagyott protestantizmus nemcsak a globalista republikánusok, az úgynevezett RINO-k fölött kerekedik felül, hanem az ateista demokraták azon törekvései fölött is, hogy a woke-izmus vallását a nemzetre kényszerítsék.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Makkabeusok vonala által jelképezett belső lelki háború 2015-ben kezdődött, amikor a gazdag elnök felkavarta a globalizmus sárkányi hatalmait, és a sárkány munkája a két tanú megölésében magában foglalta a 2021. január 6-ával kapcsolatos Pelosi-pereket. Modein és a Makkabeusok felkelése az elpártolt protestantizmus jövőbeli győzelmét azonosítja 2024. november 5-én. A 2025. január 20-i beiktatást Kr. e. 164 előképezte, amely a második templom újbóli felszentelését jelképezte, és ugyanabban az évben (Kr. e. 164-ben) meghalt Antiochus Epiphanes. Antiochus a Demokrata Pártot jelképezi, valamint globalista partnereiket, akik republikánusokként azonosítják magukat, noha éppoly kevéssé MAGA republikánusok, mint amennyire egy lány fiú.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tizenharmadiktól a tizenötödik versig terjedő politikai küzdelem, amely a pánioni csatával zárul, párhuzamosan halad azon történelmi vallási küzdelemmel, amely a woke-izmus és a hitehagyott protestantizmus között zajlik. Trump 2025-ös beiktatása után, amelyet a második templom Kr. e. 164-ben történt újraszentelése jelképez, ezután megkezdi majd a fenevad képmásának tényleges kialakítását azáltal, hogy a hitehagyott protestáns egyházat egyesíti hitehagyott republikánus kormányzatával, amelyet Róma és a Makkabeusok szövetsége jelképez Kr. e. 161-től Kr. e. 158-ig. Trump egy szövetségben egyesíti majd az egyházat és az államot, ahol a vallási elem lesz az irányító. Abban a prófétai történelemben, amelyben a földből feljövő fenevad kialakítja a katolicizmus fenevadjának képmását, a hitehagyott republikánus szarv és a hitehagyott protestáns szarv a kegyelmi idejük poharát az örök élet kérdésének rossz oldalán fogják betölteni.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beiktatástól kezdve, amelyet a második templom Kr. e. 164-ben történt második megtisztítása jelképez, megkezdődik a fenevad képmásának formálására irányuló munka, amint azt a zsidók és Róma szövetsége jelképezi Kr. e. 161-től Kr. e. 158-ig. Trumpot 2024. november 5-én (Kr. e. 167) újraválasztják, és beiktatásakor (Kr. e. 164) ő lesz a nyolcadik elnök a vég idejének 1989-es kezdete óta. Ezzel ő lesz a nyolcadik, vagyis a hét közül való, tükrözve a pápai fenevadat, amely a bibliai prófécia nyolcadik királyságává lesz, amikor halálos sebe a vasárnaptörvénynél meggyógyul. Beiktatását a második templomnak a makkabeusok általi, Kr. e. 164-ben történt újraszentelése jelképezte. A makkabeusok felkelése három évvel korábban kezdődött Modein városában, amelynek jelentése „tiltakozás”, és ez jelöli 2024. november 5-i választási győzelmét.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Kr. e. 164-ben került sor a második templom második felszentelésére, s ezzel előképezve Trump második beiktatását 2025. január 20-án. Ekkor hivatalosan a nyolcadik elnökké válik, aki az előtte levő hét elnök közül való. A judaizmus Kr. e. 164-re emlékezik a második templom második felszentelésének megjelölésére.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beiktatás az a pont, ahol Trump a nyolcadikká lesz, aki a hét közül való, és attól a ponttól kezdve sátáni csodák történnek majd, támogatva a fenevad képmásának megalkotását. A nyolc a feltámadott fenevad képmásának jelképe, és azon a ponton megkezdődik a képmás kialakulása, amint azt Kr. e. 161 jelképezi.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fenevad képének kialakítása először az Egyesült Államokban valósul meg, majd a fenevad képét az egész világra rákényszerítik. Amikor az Egyesült Államok kezdetét veszi annak, hogy a világot arra kényszerítse, fogadjon el egy képet a fenevad számára, amely egyszerre szólni fog, és azt is eléri, hogy mindazokat megöljék, akik nem imádják a fenevad képét, addigra az Egyesült Államok éppen elfogadott egy vasárnaptörvényt, és létrehozott egy hármas szövetséget. A vasárnaptörvény idején a hármas szövetség már fennáll, és elérkezett Sátán csodálatos munkálkodásának ideje, amikor Sátán Krisztusnak adja ki magát, és csodákat tesz, hogy a világot a fenevad világméretű képének és a vasárnapimádatnak az elfogadására vezesse. Ekkor Trump a tíz király vezetőjévé válik.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Így Trumpnak a tíz király fejedelmi királyává való beiktatását, amely a hármas szövetségben a hamarosan bekövetkező vasárnapi törvénynél teljesedik be, előképezte Trumpnak mint nyolcadik elnöknek — vagyis a hét közül valónak — 2025. január 20-án történt beiktatása. Annál a vasárnapi törvénynél, amely az Egyesült Államokban lezárja a fenevad képmásának kialakulását, a pápai fenevad szintén a hét közül való nyolcadikká lesz. Így a fenevad képmásának próbaideje azzal kezdődik, hogy Trump a hét közül való nyolcadikká lesz, és amikor az az időszak véget ér, a pápaság is a hét közül való nyolcadikká lesz, mert az Alfa és az Ómega a kezdet által szemlélteti a véget.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sátáni csodák Trump beiktatásakor kezdődnek, amikor kezdetét veszi a fenevad képmása kialakulásának időszaka, és ez jelöli meg Sátán csodálatos munkálkodását, amely a fenevad képmása kialakulásának időszaka végén kezdődik az Egyesült Államokban. Trump beiktatása ennek az időszaknak a kezdetét jelzi, és az ő beiktatása mint az Egyesült Nemzetek tíz királyának elsődleges királya ennek az időszaknak a végét jelzi. A kezdeti és a záró beiktatásokban, amelyek egyaránt a fenevad képmása kialakulásának kezdetét indítják el, ez először az Egyesült Államokban, majd az egész világon történik.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szövetség munkája, vagyis a Rómával való egyesülés, amely Kr. e. 161-től Kr. e. 158-ig ment végbe, azonosítja ezt a történelmet, és ez a tizenhatodik versben a vasárnaptörvénynél zárul le. Annak a kormányzatnak a létrehozására irányuló végső munka, amely a pápai rendszer képmása, a fenevad képének kialakításával veszi kezdetét, és Trump mozdítja előre, amint politikai győzelmében viszonozza azokat a politikai szívességeket, amelyeket a hitehagyott protestánsok nyújtottak neki.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Ezt a prófétai szerkezetet a negyvenedik vers rejtett történetébe kell elhelyezni. Dániel tizenegyedik fejezete második versétől a harmadik verséig terjedő rejtett történetét is erre a szerkezetre kell ráhelyezni. A Jelenések könyve tizenegyedik fejezetének két tanúra vonatkozó prófétai történetét szintén erre a szerkezetre kell ráhelyezni. E három vonalnak a negyvenedik vers rejtett történetében való egyesítése által Júda törzsének Oroszlánja felnyitja Dániel próféciájának azt a részét, amely az utolsó napokig lepecsételve volt.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Vajon megfújják-e a kürtöt a városban, és a nép nem retteg? Történik-e veszedelem a városban, amelyet nem az Úr cselekedett? Bizony, semmit sem cselekszik az Úr Isten, mígnem kijelenti titkát szolgáinak, a prófétáknak. Ordított az oroszlán: ki ne félne? Szólt az Úr Isten: ki ne prófétálna? Hirdessétek Asdód palotáiban és Egyiptom földjének palotáiban, és mondjátok: Gyülekezzetek Samária hegyeire, és lássátok meg a nagy zűrzavarokat annak közepette, és az elnyomottakat annak közepette. Ámós 3:6–9.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felnyitott üzenet, amely Dániel tizenegyedik fejezete negyvenedik versének rejtett történetében van ábrázolva, a pecsételési üzenet; és Ámósz felteszi a költői kérdést a városban megfújt trombitáról és az ordító oroszlánról; Ámósz pedig megadja a választ, amikor kijelenti, hogy Isten semmit sem cselekszik, hanem előbb kijelenti azt szolgáinak, a prófétáknak. Azt is magában foglalja, hogy a trombitaüzenetnek, amely istenfélelmet hivatott kiváltani, azonosítania kell a gonoszságot a városban, és hogy azt Asdódban, Egyiptomban és Samáriában kell közzétenni, ami a modern Babilon hármas összetételét jelképezi. A pecsételési trombitaüzenetet az egész világnak kellett hirdetni a pecsételési üzenetben ábrázolt események előtt. A trombitaüzenet, amely a pecsételési üzenet, az „Igazság” aláírását viseli, mert a pecsételés ideje a harmadik jaj trombitájának három fúvására épül.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trombita először 2001. szeptember 11-én jelezte a pecsételés kezdetét, az utolsó pedig a pecsételés végét jelképezi a hamarosan eljövő vasárnapi törvénynél, amikor a nagy földrengéskor hirtelen eljő a harmadik jaj. A középső harsanás 2023. október 7-én történt, amikor az ősi dicső földet a harmadik jaj iszlámja váratlan támadással sújtotta, miként a modern dicső földet is a harmadik jaj iszlámja váratlan támadással sújtotta 2001-ben, és miként az lesz e három harsanás utolsójánál is a hamarosan eljövő vasárnapi törvénynél. A középső váratlan támadás az ősi dicső föld ellen a szó szerinti Izraelt érte, a Messiást keresztre feszítő lázadás jelképeként.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Ámós trombitaszava az egész világra kisugárzik, és e üzenet közzétételének munkája 2023 júliusának végén kezdődött meg. Júda törzsének Oroszlánja ekkor felordított, és ki az, aki ne félne, és ki lenne oly merész, hogy tagadja: a száznegyvennégyezer megpecsételésének idejével kapcsolatos események most bolygószerte feltárulnak? Ezek a cikkek immár több mint százhúsz nemzetben, több mint hatvan nyelven hozzáférhetők, és vagy olvashatók, vagy meghallgathatók.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Boldog, aki olvassa, és akik hallgatják e prófétálás beszédeit, és megtartják azokat, amelyek abban meg vannak írva; mert az idő közel van. Jelenések 1:3.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Amikor az oltárról való, az imádságokkal és tömjénnel elegyített tűz a földre vettetik, miközben a hetedik és egyben utolsó pecsét eltávolíttatik, szózatok, mennydörgések, villámlások és nagy földindulás támadnak. A nagy földindulás annak következtében jön létre, hogy az Éjféli Kiáltás üzenete tűzként vettetik alá azokra a szentekre, akik sóhajtoznak és kiáltanak Ezékiel könyvének kilencedik fejezetében, ugyanúgy, ahogyan a tűz alászállott pünkösdkor. Az a tűz egy olyan üzenetet jelképezett, amely aztán minden nemzethez, nemzetséghez, nyelvhez és néphez eljutott, miként e cikkek is. Az a tűz annak képességét jelképezte, hogy ezt az üzenetet nyelvek sokaságán lehessen közvetíteni, miként e cikkek is. A cikkek előre azonosítják azt, ami hamarosan bekövetkezik, mert az Úr semmit sem cselekszik, hanemha előbb kinyilatkoztatja cselekedeteit az Ő prófétai Igéje által.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Figyeljetek, egek, hadd szóljak; és hallgasd, föld, számnak beszédeit! Tanításom hulljon, mint az eső, beszédem csepegjen, mint a harmat, mint a záporeső a zsenge fűre, és mint a zápor a pázsitra. Mert az Úr nevét hirdetem: magasztaljátok a mi Istenünket! Kőszikla ő, cselekedete tökéletes; mert minden ő útja igazságos ítélet; hűséges Isten ő, és nincs benne hamisság; igaz és egyenes ő. Megromlottak előtte; nem az ő fiainak fogyatkozása ez: romlott és elfordult nemzetség ők. 5Mózes 32:1–5.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késői eső „tanát” most az Úr teszi közzé, és azok a tanítások, amelyek az Éjféli Kiáltás–Késői Eső üzenetét alkotják, „az Úr nevére” alapulnak. Az Ő neve „Igazság”, Ő Palmoni, a Csodálatos Számláló, és Ő a Csodálatos Nyelvész, Ő Alfa és Omega, Ő az Isten Fia és az Emberfia, Ő a Főpap, Ő a Júda törzséből való Oroszlán, és Ő Mihály arkangyal. Krisztus mindezek a nevei szerves részét képezik Jézus Krisztus kijelentésének, amely közvetlenül a kegyelmi idő lezárulása előtt pecsételődik fel, és szerves részét képezik azoknak az írásoknak is, amelyeket 2023 júliusának vége óta világszerte közzétettek. „Akinek van füle, hallja meg, mit mond a Lélek a gyülekezeteknek.”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Júda törzsének Oroszlánja, aki az, aki győzött, és elnyerte a jogot, hogy felnyissa a hét pecséttel lezárt könyvet, most kiált, miként 1844. október 22-én is; ki ne félne?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nagy szóval kiáltott, miként az oroszlán ordít; és amikor kiáltott, a hét mennydörgés megszólaltatta a maga szavát. És amikor a hét mennydörgés megszólaltatta a maga szavát, írni készültem; de hallottam egy szózatot a mennyből, amely ezt mondta nekem: Pecsételd be azokat, amiket a hét mennydörgés mondott, és ne írd meg azokat. Jelenések 10:3, 4.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Dániel könyve tizenegyedik fejezete negyvenedik versének rejtett történelmével összhangban álló szent történelem a milleriták történelme, Máté huszonötödik fejezetének a tíz szűzről szóló példázata, a Jelenések könyve tizedik fejezetének hét mennydörgése, Habakuk második fejezete, valamint Ezékiel könyve tizenkettedik fejezetének huszonegytől huszonnyolcadikig terjedő versei beteljesedéseként. Az ő történelmük a vég idején kezdődött 1798-ban, ami összhangban áll az 1989-ben beköszöntött vég idejével. A Jelenések könyve tizedik fejezetében a hét mennydörgés megszólaltatta a maga szavát, de János meg lett akadályozva abban, hogy leírja, amit a hét mennydörgés mondott. Pál apostol a harmadik égben olyan dolgokat látott és hallott, amelyeket embernek nem volt szabad leírnia.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Pál apostol keresztény tapasztalatának korai szakaszában különleges alkalmakat kapott arra, hogy megismerje Isten akaratát Jézus követőire nézve. „Elragadtatott a harmadik égig”, „a paradicsomba, és hallott kimondhatatlan beszédeket, amelyeket nem szabad embernek kiejtenie”. Ő maga is elismerte, hogy az Úrtól sok „látomásban és kijelentésben” részesült. Az evangéliumi igazság alapelveinek megértésében egyenrangú volt „a legfőbb apostolokkal”. 2 Korinthus 12:2, 4, 1, 11. Világos és teljes ismerete volt „annak a szélességnek, hosszúságnak, mélységnek és magasságnak”, valamint „Krisztus minden ismeretet meghaladó szeretetének”. Efézus 3:18, 19. Az apostolok története, 469.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Valamennyi próféta az utolsó napokat jelöli meg, és amit János hallott, amikor a hét mennydörgés „megszólaltatta” hangját, azt megtiltatott neki leírnia. Amit Pál látott, amikor a harmadik égben volt, azt embernek nem volt szabad „kimondania”. A hét mennydörgés által jelképezett igazságot le kellett pecsételni mindaddig, amíg Júda törzsének Oroszlánja úgy nem dönt, hogy feltöri azt a pecsétet az igazságon.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Részben feltáratott White nővér előtt, mert felismerte, hogy az „eseményeket jelképezi, amelyek bekövetkeznének” az első és a második angyal üzenetének történetében, továbbá azt is, hogy „jövőbeli eseményeket jelképez, amelyek a maguk rendjében fognak feltárulni”. Ami akkor kijelentetett, az a „jövőbeli eseményekkel” kapcsolatos jövendölés volt. Arra is utasítást kapott, hogy a hét mennydörgés lepecsételését Dániel könyvének lepecsételése példázta.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 Jánosnak adott különleges világosság, amely a hét mennydörgésben jutott kifejezésre, azoknak az eseményeknek a felvázolása volt, amelyek az első és a második angyal üzenete alatt következnének be....”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„Miután e hét mennydörgés hallatta szavát, Jánosnak ugyanaz a parancs adatik a kis könyvre vonatkozóan, mint Dánielnek: »Pecsételd be azokat, amiket a hét mennydörgés szólt.« Ezek jövőbeli eseményekre vonatkoznak, amelyek a maguk rendjében fognak feltárulni.” The Seventh-day Adventist Bible Commentary, 7. kötet, 971.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a felismerés, hogy a hét mennydörgés olyan jelkép, amely bizonyítja és alátámasztja a módszertant, a vég idején vált ismertté, amely 1989-ben kezdődött. 2001. szeptember 11. után a két mozdulat ismétlődésének jelentősége jelenvaló próbakő igazsággá lett.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millerita történelem megismétlődése a százhuszonnégyezer történelmében volt az az elsődleges szabály, amely azon a napon megerősítést nyert, miként a milleriták elsődleges szabálya is megerősítést nyert 1840. augusztus 11-én. A milleriták számára az a fő szabály, hogy egy nap egy évet jelképez, 1840. augusztus 11-én nyert megerősítést, és az az elsődleges szabály, amely azonosítja, hogy minden reformmozgalom egymást példázza, „sorról sorra”, 2001. szeptember 11-én nyert megerősítést. A hét mennydörgés, mint ezen igazság tanúja, abban az időben feltöretett.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Jézus mindig valamely dolog kezdetével szemlélteti annak végét, és mivel 2001. szeptember 11-e a pecsételési folyamat kezdetét jelenti, az egyben a pecsételési folyamat végét is azonosítja. Júda törzsének Oroszlánja a hét mennydörgés egy újabb aspektusát oldotta fel, amikor 2023 júliusában elkezdte feltámasztani a száraz csontokat, mert akkor azonosította, hogy az „Igazsággal” összhangban a hét mennydörgés szimbolikusan a Millerita történelmet is jelképezi, az első és az utolsó csalódás történetét, amelyben az Éjféli Kiáltás lázadása a középső mérföldkő.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Ezzel feltárta, hogy a hét mennydörgés megismétlődik a 2020. július 18-i történelemben egészen a hamarosan bekövetkező vasárnapi törvényig. A 2020. július 18-i csalódás mint az első jelzőoszlop, és a hamarosan bekövetkező vasárnapi törvény miatti csalódás mint annak a három „Igazság”-jelzőoszlopnak az utolsója, amelyek a hét mennydörgést az elpecsételés idejének végén azonosítják, azt a lázadást jelképezi, amely a balga szüzekhez kapcsolódik, akik elutasítják Júda törzsének Oroszlánja üzenetét, aki most ordít, miközben felnyitja és közzéteszi üzenetét az egész föld kerekségén; mert ez az üzenet az utolsó napok Éjféli Kiáltásának üzenete.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pecsételés idejének kezdetén, 2001. szeptember 11-én, a Jelenések könyve tizennyolcadik fejezetének angyala leszállt, és többek között felnyitotta a hét mennydörgés jelentésének teljesebb megértését. Amit akkor a hét mennydörgésről megértettek, az nem pusztán az volt, hogy a reformmozgalmak párhuzamosak egymással, hanem az is, hogy amikor az angyal leszáll a reformmozgalom azon útjelző pontján, megerősíti a megfelelő történelmi korszak elsődleges prófétai szabályát.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Jelenések könyve tizennyolcadik fejezetének angyalának alászállása 2001. szeptember 11-én megerősítette a késői eső „sorról sorra” módszertanát azáltal, hogy azonosította: a kezdeti (vagy Alfa) mozgalom szemléltette a befejező (vagy Ómega) mozgalmat. A pecsételés idejének végén Mihály alászállt, hogy feltámassza a száraz, meghalt csontokat, amelyeket a két tanú jelképezett, akik holtan feküdtek ama nagy város utcáján, amelyet Sodoma és Egyiptom néven neveznek, ahol a mi Urunk is megfeszíttetett. Amikor Mihály visszahívta az életbe a halottakat, Ő, mint Júda törzsének Oroszlánja, feltörte a pecsétet afelől, hogy a hét mennydörgésnek rejtett történelme van azon igazságokon túl, amelyek a hét mennydörgésről korábban már kinyilatkoztattak.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És amikor a Júda törzséből való Oroszlán feltörte annak az igazságnak a pecsétjét, az „Igazság” szerkezetébe helyezte azt. Ekkor nyilatkozott ki, hogy 2020. július 18-a párhuzamban áll 1844. április 19-ével, és hogy e jelzőpontok mindegyikét az Éjféli Kiáltás üzenetének feltörése követi, amely nyilvánvalóvá teszi az egyes megfelelő történetek balga szüzeinek lázadását. Ugyanakkor azt a tényt is feltörte, hogy az üzenet cunamiként járja be a világot mindaddig, amíg a vasárnapi törvény nagy csalódása érvénybe nem lép.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Ezt a tanulmányt a következő cikkben folytatjuk.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monda nékem: Ne pecsételd be e könyv prófétálásának beszédeit, mert az idő közel van. Aki igazságtalan, legyen igazságtalan ezután is; és aki fertelmes, legyen fertelmes ezután is; és aki igaz, legyen igaz ezután is; és aki szent, legyen szent ezután is. És íme, hamar eljövök; és az én jutalmam velem van, hogy megfizessek mindenkinek, amint az ő cselekedete lesz. Én vagyok az Alfa és az Ómega, a kezdet és a vég, az első és az utolsó. Jelenések 22:10–13.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Arial" w:hAnsi="Arial" w:eastAsia="Arial" w:cs="Arial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Arial" w:hAnsi="Arial" w:eastAsia="Arial" w:cs="Arial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Arial" w:hAnsi="Arial" w:eastAsia="Arial" w:cs="Arial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Arial" w:hAnsi="Arial" w:eastAsia="Arial" w:cs="Arial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Arial" w:hAnsi="Arial" w:eastAsia="Arial" w:cs="Arial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Times New Roman" w:hAnsi="Times New Roman" w:eastAsia="Times New Roman" w:cs="Times New Roman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Times New Roman" w:hAnsi="Times New Roman" w:eastAsia="Times New Roman" w:cs="Times New Roman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Times New Roman" w:hAnsi="Times New Roman" w:eastAsia="Times New Roman" w:cs="Times New Roman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Times New Roman" w:hAnsi="Times New Roman"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Dániel könyve – Százkilencvennegyedik rész</dc:title>
  <dc:subject>A Makkabeusok visszhangjai: Trump diadala és a prófétai út a fenevad képmásához</dc:subject>
  <dc:creator>Jeff Pippenger</dc:creator>
  <cp:keywords/>
  <dc:description>Generated by ArticleDigger from daniel\194_daniel.json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daniel</cp:category>
  <cp:lastPrinted>2000-01-01T00:00:00Z</cp:lastPrinted>
</cp:coreProperties>
</file>