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Arial" w:hAnsi="Arial" w:eastAsia="Arial" w:cs="Arial"/>
        </w:rPr>
        <w:t>Dániel könyve – százkilencvenötödik rész</w:t>
      </w:r>
    </w:p>
    <w:p>
      <w:pPr>
        <w:pStyle w:val="ArticleSubtitle"/>
        <w:jc w:val="left"/>
      </w:pPr>
      <w:r>
        <w:rPr>
          <w:rFonts w:ascii="Arial" w:hAnsi="Arial" w:eastAsia="Arial" w:cs="Arial"/>
        </w:rPr>
        <w:t>Az út a vasárnaptörvényhez: Trump szerepe és a prófétai kibontakozás Dániel 11-ben</w:t>
      </w:r>
    </w:p>
    <w:p>
      <w:pPr>
        <w:pStyle w:val="ArticleByline"/>
        <w:jc w:val="left"/>
      </w:pPr>
      <w:r>
        <w:rPr>
          <w:rFonts w:ascii="Arial" w:hAnsi="Arial" w:eastAsia="Arial" w:cs="Arial"/>
        </w:rPr>
        <w:t>Jeff Pippenger</w:t>
      </w:r>
    </w:p>
    <w:p>
      <w:pPr>
        <w:pStyle w:val="ArticleDate"/>
        <w:jc w:val="left"/>
      </w:pPr>
      <w:r>
        <w:rPr>
          <w:rFonts w:ascii="Arial" w:hAnsi="Arial" w:eastAsia="Arial" w:cs="Arial"/>
        </w:rPr>
        <w:t>2024-04-25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negyvenedik vers rejtett történelme magában foglalja a vég idejétől, 1989-től 2020-ig terjedő hat elnök sorát, amikor Biden, a hetedik elnök, ellopta az elnökséget. 2020 egy rejtett történelem kezdetét jelöli, attól a ponttól „Nagy Sándorig”, amely azt az időt jelképezi, amikor a bibliai prófécia hetedik királysága felállíttatik a hamarosan bekövetkező vasárnapi törvénynél. Az a tíz király azonnal megegyezik abban, hogy hetedik királyságát átadja a nyolcadik királyságnak, amely a hét közül való — a pápai hatalomnak. Ez a rejtett történelem a hetedik elnökkel kezdődik, és a hetedik királysággal végződik.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Amikor a történelem azonosítja, hogy Xerxész, aki a Görögország ellen felindító gazdag királyt jelképezi, és Nagy Sándor között nyolc perzsa király volt, azt találjuk, hogy a második és a harmadik vers vége közötti rejtett történelem a fenevad képének próbaidejét jelképezi a nyolcas szám által. A fenevad képe az Egyesült Államokban akkor áll teljesen készen, amikor a vasárnapi törvényt érvényre juttatják, és azon a ponton érkezik meg a hetedik, majd a nyolcadik királyság. A nyolc perzsa király sora Nagy Sándornál ér véget, ezért a nyolcas szám a fenevad képének ama próbaidejét jelöli, amely a vasárnapi törvénynél zárul le.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tizedik verstől a tizenötödikig terjedő versek arról tájékoztatnak bennünket, hogy a fenevad képmásának próbaideje a makkabeusok története által jelképezett három útjelző közül a harmadik volt, és hogy a harmadik útjelző egy i. e. 161-ben kezdődő és i. e. 158-ban végződő időszak volt. Ez az időszak az i. e. 167-es első útjelzőt követte, amely a Makkabeus-felkelés kezdetét jelölte Modeinban, egy olyan városban, amelynek neve azt jelenti: „tiltakozni”. I. e. 164 követte azt a modeini tiltakozást, és a második templom második felszentelését jelölte. I. e. 164 Donald Trump második beiktatását azonosítja mint az 1989-ben, Reagan óta számított nyolcadik elnökét, aki a hét közül való. Az ő 2025. január 20-i beiktatását az i. e. 164 jelképezte, valamint az újraszentelési szertartást, amely előidézte a sátáni csodát, amely magában foglal két utalást arra, hogy a nyolc a hét közül való.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Ezért a nyolc perzsa király a zsidók Rómával kötött szövetségének történetét jelképezi Kr. e. 161-től Kr. e. 158-ig, és ezáltal második tanúbizonyságát adja a fenevad képmása próbaidejének, amely Trump 2025-ös beiktatását követi. A második vers a 2020-as elcsalt választásig halad előre, ahol véget ér mindaddig, amíg a nyolc perzsa király történelmi tanúbizonysága alkalmazásra nem kerül; alkalmazásukat pedig Trump második beiktatása után találják meg. Miután a nyolc perzsa király története ráhelyeztetik a második és a harmadik vers közötti történetre, még mindig marad egy rejtett időszak Biden beiktatásától Trump második beiktatásáig.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Ez a rejtett történelem a Jelenések könyve tizenegyedik fejezetében azonosítható, ahol az ateizmus fenevada 2020-ban megöli a két tanút. Majd három és fél jelképes nap elteltével Mihály alászáll, hogy feltámassza a két tanút. A „feltámadt” Trump 2022. november 15-én kezdte meg harmadik elnökválasztási kampányát, és egy feltámadt „kiáltó szó a pusztában” 2023. júliusának végén kezdte hívni a százhuszonnégyezeret.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Dániel könyve tizenegyedik fejezetének tizedik, tizenegyedik és tizenkettedik verse azonosítja a 2014-ben kezdődött ukrajnai háborút, amely orosz győzelemmel fog véget érni, amit a jelenlegi orosz konföderáció összeomlása követ majd, amint azt a Szovjetunió 1989-es összeomlása előképezi.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tizenharmadiktól a tizenötödikig terjedő versek a prófécia három vonalát azonosítják. A pápaság meggyógyulásának vonalát, amely akkor kezdődik, amikor Tírusz paráznája előjön rejtekéből, a tizennegyedik vers jelképezi, történelmi beteljesedése pedig Kr. e. 200, amikor a pogány Róma mint néped rablói belépett a prófétai történelembe, akik felmagasztalják magukat, de elbuknak.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három versben a hitehagyott republikánus irány prófétai vonalát III. Antiokhosz története szemlélteti, aki Trump szerepét mint a nyolcadik elnököt példázza, vagyis azt, aki a hét közül való. A versek egyúttal azonosítják a hitehagyott protestantizmus prófétai vonalát is, amint azt a Makkabeusok története képviseli.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igaz protestáns szarv prófétai vonala, amely a milleriták filadelfiai mozgalmaként kezdődött, és a száznegyvennégyezer filadelfiai mozgalmaként ér véget, szintén ráhelyezendő a negyvenedik vers rejtett történelmére. A Jelenések tizedik fejezetének hét mennydörgése mind a milleriták filadelfiai mozgalmának, mind a száznegyvennégyezernek jelképe. A prófécia lepecsételését és felpecsételésének feloldását Krisztus viszi véghez, és amikor ezt teszi, önmagát Júda törzsének Oroszlánjaként ábrázolja. A tizedik fejezetben az az angyal, akiről White testvérnő azt mondja, hogy „nem kisebb személy, mint Jézus Krisztus”, „nagy szóval kiálta, amint az oroszlán ordít: és mikor kiálta vala, a hét mennydörgés megszólaltatá az ő szavát.”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Krisztus, mint Júda törzsének Oroszlánja, a hét mennydörgést mintegy a 100. év táján helyezte el a prófétai történelemben, és azt azonnal le is pecsételte, mert „mikor a hét mennydörgés megszólaltatta hangját”, János „írni készült: és” „hangot hallott az égből, amely ezt mondta”, „Pecsételd le azokat, amiket a hét mennydörgés mondott, és ne írd meg azokat.”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negyvenedik vers rejtett történetét most Júdának törzséből való Oroszlán nyitja fel, és ebben a történetben az igaz protestáns szarv vonalát a hét mennydörgés jelképezi. Amikor a pusztában szóló hang 2023 júliusában kiáltani kezdett, Júdának törzséből való Oroszlán újabb kijelentést tárt fel arról, mit jelképez a „Hét Mennydörgés”.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hét mennydörgés azt a történelmet jelképezi, amely 2020. július 18-ától, amikor a száznegyvennégyezer mozgalmát megölték az utcákon, egészen a hamarosan bekövetkező vasárnaptörvényig tart. A hét mennydörgés vonala azokat az „eseményeket” azonosítja, amelyek ebben a történelemben következnek be. Az első csalódást a Éjféli Kiáltás üzenete követi, majd azt a vasárnaptörvény. Amikor White testvérnő a hét mennydörgést akár az első és második angyal történelmeként, akár jövőbeli eseményekként azonosította, mindkét ábrázolásban azt azonosította, hogy azok „eseményeket” jelképeznek.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Éjféli Kiáltás üzenete úgy hangozhat, mint valami, ami nem „esemény”, ám a millerita történelemben az 1844. augusztus 12-től 17-ig tartó exeteri sátorgyűlés „esemény” volt, több, az eseményhez kapcsolódó részlettel együtt. Mindazonáltal az Éjféli Kiáltás üzenetének megérkezése a sátorgyűlésre egyben a Máté huszonötödik fejezetében található tíz szűzről szóló példázat beteljesedése is volt. Az exeteri sátorgyűlés „eseménye” a hét mennydörgés beteljesedése volt, de a tíz szűzről szóló példázat nem azokra az eseményekre irányul, hanem a szüzek „tapasztalatára”,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 Máté 25-ben található, a tíz szűzről szóló példázat is az adventnép tapasztalatát szemlélteti.” The Great Controversy, 393.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Amiként a hét mennydörgés az első és a harmadik angyal mozgalmának párhuzamos történetét azonosítja, ugyanúgy a tíz szűzről szóló példázat is azonosítja a két párhuzamos történetet.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„Gyakran utalnak nekem a tíz szűzről szóló példázatra, akik közül öt bölcs volt, és öt balga. Ez a példázat beteljesedett, és a legapróbb részletig be fog teljesedni, mert különleges alkalmazása van erre az időre, és a harmadik angyal üzenetéhez hasonlóan beteljesedett, és az idők végezetéig továbbra is jelenvaló igazság marad.” Review and Herald, 1890. augusztus 19.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hét mennydörgés jelképe a párhuzamos történelmek „eseményeit” ábrázolja, a tíz szűz pedig az okos és balga szüzek „tapasztalatát” e két párhuzamos történelemben. A millerita tapasztalat 1856-ig Filadelfia tapasztalata volt, a száznegyvennégyezer mozgalmának tapasztalata pedig nem sokkal 2023 júliusa utánig Laodicea tapasztalata volt. Mindkét történelemben az okos és a balga szüzek a Éjféli Kiáltás üzenetének érkezésekor fognak megnyilvánulni, mert akkor fog meglátszani, kik rendelkeztek a felkészülés olajával.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„Az egyház ama állapota, amelyet a balga szüzek jelképeznek, egyúttal laodiceai állapotként is említtetik.” Review and Herald, 1890. augusztus 19.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Akik megtagadják, hogy magukhoz vegyék azt az üzenetet, amely Mihály arkangyal kezében van, aki 2023. július végén szállt alá, Laodicea állapotában maradnak; akik pedig magukhoz veszik a kis könyvet és megeszik azt, átmennek Philadelphia állapotába. Laodicea állapota olyan népet, illetve személyt jelképez, akin kívül Krisztus áll, jóllehet bebocsáttatást keres; Philadelphia állapotát pedig az istenség és az emberiség egyesüléseként ábrázolja. A hét mennydörgés az igaz protestáns szarv vonalának „eseményeit” azonosítja, amely a negyvenedik vers rejtett történetébe van elhelyezve, 2020. július 18-án kezdődve és a vasárnapi törvénynél végződve.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tíz szűzről szóló példázat azonosítja azok „tapasztalatát”, akik elhívást kaptak arra, hogy ugyanebben az időszakban a száznegyvennégyezer közé tartozzanak. Azok az „események”, amelyek 2020. július 18-ától a vasárnaptörvényig azonosítják a száznegyvennégyezer történetét, valamint a két osztály „tapasztalata” e történet során együtt jár annak a munkának az azonosításával, amely e két párhuzamos történetben rájuk bízatott, illetve rájuk van bízva. A munkát a Jelenések könyve tizennegyedik fejezetének angyalai jelképezik; a milleriták munkáját az első és a második angyal jelképezte, a száznegyvennégyezer munkáját pedig a harmadik angyal jelképezi.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„Drága alkalmaim voltak arra, hogy tapasztalatot szerezzek. Tapasztalatom van az első, a második és a harmadik angyal üzenetében. Az angyalok úgy vannak ábrázolva, mint akik az ég közepén repülnek, figyelmeztető üzenetet hirdetve a világnak, amely közvetlenül érinti az e föld történelmének utolsó napjaiban élő népet. Senki sem hallja e angyalok hangját, mert jelképek ők, amelyek Isten népét ábrázolják, akik a menny egyetemével összhangban munkálkodnak. A Szentlélek által megvilágosított, és az igazság által megszentelt férfiak és nők a három üzenetet a maguk sorrendjében hirdetik.” Life Sketches, 429.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2001. szeptember 11-én, a pecsételés idejének kezdetén Isten utolsó napi népére bízott munka ismét Isten utolsó napi népének adatik a pecsételés idejének végén, amikor Mihály 2023 júliusában alászállt.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„János látott egy »másik angyalt leszállni a mennyből, akinek nagy hatalma volt; és az egész föld beragyogott az ő dicsőségétől.« Jelenések 18:1. Ez a munka Isten népének hangja, amely figyelmeztető üzenetet hirdet a világnak.” The 1888 Materials, 926.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Miként a hét mennydörgés által jelképezett „események”, és a tíz szűz által ábrázolt „tapasztalat” esetében is, a három angyal munkája két párhuzamos történelmet képvisel.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„Isten kijelölte a Jelenések 14. fejezete üzeneteinek helyét a próféciák sorában, és munkájuknak nem szabad megszűnnie e föld történelmének lezárultáig. Az első és a második angyal üzenete még mindig jelen időre szóló igazság, és párhuzamosan kell haladnia az ezt követővel. A harmadik angyal hangos szóval hirdeti figyelmeztetését. »Ezek után« — mondta János — »láttam egy másik angyalt alászállni a mennyből, akinek nagy hatalma volt, és a föld megvilágosodott az ő dicsőségétől.« Ebben a megvilágosodásban mindhárom üzenet világossága egyesül.” The 1888 Materials, 804.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Dániel tizenegyedik fejezetének tizenharmadiktól tizenötödikig terjedő verseiben az elhajlott protestantizmus vonalának (a Makkabeusok), az elhajlott republikanizmusnak (III. Antiokhosz) és Tírusz paráznájának (a te néped rablói) prófétai munkája azonosíttatik. Ugyanebben a történelmi folyamatban az igazi protestáns szarvnak, a száznegyvennégyezernek prófétai vonalai azonosítják az ő munkájukat, „tapasztalatukat” és azokat az „eseményeket”, amelyek Isten utolsó napokban élő népe között bekövetkeznek. Az igazi protestáns szarv vonala a hét mennydörgés által van jelképezve, amely a Jelenések könyvében az egyetlen olyan prófécia, amelyről az van kijelentve, hogy le van pecsételve. Közvetlenül a kegyelemidő lezárulta előtt Júda törzsének Oroszlánjától — Attól, aki lepecsételte a hét mennydörgés próféciáját — érkezik a parancs, hogy e könyv próféciáit fel kell nyitni.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száznegyvennégyezer lepecsételési idejének végén bekövetkező hét mennydörgés felnyitását, amelynek előképét a hét mennydörgésnek a lepecsételési idő kezdetén történt felnyitása adta, (sorról sorra) Dániel könyvének arra a részére kell alkalmazni, amely az utolsó napokra vonatkozik; és ez a rész a negyvenedik vers rejtett története. Amikor ez a felnyitás teljesen végbemegy, amint azt a hetedik pecsét feltörése jelképezi, Isten kitölti Szentlelke tüzét a száznegyvennégyezerre, miként azt pünkösdkor a tanítványokkal tette. Pünkösd összhangban áll a hamarosan eljövendő vasárnapi törvénnyel.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„Őszinte, buzgó vágyakozással tekintek előre arra az időre, amikor a pünkösd napjának eseményei még nagyobb erővel ismétlődnek meg, mint azon az alkalmon. János ezt mondja: »Láttam más angyalt alászállni a mennyből, akinek nagy hatalma volt; és a föld megvilágosodott az ő dicsőségétől.« Akkor pedig, miként pünkösd idején, az emberek hallani fogják a nekik hirdetett igazságot, ki-ki a maga nyelvén.”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„Isten új életet lehelhet minden lélekbe, aki őszintén vágyik arra, hogy Neki szolgáljon, és megérintheti az ajkakat az oltárról vett eleven szénnel, s képessé teheti azokat arra, hogy ékesszólóan hirdessék az Ő dicséretét. Hangok ezrei telnek meg azzal az erővel, hogy Isten Igéjének csodálatos igazságait hirdessék. A dadogó nyelv megoldatik, a félénkek pedig megerősíttetnek arra, hogy bátran tegyenek bizonyságot az igazságról. Segítse meg az Úr az Ő népét, hogy megtisztítsa a lélek templomát minden szennytől, és olyan szoros kapcsolatot tartson fenn Vele, hogy részesei lehessenek a késői esőnek, amikor az kitöltetik.” Review and Herald, 1886. július 20.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pecsételés idejének kezdete szemlélteti a pecsételés idejének végét. Kezdetben a késői eső mértékkel áradt ki, a végén pedig mérték nélkül árad ki. A 2001. szeptember 11-én alászálló angyal ugyanaz az angyal, aki 2023 júliusának végén szállt alá. Pünkösd története Krisztus feltámadásakor kezdődött, és Pünkösd tökéletes beteljesedésének befejezése a száznegyvennégyezer feltámadásakor van.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„Krisztusnak az a cselekedete, hogy rálehelt tanítványaira, a Szentlelket adva nekik, és békességét közölve velük, csupán néhány csepp volt ahhoz a bőséges záporhoz képest, amely pünkösd napján adatott.” Spirit of Prophecy, 3. kötet, 243.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Krisztus feltámadása után lehelt tanítványaira, közvetlenül azután, hogy felment az Ő Atyjához. Miután alászállt az Atyjával való találkozásból, megjelent a tanítványoknak, és rájuk lehelt néhány „cseppet”, amelyek megelőzték „a pünkösd bőséges záporait”. A néhány csepp a pecsételés idejének kezdetét jelképezi, a bőséges záporok pedig annak végét. A pecsételés idejének kezdete megismétlődik a végén, és amiként Krisztus a pünkösdi időszak kezdetén tanítványaira lehelt, ugyanúgy lehelt az utolsó napokban élő népére is annak az időszaknak a végén.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 száraz csontokra Isten Szentlelkének kell rálehelnie, hogy működésbe lépjenek, mintegy a halálból való feltámadás által.” Bible Training School, 1903. december 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két tanú halála magában foglalja azt a tényt, hogy azok, akik Nashville és 2020. július 18. hamis üzenetét hirdették, ezt laodiceaiakként tették. A halott, száraz csontok feltámadása átmenetet jelképez a Laodicea állapotából, amely a halál állapota, a Filadelfia állapotába, amely az élet. A lehelet, amely a feltámadást és az átmenetet létrehozza, prófétai üzenet.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„Milyen hatalmat kell kapnunk Istentől ahhoz, hogy a jeges szívek, amelyek csupán törvényeskedő vallásossággal bírnak, meglássák a számukra készített jobb dolgokat — Krisztust és az Ő igazságát! Életet adó üzenetre volt szükség, hogy életre keltse a száraz csontokat.” Manuscript Releases, 12. kötet, 205.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Krisztus feltámadása és pünkösd közötti időszak két részre oszlott: az első negyven nap volt, amelynek végén Ő felment a mennybe, ezt pedig tíz nap követte pünkösd előtt. A negyven a puszta jelképe, miként a három és fél nap, valamint az ezerkétszázhatvan év vagy nap is.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Amikor Mihály 2023 júliusában alászállt, véget ért a halál három és fél napja az utcákon, miközben Krisztus megkezdte istenségének az emberiséggel való egyesítésének munkáját a száznegyvennégyezer között. Ezt a munkát az a tíz nap jelképezte, amely Pünkösdöt megelőzte, amikor a bűn eltávolíttatott, és megvalósult az egység a testvérek között. A tíz a próbatétel folyamatát jelképezi, és ez a próbatételi folyamat Pünkösdkor ért véget, amely a vasárnaptörvényt jelképezi.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Ugyanabban a történelmi szakaszban, a negyvenedik versben, ahol nyolc perzsa király, valamint a zsidók és Róma közötti szövetség története a fenevad képmásának próbatételi folyamatát szemlélteti, a szüzek próbatételi folyamata a pünkösdöt megelőző tíz napban van ábrázolva. A protestantizmus és a republikanizmus hitehagyott szarvai abban a történelmi szakaszban egyesülnek, hogy létrehozzák a fenevad képmását, míg az igaz protestáns szarv emberi természetüket Krisztus istenségével egyesíti, és így Krisztus képmását formálja meg egy olyan folyamatban, amely az imádók két osztályát választja külön.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hét mennydörgésként jelképezett történelmi események fel vannak nyitva a Dániel 11. fejezetének tizenharmadiktól tizenötödik versig terjedő szakasza által ábrázolt történelemben, és együtt párhuzamba vannak állítva a negyvenedik vers rejtett történelmével, amely a hamarosan bekövetkező vasárnaptörvénynél zárul le, amikor a szombatünneplők számára lezárul a kegyelemidő.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„E példázatok ismét azt tanítják, hogy az ítélet után nincs több kegyelmi idő. Amikor az evangélium munkája befejeződik, azt azonnal követi a jók és a gonoszok közötti elkülönítés, és mindkét csoport sorsa örökre eldől.” Christ’s Object Lessons, 123.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bölcsek és a balgák, a laodiceabeliek és a filadelfiaiak, illetve a búza és a konkoly szétválasztását az angyalok végzik.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„Hagyjátok, hogy a konkoly és a búza együtt növekedjék az aratásig. Azután az angyalok végzik el a szétválasztás munkáját.” Selected Messages, 2. könyv, 69.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közvetlenül a kegyelmi idő lezárulta előtt feltárt üzenet azonosítja Isten népének munkáját, amint azt az angyalok jelképezik. Az e cikkekben foglalt üzenet jelenleg több mint hatvan nyelven (nyelveken) kerül közzétételre szerte a földön. Ez most, közvetlenül a kegyelmi idő lezárulta előtt valósul meg, és Isten utolsó napokban élő népének feladata, hogy ezt az üzenetet hirdesse. Az üzenet azonosítja a hét mennydörgés által jelképezett eseményeket, és az üzenet megértésének és hirdetésének munkája létrehozza az okos szüzek tapasztalatát.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Ezt a tanulmányt a következő cikkben folytatjuk.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„Az éjjeli látomásokban egy igen megrendítő jelenet vonult el előttem. Láttam, amint egy hatalmas tűzgömb gyönyörű paloták közé hullott, s azok azonnali pusztulását okozta. Hallottam, hogy valaki ezt mondta: »Tudtuk, hogy Isten ítéletei eljönnek a földre, de nem tudtuk, hogy ilyen hamar eljönnek.« Mások gyötrődő hangon ezt mondták: »Tudtátok! Miért nem szóltatok hát nekünk? Mi nem tudtuk.« Mindenfelől a szemrehányás hasonló szavait hallottam.”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„Nagy nyomorúságban ébredtem fel. Ismét elaludtam, és úgy tűnt, hogy egy nagy összejövetelen vagyok. Egy tekintéllyel bíró személy szólt az egybegyűltekhez, akik előtt ki volt terítve a világtérkép. Azt mondta, hogy a térkép Isten szőlőskertjét ábrázolja, amelyet művelni kell. Amint a mennyből világosság ragyogott bárkire, annak tovább kellett tükröznie a világosságot mások felé. Sok helyen fényeket kellett gyújtani, és ezekről a fényekről még más fényeket kellett meggyújtani.”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 szavak megismételtettek: „Ti vagytok a föld sója; ha pedig a só elveszti ízét, mivel sózzák meg? Semmire sem való többé, hanem hogy kidobják, és eltapossák az emberek. Ti vagytok a világ világossága. Nem rejtethetik el a hegyen épített város. Gyertyát sem azért gyújtanak, hogy véka alá tegyék, hanem a gyertyatartóba; és világít mindazoknak, akik a házban vannak. Úgy ragyogjon a ti világosságotok az emberek előtt, hogy lássák a ti jó cselekedeteiteket, és dicsőítsék a ti mennyei Atyátokat.” Máté 5:13–16.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„Fénysugarakat láttam felragyogni városokból és falvakból, valamint a föld magaslatairól és alacsony helyeiről. Engedelmeskedtek Isten szavának, és ennek eredményeként minden városban és faluban emlékhelyek álltak az Ő számára. Az Ő igazságát az egész világon hirdették.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„Ekkor ezt a térképet eltávolították, és egy másikat tettek a helyére. Ezen a világosság csak néhány helyről sugárzott. A világ többi része sötétségben volt, itt-ott csupán valami halvány fényderengett. Oktatónk ezt mondta: »Ez a sötétség annak az eredménye, hogy az emberek a maguk útját követték. Ápolták az öröklött és kiművelt rosszra való hajlamaikat. Az életük legfőbb foglalatosságává a kételkedést, a hibakeresést és a vádaskodást tették. Szívük nincs rendben Istennel. Világosságukat véka alá rejtették.«”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„Ha Krisztus minden katonája teljesítette volna kötelességét, ha Sion falain minden őrálló biztos hangot adott volna a trombitával, a világ már ez ideig hallhatta volna a figyelmeztetés üzenetét. De a munka évekkel elmaradt. Mialatt az emberek aludtak, Sátán előnyre tett szert velünk szemben.” Testimonies, 9. kötet, 28–29.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Arial" w:hAnsi="Arial" w:eastAsia="Arial" w:cs="Arial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Arial" w:hAnsi="Arial" w:eastAsia="Arial" w:cs="Arial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Arial" w:hAnsi="Arial" w:eastAsia="Arial" w:cs="Arial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Arial" w:hAnsi="Arial" w:eastAsia="Arial" w:cs="Arial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Arial" w:hAnsi="Arial" w:eastAsia="Arial" w:cs="Arial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Times New Roman" w:hAnsi="Times New Roman" w:eastAsia="Times New Roman" w:cs="Times New Roman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Times New Roman" w:hAnsi="Times New Roman" w:eastAsia="Times New Roman" w:cs="Times New Roman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Times New Roman" w:hAnsi="Times New Roman" w:eastAsia="Times New Roman" w:cs="Times New Roman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Times New Roman" w:hAnsi="Times New Roman"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Dániel könyve – százkilencvenötödik rész</dc:title>
  <dc:subject>Az út a vasárnaptörvényhez: Trump szerepe és a prófétai kibontakozás Dániel 11-ben</dc:subject>
  <dc:creator>Jeff Pippenger</dc:creator>
  <cp:keywords/>
  <dc:description>Generated by ArticleDigger from daniel\195_daniel.json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daniel</cp:category>
  <cp:lastPrinted>2000-01-01T00:00:00Z</cp:lastPrinted>
</cp:coreProperties>
</file>