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Arial" w:hAnsi="Arial" w:eastAsia="Arial" w:cs="Arial"/>
        </w:rPr>
        <w:t>Jövő Amerika számára és 2020. július 18. – Hetes szám</w:t>
      </w:r>
    </w:p>
    <w:p>
      <w:pPr>
        <w:pStyle w:val="ArticleSubtitle"/>
        <w:jc w:val="left"/>
      </w:pPr>
      <w:r>
        <w:rPr>
          <w:rFonts w:ascii="Arial" w:hAnsi="Arial" w:eastAsia="Arial" w:cs="Arial"/>
        </w:rPr>
        <w:t>Az Íjászok</w:t>
      </w:r>
    </w:p>
    <w:p>
      <w:pPr>
        <w:pStyle w:val="ArticleByline"/>
        <w:jc w:val="left"/>
      </w:pPr>
      <w:r>
        <w:rPr>
          <w:rFonts w:ascii="Arial" w:hAnsi="Arial" w:eastAsia="Arial" w:cs="Arial"/>
        </w:rPr>
        <w:t>Jeff Pippenger</w:t>
      </w:r>
    </w:p>
    <w:p>
      <w:pPr>
        <w:pStyle w:val="ArticleDate"/>
        <w:jc w:val="left"/>
      </w:pPr>
      <w:r>
        <w:rPr>
          <w:rFonts w:ascii="Arial" w:hAnsi="Arial" w:eastAsia="Arial" w:cs="Arial"/>
        </w:rPr>
        <w:t>2023-09-25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Egy nemrég megjelent cikkünkben foglalkoztunk Ézsaiás huszonkettedik fejezetének „a látás völgyére” vonatkozó „fenyegető jövendölésével”. Ott a „látás völgyét” a „végidőben” a laodiceabeliek és a filadelfiaiak közötti különbségtétel földrajzi jelképének azonosítottuk. Azok, akik a balga laodiceabeli szüzeket kévékbe kötözték a pusztulás tüzére, az „íjászok” voltak. A bibliai próféciában az íjászok az iszlámot jelképezik.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monda Isten Ábrahámnak: Ne legyen ez terhedre a fiú miatt és szolgálólányod miatt; mindabban, amit Sára mondott neked, hallgass az ő szavára, mert Izsákban neveztetik a te magod. De a szolgálólány fiából is nemzetet támasztok, mert ő is a te magod. Felkele azért Ábrahám jó reggel, vett kenyeret és egy tömlő vizet, és odaadta Hágárnak, vállára téve azt, meg a gyermeket is, és elküldte őt. Az pedig elment, és bolyongott Beérseba pusztájában. Mikor pedig elfogyott a víz a tömlőből, odavetette a gyermeket egy bokor alá. Azután elment, és leült vele szemben jó messzire, mintegy nyíllövésnyire; mert ezt mondta: Ne lássam a gyermek halálát. És leült vele szemben, felemelte szavát, és sírt. Isten pedig meghallotta a fiú szavát; és Isten angyala kiáltott Hágárnak az égből, és ezt mondta neki: Mi bajod, Hágár? Ne félj, mert Isten meghallotta a fiú szavát ott, ahol van. Kelj fel, vedd fel a fiút, és tartsd őt kezeddel, mert nagy nemzetté teszem őt. És Isten megnyitotta szemeit, és meglátott egy vízkutat; odament tehát, megtöltötte a tömlőt vízzel, és inni adott a fiúnak. És Isten a fiúval volt; az pedig felnevekedett, a pusztában lakott, és íjásszá lett. 1Mózes 21:12–21.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Izmael, Hágár fia, az iszlám nemzetének atyjává lett, és „íjászként” lett ábrázolva. Izmael első említése azonosítja szerepét a bibliai próféciában.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az Úr angyala így szólt hozzá: Íme, terhes vagy, és fiút szülsz, és Ismáelnek nevezed őt; mert az Úr meghallotta nyomorúságodat. És ő vad ember lesz; keze mindenki ellen, és mindenki keze őellene lesz; és minden testvére színe előtt lakik majd. 1Mózes 16:11–12.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iszlám nemzete „minden ember ellen” lesz, és „minden ember keze” „ellene” lesz. A „vad”-nak fordított szó a vad arab szamarat jelöli, így Izmael már prófétai jelképként való megjelenésének kezdetétől a „lófélék családjával” kapcsolódik össze, és a világ minden nemzetét egybegyűjti majd az ő nemzete ellen.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milleriták felismerték, hogy a Jelenések könyve kilencedik fejezetének három jajszava az iszlám prófétai történelmét jelképezi, és eközben az iszlámot lóként ábrázolták Habakuk mindkét szent tábláján. Azokat a táblázatokat „az Úr keze irányította”, és Habakuk második fejezetében megjövendöltettek. Elutasítani azt az igazságot, hogy az iszlámot a Jelenések könyve nyolcadik fejezetének tizenharmadik versében szereplő három jajszó jelképezi, annyi, mint elutasítani a Prófétaság Lelkét és Habakukot. Ez mind a Biblia, mind a Prófétaság Lelkének elutasítása.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láttam, és hallottam egy angyalt az ég közepén repülni, aki nagy szóval ezt mondta: Jaj, jaj, jaj a föld lakóinak a másik három angyal trombitaszavainak hátralévő hangjai miatt, akik még trombitálni fognak! Jelenések 8:13.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igazság elutasítása annyi, mint a pusztulás tüzeire jutni, és az adventizmus 1863-ban kezdte meg az igazság fokozatos elutasítását. Az iszlám az a kérdés, amely a harmadik jaj idején a világ minden nemzetét egyesíti. Ezt az egységet 2001. szeptember 11-e szemléltette, amely a hét mennydörgés első útjelzőjeként egyúttal a hét mennydörgés utolsó útjelzőjét is kell, hogy képviselje. A hét mennydörgés utolsó útjelzője az „utolsó napokban” a vasárnaptörvény, azután pedig a harmadik jaj hamar eljön. Az a hatalom, amely haragra ingerli a nemzeteket, az iszlám, és az utolsó napokban az iszlám 2001. szeptember 11-én haragra ingerelte a nemzeteket, de ugyanakkor „féken is tartatott”. Abban az időben a késői eső megkezdte előzetes permetezését a teljes kiáradás előtt, amely akkor következik be, amikor a menyasszony elkészíti magát.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„Abban az időben, amikor az üdvösség munkája a végéhez közeledik, nyomorúság jön a földre, és a nemzetek haragra gerjednek, mégis féken lesznek tartva, hogy ne akadályozzák a harmadik angyal munkáját. Abban az időben eljön a „késői eső”, vagyis felüdülés az Úr színétől, hogy erőt adjon a harmadik angyal hangos kiáltásának, és felkészítse a szenteket arra, hogy megálljanak abban az időszakban, amikor kitöltetik az utolsó hét csapás.” Early Writings, 85.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2001. szeptember 11-én megkezdődött az élők ítélete, a nemzetek megharagudtak az iszlám Egyesült Államok elleni támadása miatt, és kezdetét vette a késői eső hullása. Az ítélet Isten házán kezdődik, és Isten házának ítélete a vasárnaptörvény válságánál ér véget; ezután kezdődik meg Isten másik nyájának ítélete. Sok minden kapcsolódik ehhez a legfontosabb igazsághoz, de ezek az igazságok jól dokumentálva vannak a Habakkuk táblái című sorozatban. Fontos volt ezeket itt, ebben a cikkben elhelyezni, mielőtt visszatérnénk a Jelenések könyve tizenegyedik fejezetének elbeszéléséhez.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ugyanabban az órában nagy földindulás támadt, és a város tizedrésze leomlott, és a földindulásban hétezer ember öletett meg; a maradék pedig megrémült, és dicsőséget adott a menny Istenének. A második jaj elmúlt; íme, a harmadik jaj hamar eljön. Jelenések 11:13, 14.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„nagy földrengés”, amely Franciaország nemzetének a francia forradalomban bekövetkezett felforgatását jelezte, az Egyesült Államok felforgatását jelképezi a vasárnaptörvény idején. A nemzeti hitehagyást nemzeti romlásnak kell követnie, és amikor az Egyesült Államok romba dől, az egész föld alapjaiban rendül meg; ezért a „földrengés” jelképe. Ezen a ponton „hamar eljő a harmadik jaj”. Az iszlám a két szent táblán mint a Jelenések könyve kilencedik fejezetének első és második jajszava van azonosítva, és ha az első jaj az iszlám, és a második jaj az iszlám, akkor a harmadik jajnak is az iszlámnak kell lennie, mert két tanúbizonyság alapján állapíttatik meg egy dolog. Az Egyesült Államokat a vasárnaptörvény idején ismét az iszlám fogja sújtani.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Ezékiel csontokkal teli völgyéről szólva White testvér a következőket jegyzi fel.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„Az angyalok visszatartják a négy szelet, amelyek egy elszabadulni és az egész föld színén végigvágtatni készülő, dühödt lóként vannak ábrázolva, pusztulást és halált hozva útjukban.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„Aludjunk-e az örök világ legszélén? Legyünk-e tompák, hidegek és holtak? Ó, bárcsak gyülekezeteinkben Isten Lelke és lehelete áradna az Ő népébe, hogy talpra álljanak és éljenek. Fel kell ismernünk, hogy az út keskeny, és a kapu szoros. Ám amikor áthaladunk a szoros kapun, annak tágassága határtalan.” Kéziratközlések, 20. kötet, 217.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„négy szél” üzenete, amely talpra állítja a Jelenések könyve tizenegyedik fejezetének két prófétáját, a bibliai prófécia haragos lovának üzenete, amint azt a bibliai bizonyságtétel egészében bemutatja, de úgy is, amint az Habakuk két szent tábláján szemléletesen ábrázolva van. Az az üzenet, amely Illést és Mózest talpra állítja, a harmadik jaj üzenete, amely gyorsan eljön azután, hogy talpra állíttatnak; mert amikor elérkezik a vasárnaptörvény, és az iszlám ismét lecsap, Mózes és Illés felemeltetnek mint zászló a nemzetek számára.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iszlám harmadik jajkiáltása egyben a hetedik trombita is. A hetedik trombita megszólalásának kezdete 1844. október 22-én volt, amikor megkezdődött az ítélet.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Hanem a hetedik angyal szavának napjaiban, amikor trombitálni kezd, bevégeztetik az Isten titka, amint megjelentette az ő szolgáinak, a prófétáknak. Jelenések 10:7.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„A hetedik angyal szózatának napjai” a vizsgálati ítélet napjai, amely 1844. október 22-én kezdődött. Ekkor vette kezdetét a holtak ítélete. Mihelyt a harmadik jaj hamar eljön, ismét megjelöltté válik a hetedik trombita megszólalása. Ez a megszólalás nem a vizsgálati ítélet kezdete, hanem Isten háza ítéletének vége, és Isten másik nyájának ítélete kezdete.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megszólalt a hetedik angyal; és nagy szózatok hallatszottak a mennyben, amelyek ezt mondták: E világ országai a mi Urunknak és az ő Krisztusának országává lettek; és uralkodni fog örökkön örökké. És a huszonnégy vén, akik Isten előtt ültek székeiken, arcra borultak, és imádták Istent, mondván: Hálát adunk néked, mindenható Úr Isten, aki vagy, és aki voltál, és aki eljövendő vagy; mert a te nagy hatalmadat kezedbe vetted, és uralkodtál. Jelenések 11:15–17.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„Isten titka” a Krisztus bennünk, a dicsőség reménysége, amely abban az időszakban jut teljességre, amikor Mózes és Illés előállnak, és feltámadnak Isten Igéjéből származó üzenet által, amely azonosítja az iszlámot. Ha az üzenetet elfogadják, egy lelket a mennyei csűr számára köt meg; de azok számára, akik elutasítják az üzenetet, az az iszlám íjászainak üzenete, amely kévékbe kötözi őket, hogy a pusztulás tüzeiben égjenek el. A hetedik trombita üzenete elpecsételi a száznegyvennégyezret, mielőtt felemeltetnének zászlóként, hogy bevigyék Isten másik nyáját. A két feltámadt prófétát előbb el kell pecsételni, mielőtt a világ figyelmeztetést kaphatna.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 Szentlélek munkája az, hogy meggyőzze a világot a bűnről, az igazságról és az ítéletről. A világot csak úgy lehet figyelmeztetni, ha látja, hogy azok, akik hiszik az igazságot, az igazság által megszentelődtek, magasztos és szent elvek szerint cselekszenek, és emelkedett, fennkölt értelemben megmutatják a választóvonalat azok között, akik megtartják Isten parancsolatait, és azok között, akik lábbal tiporják azokat. A Lélek általi megszentelődés jelzi a különbséget azok között, akik Isten pecsétjét viselik, és azok között, akik hamis nyugalomnapot tartanak meg. Amikor eljön a próba, világosan meg fog mutatkozni, mi a fenevad bélyege. Ez a vasárnap megtartása. Azok, akik az igazság meghallása után továbbra is szentnek tekintik ezt a napot, a bűn emberének ismertetőjegyét hordozzák, annak az embernek a jelét, aki arra gondolt, hogy megváltoztatja az időket és a törvényeket. Bible Training School, 1903. december 1.”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Amikor a száznegyvennégyezer zászlóul emeltetik a nemzetek elé, a nemzetek megharagszanak majd. A Biblia próféciájában az a hatalom, amely haragra indítja a nemzeteket, az iszlám. Az iszlám a vasárnaptörvény idején ismét le fog sújtani az Egyesült Államokra.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megharagudtak a nemzetek, és eljött a te haragod, és a halottak ideje, hogy megítéltessenek, és hogy jutalmat adj a te szolgáidnak, a prófétáknak és a szenteknek, és azoknak, akik félik a te nevedet, kicsinyeknek és nagyoknak; és hogy elpusztítsd azokat, akik pusztítják a földet. És megnyittaték az Isten temploma a mennyben, és megláttaték az ő templomában az ő szövetségének ládája; és villámlások, szózatok, mennydörgések, földindulás és nagy jégeső lőn. Jelenések 11:18, 19.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prófétai események e sorozata után János bemutatja az egyházat, akik a zászló lesznek.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nagy jel tűnt fel az égben: egy asszony, aki a napba volt öltözve, lába alatt a hold, fején pedig tizenkét csillagból álló korona. És várandós lévén, kiáltott, szülési fájdalmak között gyötrődve és vajúdva, hogy megszüljön. Jelenések 12:1.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Itt az a gyülekezet jelenik meg, amely megöletett, eltiportatott, feltámadt, és azután felvétetik a mennybe, miközben Isten zászlaja a nap dicsőségével fénylik. A holdon állnak, amely a koronájukon levő tizenkét csillag árnyékát jelképezi. Az árnyék az ősi Izráel tizenkét törzse, amely előképezte és visszatükrözte a tizenkét tanítványt, akik az ő koronájában levő tizenkét csillag. Az ősi Izráel kezdete a szemléltetésben az ősi Izráel végét előképezi.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asszony éppen gyermeket készül szülni, ami Krisztus születését jelöli az ősi Izráel végén, most azonban a pogányok születését jelképezi, akik kijönnek Babilonból, és csatlakoznak a száznegyvennégyezerhez. Mihelyt Illés és Mózes zászlóként felemeltetnek, megszüli Isten másik nyáját, amely válaszolni fog a zászlóra.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„világot csak úgy lehet figyelmeztetni”, ha a száznegyvennégyezer a zászlóként felemeltetik ama válság idején, amely az Egyesült Államokban a vasárnaptörvénnyel veszi kezdetét. Azok, akik kijönnek Babilonból, és a száznegyvennégyezerrel együtt megállnak, a nagy sokaságként vannak bemutatva. E két, a Jelenések könyve hetedik fejezetében található csoportot Mózes és Illés képviseli a megdicsőülés hegyén, és Isten győzedelmes egyháza, amely feltámasztatik és zászlóként felemeltetik, egyesül Isten más juhaival, akik akkor még Babilonban vannak ama végső válság idején.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Halljátok az Úr igéjét, ti, akik rettegtek az ő beszédétől: Testvéreitek, akik gyűlöltek titeket, akik kivetettek titeket az én nevemért, ezt mondták: Dicsőíttessék meg az Úr! De ő megjelenik a ti örömötökre, ők pedig megszégyenülnek. Zúgás szava a városból, hang a templomból, az Úr hangja, aki megfizet ellenségeinek. Mielőtt vajúdott volna, szült; mielőtt fájdalma rátört volna, fiúgyermeket hozott világra. Ki hallott ilyet? Ki látott efféléket? Vajon egyetlen napon jön-e világra egy ország? Vagy egyszerre születik-e egy nemzet? Mert mihelyt Sion vajúdni kezdett, megszülte fiait. Vajon én nyitom meg az anyaméhet, és nem engedem megszülni? ezt mondja az Úr; vajon én, aki szülést adok, bezárnám-e az anyaméhet? ezt mondja a te Istened. Örvendezzetek Jeruzsálemmel, és vigadjatok vele mindnyájan, akik szeretitek őt; örvendezzetek vele nagy örömmel mind, akik gyászoltok miatta: hogy szophassatok, és megelégedjetek vigasztalásának emlőiből; hogy szívhassatok, és gyönyörködjetek dicsőségének bőségében. Mert így szól az Úr: Íme, úgy terjesztem ki rá a békességet, mint a folyót, és a nemzetek dicsőségét, mint az áradó patakot; akkor szopni fogtok, oldalon hordoznak titeket, és térden ringatnak. Ahogyan az anyja vigasztal valakit, úgy vigasztallak én titeket; és Jeruzsálemben nyertek vigasztalást. Ha majd ezt látjátok, örvendezni fog szívetek, és csontjaitok kivirágoznak, mint a zsenge fű; és nyilvánvalóvá lesz az Úr keze szolgái fölött, és felindulása ellenségei ellen. Ézsaiás 66:5–14.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Azok, akik akkor születnek meg, amikor felemelkednek a mennybe, azok, akiket gyűlölő testvéreik kivetettek maguk közül. Az őket gyűlölő testvéreik, akik örvendeztek halálukon, azok, akik azt mondják magukról, hogy zsidók, pedig nem azok. Ők a Sátán zsinagógájához tartoznak, akik prófétai értelemben hódolni fognak a zászló lábainál, amely „Izráel számkivetettjeiből” áll.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zászlót emel a népek előtt, összegyűjti Izráel számkivetettjeit, és egybegyűjti Júda szétszórtjait a föld négy széléről. Ézsaiás 11:12.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„Ön úgy gondolja, hogy azok, akik a szentek lábai előtt borulnak le imádásra (Jelenések 3:9), végül üdvözülnek. Itt azonban különböznöm kell Öntől; mert Isten megmutatta nekem, hogy ez a csoport hitvalló adventistákból állt, akik elestek, és „újra megfeszítették maguknak az Isten Fiát, és nyilvános gyalázatnak tették ki őt.” És a „megkísértés órájában”, amely még előttünk áll, hogy mindenki igaz jelleme nyilvánvalóvá legyen, meg fogják tudni, hogy örökre elvesztek, és lelkük gyötrelmétől elborítva a szentek lábai elé borulnak.” Word to the Little Flock, 12.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Akinek van füle, hallja, mit mond a Lélek a gyülekezeteknek.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Arial" w:hAnsi="Arial" w:eastAsia="Arial" w:cs="Arial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Arial" w:hAnsi="Arial" w:eastAsia="Arial" w:cs="Arial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Arial" w:hAnsi="Arial" w:eastAsia="Arial" w:cs="Arial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Arial" w:hAnsi="Arial" w:eastAsia="Arial" w:cs="Arial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Arial" w:hAnsi="Arial" w:eastAsia="Arial" w:cs="Arial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Times New Roman" w:hAnsi="Times New Roman" w:eastAsia="Times New Roman" w:cs="Times New Roman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Times New Roman" w:hAnsi="Times New Roman" w:eastAsia="Times New Roman" w:cs="Times New Roman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Times New Roman" w:hAnsi="Times New Roman" w:eastAsia="Times New Roman" w:cs="Times New Roman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Times New Roman" w:hAnsi="Times New Roman"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Jövő Amerika számára és 2020. július 18. – Hetes szám</dc:title>
  <dc:subject>Az Íjászok</dc:subject>
  <dc:creator>Jeff Pippenger</dc:creator>
  <cp:keywords/>
  <dc:description>Generated by ArticleDigger from future_for_america\07_future_for_america.json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future_for_america</cp:category>
  <cp:lastPrinted>2000-01-01T00:00:00Z</cp:lastPrinted>
</cp:coreProperties>
</file>