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Kilencedik szám</w:t>
      </w:r>
    </w:p>
    <w:p>
      <w:pPr>
        <w:pStyle w:val="ArticleSubtitle"/>
        <w:jc w:val="left"/>
      </w:pPr>
      <w:r>
        <w:rPr>
          <w:rFonts w:ascii="Arial" w:hAnsi="Arial" w:eastAsia="Arial" w:cs="Arial"/>
        </w:rPr>
        <w:t>Hatalom, dicsőség és szenvedés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Péter Paniumban (Caesarea Philippiben) van, ami éppen hat vagy nyolc nappal a közepe előtt van annak a három alkalomnak, amikor Péter, János és Jakab egyedül mentek Jézussal. Az első az Ő hatalmának bemutatása volt Jairus tizenkét éves leányának feltámasztásakor; a második az Ő dicsőségének bemutatása volt a megdicsőülés hegyén; a harmadik pedig a Gecsemáné, az Ő szenvedésének bemutatása. A tizenegyedik fejezetben, Paniumban, Péter közvetlenül a tizenhatodik vers keresztje előtt áll. A hegy volt a három tanítvány három kizárólagos útjának középpontja. A hegyen a mennyei Atya is a három alkalom közül másodszor szólt; az Atya a keresztségnél, a hegyen, majd közvetlenül a kereszt előtt szólt. Péter kétszer is három meghatározott esemény középpontjában áll. Ő egyúttal Máté tizenegyedik és huszonkettedik fejezeteinek is a középpontja.</w:t>
      </w:r>
    </w:p>
    <w:p>
      <w:pPr>
        <w:pStyle w:val="ArticleHeading"/>
        <w:jc w:val="left"/>
      </w:pPr>
      <w:r>
        <w:rPr>
          <w:rFonts w:ascii="Arial" w:hAnsi="Arial" w:eastAsia="Arial" w:cs="Arial"/>
        </w:rPr>
        <w:t>Az asszír</w:t>
      </w:r>
    </w:p>
    <w:p>
      <w:pPr>
        <w:pStyle w:val="ArticleBody"/>
        <w:jc w:val="left"/>
      </w:pPr>
      <w:r>
        <w:rPr>
          <w:rFonts w:ascii="Times New Roman" w:hAnsi="Times New Roman" w:eastAsia="Times New Roman" w:cs="Times New Roman"/>
        </w:rPr>
        <w:t>A hegy a diadalmenet bevonulása előtt volt, amely azzal kezdődött, hogy eloldották a szamarat, hogy bevigye az áldozatot Jeruzsálembe, miként Ábrahám szamara is vitte az áldozathoz a fát a Mórijára, a jeruzsálemi templom ősi helyére. A kürtzengés ünnepe a Léviticus huszonhárom rendjében a szamár eloldását jelöli, ezért a megdicsőülés hegyének tapasztalata megelőzte a diadalmenet bevonulását, s így Pétert a Léviticus huszonhárom harminc napjának történetébe helyezi, amely a pünkösdi időszakkal áll összhangban. E harminc nap alatt a templom (a középső próba) rájuk vettetik a jelöltekre, akik a nyolcvan vitéz pap közé tartoznak. Uzziás király szent helyen elkövetett lázadásának bizonyságtételében a nyolcvan pap vitéznek van nevezve, s ez arra utal, hogy voltak papok, akik nem vettek részt.</w:t>
      </w:r>
    </w:p>
    <w:p>
      <w:pPr>
        <w:pStyle w:val="ArticleScripture"/>
        <w:jc w:val="left"/>
      </w:pPr>
      <w:r>
        <w:rPr>
          <w:rFonts w:ascii="Times New Roman" w:hAnsi="Times New Roman" w:eastAsia="Times New Roman" w:cs="Times New Roman"/>
        </w:rPr>
        <w:t>És bement utána Azariás pap, és vele együtt az Úr nyolcvan papja, derék férfiak; és ellene álltak Uzziás királynak, és azt mondták neki: Nem téged illet, Uzziás, hogy füstölőt égess az Úrnak, hanem a papokat, Áron fiait, akik fel vannak szentelve a füstölésre: menj ki a szentélyből, mert vétkeztél; és ez nem lesz dicsőségedre az Úr Istentől. 2 Krónikák 26:17, 18.</w:t>
      </w:r>
    </w:p>
    <w:p>
      <w:pPr>
        <w:pStyle w:val="ArticleBody"/>
        <w:jc w:val="left"/>
      </w:pPr>
      <w:r>
        <w:rPr>
          <w:rFonts w:ascii="Times New Roman" w:hAnsi="Times New Roman" w:eastAsia="Times New Roman" w:cs="Times New Roman"/>
        </w:rPr>
        <w:t>A vitéz papok azok, akik követik a Bárányt, valahová csak megy.</w:t>
      </w:r>
    </w:p>
    <w:p>
      <w:pPr>
        <w:pStyle w:val="ArticleScripture"/>
        <w:jc w:val="left"/>
      </w:pPr>
      <w:r>
        <w:rPr>
          <w:rFonts w:ascii="Times New Roman" w:hAnsi="Times New Roman" w:eastAsia="Times New Roman" w:cs="Times New Roman"/>
        </w:rPr>
        <w:t>Ezek azok, akik asszonyokkal nem fertőztették meg magukat; mert szüzek. Ezek azok, akik követik a Bárányt, akárhová megy. Ezek váltattak meg az emberek közül, zsengeként az Istennek és a Báránynak. Jelenések 14:4.</w:t>
      </w:r>
    </w:p>
    <w:p>
      <w:pPr>
        <w:pStyle w:val="ArticleBody"/>
        <w:jc w:val="left"/>
      </w:pPr>
      <w:r>
        <w:rPr>
          <w:rFonts w:ascii="Times New Roman" w:hAnsi="Times New Roman" w:eastAsia="Times New Roman" w:cs="Times New Roman"/>
        </w:rPr>
        <w:t>Júda törzsének Oroszlánja bevezeti népét a Szentek Szentjébe, és rátekintet velük a szövetség ládájára, valamint arra készteti őket, hogy szemléljék a Főpapot, aki ott szolgál bűneltörlő munkájának végső szakaszában. Péter 2023. december 31-én feltámadt, majd szembesült az alapról szóló próbával Róma szerepét illetően a prófécia külső látomásának megalapozásában. Ezután érkezett el Péter számára a templom második próbája, és ott jelenik meg a belső vonal látomása Dániel tizedik fejezetének tükörlátomásában.</w:t>
      </w:r>
    </w:p>
    <w:p>
      <w:pPr>
        <w:pStyle w:val="ArticleBody"/>
        <w:jc w:val="left"/>
      </w:pPr>
      <w:r>
        <w:rPr>
          <w:rFonts w:ascii="Times New Roman" w:hAnsi="Times New Roman" w:eastAsia="Times New Roman" w:cs="Times New Roman"/>
        </w:rPr>
        <w:t>Péter 2020. július 18-án megtagadta az ő Urát, és ezt háromszor tette meg.</w:t>
      </w:r>
    </w:p>
    <w:p>
      <w:pPr>
        <w:pStyle w:val="ArticleScripture"/>
        <w:jc w:val="left"/>
      </w:pPr>
      <w:r>
        <w:rPr>
          <w:rFonts w:ascii="Times New Roman" w:hAnsi="Times New Roman" w:eastAsia="Times New Roman" w:cs="Times New Roman"/>
        </w:rPr>
        <w:t>„Péter háromszor nyíltan megtagadta Urát, és Jézus háromszor vont ki belőle szeretetének és hűségének bizonyosságát, szívéhez szegezve azt a metsző kérdést, mint egy szakállas nyilat sebzett szívébe. Az összegyűlt tanítványok előtt Jézus feltárta Péter bűnbánatának mélységét, és megmutatta, milyen alaposan megalázkodott az egykor kérkedő tanítvány.” Jézus élete, 812.</w:t>
      </w:r>
    </w:p>
    <w:p>
      <w:pPr>
        <w:pStyle w:val="ArticleBody"/>
        <w:jc w:val="left"/>
      </w:pPr>
      <w:r>
        <w:rPr>
          <w:rFonts w:ascii="Times New Roman" w:hAnsi="Times New Roman" w:eastAsia="Times New Roman" w:cs="Times New Roman"/>
        </w:rPr>
        <w:t>Péter az imádók két osztályát képviselte.</w:t>
      </w:r>
    </w:p>
    <w:p>
      <w:pPr>
        <w:pStyle w:val="ArticleScripture"/>
        <w:jc w:val="left"/>
      </w:pPr>
      <w:r>
        <w:rPr>
          <w:rFonts w:ascii="Times New Roman" w:hAnsi="Times New Roman" w:eastAsia="Times New Roman" w:cs="Times New Roman"/>
        </w:rPr>
        <w:t>„A farizeus és a vámszedő által jelképezett osztályok mindegyike számára tanulság rejlik Péter apostol történetében. Tanítványságának kezdetén Péter erősnek tartotta magát. A farizeushoz hasonlóan a maga megítélése szerint ő „nem olyan vala, mint egyéb emberek”. Amikor Krisztus elárultatásának előestéjén előre figyelmeztette tanítványait: „Mindnyájan megbotránkoztok énbennem ezen az éjszakán”, Péter bizakodva kijelentette: „Ha mindnyájan megbotránkoznak is, de én nem.” Márk 14:27, 29. Péter nem ismerte a maga veszélyét. Az önbizalom félrevezette. Úgy gondolta, képes ellenállni a kísértésnek; de néhány rövid óra múltán elérkezett a próba, és átkozódva és esküdözve megtagadta Urát.” Krisztus példázatai, 152.</w:t>
      </w:r>
    </w:p>
    <w:p>
      <w:pPr>
        <w:pStyle w:val="ArticleBody"/>
        <w:jc w:val="left"/>
      </w:pPr>
      <w:r>
        <w:rPr>
          <w:rFonts w:ascii="Times New Roman" w:hAnsi="Times New Roman" w:eastAsia="Times New Roman" w:cs="Times New Roman"/>
        </w:rPr>
        <w:t>A vámszedő megigazulva ment haza.</w:t>
      </w:r>
    </w:p>
    <w:p>
      <w:pPr>
        <w:pStyle w:val="ArticleScripture"/>
        <w:jc w:val="left"/>
      </w:pPr>
      <w:r>
        <w:rPr>
          <w:rFonts w:ascii="Times New Roman" w:hAnsi="Times New Roman" w:eastAsia="Times New Roman" w:cs="Times New Roman"/>
        </w:rPr>
        <w:t>„A farizeus és a vámszedő azt a két nagy csoportot képviseli, amelyekbe azok sorolhatók, akik Istent imádni jönnek. Első két képviselőjük abban a két első gyermekben található meg, akik a világra születtek.” Krisztus példázatai, 152.</w:t>
      </w:r>
    </w:p>
    <w:p>
      <w:pPr>
        <w:pStyle w:val="ArticleBody"/>
        <w:jc w:val="left"/>
      </w:pPr>
      <w:r>
        <w:rPr>
          <w:rFonts w:ascii="Times New Roman" w:hAnsi="Times New Roman" w:eastAsia="Times New Roman" w:cs="Times New Roman"/>
        </w:rPr>
        <w:t>Ábel és a vámszedő a hit általi megigazulás jelképei.</w:t>
      </w:r>
    </w:p>
    <w:p>
      <w:pPr>
        <w:pStyle w:val="ArticleScripture"/>
        <w:jc w:val="left"/>
      </w:pPr>
      <w:r>
        <w:rPr>
          <w:rFonts w:ascii="Times New Roman" w:hAnsi="Times New Roman" w:eastAsia="Times New Roman" w:cs="Times New Roman"/>
        </w:rPr>
        <w:t>A vámszedő pedig távol állva még a szemét sem akarta az égre emelni, hanem mellét verve ezt mondta: Isten, légy irgalmas nekem, bűnösnek. Mondom nektek, ez megigazulva ment haza, inkább, mint amaz: mert valaki felmagasztalja magát, megaláztatik; és aki megalázza magát, felmagasztaltatik. Lukács 18:13–14.</w:t>
      </w:r>
    </w:p>
    <w:p>
      <w:pPr>
        <w:pStyle w:val="ArticleBody"/>
        <w:jc w:val="left"/>
      </w:pPr>
      <w:r>
        <w:rPr>
          <w:rFonts w:ascii="Times New Roman" w:hAnsi="Times New Roman" w:eastAsia="Times New Roman" w:cs="Times New Roman"/>
        </w:rPr>
        <w:t>Az 1888-as üzenetet a Jelenések könyve tizennyolcadik fejezetének angyala alászállása kísérte.</w:t>
      </w:r>
    </w:p>
    <w:p>
      <w:pPr>
        <w:pStyle w:val="ArticleScripture"/>
        <w:jc w:val="left"/>
      </w:pPr>
      <w:r>
        <w:rPr>
          <w:rFonts w:ascii="Times New Roman" w:hAnsi="Times New Roman" w:eastAsia="Times New Roman" w:cs="Times New Roman"/>
        </w:rPr>
        <w:t>„Az Úr az Ő nagy irgalmában egy igen becses üzenetet küldött népének Waggoner és Jones vének által. Ezen üzenetnek az volt a rendeltetése, hogy a világ elé még hangsúlyosabban állítsa a felemeltetett Üdvözítőt, az egész világ bűneiért hozott áldozatot. Bemutatta a megigazulást a Kezesbe vetett hit által; hívta a népet Krisztus igazságának elfogadására, amely Isten valamennyi parancsolatának való engedelmességben nyilvánul meg. Sokan szem elől tévesztették Jézust. Szükségük volt arra, hogy tekintetük az Ő isteni személyére, érdemeire és az emberi nemzetség iránti változhatatlan szeretetére irányíttassék. Minden hatalom az Ő kezébe adatott, hogy gazdag ajándékokat osztogasson az embereknek, közölvén a tehetetlen emberi eszközzel a maga igazságának felbecsülhetetlen ajándékát. Ez az az üzenet, amelynek Isten megparancsolta, hogy a világnak hirdettessék. Ez a harmadik angyal üzenete, amelyet nagy szóval kell hirdetni, és amelyet Lelkének bőséges mértékű kitöltetése kísér.” Testimonies to Ministers, 91.</w:t>
      </w:r>
    </w:p>
    <w:p>
      <w:pPr>
        <w:pStyle w:val="ArticleHeading"/>
        <w:jc w:val="left"/>
      </w:pPr>
      <w:r>
        <w:rPr>
          <w:rFonts w:ascii="Arial" w:hAnsi="Arial" w:eastAsia="Arial" w:cs="Arial"/>
        </w:rPr>
        <w:t>A laodíceai üzenet</w:t>
      </w:r>
    </w:p>
    <w:p>
      <w:pPr>
        <w:pStyle w:val="ArticleScripture"/>
        <w:jc w:val="left"/>
      </w:pPr>
      <w:r>
        <w:rPr>
          <w:rFonts w:ascii="Times New Roman" w:hAnsi="Times New Roman" w:eastAsia="Times New Roman" w:cs="Times New Roman"/>
        </w:rPr>
        <w:t>„Az az üzenet, amelyet A. T. Jones és E. J. Waggoner által kaptunk, Isten üzenete a laodiceai gyülekezethez, és jaj mindenkinek, aki azt vallja, hogy hisz az igazságban, mégsem tükrözi vissza másokra az Istentől adott sugarakat.” The 1888 Materials, 1053.</w:t>
      </w:r>
    </w:p>
    <w:p>
      <w:pPr>
        <w:pStyle w:val="ArticleHeading"/>
        <w:jc w:val="left"/>
      </w:pPr>
      <w:r>
        <w:rPr>
          <w:rFonts w:ascii="Arial" w:hAnsi="Arial" w:eastAsia="Arial" w:cs="Arial"/>
        </w:rPr>
        <w:t>A késői eső üzenete</w:t>
      </w:r>
    </w:p>
    <w:p>
      <w:pPr>
        <w:pStyle w:val="ArticleScripture"/>
        <w:jc w:val="left"/>
      </w:pPr>
      <w:r>
        <w:rPr>
          <w:rFonts w:ascii="Times New Roman" w:hAnsi="Times New Roman" w:eastAsia="Times New Roman" w:cs="Times New Roman"/>
        </w:rPr>
        <w:t>„A késői eső Isten népére fog hullani. Egy hatalmas angyal fog alászállni a mennyből, és az egész föld be fog ragyogni az ő dicsőségétől.” Review and Herald, 1891. április 21.</w:t>
      </w:r>
    </w:p>
    <w:p>
      <w:pPr>
        <w:pStyle w:val="ArticleHeading"/>
        <w:jc w:val="left"/>
      </w:pPr>
      <w:r>
        <w:rPr>
          <w:rFonts w:ascii="Arial" w:hAnsi="Arial" w:eastAsia="Arial" w:cs="Arial"/>
        </w:rPr>
        <w:t>New York City és 9/11</w:t>
      </w:r>
    </w:p>
    <w:p>
      <w:pPr>
        <w:pStyle w:val="ArticleScripture"/>
        <w:jc w:val="left"/>
      </w:pPr>
      <w:r>
        <w:rPr>
          <w:rFonts w:ascii="Times New Roman" w:hAnsi="Times New Roman" w:eastAsia="Times New Roman" w:cs="Times New Roman"/>
        </w:rPr>
        <w:t>„Most pedig az a hír járja, hogy azt mondtam: New Yorkot árhullám fogja elsöpörni? Ezt én soha nem mondtam. Azt mondtam, amikor a hatalmas, emelet emeletre emelkedő épületeket láttam ott felépülni: »Mily rettenetes jelenetek fognak lezajlani, amikor az Úr felkel, hogy rettenetesen megrázza a földet! Akkor beteljesednek a Jelenések 18:1–3 szavai.« A Jelenések könyve tizennyolcadik fejezete teljes egészében figyelmeztetés arra nézve, ami a földre jön. De nincs külön világosságom arra vonatkozóan, hogy mi következik New Yorkra, csak annyit tudok, hogy egy napon az ottani nagy épületek ledőlnek Isten hatalmának forgatása és felforgatása által. A nekem adott világosságból tudom, hogy pusztulás van a világban. Egyetlen szó az Úrtól, hatalmas erejének egyetlen érintése, és ezek a roppant építmények összeomlanak. Olyan jelenetek fognak bekövetkezni, amelyeknek rémületességét el sem tudjuk képzelni.” Review and Herald, 1906. július 5.</w:t>
      </w:r>
    </w:p>
    <w:p>
      <w:pPr>
        <w:pStyle w:val="ArticleBody"/>
        <w:jc w:val="left"/>
      </w:pPr>
      <w:r>
        <w:rPr>
          <w:rFonts w:ascii="Times New Roman" w:hAnsi="Times New Roman" w:eastAsia="Times New Roman" w:cs="Times New Roman"/>
        </w:rPr>
        <w:t>Péter, a vámszedő, azt a lelket jelképezi, aki hit által igazul meg, és a hit általi megigazulás a harmadik angyal üzenete; ez a laodíceai üzenet, amely 9/11-kor érkezett meg, amikor New York nagy épületei leomlottak, és beteljesedett a Jelenések 18:1–3. Ekkor a késői eső permetezni kezdett, és megkezdődött a száznegyvennégyezer elpecsételése. A száznegyvennégyezer elpecsételési idejének végén a Jelenések tizennyolcadik fejezetének angyala alászállt mint Mihály arkangyal, és három próba által feltámasztotta Pétert. Az első próba 2023. december 31-én kezdődött, és azt az alapvető igazságot jelképezte, hogy Róma az a hatalom Dániel tizenegyedik fejezetének tizennegyedik versében, amely megalapozza a látomást. Ez a látomás a chazon-látomás, amely a prófécia külső vonalát jelképezi, amelyről Salamon azt mondja, hogy élet vagy halál.</w:t>
      </w:r>
    </w:p>
    <w:p>
      <w:pPr>
        <w:pStyle w:val="ArticleScripture"/>
        <w:jc w:val="left"/>
      </w:pPr>
      <w:r>
        <w:rPr>
          <w:rFonts w:ascii="Times New Roman" w:hAnsi="Times New Roman" w:eastAsia="Times New Roman" w:cs="Times New Roman"/>
        </w:rPr>
        <w:t>Ahol nincs [cházón] látás, elvadul a nép; de boldog az, aki megtartja a törvényt. Példabeszédek 29:18.</w:t>
      </w:r>
    </w:p>
    <w:p>
      <w:pPr>
        <w:pStyle w:val="ArticleBody"/>
        <w:jc w:val="left"/>
      </w:pPr>
      <w:r>
        <w:rPr>
          <w:rFonts w:ascii="Times New Roman" w:hAnsi="Times New Roman" w:eastAsia="Times New Roman" w:cs="Times New Roman"/>
        </w:rPr>
        <w:t>Péter második próbája a templompróba, amely megköveteli, hogy hit által belépjünk a Szentek Szentjébe, amint White testvérnő azt első látomásaiban szemléltette. Ott látta, hogy a hetedik napi szombat parancsolata a másik kilenc parancsolat fölött fénylik. Az az ítélet kezdetén megjelenő tanítás a megtestesülés tanítását jelképezi, amely az utolsó napokban, az ítélet lezárulása idején, a többi prófétai tanítás fölött fénylik. Krisztusnak, az isteni Lénynek a megtestesülése, amennyiben magára vette a bukott, bűnös testet, noha bűnt nem ismert, sokféle szemléltetésben jelenik meg. Ezek közül a legjelentősebb a hét idő tanítása. A hét idő tanítása Miller prófétai felismeréseinek alfája volt, és 1856-ban ez volt az a tanítás, amely a millerita történelem ómega tanítását képviselte, amikor a millerita filadelfiai adventizmus hét éven át lázadt, és 1863-ban laodiceai Hetednapi Adventista Egyházzá lett.</w:t>
      </w:r>
    </w:p>
    <w:p>
      <w:pPr>
        <w:pStyle w:val="ArticleBody"/>
        <w:jc w:val="left"/>
      </w:pPr>
      <w:r>
        <w:rPr>
          <w:rFonts w:ascii="Times New Roman" w:hAnsi="Times New Roman" w:eastAsia="Times New Roman" w:cs="Times New Roman"/>
        </w:rPr>
        <w:t>Ezékiel harminchetedik fejezetének két botja az északi és a déli királyság ellen kimondott két 2520 éves ítéletet jelképezi. Az északi királyság az emberi testet jelképezi, a déli királyság pedig azt az elmét, amely arra lett rendelve, hogy egyesüljön Krisztus elméjével; így az istenség egyesülne az emberiséggel. Ez a megtestesülés tanítása leegyszerűsített ábrázolásban. A „hét idő” a Millerita történelem alfája és ómegája volt, és mivel a megtestesülést jelképezi, a Hetednapi Adventista történelem ómegája is az 1844-ben megjelenő alfa-szombat tanhoz viszonyítva. Az egyik a hetedik napi szombat jele, a másik pedig a hetedik évi szombat jele.</w:t>
      </w:r>
    </w:p>
    <w:p>
      <w:pPr>
        <w:pStyle w:val="ArticleBody"/>
        <w:jc w:val="left"/>
      </w:pPr>
      <w:r>
        <w:rPr>
          <w:rFonts w:ascii="Times New Roman" w:hAnsi="Times New Roman" w:eastAsia="Times New Roman" w:cs="Times New Roman"/>
        </w:rPr>
        <w:t>Péter neve Paniumnál változik meg, ami Ábrahámnak a választott néppel kötött első szövetségre vonatkozó ábrázolásában a második lépés volt; és Péter a maga második lépésénél a választott néppel kötött utolsó szövetség képviselőjévé válik. Ez a tizenegyedik fejezettől a huszonkettedikig terjedő fejezetsor második lépése, és egyben a második a három alkalom közül, amikor Péter, Jakab és János Jézussal a többi tanítványtól elkülönülve mentek el, valamint a második a három alkalom közül, amikor a mennyei Atya szólt. Néró vonala a Raphia és Panium csatái közötti felezőpontnál ér véget, mert egybeesik a másik két, 250 éves időszakkal, amelyek Kr. e. 457-ben és 1776-ban kezdődtek. Kr. e. 457 Kr. e. 207-ben ért véget, és 1776 2026-ban ér véget. Péter Kr. e. 207-nél, 2026-nál, 313-nál és annál a templomi próbánál áll, amely megelőzi a szamár eloldásának harmadik és lakmuszpróbáját, amelyet a kürtzengés ünnepe jelképez.</w:t>
      </w:r>
    </w:p>
    <w:p>
      <w:pPr>
        <w:pStyle w:val="ArticleBody"/>
        <w:jc w:val="left"/>
      </w:pPr>
      <w:r>
        <w:rPr>
          <w:rFonts w:ascii="Times New Roman" w:hAnsi="Times New Roman" w:eastAsia="Times New Roman" w:cs="Times New Roman"/>
        </w:rPr>
        <w:t>Péter próbája az, hogy kövesse Krisztust a Szentek Szentjébe, és munkája az, hogy helyreigazítsa, majd hirdesse Nashville tűzgömbjeinek helyreigazított üzenetét. Péter Nashville tűzgömbjeiről szóló üzenete a pünkösd üzenete, amely először a felházban, ezt követően pedig a templomban hangzott el. Üzenetét úgy tárja elő, hogy azonosítja Nashville tűzgömbjeit és a rafiai ütközet beteljesedését a paniumi ütközettel összefüggésben, amely a tizenhatodik vers vasárnapi törvényénél az actiumi ütközetté válik. A tizenhatodik vers vasárnapi törvénye egyben a negyvenegyedik és a huszonkettedik vers vasárnapi törvénye is. Ez a három vers a harmincegyedik verssel is összhangban áll, ahol a pápaság 538-ban átvette az irányítást, és az orléans-i harmadik zsinaton vasárnapi törvényt hozott. Azok a versek, amelyek a harmincegyedik vershez vezetnek, olyan útjelzőket azonosítanak, amelyek az 538-as vasárnapi törvényhez vezettek, és előképezik azt a történelmet, amely a hamarosan bekövetkező vasárnapi törvényt megelőzi.</w:t>
      </w:r>
    </w:p>
    <w:p>
      <w:pPr>
        <w:pStyle w:val="ArticleScripture"/>
        <w:jc w:val="left"/>
      </w:pPr>
      <w:r>
        <w:rPr>
          <w:rFonts w:ascii="Times New Roman" w:hAnsi="Times New Roman" w:eastAsia="Times New Roman" w:cs="Times New Roman"/>
        </w:rPr>
        <w:t>Mert a Kittim hajói ellene jönnek; ezért megrendül, és visszatér, és felindul a szent szövetség ellen; így cselekszik majd; sőt visszatér, és egyetértésre jut azokkal, akik elhagyják a szent szövetséget. És seregek állnak az ő oldalán, és megfertőztetik az erősség szentélyét, és eltávolítják a mindennapi áldozatot, és felállítják a pusztító utálatosságot. Dániel 11:30, 31.</w:t>
      </w:r>
    </w:p>
    <w:p>
      <w:pPr>
        <w:pStyle w:val="ArticleBody"/>
        <w:jc w:val="left"/>
      </w:pPr>
      <w:r>
        <w:rPr>
          <w:rFonts w:ascii="Times New Roman" w:hAnsi="Times New Roman" w:eastAsia="Times New Roman" w:cs="Times New Roman"/>
        </w:rPr>
        <w:t>A „Kittim hajói” a vandálokat jelképezték, akik a Jelenések könyve nyolcadik fejezetében a második trombitával is jelképezve vannak. Róma fokozatos hanyatlása 330-ban kezdődött, amikor Konstantin a birodalmat keleti és nyugati részre osztotta. Ezt követően három fiára osztotta fel azt. A római birodalom, amely az actiumi csatától fogva legyőzhetetlen volt, ekkor két részre, majd három részre oszlott, azután pedig a Jelenések könyve 8. fejezetének első négy trombitája azon ellenségek rohamát ábrázolta, akik 476-ban a nyugatrómai birodalom végét idézték elő. A keleti Róma Konstantinápoly központtal fennmaradt az ötödik trombita végéig és a hatodik trombita kezdetéig, amelyek egyben az első és a második jaj is. Az első jaj százötven éves időpróféciája azon a napon ért véget, amelyen a második jaj időpróféciája elkezdődött. Ez a dátum Konstantinápoly oszmán törökök általi eleste volt 1453-ban.</w:t>
      </w:r>
    </w:p>
    <w:p>
      <w:pPr>
        <w:pStyle w:val="ArticleBody"/>
        <w:jc w:val="left"/>
      </w:pPr>
      <w:r>
        <w:rPr>
          <w:rFonts w:ascii="Times New Roman" w:hAnsi="Times New Roman" w:eastAsia="Times New Roman" w:cs="Times New Roman"/>
        </w:rPr>
        <w:t>Babilon egyetlen éjszaka alatt bukott el; talán azzal érvelne valaki, hogy Círusznak előbb el kellett terelnie a folyót, és az időbe telt, de Babilon bukása egyetlen éjszaka alatt ment végbe; ezzel szemben Róma bukása 1123 évet ölelt fel. Ezek az évek meghatározott prófétai útjelzőket tartalmaztak, amelyek a császári Róma fokozatos pusztulását írják le, és a császári pogány Róma az Egyesült Államokat előképezi abban a munkájában, hogy a pápaságot a bibliai prófécia ötödik királyságaként 538-ban a trónra helyezi. A pápaság a Dániel tizenegyedik fejezete tizenhatodik versének vasárnapi törvényénél helyeztetik a trónra. Azok az útjelzők, amelyek az Egyesült Államok munkáját előképezik, a pogány Róma fokozatos pusztulásának útjelzőiben jelennek meg.</w:t>
      </w:r>
    </w:p>
    <w:p>
      <w:pPr>
        <w:pStyle w:val="ArticleBody"/>
        <w:jc w:val="left"/>
      </w:pPr>
      <w:r>
        <w:rPr>
          <w:rFonts w:ascii="Times New Roman" w:hAnsi="Times New Roman" w:eastAsia="Times New Roman" w:cs="Times New Roman"/>
        </w:rPr>
        <w:t>A Kittím hajói pénzügyi csapást jelentettek Róma számára, mert a vandálok haditengerészete pusztítást vitt véghez a Földközi-tenger hajózási útvonalain. Az utolsó napokban az iszlám a föld királyai számára pénzügyi csapásként van bemutatva. A vandálok és hajóik a második trombitaszó hatalma voltak, a három jaj pedig iszlám trombitaszó-hatalmak. Az első Arábia volt, a második Törökország, a harmadik pedig világszintű.</w:t>
      </w:r>
    </w:p>
    <w:p>
      <w:pPr>
        <w:pStyle w:val="ArticleBody"/>
        <w:jc w:val="left"/>
      </w:pPr>
      <w:r>
        <w:rPr>
          <w:rFonts w:ascii="Times New Roman" w:hAnsi="Times New Roman" w:eastAsia="Times New Roman" w:cs="Times New Roman"/>
        </w:rPr>
        <w:t>A hajók a gazdasági hatalom jelképei, és az Írásokban a Kittím hajói a gazdasági hatalom legkiemelkedőbb szimbólumai. Ezeket a hajókat a tengerek közepette egy haragvó keleti szél süllyeszti el, és az Írásokban az iszlám a kelet fiai. Amikor az iszlám megjelenik az események prófétai sorrendjében, gazdasági válságot idéz elő. Az iszlámot Bálámmal kapcsolatban egy szamár jelképezi; ez az a héber szó, amelyet az Írások Ismáel első említésénél „vad ember”-nek fordítanak. Prófétai szinten Ismáel az iszlám atyja, anélkül hogy ez tagadná Ábrahámot mint Ismáel atyját, de Ismáel tizenkét törzse az Írásokban a kelet fiai néven válik ismertté.</w:t>
      </w:r>
    </w:p>
    <w:p>
      <w:pPr>
        <w:pStyle w:val="ArticleBody"/>
        <w:jc w:val="left"/>
      </w:pPr>
      <w:r>
        <w:rPr>
          <w:rFonts w:ascii="Times New Roman" w:hAnsi="Times New Roman" w:eastAsia="Times New Roman" w:cs="Times New Roman"/>
        </w:rPr>
        <w:t>Az utolsó napokban Bálám, mint az Egyesült Államoknak, a hamis prófétának jelképe, háromszor megveri szamarát, ami az iszlám három csapását jelképezi. Szeptember 11. volt e csapások elsőike, és ez jelezte a pecsételő angyal megérkezését, aki napkeletről száll fel a viszály zord keleti szelei közepette. Az iszlám második csapása kettős, mert a második lépés megkettőződést jelez. 2023. október 7-én az iszlám váratlanul lesújtott a szó szerinti Izraelre, és amikor Nashville-t, Tennessee államot váratlanul lesújtja az iszlám, a lelki Izrael is csapást szenvedett lesz. Bálám történetében a második útjelző két szőlőskert között volt, és a Seregek Urának két szőlőskertje az ősi, szó szerinti Izrael és az Egyesült Államok, a modern lelki Izrael volt. Bálám harmadik útjelzője az volt, amikor a szamár megszólalt; és a megszólalás jelképe, amely a száznegyvennégyezer pecsételési idejének végét jelöli — amely szeptember 11-én kezdődött —, a vasárnaptörvény, amikor az Egyesült Államok sárkányként szól. A Jelenések könyve tizenegyedik fejezetének nagy földrengése ez a vasárnaptörvény, ahol a harmadik jaj hamar eljő, ahol az Egyesült Államok, a szamár és Zakariás szólnak.</w:t>
      </w:r>
    </w:p>
    <w:p>
      <w:pPr>
        <w:pStyle w:val="ArticleBody"/>
        <w:jc w:val="left"/>
      </w:pPr>
      <w:r>
        <w:rPr>
          <w:rFonts w:ascii="Times New Roman" w:hAnsi="Times New Roman" w:eastAsia="Times New Roman" w:cs="Times New Roman"/>
        </w:rPr>
        <w:t>Keresztelő János atyja annak a huszonnégy papi rendnek a nyolcadikához tartozott, amelyeket Dávid állított fel a templomi szolgálatra. Zakariás pap hitetlensége miatt megnémult fia, János születéséig, és a nyolcas szám jelképe (a papság jelképe). A vasárnaptörvény idején a papok utolsó nemzedéke, amelyet Keresztelő János képvisel, szólni fog, amint azt atyja, Zakariás jelképezi. Krisztus Jánost Illésként azonosította, és Illés végidei üzenetét atya és gyermek kapcsolata ábrázolja, miként Zakariás és János esetében is. Jánost Jeremiás előképezte, akinek megmondatott, hogy ha visszatér, Isten szájává lesz.</w:t>
      </w:r>
    </w:p>
    <w:p>
      <w:pPr>
        <w:pStyle w:val="ArticleBody"/>
        <w:jc w:val="left"/>
      </w:pPr>
      <w:r>
        <w:rPr>
          <w:rFonts w:ascii="Times New Roman" w:hAnsi="Times New Roman" w:eastAsia="Times New Roman" w:cs="Times New Roman"/>
        </w:rPr>
        <w:t>Jeremiás a 2020. július 18-i első csalódást siratta, és ha visszatérne, Isten szájává lenne a vasárnapi törvénynél, amikor Habakuk prófétai üzenetét terjesztette elő, amely késlekedett, de a vég idején „szólnia” kellett. Jeremiásnak, és ezért Jánosnak, és ezért Péternek Habakuk üzenetét kellett szólnia azon a ponton, amikor az iszlám szamara megszólal, és amikor az Egyesült Államok sárkányként szól.</w:t>
      </w:r>
    </w:p>
    <w:p>
      <w:pPr>
        <w:pStyle w:val="ArticleBody"/>
        <w:jc w:val="left"/>
      </w:pPr>
      <w:r>
        <w:rPr>
          <w:rFonts w:ascii="Times New Roman" w:hAnsi="Times New Roman" w:eastAsia="Times New Roman" w:cs="Times New Roman"/>
        </w:rPr>
        <w:t>Péter Cézárea Filippiben, amely Panium, egy olyan időszakban van, amely megelőzte a „hegy” útjelzőjét, amelyet a diadalmas bevonulásnak kellett követnie, s ez a kereszthez, avagy a vasárnapi törvényhez vezetett. Ezt az időszakot a paniumi csata jelképezi, amely a pápa és helyettes hatalma, az Egyesült Államok győzelmével végződik. Panium a három helyettesítő háború közül a harmadik, amelyek közül az első 1989-ben, a berlini falnál zárult le, az utolsó, vagyis harmadik helyettesítő háború pedig az egyház és az állam szétválasztásának „falának” lerombolásával ér véget. 1989 egy „hidegháborúnak” nevezett helyettesítő háború tetőpontját jelölte, amely a második világháború végén kezdődött, és Panium egy olyan hidegháborút jelképez, amely a harmadik világháborúnál ér véget, amelyet az actiumi csata szemléltet. A három helyettesítő háború első és harmadik útjelzőjének közepén áll az ukrajnai szó szerinti háború, amelyet a 11. és 12. versekben a raphiai csata jelképez.</w:t>
      </w:r>
    </w:p>
    <w:p>
      <w:pPr>
        <w:pStyle w:val="ArticleBody"/>
        <w:jc w:val="left"/>
      </w:pPr>
      <w:r>
        <w:rPr>
          <w:rFonts w:ascii="Times New Roman" w:hAnsi="Times New Roman" w:eastAsia="Times New Roman" w:cs="Times New Roman"/>
        </w:rPr>
        <w:t>A paniumi háború egy hidegháború, amely a harmadik világháborúhoz vezet, amint azt az a hidegháború szemlélteti, amely a vég idején, 1989-ben ért véget, és amely a második világháború végén kezdődött. A tizedik vers és 1989 által jelképezett útjelzőkben, a tizenegyedik és tizenkettedik vers, valamint a 2014-ben kezdődött ukrajnai háború által jelképezett útjelzőkben, továbbá a tizenharmadik–tizenötödik versek és a MAGA-izmus meg a globalizmus közötti jelenlegi hidegháború által jelképezett útjelzőkben három elnök volt, akik a pápaság és az Egyesült Államok közötti szövetségeket jelölték.</w:t>
      </w:r>
    </w:p>
    <w:p>
      <w:pPr>
        <w:pStyle w:val="ArticleBody"/>
        <w:jc w:val="left"/>
      </w:pPr>
      <w:r>
        <w:rPr>
          <w:rFonts w:ascii="Times New Roman" w:hAnsi="Times New Roman" w:eastAsia="Times New Roman" w:cs="Times New Roman"/>
        </w:rPr>
        <w:t>Ronald Reagan titkos szövetségben állt II. János Pál pápával, aki a sátáni fatimai próféciák szempontjából konzervatív pápa volt, és a tizedik vers prófétikus történetéhez kapcsolódik. Obama elnöksége összhangban áll a tizenegyedik és tizenkettedik versben szereplő raffiai csata történetével. Elnöksége idején két jelképes pápa volt, mert a második waymark megkettőződést azonosít. A tizenháromtól tizenötig terjedő versek harmadik waymarkjánál a pápa az Egyesült Államokból származó első pápa. Kezdetben azt feltételeztük, hogy Leó pápa konzervatív pápa, amint azt II. János Pál előképezte, ám amikor a hármas alkalmazás prófétikus alkalmazása alatt értelmezzük, a harmadik waymark az első két beteljesedés jellemzőit hordozza, így Leó a konzervatív II. János Pál, és ő az Inkvizíciós Hivatal egykori vezetője, XVI. Benedek, aki Obama hivatali ideje alatt lemondott a woke Ferenc pápa javára.</w:t>
      </w:r>
    </w:p>
    <w:p>
      <w:pPr>
        <w:pStyle w:val="ArticleBody"/>
        <w:jc w:val="left"/>
      </w:pPr>
      <w:r>
        <w:rPr>
          <w:rFonts w:ascii="Times New Roman" w:hAnsi="Times New Roman" w:eastAsia="Times New Roman" w:cs="Times New Roman"/>
        </w:rPr>
        <w:t>Az első helyettesítő háborút egy vers, a másodikat két vers, a harmadikat pedig három vers jelképezi. Az 1989-ben véget ért hidegháború a második világháború végén kezdődött, és a harmadik világháború, amelyet az actiumi csata jelképez, a hidegháború végén kezdődik, amelyet a paniumi csata jelképez. A három világháborút, miként a három helyettesítő háborút is, a prófécia hármas alkalmazásához kapcsolódó alapelvek irányítják. A második világháború vége egy olyan hidegháborút indított el, amely 1945-től számítva Roosevelt utáni nyolcadik elnökkel, Reagannel ért véget. Reagan 1989-ben, a vég idején, elindított egy nyolc elnökből álló sort, amely Trumpig vezetett (aki a hét közül való). Trump hidegháborúja 2015-ben kezdődött, amikor bejelentette elnökjelöltségét és felkavarta a globalistákat, Dániel 11. fejezetének 2. verse teljesedéseként. Ez a hidegháború a vasárnaptörvénynél ér véget, amely az actiumi csata, Róma harmadik akadálya, mielőtt korlátlan uralomra jutna.</w:t>
      </w:r>
    </w:p>
    <w:p>
      <w:pPr>
        <w:pStyle w:val="ArticleBody"/>
        <w:jc w:val="left"/>
      </w:pPr>
      <w:r>
        <w:rPr>
          <w:rFonts w:ascii="Times New Roman" w:hAnsi="Times New Roman" w:eastAsia="Times New Roman" w:cs="Times New Roman"/>
        </w:rPr>
        <w:t>Roosevelttel kezdődött az a nyolc elnökből álló sorozat, amely Reaganig tartott, és Reagannel kezdődött az a nyolc elnökből álló sorozat, amely Trumpig tartott. Roosevelt a második világháborút jelöli, 1945. április 12-én bekövetkezett halálával, majd Truman volt az elnök, amikor az európai háború május 8-án véget ért, és a csendes-óceáni háború szeptember 2-án ért véget. Az európai háború nagyrészt szárazföldi hadviselés volt, a csendes-óceáni háború pedig tengeri hadviselés, miként Panium egy szárazföldi csatát, Actium pedig egy tengeri csatát jelképez. Az első az utolsót szemlélteti, és a nyolc elnökből álló sorrend Dániel könyve tizenegyedik fejezetének második és harmadik verse tanúságtételére épül, valamint arra a rejtélyre is, hogy a nyolcadik a hét közül való. A Jelenések tizenharmadik fejezetének földi fenevadja történelmének kezdetén tartott első két Kontinentális Kongresszusban az elnökök megbízatása hét ciklust tett ki. Abban a történelemben George Washingtont főparancsnokká nevezték ki. Első hivatalos elnökként Washingtonnak a Második Kontinentális Kongresszusban történt kinevezése azt jelképezi, hogy Washington a legkezdet kezdetén a hét elnök nyolcadika volt.</w:t>
      </w:r>
    </w:p>
    <w:p>
      <w:pPr>
        <w:pStyle w:val="ArticleBody"/>
        <w:jc w:val="left"/>
      </w:pPr>
      <w:r>
        <w:rPr>
          <w:rFonts w:ascii="Times New Roman" w:hAnsi="Times New Roman" w:eastAsia="Times New Roman" w:cs="Times New Roman"/>
        </w:rPr>
        <w:t>Az első elnök az első hét elnök közül a nyolcadik volt, és az utolsó elnök a hét közül való nyolcadik. Zakariás pap János születésekor szól, amikor a szamár szól, és amikor a föld fenevada szól. Itt szól Habakuk látomása is. János születése, amely a száznegyvennégyezer zászlaját jelképezi a vasárnaptörvény idején, Zakariás pap utolsó nemzedéke. Zakariás a papok huszonnégy rendje közül a nyolcadikban volt. A vasárnaptörvénynél Zakariás (a papok) szól, amikor az iszlám (a szamár) szól, és az Egyesült Államok sárkányként szól. E jelzőpontnál a pápaság halálos sebe meggyógyul, és ő lesz a hét közül való nyolcadik. Trump is a hét közül való nyolcadik, és ő az, aki a fenevad képét létrehozza, amely a vasárnaptörvénynél teljesedik be. Ekkor a száznegyvennégyezer papsága Isten szájává lesz, és a harmadik angyal hangos kiáltásában hirdeti az üzenetet. Ez a papság a hét közül való nyolcadik egyház.</w:t>
      </w:r>
    </w:p>
    <w:p>
      <w:pPr>
        <w:pStyle w:val="ArticleBody"/>
        <w:jc w:val="left"/>
      </w:pPr>
      <w:r>
        <w:rPr>
          <w:rFonts w:ascii="Times New Roman" w:hAnsi="Times New Roman" w:eastAsia="Times New Roman" w:cs="Times New Roman"/>
        </w:rPr>
        <w:t>Roosevelt nyolc elnök sorát kezdi meg, akik 1989-ben az idő végéhez vezetnek, és ő jelzi az átmenetet a második világháborútól a hidegháborúig, amely 1989-ben ér véget. Rooseveltet Truman elnök követte, és akkor uralkodott, amikor véget értek a földi és tengeri csaták, amelyek a második világháborút alkották. Elnökként Truman akkor uralkodott, amikor 1945. október 24-én létrejött az Egyesült Nemzetek Szervezete. Roosevelt és Truman kapcsolata az 1945-ös év által állapíttatik meg. Mindketten abban az évben voltak elnökök, és abban az évben ért véget a kettős háború, amely a második világháború volt, és megalakult az Egyesült Nemzetek Szervezete, és megkezdődött a hidegháború.</w:t>
      </w:r>
    </w:p>
    <w:p>
      <w:pPr>
        <w:pStyle w:val="ArticleBody"/>
        <w:jc w:val="left"/>
      </w:pPr>
      <w:r>
        <w:rPr>
          <w:rFonts w:ascii="Times New Roman" w:hAnsi="Times New Roman" w:eastAsia="Times New Roman" w:cs="Times New Roman"/>
        </w:rPr>
        <w:t>1989-ben szintén két elnök volt, miként 1945-ben is: Ronald Reagan és az első George Bush. Reagan vetett véget a hidegháborúnak, és az első George Bush 1990. október 1-jén, amikor az ENSZ „negyvenötödik” Közgyűléséhez intézett beszédet, kijelentette, hogy mindenekelőtt globalista, ahol egy „új világrend” felépítéséről beszélt. Beszédében ezt mondta: „A mi kezünkben van, hogy magunk mögött hagyjuk ezeket a sötét gépezeteket, a sötét középkorban, ahová valók, és előrehaladjunk, hogy betetőzzünk egy történelmi mozgalmat egy új világrend és a béke hosszú korszaka felé.”</w:t>
      </w:r>
    </w:p>
    <w:p>
      <w:pPr>
        <w:pStyle w:val="ArticleBody"/>
        <w:jc w:val="left"/>
      </w:pPr>
      <w:r>
        <w:rPr>
          <w:rFonts w:ascii="Times New Roman" w:hAnsi="Times New Roman" w:eastAsia="Times New Roman" w:cs="Times New Roman"/>
        </w:rPr>
        <w:t>Ebben a beszédben Bush a fogalmat a hidegháború utáni együttműködéshez, az Öböl-válsághoz (Irak kuvaiti inváziójához), az ENSZ megerősítéséhez, valamint a jog uralmán alapuló nemzetek új partnerségéhez kapcsolta. Bush néhány héttel korábban, 1990. szeptember 11-én, a Kongresszus két háza együttes üléséhez intézett beszédében használta először széles körben az „új világrend” kifejezést.</w:t>
      </w:r>
    </w:p>
    <w:p>
      <w:pPr>
        <w:pStyle w:val="ArticleBody"/>
        <w:jc w:val="left"/>
      </w:pPr>
      <w:r>
        <w:rPr>
          <w:rFonts w:ascii="Times New Roman" w:hAnsi="Times New Roman" w:eastAsia="Times New Roman" w:cs="Times New Roman"/>
        </w:rPr>
        <w:t>Figyeljük meg azt a tényt, hogy Bush ENSZ-beszédét olyan összefüggésbe helyezte, amelyben a közelmúltban véget ért hidegháborút a „sötét középkor” fogalmaival azonosította. A sötét középkor a vég idején, 1798-ban ért véget, Bush pedig 1989-ben, a vég idején állt. Figyeljük meg, hogy amikor először megalkotta az „új világrend” kifejezést, az iszlám haragra ingerelte a nemzeteket, és a beszéd 9/11-én hangzott el. Roosevelttől Carterig nyolc elnök volt, és Reagantől Trumpig szintén nyolc elnök volt. Trump az utolsó elnök, és előképe az első elnök volt, aki az első hét elnök közül a nyolcadik volt.</w:t>
      </w:r>
    </w:p>
    <w:p>
      <w:pPr>
        <w:pStyle w:val="ArticleBody"/>
        <w:jc w:val="left"/>
      </w:pPr>
      <w:r>
        <w:rPr>
          <w:rFonts w:ascii="Times New Roman" w:hAnsi="Times New Roman" w:eastAsia="Times New Roman" w:cs="Times New Roman"/>
        </w:rPr>
        <w:t>A vég ideje 1798-ban a pápaság halálos sebét jelöli, és a pápaság volt az a hatalom, amely a sötét középkor idején Európa királyai fölött uralkodott. A Jelenések könyve tizenhetedik fejezetében ez a kapcsolat úgy van ábrázolva, mint egy paráznanő, aki egy fenevadon ül, és uralkodik fölötte. 1798-ban eltávolíttatott az európai királyok támogatása, és a fenevad halott volt. 1799-ben a pápa száműzetésben meghalt. 1798 és 1799 a vég idejét annak legteljesebb értelmében jelképezik, miként a vég idejét Krisztus idejében Keresztelő János születése jelzi, majd hat hónappal később Krisztus születése. Bush 1990-es kijelentései Busht mint a vég idejét jelölő két elnök közül a másodikat ábrázolják, és a globalizmus felé való elmozdulást jelölik, amely a sárkányhatalom. Bush jelképisége egy lépést jelez a vasárnaptörvény felé, amikor az Egyesült Államok mint a bibliai prófécia hatodik királysága véget ér azáltal, hogy úgy szól, mint egy sárkány. A vasárnaptörvénynél az Egyesült Államok az Egyesült Nemzetek hangjává válik. Ugyanebben az összefüggésben az iszlám haragra ingerli a nemzeteket, és a 9/11 meg van jelölve. 1990. szeptember 11-én, amikor az első Bush a Kongresszus előtt beszélt globalista programjáról, azt jelképezte előre, amikor az iszlám 2001-ben 9/11-nél ismét haragra ingerli a nemzeteket, de akkor az elnök Bush, az utolsó lesz.</w:t>
      </w:r>
    </w:p>
    <w:p>
      <w:pPr>
        <w:pStyle w:val="ArticleBody"/>
        <w:jc w:val="left"/>
      </w:pPr>
      <w:r>
        <w:rPr>
          <w:rFonts w:ascii="Times New Roman" w:hAnsi="Times New Roman" w:eastAsia="Times New Roman" w:cs="Times New Roman"/>
        </w:rPr>
        <w:t>Roosevelt, a nyolc elnök közül az első, 1945-ben a második világháború végét jelezte, és őt a következő elnök követte, aki bevezette az Egyesült Nemzeteket. Reagan, a nyolc elnök közül az első, 1989-ben a hidegháború végét jelezte, és őt a következő elnök követte, aki az Egyesült Nemzeteket előmozdította. A nyolc elnök közül az utolsó véget vet majd annak a hidegháborúnak, amely akkor kezdődött, amikor 2015-ben bejelentette indulási szándékát, és megkezdi a harmadik világháborút. A bibliai prófécia hatodik királyságát átvezeti a bibliai prófécia hetedik királyságának fejébe (az ENSZ-be), majd beleegyezik, hogy azt a királyságot a vasárnaptörvénynél átadja a fenevadnak.</w:t>
      </w:r>
    </w:p>
    <w:p>
      <w:pPr>
        <w:pStyle w:val="ArticleBody"/>
        <w:jc w:val="left"/>
      </w:pPr>
      <w:r>
        <w:rPr>
          <w:rFonts w:ascii="Times New Roman" w:hAnsi="Times New Roman" w:eastAsia="Times New Roman" w:cs="Times New Roman"/>
        </w:rPr>
        <w:t>Miként a második világháború szárazföldi és tengeri háborúból állt, úgy az utolsó elnöknek is lesz egy hidegháborúja, amelyet a paniumi szárazföldi ütközet jelképez, s amely az actiumi tengeri ütközethez vezet. A vasárnaptörvénynél a hidegháború, amely azzal kezdődött, hogy Trump 2015-ben felkavarta a globalistákat, átváltozik a harmadik világháborúvá, amint azt a második világháború szárazföldi és tengeri ütközetei jelképezik. A második világháború végén a következő lépés az Egyesült Nemzetek globalizmusa volt, éppen úgy, ahogyan a hidegháború végén Reagan és Bush esetében is történt. Először az Egyesült Államok ér véget a vasárnaptörvénynél, majd Bush „új világrendje” bevezeti a hetedik királyságot, amely azonnal beleegyezik, hogy hatalmát a nyolcadik királyságnak adja.</w:t>
      </w:r>
    </w:p>
    <w:p>
      <w:pPr>
        <w:pStyle w:val="ArticleBody"/>
        <w:jc w:val="left"/>
      </w:pPr>
      <w:r>
        <w:rPr>
          <w:rFonts w:ascii="Times New Roman" w:hAnsi="Times New Roman" w:eastAsia="Times New Roman" w:cs="Times New Roman"/>
        </w:rPr>
        <w:t>Az első Bush és az utolsó Bush összekapcsolódik azáltal, hogy az előbbi a Kongresszus előtt, 9/11 kapcsán meghirdette az „új világrendet”, az utóbbi pedig az 2001-es Patriot Act révén. Mindkét útjelző az iszlámnak a nemzeteket haragra indító cselekedetei összefüggésébe helyeződik.</w:t>
      </w:r>
    </w:p>
    <w:p>
      <w:pPr>
        <w:pStyle w:val="ArticleBody"/>
        <w:jc w:val="left"/>
      </w:pPr>
      <w:r>
        <w:rPr>
          <w:rFonts w:ascii="Times New Roman" w:hAnsi="Times New Roman" w:eastAsia="Times New Roman" w:cs="Times New Roman"/>
        </w:rPr>
        <w:t>Ezeket a dolgokat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Kilencedik szám</dc:title>
  <dc:subject>Hatalom, dicsőség és szenvedés</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