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Tízes szám</w:t>
      </w:r>
    </w:p>
    <w:p>
      <w:pPr>
        <w:pStyle w:val="ArticleSubtitle"/>
        <w:jc w:val="left"/>
      </w:pPr>
      <w:r>
        <w:rPr>
          <w:rFonts w:ascii="Arial" w:hAnsi="Arial" w:eastAsia="Arial" w:cs="Arial"/>
        </w:rPr>
        <w:t>A középpont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Dániel könyve tizenegyedik fejezetének negyvenedik versének rejtett története összhangban áll az ugyanazon fejezet tizedik–tizenhatodik verseiben ábrázolt történelemmel. A tizedik–tizenhatodik versekben a Jelenések tizenharmadik fejezete földi fenevadának, az Egyesült Államok hitehagyott republikánus szarvának vonalát Donald Trump képviseli; az Egyesült Államok hitehagyott protestáns szarvának vonalát a Makkabeusok képviselik; a pápaság tengeri fenevadának vonala „a te néped rablói”-ként jelenik meg, a sárkány vonalát pedig a dél különféle királyai és II. Philipposz makedón király képviselik. A száznegyvennégyezer vonalát Péter képviseli.</w:t>
      </w:r>
    </w:p>
    <w:p>
      <w:pPr>
        <w:pStyle w:val="ArticleHeading"/>
        <w:jc w:val="left"/>
      </w:pPr>
      <w:r>
        <w:rPr>
          <w:rFonts w:ascii="Arial" w:hAnsi="Arial" w:eastAsia="Arial" w:cs="Arial"/>
        </w:rPr>
        <w:t>A Középút</w:t>
      </w:r>
    </w:p>
    <w:p>
      <w:pPr>
        <w:pStyle w:val="ArticleBody"/>
        <w:jc w:val="left"/>
      </w:pPr>
      <w:r>
        <w:rPr>
          <w:rFonts w:ascii="Times New Roman" w:hAnsi="Times New Roman" w:eastAsia="Times New Roman" w:cs="Times New Roman"/>
        </w:rPr>
        <w:t>Abban a rejtett történelemben az „idő közepe” ismételten hangsúlyt kap. Az i. e. 457-ben kezdődő 250 év i. e. 207-ben zárult le, a Raphia és Panium csatái között félúton, a tizenegyedik verstől a tizenötödikig terjedő szakasz utolsó két helyettesítő háborújának közepén. A földi fenevad 1776-ban kezdődő 250 éve 2026-ban ér véget, a „félidős választások” évében, a földi fenevad politikai színterén. Péter Cézárea Filippiben (Paniumban) van, annak a három alkalomnak a középsőjén, amikor Krisztus kizárólag csak három tanítványt vitt magával.</w:t>
      </w:r>
    </w:p>
    <w:p>
      <w:pPr>
        <w:pStyle w:val="ArticleBody"/>
        <w:jc w:val="left"/>
      </w:pPr>
      <w:r>
        <w:rPr>
          <w:rFonts w:ascii="Times New Roman" w:hAnsi="Times New Roman" w:eastAsia="Times New Roman" w:cs="Times New Roman"/>
        </w:rPr>
        <w:t>E párhuzamos vonalak történetében Péter azokat jelképezi, akik kiigazítják és megismétlik a Nashville-re hulló tűzgolyókra vonatkozó figyelmeztetést. Péter neve Máté tizenegyedik és huszonkettedik fejezete közötti szakasz éppen közepén változott meg, miként Ábrám esetében is a tizenegyedik és huszonkettedik fejezet közötti szakasz középső fejezete azonosította a körülmetélést mint a szövetség jelét, összhangban azzal, hogy a Jelenések könyve tizenegyedik és huszonkettedik fejezete közötti szakasz középső része a halál szövetségének jelét jelöli meg a Jelenések 17-ben. A felezőpont az a hely, ahol a száznegyvennégyezer laodiceaiból filadelfiaivá változik, és a három angyal közül a középső a második angyal.</w:t>
      </w:r>
    </w:p>
    <w:p>
      <w:pPr>
        <w:pStyle w:val="ArticleBody"/>
        <w:jc w:val="left"/>
      </w:pPr>
      <w:r>
        <w:rPr>
          <w:rFonts w:ascii="Times New Roman" w:hAnsi="Times New Roman" w:eastAsia="Times New Roman" w:cs="Times New Roman"/>
        </w:rPr>
        <w:t>A második lépés, vagyis a felezőpont a második templomi próba ideje, amely az első és alapvető próba után következik. 2024 első próbája a külső látomás megalapozása volt Róma jelképe által, a második próba pedig Krisztus belső marah (tükör) látomása a Szentek Szentjében. A második angyal történetében az éjféli kiáltás üzenete azért érkezik, hogy megerősítse a második angyal üzenetét.</w:t>
      </w:r>
    </w:p>
    <w:p>
      <w:pPr>
        <w:pStyle w:val="ArticleBody"/>
        <w:jc w:val="left"/>
      </w:pPr>
      <w:r>
        <w:rPr>
          <w:rFonts w:ascii="Times New Roman" w:hAnsi="Times New Roman" w:eastAsia="Times New Roman" w:cs="Times New Roman"/>
        </w:rPr>
        <w:t>Az 1840-es millerita történelemben Josiah (jelentése: Isten alapja) Litch helyesbítette az iszlám próféciájának az első és a második jajra vonatkozó azonosítását, 1844-ben pedig Samuel Snow helyesbítette az 1843-ra szóló előrejelzést a tíz szűzről szóló példázat beteljesedéseként. Péternek 2026-ban helyesbítenie kell a nashville-i tűzgömbökre vonatkozó meghiúsult előrejelzést, amint azt 1843 millerita csalódása előképezte, és ki kell igazítania az iszlámról szóló üzenetet, amint azt Josiah Litch 1840-es munkája előképezte. Ez a két millerita esemény, 1840 és 1844, az első angyal üzenetének 1840. augusztus 11-i megerősítését és a második angyal üzenetének 1844. augusztus 17-i megerősítését jelképezi. Együtt a közéjféli kiáltás megerősítését azonosítják, amikor a nashville-i tűzgömbök alászállnak.</w:t>
      </w:r>
    </w:p>
    <w:p>
      <w:pPr>
        <w:pStyle w:val="ArticleScripture"/>
        <w:jc w:val="left"/>
      </w:pPr>
      <w:r>
        <w:rPr>
          <w:rFonts w:ascii="Times New Roman" w:hAnsi="Times New Roman" w:eastAsia="Times New Roman" w:cs="Times New Roman"/>
        </w:rPr>
        <w:t>„Az angyalnak, aki egyesül a harmadik angyal üzenetének hirdetésében, be kell világítania az egész földet az ő dicsőségével. Itt egy világméretű kiterjedésű és szokatlan erejű mű van megjövendölve. Az 1840–44 közötti adventmozgalom Isten hatalmának dicsőséges megnyilvánulása volt; az első angyal üzenete eljutott a világ minden misszióállomására, és egyes országokban a legnagyobb vallási érdeklődés mutatkozott, amelynek bármely földön tanúi voltak a tizenhatodik századi reformáció óta; mindazonáltal ezeket felülmúlja a hatalmas mozgalom a harmadik angyal utolsó figyelmeztetése alatt.” A nagy küzdelem, 611.</w:t>
      </w:r>
    </w:p>
    <w:p>
      <w:pPr>
        <w:pStyle w:val="ArticleBody"/>
        <w:jc w:val="left"/>
      </w:pPr>
      <w:r>
        <w:rPr>
          <w:rFonts w:ascii="Times New Roman" w:hAnsi="Times New Roman" w:eastAsia="Times New Roman" w:cs="Times New Roman"/>
        </w:rPr>
        <w:t>A kérdés az, hogy az Egyesült Államok összes városa közül miért éppen Nashville-t választaná ki Isten gondviselése. A harmadik jaj 2001. szeptember 11-i bekövetkezésekor New York ikertornyai és Washington, DC Pentagonja voltak a célpontok. Egy negyedik repülőgép a földbe csapódott. A földi fenevad jelképe a föld, gazdasági hatalmának jelképe New York, katonai erejének jelképe pedig a Pentagon. Amikor az Egyesült Államok arra kényszeríti a világot, hogy elfogadja a pápai tekintély bélyegét és az egyház és állam ama politikai rendszerét, amely a fenevad képmása, ezt katonai és gazdasági hatalma által teszi, mert a Jelenések tizenharmadik fejezete azonosítja a földi fenevad hatalmának azt a használatát, amellyel megtiltja a hűségeseknek az adást és vételt, és megöli azokat is, akik Isten hetednapi szombatja mellett állnak ki. A prófétai jelképrendszer ezt „szekerek, lovasok (katonai erő) és hajók” (gazdasági erő) formájában ábrázolja Dániel tizenegyedik fejezetének negyvenedik versében.</w:t>
      </w:r>
    </w:p>
    <w:p>
      <w:pPr>
        <w:pStyle w:val="ArticleBody"/>
        <w:jc w:val="left"/>
      </w:pPr>
      <w:r>
        <w:rPr>
          <w:rFonts w:ascii="Times New Roman" w:hAnsi="Times New Roman" w:eastAsia="Times New Roman" w:cs="Times New Roman"/>
        </w:rPr>
        <w:t>A száznegyvennégyezer elpecsételésének idején az iszlám váratlanul négyszer sújt le a dicsőséges földre. Az első 9/11 volt, a második és a harmadik az ősi, szó szerinti dicsőséges föld, majd Nashville. A negyedik a Jelenések könyve tizenegyedik fejezetének földrengése, vagyis a vasárnaptörvény. Bálám és a három angyal összefüggésében a 2023. október 7-i két csapás és Nashville Isten szövetséges népének két bibliai szőlőskertjét jelképezik.</w:t>
      </w:r>
    </w:p>
    <w:p>
      <w:pPr>
        <w:pStyle w:val="ArticleBody"/>
        <w:jc w:val="left"/>
      </w:pPr>
      <w:r>
        <w:rPr>
          <w:rFonts w:ascii="Times New Roman" w:hAnsi="Times New Roman" w:eastAsia="Times New Roman" w:cs="Times New Roman"/>
        </w:rPr>
        <w:t>Amikor a pápaság halálos sebe a vasárnapi törvénynél meggyógyul, megkezdődik a sötét középkor második megnyilvánulása. Az első és a harmadik jaj ugyanaz, mert Krisztus mindig a kezdettel szemlélteti a véget; így Mohamed lehulló csillaga az első jajban, aki elfordította a kulcsot, amely megnyitotta a mélységet, és nem sokkal 9/11 után a mélység istentelensége meggyilkolta a Jelenések tizenegy két tanúját. A vasárnapi törvénynél a pápai halálos seb meggyógyul, és a katolicizmus fenevada beteljesíti a nyolcadiknak (a feltámadást jelképezőnek) a prófétai rejtélyét, mint ami beteljesedik. Ekkor kezdődik a sötét középkor második időszaka, mint Bálám harmadik waymarkja, amikor a szamár megszólal, elfordítja a kulcsot, hogy ismét megnyissa a mélységet. 9/11 után az istentelenség, a sárkány, feljött a mélységből, hogy harcoljon a leggazdagabb elnök ellen, aki felingerelte Görögország egész birodalmát. A vasárnapi törvénynél a Jelenések tizenhét fenevada feljön a mélységből, és a sötétség ismét elhomályosítja a napot.</w:t>
      </w:r>
    </w:p>
    <w:p>
      <w:pPr>
        <w:pStyle w:val="ArticleBody"/>
        <w:jc w:val="left"/>
      </w:pPr>
      <w:r>
        <w:rPr>
          <w:rFonts w:ascii="Times New Roman" w:hAnsi="Times New Roman" w:eastAsia="Times New Roman" w:cs="Times New Roman"/>
        </w:rPr>
        <w:t>Miért Nashville? A kérdés, amely mindmáig megoldatlan maradt? Nashville a közéjfélkiáltás üzenete hirdetésének rövid időszaka kezdetét jelöli, és az iszlám váratlan pusztító támadásával kezdődik, valamint ugyanígy is végződik. Az időszak végén bekövetkező vasárnaptörvény a fenevad bélyege kikényszerítését jelképezi az Egyesült Államokban, és a városok pusztulásának kezdetét. A „pusztítás” az iszlám prófétai jellegzetessége.</w:t>
      </w:r>
    </w:p>
    <w:p>
      <w:pPr>
        <w:pStyle w:val="ArticleHeading"/>
        <w:jc w:val="left"/>
      </w:pPr>
      <w:r>
        <w:rPr>
          <w:rFonts w:ascii="Arial" w:hAnsi="Arial" w:eastAsia="Arial" w:cs="Arial"/>
        </w:rPr>
        <w:t>Pusztulás</w:t>
      </w:r>
    </w:p>
    <w:p>
      <w:pPr>
        <w:pStyle w:val="ArticleScripture"/>
        <w:jc w:val="left"/>
      </w:pPr>
      <w:r>
        <w:rPr>
          <w:rFonts w:ascii="Times New Roman" w:hAnsi="Times New Roman" w:eastAsia="Times New Roman" w:cs="Times New Roman"/>
        </w:rPr>
        <w:t>„Tegnapelőtt éjjel egy igen megrázó jelenet vonult el előttem. Láttam, amint egy hatalmas tűzgolyó alázuhant néhány gyönyörű palota közepébe, és azok azonnali pusztulását okozta. Hallottam, amint egyesek ezt mondták: „Tudtuk, hogy Isten ítéletei eljönnek a földre, de nem tudtuk, hogy ilyen hamar eljönnek.” Mások ezt mondták: „Ti tudtátok! Miért nem mondtátok hát el nekünk? Mi nem tudtuk.” Mindenfelől ilyen szavakat hallottam.” Letter 217, 1904.</w:t>
      </w:r>
    </w:p>
    <w:p>
      <w:pPr>
        <w:pStyle w:val="ArticleHeading"/>
        <w:jc w:val="left"/>
      </w:pPr>
      <w:r>
        <w:rPr>
          <w:rFonts w:ascii="Arial" w:hAnsi="Arial" w:eastAsia="Arial" w:cs="Arial"/>
        </w:rPr>
        <w:t>Szeptember tizenegyedikե</w:t>
      </w:r>
    </w:p>
    <w:p>
      <w:pPr>
        <w:pStyle w:val="ArticleBody"/>
        <w:jc w:val="left"/>
      </w:pPr>
      <w:r>
        <w:rPr>
          <w:rFonts w:ascii="Times New Roman" w:hAnsi="Times New Roman" w:eastAsia="Times New Roman" w:cs="Times New Roman"/>
        </w:rPr>
        <w:t>A „Kilenc Tizenegy” jelenések könyvbeli képe az iszlám birodalmának jellemét halálként és pusztulásként azonosítja, mert a próféciában a név a jellemet jelenti.</w:t>
      </w:r>
    </w:p>
    <w:p>
      <w:pPr>
        <w:pStyle w:val="ArticleBody"/>
        <w:jc w:val="left"/>
      </w:pPr>
      <w:r>
        <w:rPr>
          <w:rFonts w:ascii="Times New Roman" w:hAnsi="Times New Roman" w:eastAsia="Times New Roman" w:cs="Times New Roman"/>
        </w:rPr>
        <w:t>És királyuk volt felettük: a mélység angyala, akinek neve héberül Abaddon, görögül pedig Apollyón. Jelenések 9/11.</w:t>
      </w:r>
    </w:p>
    <w:p>
      <w:pPr>
        <w:pStyle w:val="ArticleBody"/>
        <w:jc w:val="left"/>
      </w:pPr>
      <w:r>
        <w:rPr>
          <w:rFonts w:ascii="Times New Roman" w:hAnsi="Times New Roman" w:eastAsia="Times New Roman" w:cs="Times New Roman"/>
        </w:rPr>
        <w:t>Az Abaddon jelentése „pusztulás” vagy „a pusztulás helye”, az Apollyon pedig azt jelenti: „a pusztító”.</w:t>
      </w:r>
    </w:p>
    <w:p>
      <w:pPr>
        <w:pStyle w:val="ArticleScripture"/>
        <w:jc w:val="left"/>
      </w:pPr>
      <w:r>
        <w:rPr>
          <w:rFonts w:ascii="Times New Roman" w:hAnsi="Times New Roman" w:eastAsia="Times New Roman" w:cs="Times New Roman"/>
        </w:rPr>
        <w:t>„Az angyalok tartják a négy szelet, amelyek egy dühös, kitörni és az egész föld színén végigvágtatni készülő lóként vannak ábrázolva, pusztulást és halált hozva útjukban.</w:t>
      </w:r>
    </w:p>
    <w:p>
      <w:pPr>
        <w:pStyle w:val="ArticleScripture"/>
        <w:jc w:val="left"/>
      </w:pPr>
      <w:r>
        <w:rPr>
          <w:rFonts w:ascii="Times New Roman" w:hAnsi="Times New Roman" w:eastAsia="Times New Roman" w:cs="Times New Roman"/>
        </w:rPr>
        <w:t>„Szunnyadjunk-e az örökkévaló világ legszélén? Legyünk-e tunyák, hidegek és holtak? Ó, bárcsak gyülekezeteinkben Isten Lelke és lehelete beleleheltetnék népébe, hogy talpra álljanak és éljenek. Meg kell látnunk, hogy az út keskeny, és a kapu szoros. Ám amikor áthaladunk a szoros kapun, annak tágassága határtalan.” Manuscript Releases, 20. kötet, 217.</w:t>
      </w:r>
    </w:p>
    <w:p>
      <w:pPr>
        <w:pStyle w:val="ArticleBody"/>
        <w:jc w:val="left"/>
      </w:pPr>
      <w:r>
        <w:rPr>
          <w:rFonts w:ascii="Times New Roman" w:hAnsi="Times New Roman" w:eastAsia="Times New Roman" w:cs="Times New Roman"/>
        </w:rPr>
        <w:t>A harmadik jaj iszlámjának útja Bálám és a szamár útja. Az iszlám haragos lovának útja, vagyis János viszálykodásának négy szele, Ézsaiás erős szele és Ezékiel „szele” vagy „lehelete”, amely a négy szél felől jön, a 9/11-től olyan úton halad, amely a „szoros” és „egyenes” kapuhoz vezet. Az a szoros kapu Bálám és a szamár harmadik útjelzője.</w:t>
      </w:r>
    </w:p>
    <w:p>
      <w:pPr>
        <w:pStyle w:val="ArticleScripture"/>
        <w:jc w:val="left"/>
      </w:pPr>
      <w:r>
        <w:rPr>
          <w:rFonts w:ascii="Times New Roman" w:hAnsi="Times New Roman" w:eastAsia="Times New Roman" w:cs="Times New Roman"/>
        </w:rPr>
        <w:t>És az Úr angyala továbbment, és megállt egy szoros helyen, ahol sem jobbra, sem balra nem lehetett kitérni. És amikor a szamár meglátta az Úr angyalát, lefeküdt Bálám alá; Bálám haragra gerjedt, és bottal megverte a szamarat. Ekkor az Úr megnyitotta a szamár száját, és az így szólt Bálámhoz: Mit vétettem ellened, hogy immár harmadszor vertél meg engem? 4Mózes 22:26–28.</w:t>
      </w:r>
    </w:p>
    <w:p>
      <w:pPr>
        <w:pStyle w:val="ArticleBody"/>
        <w:jc w:val="left"/>
      </w:pPr>
      <w:r>
        <w:rPr>
          <w:rFonts w:ascii="Times New Roman" w:hAnsi="Times New Roman" w:eastAsia="Times New Roman" w:cs="Times New Roman"/>
        </w:rPr>
        <w:t>Az iszlám pusztulásának harmadik jajához vezető út szeptember 11-én kezdődött, amikor beteljesedett a Jelenések 18:1–3.</w:t>
      </w:r>
    </w:p>
    <w:p>
      <w:pPr>
        <w:pStyle w:val="ArticleScripture"/>
        <w:jc w:val="left"/>
      </w:pPr>
      <w:r>
        <w:rPr>
          <w:rFonts w:ascii="Times New Roman" w:hAnsi="Times New Roman" w:eastAsia="Times New Roman" w:cs="Times New Roman"/>
        </w:rPr>
        <w:t>„Most pedig elterjedt a szó, hogy azt jelentettem ki, miszerint New Yorkot árhullám fogja elsöpörni? Ezt én soha nem mondtam. Azt mondtam, amint az ott emelkedő hatalmas épületeket néztem, emelet emelet fölött: „Mily rettenetes jelenetek fognak bekövetkezni, amikor az Úr felkel, hogy rettenetesen megrázza a földet! Akkor beteljesednek a Jelenések 18:1–3 szavai.” A Jelenések könyve tizennyolcadik fejezete teljes egészében figyelmeztetés arra nézve, ami a földre jön. De különösképpen New Yorkra vonatkozóan nem kaptam világosságot arról, hogy mi következik be ott, csupán annyit tudok, hogy egy napon az ottani nagy épületek ledőlnek Isten hatalmának forgatása és felforgatása által. A nekem adott világosságból tudom, hogy pusztulás van a világban. Egyetlen szó az Úrtól, az Ő hatalmas erejének egyetlen érintése, és e roppant építmények összeomlanak. Olyan jelenetek fognak bekövetkezni, amelyek félelmetességét el sem tudjuk képzelni.” Review and Herald, 1906. július 5.</w:t>
      </w:r>
    </w:p>
    <w:p>
      <w:pPr>
        <w:pStyle w:val="ArticleBody"/>
        <w:jc w:val="left"/>
      </w:pPr>
      <w:r>
        <w:rPr>
          <w:rFonts w:ascii="Times New Roman" w:hAnsi="Times New Roman" w:eastAsia="Times New Roman" w:cs="Times New Roman"/>
        </w:rPr>
        <w:t>A kérdés továbbra is fennáll: miért Nashville? Nashville tűzgolyói egy olyan prófétai forgatókönyvet jelenítenek meg, amelyben az adventizmus egyik osztálya megszégyenül, és Jóel szerint „kivágatik”. A másik osztály ezzel szemben úgy jelenik meg, mint amely soha nem szégyenül meg, hanem örömmel telik meg. A prófétai öröm nem a Nashville-re és az Egyesült Államokra hozott ítélet miatt van, hanem azon igazolás miatt, amelyet a példázatban azok között ábrázol, akiknél van olaj, és azok között, akiknél nincs olaj. Az olajhoz számos jelképes jelentés kapcsolódik, de az olaj egyik elsődleges jelentése az éjféli kiáltás üzenete. Ez az üzenet 2023 végén kezdett fokozatosan feltárulni, és azt a tudásnövekedést képviselte, amelyet vagy elutasítanak, vagy elfogadnak. Hóseás világosan kijelenti, hogy akik elutasítják a tudást, azokat Isten elveti mint papjait. Péter a Leviticus huszonhárom szerkezetének közepén helyezkedik el, amikor megérti Nashville tűzgolyóit, és a harmincas szám a papok jelképe.</w:t>
      </w:r>
    </w:p>
    <w:p>
      <w:pPr>
        <w:pStyle w:val="ArticleScripture"/>
        <w:jc w:val="left"/>
      </w:pPr>
      <w:r>
        <w:rPr>
          <w:rFonts w:ascii="Times New Roman" w:hAnsi="Times New Roman" w:eastAsia="Times New Roman" w:cs="Times New Roman"/>
        </w:rPr>
        <w:t>Népem elvész az ismeret hiánya miatt; mivel te megvetetted az ismeretet, én is megvetlek téged, hogy ne légy papom; mivel elfeledkeztél Istened törvényéről, én is elfeledkezem gyermekeidről. Hóseás 4:6.</w:t>
      </w:r>
    </w:p>
    <w:p>
      <w:pPr>
        <w:pStyle w:val="ArticleBody"/>
        <w:jc w:val="left"/>
      </w:pPr>
      <w:r>
        <w:rPr>
          <w:rFonts w:ascii="Times New Roman" w:hAnsi="Times New Roman" w:eastAsia="Times New Roman" w:cs="Times New Roman"/>
        </w:rPr>
        <w:t>A „tudás”, illetve annak hiánya kérdése egyike azoknak az igazságoknak, amelyek Nashville tűzgömbjeinek megérkezésével kapcsolatosak. A prófétai „ismeret”, illetve annak hiánya jelöli az éjféli kiáltás hirdetésének kezdetét, és ez az időszak az Isten Igéje iránti engedelmesség kérdésével zárul, amint azt a szombat és a vasárnap kérdése jelképezi. Krisztus mindig a véget a kezdettel szemlélteti, és kezdetben az Isten Igéje iránti engedelmesség volt az a figyelmeztető üzenet, amelyet Ádám és Éva kapott a kertben.</w:t>
      </w:r>
    </w:p>
    <w:p>
      <w:pPr>
        <w:pStyle w:val="ArticleBody"/>
        <w:jc w:val="left"/>
      </w:pPr>
      <w:r>
        <w:rPr>
          <w:rFonts w:ascii="Times New Roman" w:hAnsi="Times New Roman" w:eastAsia="Times New Roman" w:cs="Times New Roman"/>
        </w:rPr>
        <w:t>Az engedelmesség kérdését a vég idején nem lehet egyetlen kertre korlátozni, ha — amint White testvér mondja — „minden nemzet érintett lesz”. A szombat és a vasárnap kérdése Ádám és Éva kezdeti, a kertben adott próbájának megismétlődése, amely a vég idején az egész világon ismétlődik meg. Ez a próba az Egyesült Államokban bevezetett vasárnaptörvénnyel kezdődik, amely egyben az éjféli kiáltás hirdetése időszakának végét is jelenti.</w:t>
      </w:r>
    </w:p>
    <w:p>
      <w:pPr>
        <w:pStyle w:val="ArticleBody"/>
        <w:jc w:val="left"/>
      </w:pPr>
      <w:r>
        <w:rPr>
          <w:rFonts w:ascii="Times New Roman" w:hAnsi="Times New Roman" w:eastAsia="Times New Roman" w:cs="Times New Roman"/>
        </w:rPr>
        <w:t>A Krisztus eljövetelét hirdető figyelmeztető üzenet meghirdetése kizárólag azoknak adatott, akik elfogadták a tudás gyarapodását, amely Jézus Krisztus kijelentésének üzenete felnyitásából származik, s amely 2023 végén vette kezdetét. A tudás, avagy annak hiánya próbája a nashville-i támadásnál jut végső lezárásra. A 2023-ban, a felnyitáskor kezdődött három próba közül a döntő próba az olajon alapul, amely „tudás”, s amely abban a prófétai üzenetben foglaltatik, amely akkor felnyittatott.</w:t>
      </w:r>
    </w:p>
    <w:p>
      <w:pPr>
        <w:pStyle w:val="ArticleBody"/>
        <w:jc w:val="left"/>
      </w:pPr>
      <w:r>
        <w:rPr>
          <w:rFonts w:ascii="Times New Roman" w:hAnsi="Times New Roman" w:eastAsia="Times New Roman" w:cs="Times New Roman"/>
        </w:rPr>
        <w:t>A feltáratlan „ismeret” próbára tesz, és végül megnyilvánul, mint az olaj, amely a harmadik és lakmuszpróba. Ez a próba kezdi meg az éjféli kiáltás üzenetének hirdetési időszakát, amely az engedelmesség próbájánál ér véget. Az engedelmességnek ez a próbája Éván hajtatik végre, aki az egyházat jelképezi, és Ádámon, aki az államot jelképezi. E két entitás egyesülése akkor teljesedik be véglegesen, amikor a fenevad bélyegét kikényszerítik. A kertben adott próba a vég idején adott próba. Ez férfiak és nők számára adott próba, amely magában foglalja az egyház és az állam egyesülését, amelyek egy férfi és egy nő. A figyelmeztető üzenetet, amely feltárulva az engedelmesség végső próbájához vezet, a jó és a rossz „ismeretének” fája jelképezi.</w:t>
      </w:r>
    </w:p>
    <w:p>
      <w:pPr>
        <w:pStyle w:val="ArticleBody"/>
        <w:jc w:val="left"/>
      </w:pPr>
      <w:r>
        <w:rPr>
          <w:rFonts w:ascii="Times New Roman" w:hAnsi="Times New Roman" w:eastAsia="Times New Roman" w:cs="Times New Roman"/>
        </w:rPr>
        <w:t>Nashville a görög nevelés jelképe a földi vadállat országában. A görög nevelés hamis nevelés; gonosz ismeret, míg a jó ismeret az igaz nevelés. Az egyetlen intézményi igazgatótanács, amelyben Ellen White valaha is beleegyezett részt venni, a Nashville-ben található Madison College volt; Nashville-t „a Dél Athénjének” nevezik. Nashville a görög, vagyis a hamis nevelés jelképe. A hamis nevelés hamis ismeret. Nashville jelentősége párhuzamos New York City és a Pentagon jelképiségével.</w:t>
      </w:r>
    </w:p>
    <w:p>
      <w:pPr>
        <w:pStyle w:val="ArticleBody"/>
        <w:jc w:val="left"/>
      </w:pPr>
      <w:r>
        <w:rPr>
          <w:rFonts w:ascii="Times New Roman" w:hAnsi="Times New Roman" w:eastAsia="Times New Roman" w:cs="Times New Roman"/>
        </w:rPr>
        <w:t>Ezeket a dolgokat a következő cikkben folytatjuk.</w:t>
      </w:r>
    </w:p>
    <w:p>
      <w:pPr>
        <w:pStyle w:val="ArticleHeading"/>
        <w:jc w:val="left"/>
      </w:pPr>
      <w:r>
        <w:rPr>
          <w:rFonts w:ascii="Arial" w:hAnsi="Arial" w:eastAsia="Arial" w:cs="Arial"/>
        </w:rPr>
        <w:t>Kézirat 188, 1905</w:t>
      </w:r>
    </w:p>
    <w:p>
      <w:pPr>
        <w:pStyle w:val="ArticleScripture"/>
        <w:jc w:val="left"/>
      </w:pPr>
      <w:r>
        <w:rPr>
          <w:rFonts w:ascii="Times New Roman" w:hAnsi="Times New Roman" w:eastAsia="Times New Roman" w:cs="Times New Roman"/>
        </w:rPr>
        <w:t>„Amikor Nashville-ben voltam, beszéltem az emberekhez, és az éjszaka idején egy mérhetetlen tűzgolyó jött alá egyenesen a mennyből, és megállapodott Nashville fölött. Lángok csaptak ki abból a golyóból, mint a nyilak; házak emésztettek meg; házak inogtak és omlottak össze. Néhányan a mi népünkből ott álltak. »Éppen úgy van, ahogyan vártuk« — mondták —, »ezt vártuk.« Mások kínjukban tördelték a kezüket, és irgalomért kiáltottak Istenhez. »Tudtátok« — mondták —, »tudtátok, hogy ez eljön, és egyetlen szót sem szóltatok, hogy figyelmeztessetek bennünket!« Úgy tűnt, mintha szinte darabokra akarnák tépni őket annak gondolatára, hogy soha semmit nem mondtak nekik, és egyáltalán semmiféle figyelmeztetést nem adtak.” Kézirat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Tízes szám</dc:title>
  <dc:subject>A középpont</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