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Jóel könyve és a laodiceai Hetednapi Adventista Egyház – Negyvenkettedik szám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2026-02-09</w:t>
      </w:r>
    </w:p>
    <w:p>
      <w:pPr>
        <w:pStyle w:val="ArticleHeading"/>
        <w:jc w:val="left"/>
      </w:pPr>
      <w:r>
        <w:rPr>
          <w:rFonts w:ascii="Arial" w:hAnsi="Arial" w:eastAsia="Arial" w:cs="Arial"/>
        </w:rPr>
        <w:t>Negyvenkettedik szám</w:t>
      </w:r>
    </w:p>
    <w:p>
      <w:pPr>
        <w:pStyle w:val="ArticleBody"/>
        <w:jc w:val="left"/>
      </w:pPr>
      <w:r>
        <w:rPr>
          <w:rFonts w:ascii="Times New Roman" w:hAnsi="Times New Roman" w:eastAsia="Times New Roman" w:cs="Times New Roman"/>
        </w:rPr>
        <w:t>Amikor Mózes harmadik könyvének huszonharmadik fejezetét huszonkét versből álló két egyenlő sorra osztjuk, összefüggésben Krisztus vonalával, ahol a tavaszi ünnepek találkoztak ellenképükkel, kimutathatunk egy olyan vonalat, amely a péntek esti páska, a szombati kovásztalan kenyerek és a hét első napján bemutatott zsengék három lépésével kezdődik. Ez egy útjelző, amint azt Krisztus keresztsége jelképezi, de ez az egy útjelző három lépésből áll.</w:t>
      </w:r>
    </w:p>
    <w:p>
      <w:pPr>
        <w:pStyle w:val="ArticleBody"/>
        <w:jc w:val="left"/>
      </w:pPr>
      <w:r>
        <w:rPr>
          <w:rFonts w:ascii="Times New Roman" w:hAnsi="Times New Roman" w:eastAsia="Times New Roman" w:cs="Times New Roman"/>
        </w:rPr>
        <w:t>Ha a feltámadástól kezdve előre számítjuk a negyven napot, fordulóponthoz érkezünk, mert ekkor Krisztus megszűnt színről színre tanítani, és felment a felhőkbe. A száznegyvennégyezer szintén a felhőkbe emelkedik.</w:t>
      </w:r>
    </w:p>
    <w:p>
      <w:pPr>
        <w:pStyle w:val="ArticleScripture"/>
        <w:jc w:val="left"/>
      </w:pPr>
      <w:r>
        <w:rPr>
          <w:rFonts w:ascii="Times New Roman" w:hAnsi="Times New Roman" w:eastAsia="Times New Roman" w:cs="Times New Roman"/>
        </w:rPr>
        <w:t>És hallottak egy nagy szózatot az égből, amely ezt mondta nekik: Jöjjetek fel ide. És felmentek a mennybe felhőben; és ellenségeik látták őket. És ugyanabban az órában nagy földindulás támadt, és a város tizedrésze leomlott, és a földindulásban hétezer ember öletett meg; a többieket pedig félelem szállta meg, és dicsőséget adtak a menny Istenének. A második jaj elmúlt; íme, a harmadik jaj hamar eljön. És megszólalt a hetedik angyal; és nagy szózatok lettek a mennyben, amelyek ezt mondták: E világ országai a mi Urunkéi és az ő Krisztusáéi lettek, és ő fog uralkodni örökkön örökké. Jelenések 11:12–15.</w:t>
      </w:r>
    </w:p>
    <w:p>
      <w:pPr>
        <w:pStyle w:val="ArticleBody"/>
        <w:jc w:val="left"/>
      </w:pPr>
      <w:r>
        <w:rPr>
          <w:rFonts w:ascii="Times New Roman" w:hAnsi="Times New Roman" w:eastAsia="Times New Roman" w:cs="Times New Roman"/>
        </w:rPr>
        <w:t>A második és a harmadik jaj az iszlám, és a hetedik angyal a harmadik jaj, amely ismét csak az iszlám. A harmadik jaj gyorsan érkezik a földrengéskor. A földrengés az Egyesült Államokban bevezetett vasárnapi törvény; az Egyesült Államok a Jelenések tizenharmadik fejezetének földből feljövő fenevada, és a vasárnapi törvény a megrázkódtatás, amely rengés. A földből feljövő fenevad a tíz király első számú királya, és amikor az Egyesült Államokat megdöntik a vasárnapi törvény idején, a város tizedrésze elesik. A vasárnapi törvény ugyanazon órájában a két tanú, akiket Illés és Mózes jelképez, ugyanaz a két tanú, akik Krisztussal együtt megdicsőülten jelentek meg Péternek, Jakabnak és Jánosnak, felvitetnek a felhőben a mennybe, és mindenki látja őket, mert ellenségeik szemlélték őket.</w:t>
      </w:r>
    </w:p>
    <w:p>
      <w:pPr>
        <w:pStyle w:val="ArticleBody"/>
        <w:jc w:val="left"/>
      </w:pPr>
      <w:r>
        <w:rPr>
          <w:rFonts w:ascii="Times New Roman" w:hAnsi="Times New Roman" w:eastAsia="Times New Roman" w:cs="Times New Roman"/>
        </w:rPr>
        <w:t>A feltámadás után negyven nappal Jézus „felment” a felhőkbe, és megkezdődött a tíz nap a felházban. A mennybemenetel szemléletes próba, miként a három angyal közül a második is az. Mennybemenetelekor az angyalok kijelentették, hogy felhőkkel tér vissza, amint éppen felhőkkel ment fel.</w:t>
      </w:r>
    </w:p>
    <w:p>
      <w:pPr>
        <w:pStyle w:val="ArticleScripture"/>
        <w:jc w:val="left"/>
      </w:pPr>
      <w:r>
        <w:rPr>
          <w:rFonts w:ascii="Times New Roman" w:hAnsi="Times New Roman" w:eastAsia="Times New Roman" w:cs="Times New Roman"/>
        </w:rPr>
        <w:t>És mikor ezeket mondta, szemük láttára felemelteték; és felhő fogadta őt el szemük elől. És amint szemeiket az égre függesztve néztek utána, miközben felemelkedett, íme, két férfi állt meg mellettük fehér ruhában; akik ezt is mondták: Galileabeli férfiak, miért álltok itt az ég felé tekintve? Ez a Jézus, aki felvitetett tőletek a mennybe, akképpen jön el, amiképpen láttátok őt felmenni a mennybe. Cselekedetek 1:9–11.</w:t>
      </w:r>
    </w:p>
    <w:p>
      <w:pPr>
        <w:pStyle w:val="ArticleBody"/>
        <w:jc w:val="left"/>
      </w:pPr>
      <w:r>
        <w:rPr>
          <w:rFonts w:ascii="Times New Roman" w:hAnsi="Times New Roman" w:eastAsia="Times New Roman" w:cs="Times New Roman"/>
        </w:rPr>
        <w:t>Az Ő visszatérése a második eljövetelekor az Ő országának „dicsőségében” történik.</w:t>
      </w:r>
    </w:p>
    <w:p>
      <w:pPr>
        <w:pStyle w:val="ArticleScripture"/>
        <w:jc w:val="left"/>
      </w:pPr>
      <w:r>
        <w:rPr>
          <w:rFonts w:ascii="Times New Roman" w:hAnsi="Times New Roman" w:eastAsia="Times New Roman" w:cs="Times New Roman"/>
        </w:rPr>
        <w:t>Mert aki szégyell engem és az én beszédeimet ebben a parázna és bűnös nemzetségben, azt az Emberfia is szégyellni fogja, amikor eljön az ő Atyjának dicsőségében a szent angyalokkal. Márk 8:38.</w:t>
      </w:r>
    </w:p>
    <w:p>
      <w:pPr>
        <w:pStyle w:val="ArticleBody"/>
        <w:jc w:val="left"/>
      </w:pPr>
      <w:r>
        <w:rPr>
          <w:rFonts w:ascii="Times New Roman" w:hAnsi="Times New Roman" w:eastAsia="Times New Roman" w:cs="Times New Roman"/>
        </w:rPr>
        <w:t>Ugyanez a „dicsőség” volt az, amelynek Péter, Jakab és János tanúi voltak a Megdicsőülés hegyén. A Megdicsőülés hegye szintén egy második lépés volt, amelyet Caesarea Philippi előzött meg, és amelyet Caesarea Maritima követett. A második próba egyúttal a fenevad képmásának próbája is, olyan próba, amely megköveteli annak prófétai felismerését, hogy a fenevad képmása formálódik. A második próba egyúttal az is, amikor Melzár szemügyre veszi Dánielt és barátait, hogy arckifejezésüket összevesse azokéval, akik nem ettek zöldségféléket. Ez vizuális próba. Ábrám szövetségtörténetének három szövetségi lépése közül a második a körülmetélkedés „jele” volt. A második lépés Isten népének elpecsételését jelképezi, miközben felemeltetnek mint zászló. A második lépés az, ahol a „dicsőség” megnyilvánul, mert az első angyal három lépése: félelem, „dicsőség” és ítélet. A pünkösdi időszak negyvenedik napja a Megdicsőülés hegyével áll összhangban. Oldd le sarudat, mert szent földön állsz.</w:t>
      </w:r>
    </w:p>
    <w:p>
      <w:pPr>
        <w:pStyle w:val="ArticleBody"/>
        <w:jc w:val="left"/>
      </w:pPr>
      <w:r>
        <w:rPr>
          <w:rFonts w:ascii="Times New Roman" w:hAnsi="Times New Roman" w:eastAsia="Times New Roman" w:cs="Times New Roman"/>
        </w:rPr>
        <w:t>A mennybemenetel egy szemléletes próba, és az ünnepek sorában a negyvenedik napon bekövetkező mennybemenetelt öt nappal megelőzi a Trombiták ünnepe. A Trombiták ünnepe a hetedik trombita figyelmeztetését azonosítja, amely az iszlámra vonatkozó figyelmeztetés.</w:t>
      </w:r>
    </w:p>
    <w:p>
      <w:pPr>
        <w:pStyle w:val="ArticleBody"/>
        <w:jc w:val="left"/>
      </w:pPr>
      <w:r>
        <w:rPr>
          <w:rFonts w:ascii="Times New Roman" w:hAnsi="Times New Roman" w:eastAsia="Times New Roman" w:cs="Times New Roman"/>
        </w:rPr>
        <w:t>A mennybemenetel öt nappal követi a trombitákat, majd a mennybemenetel után öt nappal az engesztelés napja jelöli az ítéletet. A trombita a régi ösvények, a laodiceai üzenet, az iszlám, és az első angyal alapvető üzenete. Öt nappal később, amikor a „színről színre” való oktatás véget ér, a második angyal második, szemléletes próbáját a mennybemenetel jelöli. Újabb öt nappal később az ítélet jelöli a harmadik angyalt.</w:t>
      </w:r>
    </w:p>
    <w:p>
      <w:pPr>
        <w:pStyle w:val="ArticleBody"/>
        <w:jc w:val="left"/>
      </w:pPr>
      <w:r>
        <w:rPr>
          <w:rFonts w:ascii="Times New Roman" w:hAnsi="Times New Roman" w:eastAsia="Times New Roman" w:cs="Times New Roman"/>
        </w:rPr>
        <w:t>Öt nappal azután, hogy befejeződött az Isten házán végrehajtott ítélet, az Egyesült Államokra is eljön az ítélet, amint azt a pünkösd napja jelzi.</w:t>
      </w:r>
    </w:p>
    <w:p>
      <w:pPr>
        <w:pStyle w:val="ArticleScripture"/>
        <w:jc w:val="left"/>
      </w:pPr>
      <w:r>
        <w:rPr>
          <w:rFonts w:ascii="Times New Roman" w:hAnsi="Times New Roman" w:eastAsia="Times New Roman" w:cs="Times New Roman"/>
        </w:rPr>
        <w:t>És monda Ábrámnak: Bizonyosan tudd meg, hogy a te utódod jövevény lesz a földön, mely nem az övé, és szolgálni fogják azokat; és nyomorgatni fogják őket négyszáz esztendeig. De azt a nemzetet is megítélem, amelynek szolgálni fognak; és azután kijönnek nagy gazdagsággal. 1Mózes 15:13–14.</w:t>
      </w:r>
    </w:p>
    <w:p>
      <w:pPr>
        <w:pStyle w:val="ArticleBody"/>
        <w:jc w:val="left"/>
      </w:pPr>
      <w:r>
        <w:rPr>
          <w:rFonts w:ascii="Times New Roman" w:hAnsi="Times New Roman" w:eastAsia="Times New Roman" w:cs="Times New Roman"/>
        </w:rPr>
        <w:t>Az a „nagy vagyon”, amellyel a száznegyvennégyezer a vasárnapi törvény idején rendelkezik, amikor az Egyesült Államok „nemzete” megítéltetik, Ézsaiás hatodik fejezetének maradéka, amely az Istenséget jelképezi. Ábrahám szövetségi próféciája azt mondja: „és azt a nemzetet is”, ezzel pedig azonosítja, hogy Isten népe a vasárnapi törvény előtt pecsételtetik el. Azután a vasárnapi törvény idején, egy a sátoros ünnep hét napja által jelképezett időszakban, a késői eső mérték nélkül árad ki, miközben az ítélet végbemegy az Isten házán kívül levő nagy sokaságon.</w:t>
      </w:r>
    </w:p>
    <w:p>
      <w:pPr>
        <w:pStyle w:val="ArticleBody"/>
        <w:jc w:val="left"/>
      </w:pPr>
      <w:r>
        <w:rPr>
          <w:rFonts w:ascii="Times New Roman" w:hAnsi="Times New Roman" w:eastAsia="Times New Roman" w:cs="Times New Roman"/>
        </w:rPr>
        <w:t>2020. július 18-án a két tanút megölték Sodoma és Egyiptom utcáin. A két tanú Mózes és Illés volt, és William Miller saját történelmének Illése volt. Álmában egy pillanatra lehunyta a szemét, és 2020. július 18-án prófétikusan lehunyta a szemét a halálban. Amikor kinyitotta a szemét, a szoba üres volt, az ajtó és az ablakok nyitva voltak. Amikor Miller ezután meglátta, milyen munkát végez a piszokkefés ember, kérlelte őt, hogy legyen óvatos, és a piszokkefés ember biztosította őt afelől, hogy minden rendben lesz.</w:t>
      </w:r>
    </w:p>
    <w:p>
      <w:pPr>
        <w:pStyle w:val="ArticleBody"/>
        <w:jc w:val="left"/>
      </w:pPr>
      <w:r>
        <w:rPr>
          <w:rFonts w:ascii="Times New Roman" w:hAnsi="Times New Roman" w:eastAsia="Times New Roman" w:cs="Times New Roman"/>
        </w:rPr>
        <w:t>Amikor Miller 2023 júliusában felébredt a pusztaságban, elérkezett a kovásztalan kenyerek ünnepe, közvetlenül az 2023. december 31-i feltámadás előtt. Ekkor kezdett feltöretni az igazi Éjféli Kiáltás prófétai üzenete — az a „kiáltás”, amelyet minden más, valaha feltört prófétai üzenet előképezett —, mert a három és fél nap vége a „vég idejét” azonosítja, és a „vég idején” mindig prófétai feltöretés történik. Ez mindig így van, mert Krisztus ugyanaz tegnap, ma és mindörökké. Az emberekkel való bánásmódja mindenkor ugyanaz, mert most is ugyanazon „vonalak” szerint munkálkodik, mint ahogyan mindig is tette. A három és fél nap végén Jézus Krisztus kinyilatkoztatása feltöretett.</w:t>
      </w:r>
    </w:p>
    <w:p>
      <w:pPr>
        <w:pStyle w:val="ArticleBody"/>
        <w:jc w:val="left"/>
      </w:pPr>
      <w:r>
        <w:rPr>
          <w:rFonts w:ascii="Times New Roman" w:hAnsi="Times New Roman" w:eastAsia="Times New Roman" w:cs="Times New Roman"/>
        </w:rPr>
        <w:t>A feltámadott testet Ádám jelképezte előre, akit először megformáltak, majd ráleheltek az élet leheletét. Ezékiel 37 halott, száraz csontjai is először egy prófécia által formálódtak meg, majd ezt követően egy második prófécia által keltek életre, amely az élet leheletét vitte az élettelen testbe a négy szélről szóló üzenettel, amely a pecsételési üzenet. Mindkét szemléltetésben a feloldott prófécia két részből áll, amelyeket különféle módokon mutatnak be. Ezek a belső és a külső; ezek az Ulai és a Hiddekel folyók látomása; ezek a chazon és a mareh látomások; ezek a két tanú, a két aranycső, és így tovább.</w:t>
      </w:r>
    </w:p>
    <w:p>
      <w:pPr>
        <w:pStyle w:val="ArticleBody"/>
        <w:jc w:val="left"/>
      </w:pPr>
      <w:r>
        <w:rPr>
          <w:rFonts w:ascii="Times New Roman" w:hAnsi="Times New Roman" w:eastAsia="Times New Roman" w:cs="Times New Roman"/>
        </w:rPr>
        <w:t>A millerita történelemben az Éjféli Kiáltás volt az a prófécia, amely a második angyal próféciájához kapcsolódott. Egy kétlépcsős prófécia. Amikor a holt, száraz csontok 2023-ban feltámadtak, prófétai szükségszerűség folytán próbára kellett tétetniük, mert egy prófécia felnyitása mindig egy háromlépcsős próbatételi folyamat kezdetét jelenti. Az első két próba az alap próbatétele, majd a templom próbatétele volna.</w:t>
      </w:r>
    </w:p>
    <w:p>
      <w:pPr>
        <w:pStyle w:val="ArticleBody"/>
        <w:jc w:val="left"/>
      </w:pPr>
      <w:r>
        <w:rPr>
          <w:rFonts w:ascii="Times New Roman" w:hAnsi="Times New Roman" w:eastAsia="Times New Roman" w:cs="Times New Roman"/>
        </w:rPr>
        <w:t>Öt nappal a feltámadás után – véget ér a pusztában kiáltó szó, amelyet a kovásztalan kenyerek időszaka jelképez, mert Illés, akit Miller és Keresztelő János képvisel, mindketten előkészítették az utat Annak, akinek saruja hordozására méltatlanok voltak. A feltámadáskor Jézus megkezdi negyvennapos, „színről színre” való tanításának időszakát. Ez a „színről színre” való tanítás Dániel számára a tizedik fejezetben a huszonkettedik napon kezdődött. Ott ez három lépésként és három érintésként jelenik meg, együtt az erőssé tétel megkettőzésével.</w:t>
      </w:r>
    </w:p>
    <w:p>
      <w:pPr>
        <w:pStyle w:val="ArticleBody"/>
        <w:jc w:val="left"/>
      </w:pPr>
      <w:r>
        <w:rPr>
          <w:rFonts w:ascii="Times New Roman" w:hAnsi="Times New Roman" w:eastAsia="Times New Roman" w:cs="Times New Roman"/>
        </w:rPr>
        <w:t>Öt nappal a negyven nap letelte előtt megszólal az iszlám harsonájának figyelmeztetése. Az iszlám figyelmeztetését az a szamár jelképezte, amelyen Krisztus bevonult diadalmenetben Jeruzsálembe. Mielőtt az Olajfák hegyének lejtőin alászállt volna Jeruzsálembe, előbb megparancsolta tanítványainak, hogy menjenek, és oldják el a szamarat.</w:t>
      </w:r>
    </w:p>
    <w:p>
      <w:pPr>
        <w:pStyle w:val="ArticleScripture"/>
        <w:jc w:val="left"/>
      </w:pPr>
      <w:r>
        <w:rPr>
          <w:rFonts w:ascii="Times New Roman" w:hAnsi="Times New Roman" w:eastAsia="Times New Roman" w:cs="Times New Roman"/>
        </w:rPr>
        <w:t>„E látomás 1847-ben adatott, amikor az adventhívő testvérek közül még csak igen kevesen tartották meg a szombatot, és közülük is csak kevesen vélték úgy, hogy annak megtartása elégséges jelentőségű ahhoz, hogy választóvonalat húzzon Isten népe és a hitetlenek közé. Most e látomás beteljesedése kezd láthatóvá válni. Az itt említett »a nyomorúság ama idejének kezdete« nem arra az időre utal, amikor a csapások elkezdenek kiöntetni, hanem egy rövid időszakra közvetlenül azelőtt, hogy kiöntetnének, miközben Krisztus a szentélyben van. Abban az időben, miközben az üdvösség munkája lezárulóban lesz, nyomorúság jön a földre, és a nemzetek haragudni fognak, mégis féken lesznek tartva, hogy ne akadályozzák meg a harmadik angyal munkáját. Abban az időben jön el a »késői eső«, vagyis az Úr jelenlétéből áradó felüdülés, hogy erőt adjon a harmadik angyal hangos kiáltásának, és felkészítse a szenteket, hogy megálljanak abban az időszakban, amikor a hét utolsó csapás kiöntetik.” Early Writings, 85.</w:t>
      </w:r>
    </w:p>
    <w:p>
      <w:pPr>
        <w:pStyle w:val="ArticleBody"/>
        <w:jc w:val="left"/>
      </w:pPr>
      <w:r>
        <w:rPr>
          <w:rFonts w:ascii="Times New Roman" w:hAnsi="Times New Roman" w:eastAsia="Times New Roman" w:cs="Times New Roman"/>
        </w:rPr>
        <w:t>Szeptember 11-én megparancsolta angyalainak, hogy oldják el a szamarat, azután pedig ifjabb George Bush megfékezte a szamarat. Círusz az első angyalt jelképezi, mert ő hirdette ki az első rendeletet. Ezért egyaránt jelképezi 1840. augusztus 11-ét és szeptember 11-ét, és szeptember 11-én az iszlámot, amint azt „a nemzetek haragja” jelképezi, szabadon engedték, majd féken tartották. Abban az időben kezdett hullani a késői eső. Círusz egyaránt jelképezi az iszlám mindkét útjelzőjét: 1840. augusztus 11-ét és szeptember 11-ét.</w:t>
      </w:r>
    </w:p>
    <w:p>
      <w:pPr>
        <w:pStyle w:val="ArticleScripture"/>
        <w:jc w:val="left"/>
      </w:pPr>
      <w:r>
        <w:rPr>
          <w:rFonts w:ascii="Times New Roman" w:hAnsi="Times New Roman" w:eastAsia="Times New Roman" w:cs="Times New Roman"/>
        </w:rPr>
        <w:t>„Három héten át Gábriel a sötétség hatalmaival küzdött, igyekezvén ellensúlyozni azokat a befolyásokat, amelyek Círus elméjére hatottak; és mielőtt a küzdelem véget ért volna, maga Krisztus sietett Gábriel segítségére. „Perzsia országának fejedelme huszonegy napig ellenállt nekem” — jelenti ki Gábriel —, „de íme, Mihály, az első fejedelmek egyike, segítségemre jött; én pedig ott maradtam Perzsia királyai mellett.” Dániel 10:13. A menny mindent megtett, amit csak megtehetett Isten népéért. A győzelem végül kivívatott; az ellenség erői féken tartattak Círusnak minden napjaiban, és fiának, Kambüszésznek minden napjaiban is, aki mintegy hét és fél esztendeig uralkodott.” Próféták és királyok, 571.</w:t>
      </w:r>
    </w:p>
    <w:p>
      <w:pPr>
        <w:pStyle w:val="ArticleBody"/>
        <w:jc w:val="left"/>
      </w:pPr>
      <w:r>
        <w:rPr>
          <w:rFonts w:ascii="Times New Roman" w:hAnsi="Times New Roman" w:eastAsia="Times New Roman" w:cs="Times New Roman"/>
        </w:rPr>
        <w:t>Círusz, 1840. augusztus 11-én, amikor az oszmán felsőbbség megszűnt, ahogyan az úttörők kifejezték, a második jaj iszlámja féken volt tartva. Ez a korlátozás a háromszázkilencvenegy év és tizenöt nap időpróféciájának lezárását jelezte, amely akkor kezdődött, amikor a négy angyalt, akik négy iszlám szultánt jelképeztek, a hatodik angyal eloldotta, aki az iszlám három jajának második jaját jelképezte. 9/11-én az iszlám lesújtott, majd megfékeztetett, amint azt a féken tartás szemlélteti Círusz és 1840 történetében. Mindhárom tanú az iszlám megfékezését vagy eloldását azonosítja, és Krisztus diadalmenetének kezdetén a szamárcsikót eloldották.</w:t>
      </w:r>
    </w:p>
    <w:p>
      <w:pPr>
        <w:pStyle w:val="ArticleBody"/>
        <w:jc w:val="left"/>
      </w:pPr>
      <w:r>
        <w:rPr>
          <w:rFonts w:ascii="Times New Roman" w:hAnsi="Times New Roman" w:eastAsia="Times New Roman" w:cs="Times New Roman"/>
        </w:rPr>
        <w:t>A szamár eloldása diadalmas bevonulása előtt azonosítja azt a trombitai üzenetet, amely öt nappal a mennybemenetel előtt érkezik. Az az üzenet, hogy az iszlám ismét szabadon bocsáttatik, miként 9/11-kor történt, és miként tizenöt nappal később, a vasárnaptörvénynél, amely a pünkösd, ismét szabadon bocsáttatik majd, az az üzenet, amely az Éjféli Kiáltás kezdetét jelzi. Az eloldott szamár az Éjféli Kiáltás üzenete hirdetésének kezdetét, vagyis alfáját jelöli; és a vasárnaptörvénynél, ahol az Éjféli Kiáltás hangos kiáltássá változik, az iszlám ismét lesújt a földvadállatra.</w:t>
      </w:r>
    </w:p>
    <w:p>
      <w:pPr>
        <w:pStyle w:val="ArticleBody"/>
        <w:jc w:val="left"/>
      </w:pPr>
      <w:r>
        <w:rPr>
          <w:rFonts w:ascii="Times New Roman" w:hAnsi="Times New Roman" w:eastAsia="Times New Roman" w:cs="Times New Roman"/>
        </w:rPr>
        <w:t>Az Éjféli Kiáltás időszaka egy iszlám alfa-csapással kezdődik, és egy iszlám omega-csapással ér véget. Az iszlám Egyesült Államok elleni csapásait Bálám és szamara bizonyságtétele szemlélteti, amely természetesen a Számok könyve huszonkettedik fejezetében van bemutatva. A laodíceai Hetednapi Adventista egyház sorsa mint a földi fenevad protestáns szarva az Ézsaiás 22:22-ben van ábrázolva (belső), a republikánus szarv sorsa pedig a Számok 22:22-ben (külső), és az azt követő versekben van kifejtve.</w:t>
      </w:r>
    </w:p>
    <w:p>
      <w:pPr>
        <w:pStyle w:val="ArticleScripture"/>
        <w:jc w:val="left"/>
      </w:pPr>
      <w:r>
        <w:rPr>
          <w:rFonts w:ascii="Times New Roman" w:hAnsi="Times New Roman" w:eastAsia="Times New Roman" w:cs="Times New Roman"/>
        </w:rPr>
        <w:t>És fölgerjedt Isten haragja, amiatt hogy elment; és az Úr angyala megállt az úton, hogy ellene álljon. Ő pedig a szamarán ült, és két szolgája vele volt.</w:t>
      </w:r>
    </w:p>
    <w:p>
      <w:pPr>
        <w:pStyle w:val="ArticleScripture"/>
        <w:jc w:val="left"/>
      </w:pPr>
      <w:r>
        <w:rPr>
          <w:rFonts w:ascii="Times New Roman" w:hAnsi="Times New Roman" w:eastAsia="Times New Roman" w:cs="Times New Roman"/>
        </w:rPr>
        <w:t>És meglátta a szamár az Úr angyalát, amint az úton állt, kezében kivont karddal; és letért a szamár az útról, és kiment a mezőre; Bálám pedig megverte a szamarat, hogy visszatérítse az útra. 4Mózes 22:22, 23.</w:t>
      </w:r>
    </w:p>
    <w:p>
      <w:pPr>
        <w:pStyle w:val="ArticleBody"/>
        <w:jc w:val="left"/>
      </w:pPr>
      <w:r>
        <w:rPr>
          <w:rFonts w:ascii="Times New Roman" w:hAnsi="Times New Roman" w:eastAsia="Times New Roman" w:cs="Times New Roman"/>
        </w:rPr>
        <w:t>Szeptember 11-én Bálám, a hamis próféta, aki az Egyesült Államokat és az ifjabb George Busht jelképezi, arra törekedett, hogy befejezze azt a munkát, amelyet apja, az idősebb George Bush kezdett el a globalisták azon kísérletében, hogy megdöntsék az Egyesült Államokat, és megvalósítsák azt, amit ő „új világrendnek” nevezett. A globalisták bibliai indítéka Isten maradék népének megölése, és az ifjabb George Bush apja prófétai örökségének végét jelképezi, amelynek célja az „új világrend” bevezetése volt, ahogyan ő nevezte azt. Bush „új világrendje” a sárkány, a fenevad és a hamis próféta hármas szövetségéhez érkezik el a vasárnaptörvénynél, és az ifjabb George Bush annak az időszaknak a kezdetét jelöli, amely a vasárnaptörvénynél teljesedik be, amely a pecsételés ideje, a fenevad képmása próbájának ideje, a Jelenések könyve tizennyolcadik fejezetének első hangja által jelképezett időszak, és még sok más. Bálám szamara eltérítette a globalista programot mindaddig, amíg a száznegyvennégyezer meg nem pecsételtetik homlokán.</w:t>
      </w:r>
    </w:p>
    <w:p>
      <w:pPr>
        <w:pStyle w:val="ArticleScripture"/>
        <w:jc w:val="left"/>
      </w:pPr>
      <w:r>
        <w:rPr>
          <w:rFonts w:ascii="Times New Roman" w:hAnsi="Times New Roman" w:eastAsia="Times New Roman" w:cs="Times New Roman"/>
        </w:rPr>
        <w:t>Asáf éneke, zsoltára. Ne hallgass, ó Isten; ne maradj néma, és ne légy veszteg, ó Isten! Mert íme, ellenségeid háborognak, és akik gyűlölnek téged, fölemelték fejüket. Álcselt szőnek néped ellen, és tanácskoznak rejtettjeid ellen. Ezt mondják: Jertek, irtsuk ki őket a nemzetek sorából, hogy Izráel neve többé emlékezetben se legyen! Mert egy szívvel tanácskoznak együtt; szövetséget kötnek ellened. Zsoltárok 83:1–5.</w:t>
      </w:r>
    </w:p>
    <w:p>
      <w:pPr>
        <w:pStyle w:val="ArticleBody"/>
        <w:jc w:val="left"/>
      </w:pPr>
      <w:r>
        <w:rPr>
          <w:rFonts w:ascii="Times New Roman" w:hAnsi="Times New Roman" w:eastAsia="Times New Roman" w:cs="Times New Roman"/>
        </w:rPr>
        <w:t>A hatodik verstől kezdve az „ellenségek” „tíz” nemzetként azonosíttatnak, akiket a Jelenések tizenhetedik fejezetében tíz király képvisel. Ott a tíz király egy akaraton van, Asáf pedig ezt mondja: „egy akarattal tanácskoztak együtt: szövetségre léptek ellened.” A tíz király az utolsó napok globalista gonosz szövetsége, amely elhatározta, hogy „kiirtja” „Izráelt”, „a te rejtetteidet”, úgy, hogy megszűnjék „nemzet” lenni. Annak a tíz királyból álló szövetségnek a munkája, akik a pápai hatalmat a hármas unió „fejeként” „emelik fel”, az, hogy eltörölje a lelki „Izráelt”, akik a „Magasságos rejtekében” vannak elrejtve.</w:t>
      </w:r>
    </w:p>
    <w:p>
      <w:pPr>
        <w:pStyle w:val="ArticleBody"/>
        <w:jc w:val="left"/>
      </w:pPr>
      <w:r>
        <w:rPr>
          <w:rFonts w:ascii="Times New Roman" w:hAnsi="Times New Roman" w:eastAsia="Times New Roman" w:cs="Times New Roman"/>
        </w:rPr>
        <w:t>2001. szeptember 11-én az iszlám szamara letérítette a sárkány programját az útjáról, mert a Jelenések 18 hatalmas angyala karddal a kezében leszállt. Az akkori belső próba az volt, hogy vissza kell térni a régi ösvényekhez. Attól a ponttól kezdve a millerita történetek ismétlődése mind az első, mind a második angyal esetében megkezdődött, úgy, amint az a Jelenések könyve tizennyolcadik fejezete első három versének történetében fel van vázolva. Az első három vers pedig azok a versek, amelyekről White testvérnő kijelentette, hogy akkor teljesednek be, amikor New York City nagy épületei leomlanak.</w:t>
      </w:r>
    </w:p>
    <w:p>
      <w:pPr>
        <w:pStyle w:val="ArticleBody"/>
        <w:jc w:val="left"/>
      </w:pPr>
      <w:r>
        <w:rPr>
          <w:rFonts w:ascii="Times New Roman" w:hAnsi="Times New Roman" w:eastAsia="Times New Roman" w:cs="Times New Roman"/>
        </w:rPr>
        <w:t>2001. szeptember 11-én teljesedett be a Jelenések 18:1–3, és az első angyal párhuzamához, aki 1840. augusztus 11-én alászállt, hogy dicsőségével beragyogja a földet, ekkor csatlakozott a második angyal, aki Babilon bukását hirdette. Bálám az első angyal jelképe volt, és Bálámot két szolgája kísérte, akik a második angyalt jelképezték.</w:t>
      </w:r>
    </w:p>
    <w:p>
      <w:pPr>
        <w:pStyle w:val="ArticleBody"/>
        <w:jc w:val="left"/>
      </w:pPr>
      <w:r>
        <w:rPr>
          <w:rFonts w:ascii="Times New Roman" w:hAnsi="Times New Roman" w:eastAsia="Times New Roman" w:cs="Times New Roman"/>
        </w:rPr>
        <w:t>Bálámnak a hamis próféta republikánus szarváról adott szemléltetésében Bálámnak még két további összecsapása lett volna az iszlám szamarával. A harmadik összecsapásnál a szamár „megszólalna”, és a prófécia megszólalása a vasárnapi törvényt jelöli. 2023. október 7-én a szamár ismét lesújtott, de nem a lelki modern dicsőséges földre. A szó szerinti ősi dicsőséges földre sújtott le, és Bálám meg a szamara immár a második összecsapásában volt.</w:t>
      </w:r>
    </w:p>
    <w:p>
      <w:pPr>
        <w:pStyle w:val="ArticleScripture"/>
        <w:jc w:val="left"/>
      </w:pPr>
      <w:r>
        <w:rPr>
          <w:rFonts w:ascii="Times New Roman" w:hAnsi="Times New Roman" w:eastAsia="Times New Roman" w:cs="Times New Roman"/>
        </w:rPr>
        <w:t>Az Úr angyala pedig megállt a szőlők ösvényén, fallal ezen az oldalon, és fallal ama oldalon. És amikor a szamár meglátta az Úr angyalát, odaszorította magát a falhoz, és Bálám lábát a falhoz zúzta; ő pedig ismét megverte. 4Mózes 22:24, 25.</w:t>
      </w:r>
    </w:p>
    <w:p>
      <w:pPr>
        <w:pStyle w:val="ArticleBody"/>
        <w:jc w:val="left"/>
      </w:pPr>
      <w:r>
        <w:rPr>
          <w:rFonts w:ascii="Times New Roman" w:hAnsi="Times New Roman" w:eastAsia="Times New Roman" w:cs="Times New Roman"/>
        </w:rPr>
        <w:t>Az ősi Izráel szőlőskertje szemlélteti a laodíceai Hetednapi Adventizmus szőlőskertjét. Mindkettő a szövetség népe, amely azt a felelősséget kapta, hogy Isten törvényének letéteményese legyen; ezt a törvényt a „kőfal” jelképezi, amely a szőlőskertet alkotó elemek egyike.</w:t>
      </w:r>
    </w:p>
    <w:p>
      <w:pPr>
        <w:pStyle w:val="ArticleScripture"/>
        <w:jc w:val="left"/>
      </w:pPr>
      <w:r>
        <w:rPr>
          <w:rFonts w:ascii="Times New Roman" w:hAnsi="Times New Roman" w:eastAsia="Times New Roman" w:cs="Times New Roman"/>
        </w:rPr>
        <w:t>Mit kellett volna még tennem szőlőmmel, amit meg nem tettem vele? Miért termett hát vadszőlőt, mikor azt vártam, hogy szőlőt teremjen? Most azért tudtotokra adom, mit teszek szőlőmmel: elhányom kerítését, hogy lelegeljék; lerontom falát, hogy eltapossák. Ézsaiás 5:4, 5.</w:t>
      </w:r>
    </w:p>
    <w:p>
      <w:pPr>
        <w:pStyle w:val="ArticleBody"/>
        <w:jc w:val="left"/>
      </w:pPr>
      <w:r>
        <w:rPr>
          <w:rFonts w:ascii="Times New Roman" w:hAnsi="Times New Roman" w:eastAsia="Times New Roman" w:cs="Times New Roman"/>
        </w:rPr>
        <w:t>Az ősi, szó szerinti és a modern, lelki Izrael egyaránt fellázadt, és elutasította szent felelősségeit. 9/11-től a vasárnapi törvényig egy prófétai kérdést egy „fal” jelképez. A prófétai kérdés az egyház és az állam szétválasztását jelentő „fal” lerombolása az Amerikai Egyesült Államok Alkotmányán belül. 9/11 alkalmával Bush bevezette a Patriot Actet, amely jelentős lépés volt az Alkotmány félretételében, mert ekkor fordították felül azt a filozófiát, amely az Alkotmányt irányította, amikor a római jog azon alapelvét, amely szerint az ember bűnös mindaddig, amíg ártatlansága be nem bizonyosodik, az angol jog azon alapelve fölé helyezték, amely azt tartja fenn, hogy az ember ártatlan mindaddig, amíg bűnössége be nem bizonyosodik.</w:t>
      </w:r>
    </w:p>
    <w:p>
      <w:pPr>
        <w:pStyle w:val="ArticleBody"/>
        <w:jc w:val="left"/>
      </w:pPr>
      <w:r>
        <w:rPr>
          <w:rFonts w:ascii="Times New Roman" w:hAnsi="Times New Roman" w:eastAsia="Times New Roman" w:cs="Times New Roman"/>
        </w:rPr>
        <w:t>A 9/11-től a vasárnaptörvényig terjedő időszak a „falakra” vonatkozó prófétai utalásokat tartalmaz. Az iszlám, amely Bálám szamaraként töri át a falakat, arra mutat rá, hogy éppen az iszlám kérdése fogja szolgáltatni azt a félrevezető logikát, amellyel az Alkotmányban foglalt elveket felforgatják. Ebben a prófétai értelemben az iszlám, egy bibliai hamis próféta, az, ami megtéveszti az Egyesült Államokat a fenevad képmására vonatkozó próba idején, miként az Egyesült Államok hamis prófétája is megtéveszti az egész világot a világ fenevadképmás-próbájának idején.</w:t>
      </w:r>
    </w:p>
    <w:p>
      <w:pPr>
        <w:pStyle w:val="ArticleBody"/>
        <w:jc w:val="left"/>
      </w:pPr>
      <w:r>
        <w:rPr>
          <w:rFonts w:ascii="Times New Roman" w:hAnsi="Times New Roman" w:eastAsia="Times New Roman" w:cs="Times New Roman"/>
        </w:rPr>
        <w:t>2023. október 7-én az iszlám szamara megtámadta az ősi, szó szerinti dicsőséges földet, és amikor a szamarat eloldják az Éjféli Kiáltás kihirdetése előtt, az iszlám ismét le fog sújtani az Egyesült Államokra, a modern, lelki dicsőséges földre, miként tette 9/11-kor. Másodszor, amikor Bálám megüti a szamarat, az a második angyal, és a második angyal mindig megkettőződést idéz elő, amint azt a két fallal határolt „szőlőskertek ösvénye” jelképezi.</w:t>
      </w:r>
    </w:p>
    <w:p>
      <w:pPr>
        <w:pStyle w:val="ArticleScripture"/>
        <w:jc w:val="left"/>
      </w:pPr>
      <w:r>
        <w:rPr>
          <w:rFonts w:ascii="Times New Roman" w:hAnsi="Times New Roman" w:eastAsia="Times New Roman" w:cs="Times New Roman"/>
        </w:rPr>
        <w:t>És továbbment az ÚR angyala, és megállt egy szoros helyen, ahol nem volt mód kitérni sem jobbra, sem balra. Amikor pedig a szamár meglátta az ÚR angyalát, lefeküdt Bálám alá; erre Bálám haragra gerjedt, és bottal megverte a szamarat. És az ÚR megnyitotta a szamár száját, és az ezt mondta Bálámnak: Mit vétettem ellened, hogy immár három ízben megvertél engem? 4Mózes 22:26–28.</w:t>
      </w:r>
    </w:p>
    <w:p>
      <w:pPr>
        <w:pStyle w:val="ArticleBody"/>
        <w:jc w:val="left"/>
      </w:pPr>
      <w:r>
        <w:rPr>
          <w:rFonts w:ascii="Times New Roman" w:hAnsi="Times New Roman" w:eastAsia="Times New Roman" w:cs="Times New Roman"/>
        </w:rPr>
        <w:t>Ha a huszonkettedik és a huszonharmadik verset közelebbről megvizsgáljuk, azt találjuk, hogy valójában a szamarat először a huszonharmadik versben verik meg.</w:t>
      </w:r>
    </w:p>
    <w:p>
      <w:pPr>
        <w:pStyle w:val="ArticleScripture"/>
        <w:jc w:val="left"/>
      </w:pPr>
      <w:r>
        <w:rPr>
          <w:rFonts w:ascii="Times New Roman" w:hAnsi="Times New Roman" w:eastAsia="Times New Roman" w:cs="Times New Roman"/>
        </w:rPr>
        <w:t>És Isten haragja fellángolt amiatt, hogy elment; és az Úr angyala megállt az úton, hogy ellenállója legyen. Ő pedig a szamarán lovagolt, és két szolgája volt vele.</w:t>
      </w:r>
    </w:p>
    <w:p>
      <w:pPr>
        <w:pStyle w:val="ArticleScripture"/>
        <w:jc w:val="left"/>
      </w:pPr>
      <w:r>
        <w:rPr>
          <w:rFonts w:ascii="Times New Roman" w:hAnsi="Times New Roman" w:eastAsia="Times New Roman" w:cs="Times New Roman"/>
        </w:rPr>
        <w:t>És meglátta a szamár az Úr angyalát, amint az úton állt, kivont karddal a kezében; ezért a szamár letért az útról, és kiment a mezőre; Bálám pedig megverte a szamarat, hogy visszatérítse az útra. 4Mózes 22:22, 23.</w:t>
      </w:r>
    </w:p>
    <w:p>
      <w:pPr>
        <w:pStyle w:val="ArticleBody"/>
        <w:jc w:val="left"/>
      </w:pPr>
      <w:r>
        <w:rPr>
          <w:rFonts w:ascii="Times New Roman" w:hAnsi="Times New Roman" w:eastAsia="Times New Roman" w:cs="Times New Roman"/>
        </w:rPr>
        <w:t>Isten haragja, amely amiatt gerjedt fel Bálám ellen, hogy elfogadta a hamis prófétaságra szóló felkérést, párhuzamban áll Krisztusnak azzal, hogy a Máté 22 utolsó versében véget vetett a kötözködő zsidókkal folytatott párbeszédének. A 4Mózes 22 huszonharmadik verse a Máté 23. fejezetével áll összhangban, a 4Mózes 22 huszonnegyedik és huszonötödik verse pedig a Máté 24. és 25. fejezetével. A huszonhatodik, huszonhetedik és huszonnyolcadik versek a Máté 26., 27. és 28. fejezetének felelnek meg.</w:t>
      </w:r>
    </w:p>
    <w:p>
      <w:pPr>
        <w:pStyle w:val="ArticleBody"/>
        <w:jc w:val="left"/>
      </w:pPr>
      <w:r>
        <w:rPr>
          <w:rFonts w:ascii="Times New Roman" w:hAnsi="Times New Roman" w:eastAsia="Times New Roman" w:cs="Times New Roman"/>
        </w:rPr>
        <w:t>A Máté 23. fejezete az első angyal, a 24. és 25. fejezet a második angyal, a 26., 27. és 28. fejezet pedig a harmadik angyal. A 4Mózes 22-ben a 23. vers az első angyal, a 24. és 25. versek a második angyal, a 26., 27. és 28. versek pedig a harmadik angyal. Máté a szövetség népéhez szól, a régihez és az újhoz: a 4Mózes pedig azonosítja az iszlám szerepét mint Isten fenyítő eszközét a vasárnapimádással szemben, amely az Egyesült Államokban kezdődik, majd azután az egész világon elterjed. A harmadik csapás után, amikor a szamár megszólal, Bálám megvilágosodik afelől, ami éppen történt.</w:t>
      </w:r>
    </w:p>
    <w:p>
      <w:pPr>
        <w:pStyle w:val="ArticleScripture"/>
        <w:jc w:val="left"/>
      </w:pPr>
      <w:r>
        <w:rPr>
          <w:rFonts w:ascii="Times New Roman" w:hAnsi="Times New Roman" w:eastAsia="Times New Roman" w:cs="Times New Roman"/>
        </w:rPr>
        <w:t>Ekkor az Úr megnyitotta Bálám szemeit, és meglátta az Úr angyalát az úton állni, kivont karddal a kezében; erre meghajtotta a fejét, és arccal a földre borult. Az Úr angyala pedig ezt mondta neki: Miért verted meg szamaradat immár három ízben? Íme, én azért jöttem ki, hogy utadat álljam, mivel a te utad gonosz előttem. A szamár pedig meglátott engem, és kitért előlem e három ízben; ha nem tért volna ki előlem, bizony már most megöltelek volna téged, őt pedig életben hagytam volna. Bálám pedig ezt mondta az Úr angyalának: Vétkeztem, mert nem tudtam, hogy te állasz ellenem az úton; most azért, ha nem tetszik neked, visszatérek. 4Mózes 22:31–34.</w:t>
      </w:r>
    </w:p>
    <w:p>
      <w:pPr>
        <w:pStyle w:val="ArticleBody"/>
        <w:jc w:val="left"/>
      </w:pPr>
      <w:r>
        <w:rPr>
          <w:rFonts w:ascii="Times New Roman" w:hAnsi="Times New Roman" w:eastAsia="Times New Roman" w:cs="Times New Roman"/>
        </w:rPr>
        <w:t>Bálám a hamis prófétát jelképezi, aki az Egyesült Államok, amely a vasárnaptörvény idején sárkányként szól. A vasárnaptörvény idején, amikor megvilágosíttatik, azokat jelképezi, akik még Babilonban vannak, akiket akkor felébresztenek a vasárnaptörvény kérdésére, és kihívnak Babilonból.</w:t>
      </w:r>
    </w:p>
    <w:p>
      <w:pPr>
        <w:pStyle w:val="ArticleBody"/>
        <w:jc w:val="left"/>
      </w:pPr>
      <w:r>
        <w:rPr>
          <w:rFonts w:ascii="Times New Roman" w:hAnsi="Times New Roman" w:eastAsia="Times New Roman" w:cs="Times New Roman"/>
        </w:rPr>
        <w:t>Öt napnyi tanítás Miller részéről a kovásztalan kenyér üzenetéről, majd harminc nap, amely alatt Krisztus tanítja papjait, amit a harminc jelképez, s ez elvezet a szamár eloldásának kürtzengő figyelmeztető üzenetéhez, amely öt nappal megelőzi a zászló felemelését, ez pedig öt nappal megelőzi a bezárt ajtót a tíz szűz példázatában, amelyet öt nappal megelőz a pünkösdi vasárnaptörvény, s ez bevezeti a Sátoros ünnep hétnapos időszakát, amely a késői eső teljes kiáradása a vasárnaptörvény válsága idején, mert annak az időszaknak a próbája a hetedik nap körül forog.</w:t>
      </w:r>
    </w:p>
    <w:p>
      <w:pPr>
        <w:pStyle w:val="ArticleBody"/>
        <w:jc w:val="left"/>
      </w:pPr>
      <w:r>
        <w:rPr>
          <w:rFonts w:ascii="Times New Roman" w:hAnsi="Times New Roman" w:eastAsia="Times New Roman" w:cs="Times New Roman"/>
        </w:rPr>
        <w:t>Az ötös szám a szüzek jelképe, akár bölcsek, akár balgák. A harmincas szám a papok jelképe, amit a Leviticus név azonosít. A hetes szám a szombat. A Leviticus huszonhárom a papok történetét szemlélteti, Malakiás három lévitáit, a bölcs szüzeket és a száznegyvennégyezret a szombati próba idején.</w:t>
      </w:r>
    </w:p>
    <w:p>
      <w:pPr>
        <w:pStyle w:val="ArticleBody"/>
        <w:jc w:val="left"/>
      </w:pPr>
      <w:r>
        <w:rPr>
          <w:rFonts w:ascii="Times New Roman" w:hAnsi="Times New Roman" w:eastAsia="Times New Roman" w:cs="Times New Roman"/>
        </w:rPr>
        <w:t>Ezeket a dolgokat a következő cikkben folytatjuk.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Jóel könyve és a laodiceai Hetednapi Adventista Egyház – Negyvenkettedik szám</dc:title>
  <dc:subject/>
  <dc:creator>Jeff Pippenger</dc:creator>
  <cp:keywords/>
  <dc:description>Generated by ArticleDigger from joel\42_joel.json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