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Arial" w:hAnsi="Arial" w:eastAsia="Arial" w:cs="Arial"/>
        </w:rPr>
        <w:t>Panium – Négyes szám</w:t>
      </w:r>
    </w:p>
    <w:p>
      <w:pPr>
        <w:pStyle w:val="ArticleSubtitle"/>
        <w:jc w:val="left"/>
      </w:pPr>
      <w:r>
        <w:rPr>
          <w:rFonts w:ascii="Arial" w:hAnsi="Arial" w:eastAsia="Arial" w:cs="Arial"/>
        </w:rPr>
        <w:t>Szövetség</w:t>
      </w:r>
    </w:p>
    <w:p>
      <w:pPr>
        <w:pStyle w:val="ArticleByline"/>
        <w:jc w:val="left"/>
      </w:pPr>
      <w:r>
        <w:rPr>
          <w:rFonts w:ascii="Arial" w:hAnsi="Arial" w:eastAsia="Arial" w:cs="Arial"/>
        </w:rPr>
        <w:t>Jeff Pippenger</w:t>
      </w:r>
    </w:p>
    <w:p>
      <w:pPr>
        <w:pStyle w:val="ArticleDate"/>
        <w:jc w:val="left"/>
      </w:pPr>
      <w:r>
        <w:rPr>
          <w:rFonts w:ascii="Arial" w:hAnsi="Arial" w:eastAsia="Arial" w:cs="Arial"/>
        </w:rPr>
        <w:t>2025-03-04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Panium történetében szövetség jött létre Antiochus Magnus és a makedón Philip között. A hadműveletet Antiochus közvetlenül a gyermek Ptolemaiosz V ellen hajtotta végre, Philip pedig abban az értelemben járult hozzá, hogy a birodalom más részein folytatott hadviselése megakadályozta, hogy más seregek az egyiptomi gyermek király segítségére siessenek. Ez azt jelenti, hogy Putyin, a dél végső királya — akit Egyiptom gyermek királya jelképez (a „gyermek” prófétai értelemben az utolsó nemzedéket jelenti) — vereséget szenved Trumptól, akit Antiochus Magnus képvisel, aki Paniumnál legyőzte Ptolemaiosz V-öt, miként Reagan 1989-ben legyőzte a Szovjetuniót.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Fülöp név jelentése: „a lovak kedvelője”, a „lovak” pedig mind a katonai, mind a gazdasági hatalmat jelképezik. A lovak szekereket vontatnak, és katonák ülnek rajtuk, ugyanakkor a lovak juttatják el az árukat is a piacra. A „lovak” a „szekerek, hajók és lovasok” jelképe, amely az Egyesült Államok elsődleges szimbóluma az északi királlyal való meghatalmazotti kapcsolatában, amint azt a negyvenedik vers bemutatja.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Trump szövetségesének két előképe van: III. Philipposz makedón király és Heródes Philipposz negyedes fejedelem. Akár Heródes Philipposzról, akár a makedón Philipposzról van szó, a jelkép azt az embert azonosítja, aki szereti azt a hatalmat, amelyet számára rendre vagy Caesar, vagy Antiochosz biztosít. Philipposz szereti a lovakat, és az egyik Philipposz Makedóniából származott, amely Nagy Sándor királyságában központi és alapvető szerepet töltött be.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Ez volt a hazája, az a királyság, amelyet apjától, II. Philipposztól örökölt, és hatalmas birodalmának kiindulópontja. Görögország északi részén fekvő Makedónia mint az a politikai és katonai központ különült el, ahol Alexandrosz megszületett (Pellában, Kr. e. 356-ban) és felnevelkedett, s amely biztosította azokat a kezdeti erőforrásokat, emberanyagot és szervezeti struktúrát, amelyek hódításait táplálták. Lényegében Makedónia volt Alexandrosz királyságának magja: annak kiindulópontja, katonai hajtóereje és az a vidék, amely makedón királyként meghatározta önazonosságát, még akkor is, amikor birodalma messze túlnőtt határain.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Makedónia Sándor négyes felosztású királyságának északi területét jelképezi. Ezért az egyik Fülöp a negyedes fejedelem, vagyis „egy negyedrész”, a másik Fülöp pedig Nagy Sándor egykori birodalma négy szele közül „egy negyedrész”.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Heródes azt jelképezi, aki elveti a szövetséget. Ézsau, az a vérvonal, amely Heródeshez vezet, elvetette elsőszülöttségi jogát. A kiválasztott szövetségi nép történetének legelején Ézsau azok jelképévé válik, akik elvetik azt a szövetséget, amelyet Krisztus halálával pecsételt meg. Éppen azon a ponton, amikor Isten tizenkét törzzsé akarta kiterjeszteni kiválasztott szövetségi népét, Ézsau fellázadt. Az ókori Izráel végén, amikor a keresztnél a zsidók azt állították, hogy „nincs királyunk a császáron kívül”, a zsidó nemzet a vég idején annak a jelképe lett, amit kezdetben Ézsau előképezett. Heródes családfája Ézsau és a zsidók vérvonalából áll, egy olyan vérvonalból, amelyet kezdetben egy lázadó szövetségszegő, a végén pedig egy lázadó szövetségi nép jelképezett.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Nagy Heródes vetette ki azokat az adókat, amelyek Józsefet és Máriát Betlehembe vitték, és három fia közül az egyik, Heródes Antipász, Nagy Heródes fia, uralkodott a kereszt idején. Krisztus életének időszakát születésétől haláláig jelképesen Heródes családja ábrázolja, s ezzel a történelmet a választott nép meglátogatásának idejeként azonosítja, olyan meglátogatásként, amelyet a zsidók nagy többsége soha nem ismert fel.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Nagy Heródes Jézus születésére válaszul meggyilkoltatta a gyermekeket, ily módon megismételve Mózes születésének történetét, amikor Egyiptomban gyermekeket gyilkoltak. Az első gyermekmészárlás kísérlet volt a várt kiválasztott megölésére, és az utolsó gyermekmészárlás ismét kísérlet volt a várt kiválasztott megölésére. A száznegyvennégyezer Mózes és a Bárány énekét énekli, és prófétai értelemben az „ének” tapasztalatot jelképez. A száznegyvennégyezer olyan időszakban él, amely párhuzamos tapasztalatokat hordoz. E párhuzamok egyike 1973. január 22-én érkezett el az Egyesült Államok Legfelsőbb Bíróságának az abortuszokat engedélyező döntésével. Az ezt követő negyvenkilenc évben mintegy 66 millió, a száznegyvennégyezer közé tartozásra potenciálisan alkalmas jelöltet mészároltak le a szövetségi jóváhagyással végzett abortuszok által.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hatalom a katonai erőt jelképezi: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És a fenevad, amelyet láttam, hasonló volt a párduchoz, és lábai olyanok voltak, mint a medve lábai, szája pedig olyan, mint az oroszlán szája; és a sárkány adta neki az ő erejét, az ő székét és nagy hatalmát. Jelenések 13:2.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sárkány, vagyis a pogány Róma, három dolgot adott a pápaságnak, tudniillik „az ő erejét, és az ő székét, és nagy hatalmat”. A tizenkettedik versben az USA, a földből feljövő fenevad úgy van ábrázolva, mint amely gyakorolja az előtte levő fenevad minden „hatalmát”. A második versben szereplő „erő” szó azonban más görög szó, mint a tizenkettedik versben „hatalom”-nak fordított szó. A második versben az „erő” a G1722: jelentése: valaminek a színe előtt (szó szerint vagy jelképesen): valaminek a jelenlétében (szeme láttára).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tizenkettedik versben szereplő „hatalom” szó egy másik görög szó.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És az első fenevadnak minden hatalmát gyakorolja annak színe előtt, és azt cselekszi, hogy a föld és annak lakosai imádják az első fenevadat, amelynek halálos sebe meggyógyult. Jelenések 13:12.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itt szereplő „hatalom” szó (G1832) jelentése: képesség értelmében vett erő; kiváltság, vagyis átruházott befolyás: tekintély, joghatóság, szabadság, hatalom, jog, erő. A tizenkettedik versben a „hatalom” szó azt azonosítja, hogy a földi fenevad a tengeri fenevad átruházott tekintélye — az USA a tengeri fenevad helyettes képviselője. Az USA az első fenevad minden átruházott hatalmát gyakorolja. A második versben a pogány Róma három dolgot adott a pápaságnak. Klodvig 496-ban, a tolbiaci csatában adta katonai és gazdasági erejét a pápaságnak. Konstantin 330-ban átadta a birodalom „székhelyét”, I. Jusztiniánusz pedig 533-ban kiadott rendeletében a pápát az eretnekek megjobbítójának és az egyházak fejének nevezte meg. Klodvig 496-ban Reagant jelképezi 1989-ben. Reagan Trumpot jelképezi.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Tours-i Gergely szerint (aki csaknem egy évszázaddal később írt) Klodvig elvesztésre állt a csatában, és kétségbeesésében segítségül hívta a katolikus Istent. Felesége, Klotild, katolikus burgund hercegnő volt, aki arra ösztökélte őt, hogy térjen meg a pogányságból. Klodvig fogadalmat tett, hogy ha győz, felveszi a katolikus hitet. A csata menete megfordult — akár isteni beavatkozás, akár hadászati stratégia következtében —, és Klodvig legyőzte az alemannokat, megölte királyukat, és szétszórta seregeiket. Fogadalmához híven áttért a katolikus hitre, és megkeresztelkedett; ennek hagyományos időpontja 496 karácsony napja Reimsben, Remigius püspök (Szent Remi) által.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Megtérése fordulópontot jelentett: Klodvig lett az első katolikus király a germán uralkodók között (szemben az ariánus keresztény vizigótokkal vagy osztrogótokkal). Ez a frankokat a római Egyházzal hozta összhangba, és ezzel megszerezte számára a gall–római lakosság és a pápaság támogatását. Klodvig megkeresztelését gyakran Franciaország mint katolikus nemzet szimbolikus „születéseként” tekintik, amely megkülönböztette azt a többi barbár királyságtól, amelyek az arianizmushoz vagy a pogánysághoz ragaszkodtak. Ezért a katolicizmus Franciaországra úgy hivatkozik, mint „a katolikus egyház elsőszülöttjére”, valamint mint „a katolikus egyház legidősebb leányára”.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Amikor Klodvig 496-ban a pápaság első helyettesítő hatalmává vált, Reagan előképévé lett, aki 1989-ben vált helyettesítő hatalommá. Reagan és II. János Pál pápa történetében titkos szövetség alakult a dél királyának megbuktatása céljából. 1798-tól a vasárnaptörvényig Tírusz paráznája rejtve van, és ő ugyanaz a parázna, aki gyökereit Makedóniáig, a legészakibb királyságig vezeti vissza. Ő az észak királya, prófétikusan elrejtve, de továbbra is csalhatatlannak vallva magát.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pápa „a szövetséget elhagyókat” is jelképezi, akik noha prófétailag rejtve maradnak mindhárom helyettesítő háború során, végül mégis láthatóvá válnak a Paniumnál vívott csata történetében. A császári Rómából a pápai Rómába való átmenet során Dániel azonosítja azt az időt, amikor a pogány Róma bibliai prófécia szerinti negyedik királyságként fennállásának végéhez közeledett.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Mert a Kittim hajói feljönnek ellene; ezért megkeseredik, visszatér, és haragra gerjed a szent szövetség ellen; így cselekszik majd: visszatér, és egyetértésre jut azokkal, akik elhagyják a szent szövetséget. Dániel 11:30.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„a szent szövetséget elhagyókat” kifejezésben a katolikus egyházról van szó. Azok, akik elhagyják a szent szövetséget, János, a Jelenések könyvének írója által említett kompromisszumot kötő pergamoni gyülekezet, amelyről Pál szerint be kellett következnie az elszakadásnak, mielőtt a bűn embere megjelenik. A katolicizmus azok közössége, akik elhagyták a szövetséget, amint azt az Isten Igéje ellen indított támadás is szemlélteti, valamint a hetedik napi szombat elleni támadás, amelyeket Konstantin idejétől fogva egyaránt fokozatos támadások értek. Korábban, a tizenegyedik fejezetben is történik utalás a „szövetségre”.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És mindkét király szíve gonoszságra hajlik, és egy asztalnál hazugságot szólnak; de nem lesz annak sikere, mert a vég még a rendelt időre vár. Azután visszatér az ő földjére nagy gazdagsággal; és szíve a szent szövetség ellen lesz; és nagy dolgokat cselekszik, majd visszatér a maga földjére. A rendelt időben ismét visszatér, és dél felé vonul; de nem úgy lesz, mint az előbbi, sem mint az utóbbi alkalommal. Dániel 11:27–29.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E versekben a „ő” visszatér a maga földjére, majd később ismét visszatér a maga földjére. A két visszatérés két győzelmet jelképez, amelyeket ezután diadalmas „visszatérés” követett Róma városába. Az első az actiumi csata volt Kr. e. 31-ben Antonius és Kleopátra ellen, a második pedig Jeruzsálem Kr. u. 70-ben bekövetkezett pusztulása után történt. A versekben említett „kijelölt idő” a 330. év, amely a huszonnegyedik vers prófétai „idejének” lezárulását jelöli, amely háromszázhatvan évvel egyenlő.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két király, akik egy asztalnál hazugságot szólnak, ezt a „rendelt idő” előtt teszik, „mert a vég még a rendelt időben lesz”. Megfontolandó kérdés, hogy mit jelent a vers, amikor ezt mondja: „Akkor visszatér földjére nagy gazdagsággal”? Vajon azt jelenti-e, hogy a rendelt időben tér vissza; vagy azt jelenti, hogy miután a kettő hazugságot szól az asztalnál, akkor tér vissza, és ezért a visszatérés a rendelt idő előtt történik.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Uriah Smith a két visszatérést Kr. e. 31-re és Kr. u. 70-re azonosítja, ami a 330. évet megelőző történelmet ábrázolja, s ez az elrendelt idő. Smith arra is rámutat, hogy a huszonkilencedik vers „visszatérése” 330 utáni, és nem sikeres, mint az actiumi és a jeruzsálemi csatákat követő visszatérések voltak. Ennek jelentése az, hogy az elrendelt idő előtt van egy találkozás, ahol hazugságokat mondanak, ezt pedig az követi, hogy a két, hazugságokat szóló király egyike nagy gazdagsággal tér vissza, majd a szent szövetség ellen fordul, nagy tetteket visz véghez, és a 330. évben, az elrendelt időben tér vissza.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Ezután megtámadja a délt, de ez nem lesz olyan, mint az actiumi csata vagy Jeruzsálem pusztulása. Az i. sz. 70-re vonatkozó történet e versekben Isten választott szövetséges népének végét ábrázolja, amint azt az igeszakaszban a „szent szövetség” jelképezi. A harmincadik versben a pogány Rómának érintkezése van azokkal, akik elhagyják a szent szövetséget. Az i. sz. 70 az ősi, szó szerinti Izráelnek mint Isten szövetséges népének végleges végét jelentette, a harmincadik vers pedig az i. sz. 70 utáni négy évszázaddal későbbi történelmet azonosítja. Akik a harmincadik versben bemutatott történelemben elhagyják a szövetséget, azok azok, akik elhagyták azt a szövetséget, amelyet Isten önmagával és keresztény népével kötött. A pápai Róma az az egyház, amelyet a harmincadik vers úgy ábrázol, mint amely elhagyja a szent szövetséget.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Mert Kittim hajói ellene jönnek; ezért megrendül, és visszatér, és felháborodik a szent szövetség ellen; így cselekszik majd: sőt visszatér, és egyetértésre jut azokkal, akik elhagyják a szent szövetséget. Dániel 11:30.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huszonkilencedik vers a 330. évhez vezet bennünket, amely a kijelölt idő volt, és Konstantin által a főváros Konstantinápolyba helyezésével teljesedett be. Ennél az útjelzőnél a pogány Róma egy déli háborúba vonatott, amely nem lesz sikeres, miként Actium és Jeruzsálem voltak. Ezután a harmincadik versben a pogány Rómát Genseric támadja meg, aki tengeri hadviselését Kittimből indította, amelyet ma Karthágóként ismerünk. Ez a pogány Róma elleni hadviselés a Jelenések könyvében szereplő hét trombita közül a második trombitaként is ábrázolva volt. E trombitahatalmak közül az első négy 476-ra Nyugat-Rómát végleg lezárta. Az első négy trombita közül a második trombita, vagyis Kittim hajói volt a legsúlyosabb, mert Genseric megszerezte a tengerek feletti uralmat, és a Birodalom gazdagsága elapadt.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kitteusok hajói által megfélemlítve és elszomorítva visszatér, és felindul a szent szövetség ellen. Ez a pápaság 538-ban bekövetkező megerősödéséhez vezető történelemben teljesedett be, Isten Igéje elleni hadviselés által. Azután visszatér, és „egyetért azokkal, akik elhagyják a szent szövetséget”. Ez a kölcsönhatás a pogány és a pápai Róma között 533-ban teljesedett be Jusztiniánusz rendelete által. A következő vers, a harmincegyedik vers, ezután tovább folytatja, miként „szomoríttatott meg” a pogány Róma. A 2 Thesszalonikában Pál azt tanítja, hogy a pogány Róma „visszatartotta” a pápaságot attól, hogy 538-ban átvegye a hatalmat. Miután elszomoríttatik a tengerekről jövő támadás által, amely romba dönti a királyság gazdaságát, felindul a szent szövetség ellen, majd egyetért azokkal, akik elhagyják a szövetséget. A következő versekben a „karok”, amelyek azt a hatalmat jelképezik, amelyet 496-ban Klodvig adott a pápaságnak, előállnak, és megszentségtelenítik az erősség szentélyét, amely a történelemben Róma városát jelképezte; azután a pogány Róma eltávolítja a pogányság vallását (a mindennapit) a birodalomból, és katolicizmussal helyettesíti azt, majd 538-ban a pápaságot helyezik a trónra.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Amikor 538-ban a pápaság hatalomra jutott, egyaránt prófétai tanúságot és történelmi tanúságot szolgáltatott, amelyeket azok a versek ábrázolnak, amelyeket most vizsgálunk. Az 538. évet Kr. e. 31 előképezi, valamint az actiumi csata. Dániel könyve nyolcadik fejezetének kilencedik verse szerint a pogány Róma három földrajzi akadályt győzne le, hogy elfoglalja a föld trónját. Az első keleten Szíria volt, majd Júda és Jeruzsálem következett, ezt pedig Egyiptom követte az actiumi csatában. A pápai Róma esetében is három szarv távolíttatott el, amelyek közül a harmadik a gótok voltak, akiket 538-ban kiűztek Róma városából. A pogány Róma és a pápai Róma két tanúbizonyságot szolgáltat, amelyek azonosítják, hogy az actiumi csata összhangban áll 538-cal, és 538 az Egyesült Államokban bevezetendő vasárnaptörvényt szemlélteti, amikor a modern Róma legfőbb uralommal kormányoz egészen a kegyelemidő lezárulásáig.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Befejeztük a huszonhetediktől a harmincegyedikig terjedő versek áttekintését.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következő cikkben ezekre a versekre összpontosítunk, és megkezdjük annak a munkáját, hogy e szakaszt összhangba hozzuk a tizenegyedik verstől a tizenötödikig terjedő versek történetével.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Times New Roman" w:hAnsi="Times New Roman" w:eastAsia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Arial" w:hAnsi="Arial" w:eastAsia="Arial" w:cs="Arial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Arial" w:hAnsi="Arial" w:eastAsia="Arial" w:cs="Arial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Arial" w:hAnsi="Arial" w:eastAsia="Arial" w:cs="Arial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Arial" w:hAnsi="Arial" w:eastAsia="Arial" w:cs="Arial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Arial" w:hAnsi="Arial" w:eastAsia="Arial" w:cs="Arial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Times New Roman" w:hAnsi="Times New Roman" w:eastAsia="Times New Roman" w:cs="Times New Roman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Times New Roman" w:hAnsi="Times New Roman" w:eastAsia="Times New Roman" w:cs="Times New Roman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Times New Roman" w:hAnsi="Times New Roman" w:eastAsia="Times New Roman" w:cs="Times New Roman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Times New Roman" w:hAnsi="Times New Roman"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Panium – Négyes szám</dc:title>
  <dc:subject>Szövetség</dc:subject>
  <dc:creator>Jeff Pippenger</dc:creator>
  <cp:keywords/>
  <dc:description>Generated by ArticleDigger from panium\04_panium.json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panium</cp:category>
  <cp:lastPrinted>2000-01-01T00:00:00Z</cp:lastPrinted>
</cp:coreProperties>
</file>