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Tizenhatos szám</w:t>
      </w:r>
    </w:p>
    <w:p>
      <w:pPr>
        <w:pStyle w:val="ArticleSubtitle"/>
        <w:jc w:val="left"/>
      </w:pPr>
      <w:r>
        <w:rPr>
          <w:rFonts w:ascii="Arial" w:hAnsi="Arial" w:eastAsia="Arial" w:cs="Arial"/>
        </w:rPr>
        <w:t>A vég ideje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Dániel tizenegyedik fejezete Donald Trumpot mutatja be mint a bibliai prófécia hatodik királyságának utolsó elnökét. Círus harmadik esztendejében — ahol a látomás a tizedik fejezetben kezdetét vette — a tizenegyedik fejezet első verse az „is” szóval egészíti ki azt.</w:t>
      </w:r>
    </w:p>
    <w:p>
      <w:pPr>
        <w:pStyle w:val="ArticleScripture"/>
        <w:jc w:val="left"/>
      </w:pPr>
      <w:r>
        <w:rPr>
          <w:rFonts w:ascii="Times New Roman" w:hAnsi="Times New Roman" w:eastAsia="Times New Roman" w:cs="Times New Roman"/>
        </w:rPr>
        <w:t>És én is, a méd Dárius első esztendejében, mellette álltam, hogy megerősítsem és támogassam őt. Dániel 11:1.</w:t>
      </w:r>
    </w:p>
    <w:p>
      <w:pPr>
        <w:pStyle w:val="ArticleBody"/>
        <w:jc w:val="left"/>
      </w:pPr>
      <w:r>
        <w:rPr>
          <w:rFonts w:ascii="Times New Roman" w:hAnsi="Times New Roman" w:eastAsia="Times New Roman" w:cs="Times New Roman"/>
        </w:rPr>
        <w:t>Gábriel ügyel arra, hogy a tizenegyedik fejezet elbeszélésének kezdetén visszanyúljon Dáriushoz, és őt Círushoz kapcsolja. A tizedik fejezet a tizenkettedik fejezet utolsó verséig egyetlen látomásként folytatódik, és Círus harmadik esztendejében kezdődik.</w:t>
      </w:r>
    </w:p>
    <w:p>
      <w:pPr>
        <w:pStyle w:val="ArticleScripture"/>
        <w:jc w:val="left"/>
      </w:pPr>
      <w:r>
        <w:rPr>
          <w:rFonts w:ascii="Times New Roman" w:hAnsi="Times New Roman" w:eastAsia="Times New Roman" w:cs="Times New Roman"/>
        </w:rPr>
        <w:t>Círusnak, Perzsia királyának harmadik esztendejében kijelentetett egy dolog Dánielnek, akit Baltazárnak neveztek; és a dolog igaz volt, de a kijelölt idő hosszú volt; és megértette a dolgot, és értelme volt a látomás felől. Dániel 10:1.</w:t>
      </w:r>
    </w:p>
    <w:p>
      <w:pPr>
        <w:pStyle w:val="ArticleBody"/>
        <w:jc w:val="left"/>
      </w:pPr>
      <w:r>
        <w:rPr>
          <w:rFonts w:ascii="Times New Roman" w:hAnsi="Times New Roman" w:eastAsia="Times New Roman" w:cs="Times New Roman"/>
        </w:rPr>
        <w:t>Dárius és Círusz együtt alkotják a médek és perzsák kettős nemzetének jelképét, amely az Egyesült Államokban a republikanizmus és a protestantizmus kettős hatalmát ábrázolja; így a vég idejének kettős jelképét jelenítik meg. Áron és Mózes születése Ábrahám négyszáz éves próféciájának végidejét jelezte az ősi Izráel kezdetén; ugyanígy Keresztelő János és Krisztus születése az ősi Izráel végén a vég idejének két határjelét jelképezte. Jézus mindig a kezdet által szemlélteti a véget.</w:t>
      </w:r>
    </w:p>
    <w:p>
      <w:pPr>
        <w:pStyle w:val="ArticleBody"/>
        <w:jc w:val="left"/>
      </w:pPr>
      <w:r>
        <w:rPr>
          <w:rFonts w:ascii="Times New Roman" w:hAnsi="Times New Roman" w:eastAsia="Times New Roman" w:cs="Times New Roman"/>
        </w:rPr>
        <w:t>Dárius és Círus együtt azt az útjelzőt jelképezik, amelyet a vég idejeként ábrázolnak, amikor véget ért a babiloni hetvenéves fogság.</w:t>
      </w:r>
    </w:p>
    <w:p>
      <w:pPr>
        <w:pStyle w:val="ArticleScripture"/>
        <w:jc w:val="left"/>
      </w:pPr>
      <w:r>
        <w:rPr>
          <w:rFonts w:ascii="Times New Roman" w:hAnsi="Times New Roman" w:eastAsia="Times New Roman" w:cs="Times New Roman"/>
        </w:rPr>
        <w:t>„Isten földi egyháza e könyörtelen üldöztetés hosszú időszaka alatt éppoly valóságosan fogságban volt, mint ahogyan Izráel fiai Babilonban fogságban voltak a száműzetés idején.” Próféták és királyok, 714.</w:t>
      </w:r>
    </w:p>
    <w:p>
      <w:pPr>
        <w:pStyle w:val="ArticleBody"/>
        <w:jc w:val="left"/>
      </w:pPr>
      <w:r>
        <w:rPr>
          <w:rFonts w:ascii="Times New Roman" w:hAnsi="Times New Roman" w:eastAsia="Times New Roman" w:cs="Times New Roman"/>
        </w:rPr>
        <w:t>Dáriusz és Círusz előképei az 1798-as és 1799-es esztendőknek, s a vég idejét jelképezik, amikor a szellemi Izráel párhuzamos fogsága a szellemi Babilonban véget ért. 1798 a pápaság politikai rendszerének végét jelölte, amelyet a fenevad képvisel, s amelyen a római parázna ült.</w:t>
      </w:r>
    </w:p>
    <w:p>
      <w:pPr>
        <w:pStyle w:val="ArticleScripture"/>
        <w:jc w:val="left"/>
      </w:pPr>
      <w:r>
        <w:rPr>
          <w:rFonts w:ascii="Times New Roman" w:hAnsi="Times New Roman" w:eastAsia="Times New Roman" w:cs="Times New Roman"/>
        </w:rPr>
        <w:t>Lélekben kivitt engem a pusztába: és láttam egy asszonyt ülni egy skarlátvörös fenevadon, amely tele volt káromlás neveivel, és hét feje meg tíz szarva volt. Jelenések 17:3.</w:t>
      </w:r>
    </w:p>
    <w:p>
      <w:pPr>
        <w:pStyle w:val="ArticleBody"/>
        <w:jc w:val="left"/>
      </w:pPr>
      <w:r>
        <w:rPr>
          <w:rFonts w:ascii="Times New Roman" w:hAnsi="Times New Roman" w:eastAsia="Times New Roman" w:cs="Times New Roman"/>
        </w:rPr>
        <w:t>Napóleon 1798-ban véget vetett a fenevad életének, és 1799-ben a fenevadon ülő asszony száműzetésben halt meg. 1989-ben Ronald Reagan és idősebb George Bush egyaránt elnökök voltak, jelezve a vég idejét 1989-ben. Dáriusz és Círusz Reagant és idősebb Busht jelképezik. A második vers ezt mondja:</w:t>
      </w:r>
    </w:p>
    <w:p>
      <w:pPr>
        <w:pStyle w:val="ArticleScripture"/>
        <w:jc w:val="left"/>
      </w:pPr>
      <w:r>
        <w:rPr>
          <w:rFonts w:ascii="Times New Roman" w:hAnsi="Times New Roman" w:eastAsia="Times New Roman" w:cs="Times New Roman"/>
        </w:rPr>
        <w:t>Most megmutatom neked az igazságot. Íme, még három király támad Perzsiában; és a negyedik mindnyájuknál sokkal gazdagabb lesz; és ereje által, gazdagságán keresztül, mindenkit felingerel Görögország birodalma ellen. Dániel 11:2.</w:t>
      </w:r>
    </w:p>
    <w:p>
      <w:pPr>
        <w:pStyle w:val="ArticleHeading"/>
        <w:jc w:val="left"/>
      </w:pPr>
      <w:r>
        <w:rPr>
          <w:rFonts w:ascii="Arial" w:hAnsi="Arial" w:eastAsia="Arial" w:cs="Arial"/>
        </w:rPr>
        <w:t>Ébredés</w:t>
      </w:r>
    </w:p>
    <w:p>
      <w:pPr>
        <w:pStyle w:val="ArticleBody"/>
        <w:jc w:val="left"/>
      </w:pPr>
      <w:r>
        <w:rPr>
          <w:rFonts w:ascii="Times New Roman" w:hAnsi="Times New Roman" w:eastAsia="Times New Roman" w:cs="Times New Roman"/>
        </w:rPr>
        <w:t>Dárius Reagan volt, Círusz a nagyobbik Bush, és a Círuszt követő három pedig Clinton, a kisebbik Bush, Obama, a Megosztó; a negyedik és „sokkal gazdagabb” elnök pedig, aki felingerelte Görögország globalistáit, Trump volt. Az „ingerel” szó jelentése: felébreszteni. Amikor Trump 2015-ben bejelentette indulását, a globalisták, akiket Jóel „pogányokként” azonosít, felébredtek.</w:t>
      </w:r>
    </w:p>
    <w:p>
      <w:pPr>
        <w:pStyle w:val="ArticleScripture"/>
        <w:jc w:val="left"/>
      </w:pPr>
      <w:r>
        <w:rPr>
          <w:rFonts w:ascii="Times New Roman" w:hAnsi="Times New Roman" w:eastAsia="Times New Roman" w:cs="Times New Roman"/>
        </w:rPr>
        <w:t>Serkenjenek föl a pogányok, és vonuljanak föl Josafát völgyébe; mert ott ülök majd törvényt, hogy megítéljem mind a körös-körül levő pogányokat. Eresszétek rá a sarlót, mert megérett az aratás; jöjjetek, szálljatok alá, mert tele a sajtó, túláradnak a borsajtók; mert nagy az ő gonoszságuk. Sokaságok, sokaságok a döntés völgyében! Mert közel van az Úr napja a döntés völgyében. Jóel 3:12–14.</w:t>
      </w:r>
    </w:p>
    <w:p>
      <w:pPr>
        <w:pStyle w:val="ArticleBody"/>
        <w:jc w:val="left"/>
      </w:pPr>
      <w:r>
        <w:rPr>
          <w:rFonts w:ascii="Times New Roman" w:hAnsi="Times New Roman" w:eastAsia="Times New Roman" w:cs="Times New Roman"/>
        </w:rPr>
        <w:t>Amikor a „pogány” felserken, „közel van az Úr napja” Josafát völgyében. A „Josafát” azt jelenti: Jehova ítélete; és a völgyet a döntés völgyének is nevezik. 2015-től kezdődően a föld bolygó „sokaságai” megkezdik mozgásukat azokba a különféle kévékbe, amelyeket az emberek által felhozott minden egyes mentség számára készítettek elő arra, hogy miért nem döntenek Isten szolgálata mellett. 9/11-kor megkezdődött az élők ítélete, és 2015-ben Trump bejelentette, hogy indulni kíván az elnökségért. 9/11-kor a késői eső első szakasza hullani kezdett, és a késői eső az, ami a termést beérleli; és 2015-ben, tizennégy évvel azután, hogy megkezdődött az az eső, amely az érett aratást előhozza, Jóel könyve megszólaltatja a figyelmeztetést, hogy amikor Donald Trump „felindítja Görögország birodalmát”, vagy ahogyan Jóel mondja, amikor Trump „2015-ben felserkenti a pogányt”, a föld bolygó aratása elkezd beérni.</w:t>
      </w:r>
    </w:p>
    <w:p>
      <w:pPr>
        <w:pStyle w:val="ArticleBody"/>
        <w:jc w:val="left"/>
      </w:pPr>
      <w:r>
        <w:rPr>
          <w:rFonts w:ascii="Times New Roman" w:hAnsi="Times New Roman" w:eastAsia="Times New Roman" w:cs="Times New Roman"/>
        </w:rPr>
        <w:t>Fontos felismerni, hogy a Dániel 11-ben említett első igazság Donald Trump prófétai szerepe. A bibliai prófécia első, Dániel könyvében ábrázolt királysága Babilon. Képzeljük el Babilon történetét Dániel könyvében, ha Nebukadneccárt az Ihletés nem használta volna fel prófétai mintakép felállítására. A bibliai prófécia hatodik királysága hiányos annak a királyságnak az utolsó uralkodójának bizonyságtétele nélkül. Az első említés szabálya megállapítja Trump jelentőségét mint elsőrendű fontosságú jelképet abban a látomásban, amelyet Dániel a háromheti böjtje utáni huszonkettedik napon kapott.</w:t>
      </w:r>
    </w:p>
    <w:p>
      <w:pPr>
        <w:pStyle w:val="ArticleScripture"/>
        <w:jc w:val="left"/>
      </w:pPr>
      <w:r>
        <w:rPr>
          <w:rFonts w:ascii="Times New Roman" w:hAnsi="Times New Roman" w:eastAsia="Times New Roman" w:cs="Times New Roman"/>
        </w:rPr>
        <w:t>De a perzsa királyság fejedelme ellenállt nekem huszonegy napig; de íme, Mihály, az egyik legfőbb fejedelem, segítségemre jött; én pedig ott maradtam Perzsia királyainál. Most pedig azért jöttem, hogy megértessem veled, mi történik majd népeddel az utolsó napokban; mert a látomás még sok napra szól. Dániel 10:13, 14.</w:t>
      </w:r>
    </w:p>
    <w:p>
      <w:pPr>
        <w:pStyle w:val="ArticleBody"/>
        <w:jc w:val="left"/>
      </w:pPr>
      <w:r>
        <w:rPr>
          <w:rFonts w:ascii="Times New Roman" w:hAnsi="Times New Roman" w:eastAsia="Times New Roman" w:cs="Times New Roman"/>
        </w:rPr>
        <w:t>A tizenegyedik fejezet látomása azt szemlélteti, mi történik Isten népével az utolsó napokban, és hogy Trump mint az Egyesült Államok, majd ezt követően az Egyesült Nemzetek vezetője olyan igazság, amelynek örökkévaló következményei vannak e igazság megértésével vagy meg nem értésével összefüggésben. Ez az igazság annyira fontos volt Gábriel számára, hogy közölje Dániellel, hogy a tizennegyedik versben Dániel a Gábriel angyal által adott világosság alapján feljegyzi: „a te népednek erőszakos fiai” azok, akik megerősítik a látomást. Lehetetlen Donald Trump próféciabeli mozgásait helyesen nyomon követni anélkül, hogy Rómát tervrajzként használnánk Trump lépteinek felismerésére Dániel tizenegyedik fejezetének prófétai történetében.</w:t>
      </w:r>
    </w:p>
    <w:p>
      <w:pPr>
        <w:pStyle w:val="ArticleBody"/>
        <w:jc w:val="left"/>
      </w:pPr>
      <w:r>
        <w:rPr>
          <w:rFonts w:ascii="Times New Roman" w:hAnsi="Times New Roman" w:eastAsia="Times New Roman" w:cs="Times New Roman"/>
        </w:rPr>
        <w:t>Trump, mint az Egyesült Államok jelképe a vasárnaptörvény időszakában, a fenevad képét alkotja meg, és ezzel a fenevadat tiszteli; ezért ez a fenevad képe, és egyben a fenevad tiszteletére állított kép is. A Jelenések 17-ben a pápaság a nyolcadik, amely a hét közül való, és Donald Trump Reagan óta a nyolcadik elnök a vég idején, 1989-ben, ugyanakkor ő a hatodik is, ami azt jelenti, hogy ő a nyolcadik, aki a hét közül való.</w:t>
      </w:r>
    </w:p>
    <w:p>
      <w:pPr>
        <w:pStyle w:val="ArticleBody"/>
        <w:jc w:val="left"/>
      </w:pPr>
      <w:r>
        <w:rPr>
          <w:rFonts w:ascii="Times New Roman" w:hAnsi="Times New Roman" w:eastAsia="Times New Roman" w:cs="Times New Roman"/>
        </w:rPr>
        <w:t>A Jelenések tizenhetedik fejezetében János a harmadik versben a pusztába vitetik, ahol látja a paráznát, amint egy fenevadon ül. A paráznát minden jelentős protestáns felekezet a katolikus egyházzal azonosította, noha az utolsó napokban mindnyájan megtagadják alapvető hitelveiket. A római egyház részeg volt a vértanúk vérétől, amikor János látta őt, és a paráznák anyja címet viselte. Ez azt jelzi, hogy János 1798-ba vitetett, amikor a pápaságot a vértanúság vére terhelte, és egyes egykori protestáns egyházak már visszatérőben voltak a római katolikus közösségbe. Ebből a nézőpontból János „hét királyt” látott, amelyek közül öt már elesett 1798-ra, és egy ország létezett 1798-ban, és az az ország az Egyesült Államok volt, de egy másik ország, amely tíz királyból áll, ezután jönne, mert 1798-ban, ahol János állt, a hetedik ország még nem jött el. A tíz király az országos vasárnaptörvény válságának órájában uralkodik, és megegyeznek abban, hogy hetedik országukat a fenevadnak adják, az ötödik ország fenevadának, amely 1798-ban halálos sebet kapott.</w:t>
      </w:r>
    </w:p>
    <w:p>
      <w:pPr>
        <w:pStyle w:val="ArticleBody"/>
        <w:jc w:val="left"/>
      </w:pPr>
      <w:r>
        <w:rPr>
          <w:rFonts w:ascii="Times New Roman" w:hAnsi="Times New Roman" w:eastAsia="Times New Roman" w:cs="Times New Roman"/>
        </w:rPr>
        <w:t>A „8” szám a feltámadást jelképezi, és a pápaság az a nyolcadik, amely a hét közül való, amikor halálos sebe begyógyul a sárkány, a fenevad és a hamis próféta hármas szövetségében, amely a hamarosan bekövetkező vasárnapi törvény idején valósul meg. 2020-ban a globalisták elcsalták a választást Trumptól, és őt megölték a Jelenések könyve tizenegyedik fejezetének utcáin. A Jelenések könyve tizenegyedik fejezetének két tanúja a földből feljövő fenevad két szarvát jelképezi, amelyeket mindkettőt megöltek 2020-ban. Trump Reagan óta a hatodik elnök a vég idején, 1989-ben; 2024-re azonban ő egyúttal az a nyolcadik is, amely a hét előző király közül való. 2024-ben halálos sebe begyógyult, és ezzel egyidejűleg ő lett az a nyolcadik, amely a hét közül való, tökéletes összhangban azzal a prófétai szimbólummal, amely megalapozza a látomást. Ha nincs Rómád, nincs képességed arra sem, hogy kövesd Róma képmásának mozgásait.</w:t>
      </w:r>
    </w:p>
    <w:p>
      <w:pPr>
        <w:pStyle w:val="ArticleHeading"/>
        <w:jc w:val="left"/>
      </w:pPr>
      <w:r>
        <w:rPr>
          <w:rFonts w:ascii="Arial" w:hAnsi="Arial" w:eastAsia="Arial" w:cs="Arial"/>
        </w:rPr>
        <w:t>MAGA</w:t>
      </w:r>
    </w:p>
    <w:p>
      <w:pPr>
        <w:pStyle w:val="ArticleBody"/>
        <w:jc w:val="left"/>
      </w:pPr>
      <w:r>
        <w:rPr>
          <w:rFonts w:ascii="Times New Roman" w:hAnsi="Times New Roman" w:eastAsia="Times New Roman" w:cs="Times New Roman"/>
        </w:rPr>
        <w:t>Annak megértéséhez, hogy Trump miként Nagy Konstantin, amikor Nero „250” évei lezárulnak, vagy miként Nagy Antiokhosz Kr. e. 207-ben, vagy miként ő az utolsó elnök, akinek teljes aranykori mozgalma Amerika „naggyá” tételére épül, fel kell ismerni, hogy a fejezet először Trumpot és az ő prófétai szerepét említi.</w:t>
      </w:r>
    </w:p>
    <w:p>
      <w:pPr>
        <w:pStyle w:val="ArticleBody"/>
        <w:jc w:val="left"/>
      </w:pPr>
      <w:r>
        <w:rPr>
          <w:rFonts w:ascii="Times New Roman" w:hAnsi="Times New Roman" w:eastAsia="Times New Roman" w:cs="Times New Roman"/>
        </w:rPr>
        <w:t>Az „igazság” héber szava által képviselt „igazság” aláírása, amely a héber ábécé első, tizenharmadik és huszonkettedik betűjéből áll, Reagant az első betűvel azonosítja, Obamát pedig a lázadás tizenharmadik betűjével, amint azt 2013 jelképezi, amikor az Inkvizíció Hivatalának korábbi vezetőjét az első jezsuita pápa követte. Mivel az inkvizíció vezetője visszavonult, végpontja egybeesik a jezsuita pápa kiindulópontjával. Obama két pápája közötti ez a kapcsolat 2013. március 13. volt. Obama a lázadás tizenharmadik betűjéhez igazodik, a huszonkettedik betű pedig Trump.</w:t>
      </w:r>
    </w:p>
    <w:p>
      <w:pPr>
        <w:pStyle w:val="ArticleBody"/>
        <w:jc w:val="left"/>
      </w:pPr>
      <w:r>
        <w:rPr>
          <w:rFonts w:ascii="Times New Roman" w:hAnsi="Times New Roman" w:eastAsia="Times New Roman" w:cs="Times New Roman"/>
        </w:rPr>
        <w:t>A huszonkettedik alkotmánymódosítás két ciklusra korlátozza az elnököt, és ha azokat a két ciklust betöltő elnököket tekintjük, akiknek ciklusai NEM egymást követték, csak kettő van. Grover Cleveland az alfa a nem egymást követő két ciklust betöltő elnökök között, Trump pedig az ómega. Grover Cleveland a huszonkettedik elnök volt, és Trump, mint Clevelandhez viszonyított ómega, birtokolja a „22” alfa-megkülönböztetését. Cleveland és Trump egy olyan alfát és ómegát képviselnek, amely magában foglalja a héber ábécé huszonkettedik betűjének szimbolikáját. Csak két olyan elnök volt, akinek két, nem egymást követő ciklusa volt, és Trump e kettő közül a második. Az ómega kettője szorozva az alfa huszonkettőjével negyvennégyet ad, ami 1844 jelképe, ez pedig a vasárnaptörvény idején bekövetkező bezárt ajtó jelképe, amint azt 1844 bezárt ajtaja előképezte. Trump a 44. különálló személy, aki elnök volt, és ő az elnök akkor, amikor a vasárnaptörvénynél bezárul az ajtó.</w:t>
      </w:r>
    </w:p>
    <w:p>
      <w:pPr>
        <w:pStyle w:val="ArticleBody"/>
        <w:jc w:val="left"/>
      </w:pPr>
      <w:r>
        <w:rPr>
          <w:rFonts w:ascii="Times New Roman" w:hAnsi="Times New Roman" w:eastAsia="Times New Roman" w:cs="Times New Roman"/>
        </w:rPr>
        <w:t>Trumpot Nagy Kürosz előképezte. Nagy Kürosz adta ki az első rendeletet, és Nagy Artaxerxész adta ki a harmadik rendeletet. Az első és a harmadik egymással összhangban áll, mert Jézus mindig a kezdet által szemlélteti a véget. Trump ott van, amikor véget érnek Néró „250” évei, amelyeket Nagy Konstantin képvisel. A Kr. e. 457-től számított „250” év végén Trumpot Nagy Antiokhosz képviseli, aki 2024-ben erősebben tért vissza, mint azelőtt, a tizenharmadik vers beteljesedéseként.</w:t>
      </w:r>
    </w:p>
    <w:p>
      <w:pPr>
        <w:pStyle w:val="ArticleScripture"/>
        <w:jc w:val="left"/>
      </w:pPr>
      <w:r>
        <w:rPr>
          <w:rFonts w:ascii="Times New Roman" w:hAnsi="Times New Roman" w:eastAsia="Times New Roman" w:cs="Times New Roman"/>
        </w:rPr>
        <w:t>Mert az északi király visszatér, és az előbbinél nagyobb sokaságot állít csatasorba; és bizonyosan eljön néhány esztendő múltán nagy sereggel és nagy gazdagsággal. Dániel 11:13.</w:t>
      </w:r>
    </w:p>
    <w:p>
      <w:pPr>
        <w:pStyle w:val="ArticleBody"/>
        <w:jc w:val="left"/>
      </w:pPr>
      <w:r>
        <w:rPr>
          <w:rFonts w:ascii="Times New Roman" w:hAnsi="Times New Roman" w:eastAsia="Times New Roman" w:cs="Times New Roman"/>
        </w:rPr>
        <w:t>Amikor az Egyesült Államokat a vasárnapi törvény idején Róma meghódítja, akkor a világ minden országa arra kényszerül, hogy meghajoljon Róma előtt.</w:t>
      </w:r>
    </w:p>
    <w:p>
      <w:pPr>
        <w:pStyle w:val="ArticleScripture"/>
        <w:jc w:val="left"/>
      </w:pPr>
      <w:r>
        <w:rPr>
          <w:rFonts w:ascii="Times New Roman" w:hAnsi="Times New Roman" w:eastAsia="Times New Roman" w:cs="Times New Roman"/>
        </w:rPr>
        <w:t>„A külföldi nemzetek követni fogják az Amerikai Egyesült Államok példáját. Bár ő jár az élen, ugyanaz a válság mégis ránk, a mi népünkre fog szakadni a világ minden részén.” Bizonyságtételek, 6. kötet, 395.</w:t>
      </w:r>
    </w:p>
    <w:p>
      <w:pPr>
        <w:pStyle w:val="ArticleBody"/>
        <w:jc w:val="left"/>
      </w:pPr>
      <w:r>
        <w:rPr>
          <w:rFonts w:ascii="Times New Roman" w:hAnsi="Times New Roman" w:eastAsia="Times New Roman" w:cs="Times New Roman"/>
        </w:rPr>
        <w:t>Az „idegen nemzeteket” erre az Egyesült Államok kényszeríti, amely az Egyesült Nemzetek élére áll a hamarosan bekövetkező vasárnaptörvény idején. Az Egyesült Nemzetek Jelenések 17 tíz királya, akik felett Akháb, a tíz északi törzs királya uralkodik, aki Jézabellel házas. Jézabel és Akháb házassága az a házasság, amely a hamarosan bekövetkező vasárnaptörvénynél teljesedik be. A vasárnaptörvénynél az Egyesült Államok, Dániel 11 dicsőséges földje és Jelenések 13 földi fenevada befejezi történelmét mint a bibliai prófécia hatodik királysága. A Kármel-hegyen Baál 850 prófétáját és a berek papjait, akik Jézabel asztalánál ettek, Illés megöli. Az Egyesült Államok a hamarosan bekövetkező vasárnaptörvénynél öletik meg, miként a hamis próféták a Kármel-hegyen. A történet attól fogva Illés, valamint Akháb és Jézabel között zajlik, és Akháb egy tízszeres királyságot jelképez, amelyet az ural, aki először paráználkodott Jézabellel. Jézabel minden királysággal paráználkodni szándékozik, de Akháb az elsőt jelképezi, aki ezt megteszi, és az Egyesült Államok az, amely meghal a Kármel-hegynél, és azonnal Jézabel első szeretőjévé válik. Dániel 11 szempontjából ott, a vasárnaptörvénynél áll elő Trump mint Görögország hatalmas királya, akit Nagy Sándor jelképez.</w:t>
      </w:r>
    </w:p>
    <w:p>
      <w:pPr>
        <w:pStyle w:val="ArticleScripture"/>
        <w:jc w:val="left"/>
      </w:pPr>
      <w:r>
        <w:rPr>
          <w:rFonts w:ascii="Times New Roman" w:hAnsi="Times New Roman" w:eastAsia="Times New Roman" w:cs="Times New Roman"/>
        </w:rPr>
        <w:t>És egy hatalmas király támad, aki nagy uralommal fog uralkodni, és tetszése szerint cselekszik. De mihelyt felemelkedik, országa összetörik, és az ég négy szele felé osztatik; de nem az ő utódaira száll, és nem annak az uralomnak megfelelően, amellyel uralkodott: mert országa kitépetik, és másoké lesz, nem azoké. Dániel 11:3, 4.</w:t>
      </w:r>
    </w:p>
    <w:p>
      <w:pPr>
        <w:pStyle w:val="ArticleBody"/>
        <w:jc w:val="left"/>
      </w:pPr>
      <w:r>
        <w:rPr>
          <w:rFonts w:ascii="Times New Roman" w:hAnsi="Times New Roman" w:eastAsia="Times New Roman" w:cs="Times New Roman"/>
        </w:rPr>
        <w:t>Donald Trump mint az Egyesült Nemzetek Szervezetének „hatalmas királya” áll elő, akit az igeversben jelképeznek, és akit ezt követően Nagy Sándor története mintaképként ábrázol. Amikor előáll, az Egyesült Államok, a bibliai prófécia hatodik királysága véget ér, és megkezdődik a tíz király hetedik királysága a Jelenések könyve tizenhetedik fejezetében. A tíz király úgy kezdi meg hetedik királyságát, hogy ott és akkor egyetért abban, hogy hetedik királyságát átadja a pápai hatalomnak, amely a nyolcadik királyság, és amely az előző hét királyságból való. Egyetértésük arra irányult, hogy beteljesítsék Isten akaratát, és az Ő akarata sorról sorra van feltárva az igazság Írásaiban.</w:t>
      </w:r>
    </w:p>
    <w:p>
      <w:pPr>
        <w:pStyle w:val="ArticleHeading"/>
        <w:jc w:val="left"/>
      </w:pPr>
      <w:r>
        <w:rPr>
          <w:rFonts w:ascii="Arial" w:hAnsi="Arial" w:eastAsia="Arial" w:cs="Arial"/>
        </w:rPr>
        <w:t>Róma előképeként</w:t>
      </w:r>
    </w:p>
    <w:p>
      <w:pPr>
        <w:pStyle w:val="ArticleBody"/>
        <w:jc w:val="left"/>
      </w:pPr>
      <w:r>
        <w:rPr>
          <w:rFonts w:ascii="Times New Roman" w:hAnsi="Times New Roman" w:eastAsia="Times New Roman" w:cs="Times New Roman"/>
        </w:rPr>
        <w:t>Dániel 11. fejezetének ötödik–kilencedik versei olyan prófétai történelemben teljesedtek be, amely tökéletes előképe volt a pápai hatalom történetének, amint azt ugyanazon fejezet harmincegyedik–negyvenedik versei bemutatják. Az ötödik–kilencedik versek történelmi vonala párhuzamos a harmincegyedik verstől a negyvenedik versig terjedő történelmi vonallal. Mindkét vonal egy olyan időszakot azonosít, amelyben a pápai Rómát jelképező hatalom először három akadályt győzött le, egy ideig uralkodott, mígnem egy megszegett szövetség déli királyt hozott rájuk, aki halálos sebet ejtett rajtuk. Minél szorosabban tanulmányozzák e két vonalat, és hasonlítják össze a történelemmel, annál mélyrehatóbban ismerik fel rendkívüli pontosságukat. Pontosságuk arra vonatkozik, milyen szorosan tükrözik egyrészt a versekben rejlő szerkezetet, másrészt azt a történelmet, amely beteljesítette e verseket.</w:t>
      </w:r>
    </w:p>
    <w:p>
      <w:pPr>
        <w:pStyle w:val="ArticleBody"/>
        <w:jc w:val="left"/>
      </w:pPr>
      <w:r>
        <w:rPr>
          <w:rFonts w:ascii="Times New Roman" w:hAnsi="Times New Roman" w:eastAsia="Times New Roman" w:cs="Times New Roman"/>
        </w:rPr>
        <w:t>Az az öt verset betöltő történelem párhuzamba állítható és összhangban van a pápai Róma történelmével, amely a harmincegyedik verstől a negyvenedikig terjedő versekben kerül bemutatásra, és megadja a hátteret Nagy Antiokhosz bevezetéséhez a tizediktől a tizenötödikig terjedő versekben.</w:t>
      </w:r>
    </w:p>
    <w:p>
      <w:pPr>
        <w:pStyle w:val="ArticleScripture"/>
        <w:jc w:val="left"/>
      </w:pPr>
      <w:r>
        <w:rPr>
          <w:rFonts w:ascii="Times New Roman" w:hAnsi="Times New Roman" w:eastAsia="Times New Roman" w:cs="Times New Roman"/>
        </w:rPr>
        <w:t>De fiai fegyvert fognak, és nagy seregek sokaságát gyűjtik össze; és egyikük bizonyosan eljön, eláraszt és átvonul; azután visszatér, és felindul egészen az ő erősségéig. Dániel 11:10.</w:t>
      </w:r>
    </w:p>
    <w:p>
      <w:pPr>
        <w:pStyle w:val="ArticleBody"/>
        <w:jc w:val="left"/>
      </w:pPr>
      <w:r>
        <w:rPr>
          <w:rFonts w:ascii="Times New Roman" w:hAnsi="Times New Roman" w:eastAsia="Times New Roman" w:cs="Times New Roman"/>
        </w:rPr>
        <w:t>A tizedik vers beteljesedéseként Nagy Antiochosz egészen Egyiptom erősségéig győzedelmeskedett, ahol a hadjáratot megszakította, hogy újjászervezze erőit. Ez a történelmi esemény előképezi a Szovjetunió 1989-ben bekövetkezett összeomlását, amint azt ugyanazon fejezet negyvenedik verse ábrázolja.</w:t>
      </w:r>
    </w:p>
    <w:p>
      <w:pPr>
        <w:pStyle w:val="ArticleScripture"/>
        <w:jc w:val="left"/>
      </w:pPr>
      <w:r>
        <w:rPr>
          <w:rFonts w:ascii="Times New Roman" w:hAnsi="Times New Roman" w:eastAsia="Times New Roman" w:cs="Times New Roman"/>
        </w:rPr>
        <w:t>És a vég idején a déli király összecsap vele; és az északi király forgószélként tör rá, szekerekkel, lovasokkal és sok hajóval; és betör az országokba, és elárasztja és áthalad rajtuk. Dániel 11:40.</w:t>
      </w:r>
    </w:p>
    <w:p>
      <w:pPr>
        <w:pStyle w:val="ArticleBody"/>
        <w:jc w:val="left"/>
      </w:pPr>
      <w:r>
        <w:rPr>
          <w:rFonts w:ascii="Times New Roman" w:hAnsi="Times New Roman" w:eastAsia="Times New Roman" w:cs="Times New Roman"/>
        </w:rPr>
        <w:t>A tizedik vers „bizonyosan eljön, kiárad, és áthatol” kifejezése a héberben azonos a negyvenedik vers „behatol az országokba, kiárad és átvonul” kifejezésével. Mindkét vers azt az időpontot azonosítja, amikor az északi király (a tizedik versben Antiochus, a negyvenedik versben Reagan) legyőzi a déli királyt (a tizedik versben Ptolemaioszt, a negyvenedik versben a Szovjetuniót). Mindkét támadás megtorlás volt a déli király korábbi győzelméért (az ötödiktől a kilencedikig terjedő versekben Ptolemaioszéért és a negyvenedik versben Napóleonéért). A déli király támadásának indítéka egy megszegett szövetség volt (az ötödiktől a kilencedikig terjedő versekben Bereniké házassága, valamint Napóleonnal az 1797-es tolentinói szerződés megszegése). A versekben megjelenített prófétai szerkezet, valamint a versek későbbi történelmi beteljesedése Ésaiás 8:8-cal is összhangban áll.</w:t>
      </w:r>
    </w:p>
    <w:p>
      <w:pPr>
        <w:pStyle w:val="ArticleScripture"/>
        <w:jc w:val="left"/>
      </w:pPr>
      <w:r>
        <w:rPr>
          <w:rFonts w:ascii="Times New Roman" w:hAnsi="Times New Roman" w:eastAsia="Times New Roman" w:cs="Times New Roman"/>
        </w:rPr>
        <w:t>És átvonul Júdán, elárasztja és elborítja; nyakig ér, és szárnyainak kiterjesztése betölti földed szélességét, ó, Immánuel. Ézsaiás 8:8.</w:t>
      </w:r>
    </w:p>
    <w:p>
      <w:pPr>
        <w:pStyle w:val="ArticleBody"/>
        <w:jc w:val="left"/>
      </w:pPr>
      <w:r>
        <w:rPr>
          <w:rFonts w:ascii="Times New Roman" w:hAnsi="Times New Roman" w:eastAsia="Times New Roman" w:cs="Times New Roman"/>
        </w:rPr>
        <w:t>Amikor Ésaiás megjövendöli, hogy Szanherib serege „eláraszt és áthatol”, ez ismét ugyanaz a héber kifejezés, mint a tizedik és a negyvenedik versben. Ésaiás meghatározza azt az időt, amikor Szanherib, az északi királyság, legyőzte a déli királyságot, Júdát, de Jeruzsálemet állva hagyta, mert csak „a nyakig” jutott, miként Antiokhosz is a tizedik versben a határig jutott. Szanherib indítéka az volt, hogy Ezékiás megszegte az Asszíriával kötött szövetséget, amint ezt az jelképezi, hogy Ezékiás beszüntette a megállapított adó fizetését. A megszegett szövetség a három párhuzamos vers rendellenessége. Mindegyik egy megszegett szövetséget foglalt magában, de Ptolemaiosz és Napóleon esetében az északi királyt vádolták a szövetség megszegésével. Szanherib, az északi király Ezékiást vádolta azzal, hogy megtagadta a kiszabott adó megfizetését.</w:t>
      </w:r>
    </w:p>
    <w:p>
      <w:pPr>
        <w:pStyle w:val="ArticleScripture"/>
        <w:jc w:val="left"/>
      </w:pPr>
      <w:r>
        <w:rPr>
          <w:rFonts w:ascii="Times New Roman" w:hAnsi="Times New Roman" w:eastAsia="Times New Roman" w:cs="Times New Roman"/>
        </w:rPr>
        <w:t>Ezékiás király tizennegyedik esztendejében felvonult Szanhérib, Asszíria királya Júda minden megerősített városa ellen, és elfoglalta azokat. Ekkor Ezékiás, Júda királya elküldött Asszíria királyához Lákísba ezzel az üzenettel: Vétkeztem; vonulj vissza tőlem; amit rám vetsz, azt elhordozom. Asszíria királya pedig háromszáz talentum ezüstöt és harminc talentum aranyat vetett ki Ezékiásra, Júda királyára. És Ezékiás odaadta neki mindazt az ezüstöt, amely az Úr házában és a királyi palota kincstáraiban található volt. 2Királyok 18:13–15.</w:t>
      </w:r>
    </w:p>
    <w:p>
      <w:pPr>
        <w:pStyle w:val="ArticleBody"/>
        <w:jc w:val="left"/>
      </w:pPr>
      <w:r>
        <w:rPr>
          <w:rFonts w:ascii="Times New Roman" w:hAnsi="Times New Roman" w:eastAsia="Times New Roman" w:cs="Times New Roman"/>
        </w:rPr>
        <w:t>Szanherib északi serege Jeruzsálem felé vonulva negyvenhat júdai várost foglalt el. Nagy prófétai jelentősége van annak, hogy Ézsaiás 8:8 összekapcsolódik a tizedik és a negyvenedik verssel, s ily módon harmadik tanúbizonyságát adja a Szovjetunió déli királysága 1989-ben bekövetkezett összeomlásának. Ez az összeomlás jelöli a negyvenedik vers egy üres időszakának kezdetét. A negyvenedik vers 1989-ben történt beteljesedésétől a negyvenegyedik versig, amely a hamarosan bekövetkező vasárnapi törvényt jelképezi, a negyvenedik versben egy üres időszak található. Ez az időszak 1989-ben kezdődik, és a vasárnapi törvénnyel ér véget. A negyvenedik versnek nincs mondanivalója erről az időszakról, de a negyvenedik vers a „sor sorra” módszertanával megérthető.</w:t>
      </w:r>
    </w:p>
    <w:p>
      <w:pPr>
        <w:pStyle w:val="ArticleBody"/>
        <w:jc w:val="left"/>
      </w:pPr>
      <w:r>
        <w:rPr>
          <w:rFonts w:ascii="Times New Roman" w:hAnsi="Times New Roman" w:eastAsia="Times New Roman" w:cs="Times New Roman"/>
        </w:rPr>
        <w:t>A negyvenedik vers rejtett történelmének megállapításához elsőrendű „kulcs” Ézsaiás tanúságtétele az északi királyság déli királyság elleni győzedelmes megtorló háborújáról. Akár Ezékiás lázadásáról van szó, amikor megszűnt tiszteletben tartani az Asszíriának fizetendő „adó” szolgáltatására vonatkozó korábbi kötelezettségvállalást, akár Bereniké félretételéről Antiochos által, akár Napóleon tolentinói szerződéséről, mindhárom vers olyan történelmi eseményekben teljesedett be, amelyek a támadás mögöttes indítékaként a megszegett szerződést hangsúlyozzák. Obama elnöksége idején, John Kerry külügyminisztersége alatt, Victoria Nuland külügyi helyettes államtitkár színforradalmat idézett elő az ukrán kormány megdöntésére. Ettől a ponttól kezdve egyazon vita két oldala létezik az ukrajnai háborúval kapcsolatban; Putyin azt állítja, hogy egy megszegett szerződésről volt szó, ellenfelei pedig azt mondják, hogy az a szerződés, amelyre Putyin hivatkozik, soha nem is létezett abban az összefüggésben, amelyet Putyin állít. Hogy ténylegesen létrejött-e egy szerződés, majd azt megszegték, vagy éppen fordítva, nem bír jelentőséggel, mert a prófétai feljegyzés egyszerűen a megszegett szerződést rögzíti a háború indítékaként.</w:t>
      </w:r>
    </w:p>
    <w:p>
      <w:pPr>
        <w:pStyle w:val="ArticleBody"/>
        <w:jc w:val="left"/>
      </w:pPr>
      <w:r>
        <w:rPr>
          <w:rFonts w:ascii="Times New Roman" w:hAnsi="Times New Roman" w:eastAsia="Times New Roman" w:cs="Times New Roman"/>
        </w:rPr>
        <w:t>Ézsaiás 8:8 adja meg a „kulcsot” annak felismeréséhez, hogy az északi király csak nyakig, vagyis a fejig hódít. Ez a „kulcs” Oroszországot azonosítja mint azt a fejet, amely állva maradt a test 1989-es összeomlása után. A nyolcadik vers prófétai jelentősége nem csupán a fej azonosítását szolgáló „kulcsban” rejlik, hanem abban is, hogy a „nyak” azonosítása, amely a fejet, vagyis a fővárost jelképezi, csak az Ézsaiás 8 ugyanazon látomásának egy korábbi szakaszával összefüggésben állapítható meg. Ez a látomás a hetedik fejezetben kezdődik, és a hetedik és nyolcadik versekben a fej királyként, vagy az ő országaként, illetve egy ország fővárosaként van meghatározva. Jeruzsálem volt Júda fővárosa, amelynek 46 városát Szanherib serege meghódította, de Szanherib Jeruzsálem fővárosát állva hagyta.</w:t>
      </w:r>
    </w:p>
    <w:p>
      <w:pPr>
        <w:pStyle w:val="ArticleScripture"/>
        <w:jc w:val="left"/>
      </w:pPr>
      <w:r>
        <w:rPr>
          <w:rFonts w:ascii="Times New Roman" w:hAnsi="Times New Roman" w:eastAsia="Times New Roman" w:cs="Times New Roman"/>
        </w:rPr>
        <w:t>Mert Szíria feje Damaszkusz, és Damaszkusz feje Rezin; és hatvanöt esztendőn belül Efraim összetöretik, úgyhogy többé nem lesz nép. És Efraim feje Samária, és Samária feje Remáliának fia. Ha nem hisztek, bizony meg nem maradtok. Ézsaiás 7:8, 9.</w:t>
      </w:r>
    </w:p>
    <w:p>
      <w:pPr>
        <w:pStyle w:val="ArticleBody"/>
        <w:jc w:val="left"/>
      </w:pPr>
      <w:r>
        <w:rPr>
          <w:rFonts w:ascii="Times New Roman" w:hAnsi="Times New Roman" w:eastAsia="Times New Roman" w:cs="Times New Roman"/>
        </w:rPr>
        <w:t>Amikor Szanhérib serege Kr. e. 701-ben Jeruzsálem falaihoz érkezett, a nyakig jutott fel, és ekként történelmi tanúbizonyságát hagyta Oroszország 1989-es összeomlás utáni megmaradásának. Miként Nagy Antiokhosz, amikor megkezdte megtorlását a déli királyság ellen, a tizedik versben Egyiptom határáig jutott, de nem lépett be. Ami Antiokhosz tizedik versben aratott győzelmében jelentős, az az, hogy egy olyan hadjárat lezárását jelzi, amelyből hiányzott egy jól elkülöníthető csata, ugyanakkor azt a munkáját ábrázolja, amelyben a korábban elveszített földrajzi területeket újból helyreállította. Az ő hódítása a tizedik versben több győzelem lezárását képviseli. A negyedik szíriai háború hadjáratát Raphiánál fejezte be, amelynek jelentése: „határvidék”, és Raphia Egyiptom határa, vagyis „nyaka” volt. Antiokhosz Kr. e. 219-től Kr. e. 217-ig tartó hadjárata a Szovjetunió 1989 és 1991 közötti összeomlásának kiáradását és átcsapását szemlélteti, amikor a király átvonult az országokon.</w:t>
      </w:r>
    </w:p>
    <w:p>
      <w:pPr>
        <w:pStyle w:val="ArticleBody"/>
        <w:jc w:val="left"/>
      </w:pPr>
      <w:r>
        <w:rPr>
          <w:rFonts w:ascii="Times New Roman" w:hAnsi="Times New Roman" w:eastAsia="Times New Roman" w:cs="Times New Roman"/>
        </w:rPr>
        <w:t>Prófétai értelemben Ézsaiás 8:8 lehetővé teszi, hogy Oroszországot — mint a nyakat Szanherib csatájában, vagy mint az erősséget Antiochus csatájában — a déli királlyal azonosítsuk a raphiai csatában, amint azt a tizenegyedik vers beteljesedése szemlélteti. Ezáltal közvetlenül összekapcsolja a külső történelmet, amelyet a sárkány (a déli király), a fenevad (az északi király) és a hamis próféta (az északi király helyettesítő hatalma) képvisel, a prófécia belső vonalával, amint azt a hetedik fejezet hetedik versének hatvanöt éves próféciája ábrázolja.</w:t>
      </w:r>
    </w:p>
    <w:p>
      <w:pPr>
        <w:pStyle w:val="ArticleBody"/>
        <w:jc w:val="left"/>
      </w:pPr>
      <w:r>
        <w:rPr>
          <w:rFonts w:ascii="Times New Roman" w:hAnsi="Times New Roman" w:eastAsia="Times New Roman" w:cs="Times New Roman"/>
        </w:rPr>
        <w:t>Prófétai szempontból Szanhérib Jeruzsálem ellen való felvonulásának jelentősége Isten hatalmának egyik legerőteljesebb prófétai bizonyságtételét nyújtja az Írásokban, mivel Isten ott egyetlen éjszaka alatt megsemmisítette Szanhérib 185 000 fős seregét. Az előző napon Jeruzsálem falán ott volt mind Eljákim, mind Sebna, a laodiceai és a filadelfiai adventizmus jelképei, akik az 1844-es bezárt ajtónál és a vasárnaptörvény bezárt ajtajánál pecsételtetnek meg.</w:t>
      </w:r>
    </w:p>
    <w:p>
      <w:pPr>
        <w:pStyle w:val="ArticleScripture"/>
        <w:jc w:val="left"/>
      </w:pPr>
      <w:r>
        <w:rPr>
          <w:rFonts w:ascii="Times New Roman" w:hAnsi="Times New Roman" w:eastAsia="Times New Roman" w:cs="Times New Roman"/>
        </w:rPr>
        <w:t>És lőn Ezékiás király tizennegyedik esztendejében, hogy Szanhérib, Asszíria királya felvonult Júda minden megerősített városa ellen, és elfoglalta azokat. És Asszíria királya elküldte Rabsakét Lákisból Jeruzsálembe Ezékiás királyhoz nagy sereggel. És megálla a felső tó vízvezetékénél, a ruhafestők mezejének útján. Akkor kijöve hozzá Eljákim, Hilkiás fia, aki a királyi ház felügyelője vala, és Sebna, az írástudó, meg Jóáh, Asáf fia, a krónikás. Ézsaiás 36:1–3.</w:t>
      </w:r>
    </w:p>
    <w:p>
      <w:pPr>
        <w:pStyle w:val="ArticleBody"/>
        <w:jc w:val="left"/>
      </w:pPr>
      <w:r>
        <w:rPr>
          <w:rFonts w:ascii="Times New Roman" w:hAnsi="Times New Roman" w:eastAsia="Times New Roman" w:cs="Times New Roman"/>
        </w:rPr>
        <w:t>Ézsaiás hetedik fejezetében Ézsaiás üzenettel küldetik a gonosz Áházhoz, Júda királyához, a déli királyság uralkodójához. Ez az a királyság, amelyet Szanhérib támad a nyolcadik fejezet nyolcadik versében. Amikor Ézsaiás találkozik a gonosz Áház királlyal, „a felső tó csatornájánál, a ruhafestők mezejére vivő országútnál” találkozik vele, éppen ott, ahol Rabshakeh káromolja az Úr nevét. Ézsaiás azt tanította, hogy ő és gyermekei jelek voltak.</w:t>
      </w:r>
    </w:p>
    <w:p>
      <w:pPr>
        <w:pStyle w:val="ArticleScripture"/>
        <w:jc w:val="left"/>
      </w:pPr>
      <w:r>
        <w:rPr>
          <w:rFonts w:ascii="Times New Roman" w:hAnsi="Times New Roman" w:eastAsia="Times New Roman" w:cs="Times New Roman"/>
        </w:rPr>
        <w:t>Ímé, én és a gyermekek, akiket nekem adott az Úr, jelekül és csodákul vagyunk Izráelben a Seregek Urától, aki a Sion hegyén lakozik. Ézsaiás 8:18.</w:t>
      </w:r>
    </w:p>
    <w:p>
      <w:pPr>
        <w:pStyle w:val="ArticleBody"/>
        <w:jc w:val="left"/>
      </w:pPr>
      <w:r>
        <w:rPr>
          <w:rFonts w:ascii="Times New Roman" w:hAnsi="Times New Roman" w:eastAsia="Times New Roman" w:cs="Times New Roman"/>
        </w:rPr>
        <w:t>Amikor Ézsaiás találkozott a gonosz Akház királlyal „a felső tó csatornájánál, a kalló mezejének útján”, magával vitte fiát, Seár-Jásúbot, akinek neve azt jelenti: „a maradék visszatér.”</w:t>
      </w:r>
    </w:p>
    <w:p>
      <w:pPr>
        <w:pStyle w:val="ArticleScripture"/>
        <w:jc w:val="left"/>
      </w:pPr>
      <w:r>
        <w:rPr>
          <w:rFonts w:ascii="Times New Roman" w:hAnsi="Times New Roman" w:eastAsia="Times New Roman" w:cs="Times New Roman"/>
        </w:rPr>
        <w:t>Akkor így szólt az ÚR Ézsaiáshoz: Menj ki most Áház elé, te és Seár-Jásub, a te fiad, a felső tó vízvezetékének végéhez, a ruhafestő mezejének országútjára. Ézsaiás 7:3.</w:t>
      </w:r>
    </w:p>
    <w:p>
      <w:pPr>
        <w:pStyle w:val="ArticleBody"/>
        <w:jc w:val="left"/>
      </w:pPr>
      <w:r>
        <w:rPr>
          <w:rFonts w:ascii="Times New Roman" w:hAnsi="Times New Roman" w:eastAsia="Times New Roman" w:cs="Times New Roman"/>
        </w:rPr>
        <w:t>Seár-Jásub azt jelzi, hogy az az üzenet, amelyet Ézsaiás „a felső tó vízvezetékének végén, a ruhafestő mezejére vivő országútnál” hirdetett, olyan üzenet, amely azonosítja a visszatérő maradékot. Ez a maradék azokból áll, akikről Malakiás könyve szól, akik arra kapnak felszólítást, hogy térjenek vissza az Úrhoz, és azáltal tegyék próbára Őt, hogy visszahozzák a tizedeket a tárházba. A visszatérőket Jeremiás is úgy ábrázolja, mint akik az első csalódás után térnek vissza. A hetedik fejezetben „a felső tó vízvezetékének végén, a ruhafestő mezejére vivő országútnál” azt ábrázolja, hogy Ézsaiás üzenetet ad egy gonosz déli királynak, Ézsaiás harminchatodik fejezetében pedig Eljákim, Sebna és Jóa, a főtanácsos, Ezékiás nevében léptek fel, míg a Rabsaké Szanheribet képviselte.</w:t>
      </w:r>
    </w:p>
    <w:p>
      <w:pPr>
        <w:pStyle w:val="ArticleBody"/>
        <w:jc w:val="left"/>
      </w:pPr>
      <w:r>
        <w:rPr>
          <w:rFonts w:ascii="Times New Roman" w:hAnsi="Times New Roman" w:eastAsia="Times New Roman" w:cs="Times New Roman"/>
        </w:rPr>
        <w:t>„a felső tó vízvezetékének végén, a ruhafestők mezejére vivő országút mellett” elhangzó első üzenetet Ézsaiás és az ő fia hirdette, „a felső tó vízvezetékének végén, a ruhafestők mezejére vivő országút mellett” elhangzó utolsó üzenetet pedig három személy hirdette. Az első üzenet egy belső királyhoz szólt, a második pedig egy külső királyhoz. Az elválasztó vonal a fal, amely Isten törvényének jelképe, valamint a vasárnapi törvény, amely az egyház és az állam közötti elválasztó fal eltávolítását jelképezi. A vasárnapi törvénynél, vagyis a falnál három jelképet találunk: Eljákim Filadelfia, Sebna Laodicea, Joáb, a krónikás pedig Szárdisz.</w:t>
      </w:r>
    </w:p>
    <w:p>
      <w:pPr>
        <w:pStyle w:val="ArticleBody"/>
        <w:jc w:val="left"/>
      </w:pPr>
      <w:r>
        <w:rPr>
          <w:rFonts w:ascii="Times New Roman" w:hAnsi="Times New Roman" w:eastAsia="Times New Roman" w:cs="Times New Roman"/>
        </w:rPr>
        <w:t>A vasárnaptörvény idején sokan elbuknak Dániel 11:41 szerint, és ezek azok a személyek, akiket felelősség terhel a hetedik napi szombatra vonatkozó világosságért. Azok, akik a 41. versben elbuknak, laodiceai hetednapi adventisták, és Eljákim Filadelfiát jelképezi.</w:t>
      </w:r>
    </w:p>
    <w:p>
      <w:pPr>
        <w:pStyle w:val="ArticleScripture"/>
        <w:jc w:val="left"/>
      </w:pPr>
      <w:r>
        <w:rPr>
          <w:rFonts w:ascii="Times New Roman" w:hAnsi="Times New Roman" w:eastAsia="Times New Roman" w:cs="Times New Roman"/>
        </w:rPr>
        <w:t>És lesz ama napon, hogy elhívom szolgámat, Eljákimot, Hilkiás fiát: és felöltöztetem őt a te köntösödbe, megerősítem őt a te öveddel, és kezedbe adom a te uralmadat; és atyja lesz Jeruzsálem lakóinak és Júda házának. Dávid házának kulcsát az ő vállára vetem; és ha ő megnyitja, senki be nem zárja, és ha ő bezárja, senki meg nem nyitja. Ézsaiás 22:20–22.</w:t>
      </w:r>
    </w:p>
    <w:p>
      <w:pPr>
        <w:pStyle w:val="ArticleScripture"/>
        <w:jc w:val="left"/>
      </w:pPr>
      <w:r>
        <w:rPr>
          <w:rFonts w:ascii="Times New Roman" w:hAnsi="Times New Roman" w:eastAsia="Times New Roman" w:cs="Times New Roman"/>
        </w:rPr>
        <w:t>A filadelfiai gyülekezet angyalának pedig írd meg: Ezt mondja a Szent, az Igaz, akinél a Dávid kulcsa van, aki megnyitja, és senki be nem zárja; és bezárja, és senki meg nem nyitja: Tudom a te cselekedeteidet: íme, nyitott ajtót adtam eléd, és senki be nem zárhatja azt; mert kevés erőd van, mégis megtartottad az én igémet, és nem tagadtad meg az én nevemet. Íme, a Sátán zsinagógájából valókat, akik azt mondják magukról, hogy zsidók, és nem azok, hanem hazudnak; íme, azt cselekszem, hogy eljöjjenek és leboruljanak a te lábaid előtt, és megtudják, hogy én szerettelek téged. Jelenések 3:7–9.</w:t>
      </w:r>
    </w:p>
    <w:p>
      <w:pPr>
        <w:pStyle w:val="ArticleBody"/>
        <w:jc w:val="left"/>
      </w:pPr>
      <w:r>
        <w:rPr>
          <w:rFonts w:ascii="Times New Roman" w:hAnsi="Times New Roman" w:eastAsia="Times New Roman" w:cs="Times New Roman"/>
        </w:rPr>
        <w:t>Sebnát Eljákím váltja fel, és a falon álló Sebna a laodíceai hetednapi adventistákat jelképezi, akik megtagadják, hogy részesüljenek a korai vagy a késői eső üzenetének áldásából. A korai esőt az egyház esetében Ézsaiás és a visszatérő maradék képviselte, és az üzenet egy hitehagyott egyháznak szólt, amelyet a gonosz Akház király jelképezett. A falról szóló üzenet az északi gonosz királynak adatott, aki Jeruzsálem legyőzésére törekedett, és ez a korai esőhöz viszonyítva a késői esőt jelképezi. Miközben Isten egyháza ítélet alá kerül, a korai vagy első eső csak hint, ám a vasárnaptörvény idején az eső mérték nélkül árad ki. Az Akházhoz intézett üzenet a belső üzenet volt, a Szanheribhez intézett üzenet külső volt. A Jelenések 18:1–3 első hangja a második angyal üzenetének megismétlése, és belső. A Jelenések tizennyolcadik fejezetének negyedik versében megszólaló második hang külső, és ez a harmadik üzenet. Ézsaiás és fia hozták a belső második angyali üzenetet, és a falon, egy külső üzenettel együtt, három lélek van.</w:t>
      </w:r>
    </w:p>
    <w:p>
      <w:pPr>
        <w:pStyle w:val="ArticleBody"/>
        <w:jc w:val="left"/>
      </w:pPr>
      <w:r>
        <w:rPr>
          <w:rFonts w:ascii="Times New Roman" w:hAnsi="Times New Roman" w:eastAsia="Times New Roman" w:cs="Times New Roman"/>
        </w:rPr>
        <w:t>Eljákim a száznegyvennégyezer; Sebna a laodíceai Hetednapi Adventizmus, amelyet az Úr abban az időben kiköp a szájából. Joáb, a krónikás, Isten másik nyáját jelképezi, akik feljegyzik a falig vezető történelmet, hogy felismerjék Eljákim zászlaját, amikor az felemeltetik.</w:t>
      </w:r>
    </w:p>
    <w:p>
      <w:pPr>
        <w:pStyle w:val="ArticleBody"/>
        <w:jc w:val="left"/>
      </w:pPr>
      <w:r>
        <w:rPr>
          <w:rFonts w:ascii="Times New Roman" w:hAnsi="Times New Roman" w:eastAsia="Times New Roman" w:cs="Times New Roman"/>
        </w:rPr>
        <w:t>Ézsaiás 8:8 Ézsaiás könyvének hatodiktól tizenkettedik fejezetig terjedő üzeneteit Dániel könyve tizenegyedik fejezetének tizedik versébe helyezi. Ezzel egy második tanúbizonyságot ad arra, hogy a királyság feje a támadás után is állva marad. Azonosítja a megszegett szövetségre vonatkozó érvet, amelyet egy ütközet kirobbantására használnak.</w:t>
      </w:r>
    </w:p>
    <w:p>
      <w:pPr>
        <w:pStyle w:val="ArticleBody"/>
        <w:jc w:val="left"/>
      </w:pPr>
      <w:r>
        <w:rPr>
          <w:rFonts w:ascii="Times New Roman" w:hAnsi="Times New Roman" w:eastAsia="Times New Roman" w:cs="Times New Roman"/>
        </w:rPr>
        <w:t>A Szovjetunió 1989-es összeomlásától, a negyvenedik versben, egészen a következő versben ábrázolt, hamarosan bekövetkező vasárnapi törvényig harminchét évnyi prófétai történelem húzódik, amelyről a negyvenedik vers semmit sem mond. Dániel tizenegyedik fejezetének tizediktől tizenötödikig terjedő versei azt a prófétai történelmet jelképezik, amelyről a negyvenedik vers nem szól. Ez csak akkor látható meg, ha a „sorról sorra” módszertanát alkalmazzuk. „Ha nem hisztek, bizony meg nem maradtok” az a prófétai figyelmeztetés, amely ahhoz a három vershez kapcsolódik, amely 1989-et írja le, és Ézsaiás nyolcadik fejezetének nyolcadik versének történelmi beteljesedése próbát tár elénk Eliákim és Sebna számára. Látod-e, vagy vak vagy?</w:t>
      </w:r>
    </w:p>
    <w:p>
      <w:pPr>
        <w:pStyle w:val="ArticleBody"/>
        <w:jc w:val="left"/>
      </w:pPr>
      <w:r>
        <w:rPr>
          <w:rFonts w:ascii="Times New Roman" w:hAnsi="Times New Roman" w:eastAsia="Times New Roman" w:cs="Times New Roman"/>
        </w:rPr>
        <w:t>Dániel 11. fejezetének negyvenegyedik verse az Egyesült Államokban hamarosan bekövetkező vasárnaptörvényre utal, amelyet előképez az a történelmi eseménysor, amely a tizenhatodik verset beteljesítette.</w:t>
      </w:r>
    </w:p>
    <w:p>
      <w:pPr>
        <w:pStyle w:val="ArticleScripture"/>
        <w:jc w:val="left"/>
      </w:pPr>
      <w:r>
        <w:rPr>
          <w:rFonts w:ascii="Times New Roman" w:hAnsi="Times New Roman" w:eastAsia="Times New Roman" w:cs="Times New Roman"/>
        </w:rPr>
        <w:t>De aki ellene jön, a maga tetszése szerint cselekszik, és senki sem állhat meg előtte; és megáll a dicső földön, amely az ő keze által pusztulásra jut. Dániel 11:16.</w:t>
      </w:r>
    </w:p>
    <w:p>
      <w:pPr>
        <w:pStyle w:val="ArticleScripture"/>
        <w:jc w:val="left"/>
      </w:pPr>
      <w:r>
        <w:rPr>
          <w:rFonts w:ascii="Times New Roman" w:hAnsi="Times New Roman" w:eastAsia="Times New Roman" w:cs="Times New Roman"/>
        </w:rPr>
        <w:t>Bevonul a dicső földre is, és sok ország elbukik; de ezek megszabadulnak kezéből: Edóm, Moáb és Ammón fiainak színe-java. Dániel 11:41.</w:t>
      </w:r>
    </w:p>
    <w:p>
      <w:pPr>
        <w:pStyle w:val="ArticleBody"/>
        <w:jc w:val="left"/>
      </w:pPr>
      <w:r>
        <w:rPr>
          <w:rFonts w:ascii="Times New Roman" w:hAnsi="Times New Roman" w:eastAsia="Times New Roman" w:cs="Times New Roman"/>
        </w:rPr>
        <w:t>Dániel tizenegyedik fejezetében a tizenhatodik verstől a harmincadik versig terjedő szakasz történelmi beteljesedése a pogány Róma története. Dániel tizenegyedik fejezetében minden prófétai sor vagy a pogány, a pápai, illetve a modern Róma történetét előképezi. Minden egyes sor vagy közvetlenül egy római történelmet azonosít, vagy egy jövőbeli római történelmet előképez. Minden sor. Azok a versek, amelyek közvetlenül a pogány Róma által beteljesített történelemre utalnak, a pápai Rómát példázzák. A pogány Róma és a pápai Róma együtt a modern Rómáról tesznek tanúságot. Róma alapozza meg a látomást, mert a fejezet elejétől a végéig a látomás Rómáról szól.</w:t>
      </w:r>
    </w:p>
    <w:p>
      <w:pPr>
        <w:pStyle w:val="ArticleBody"/>
        <w:jc w:val="left"/>
      </w:pPr>
      <w:r>
        <w:rPr>
          <w:rFonts w:ascii="Times New Roman" w:hAnsi="Times New Roman" w:eastAsia="Times New Roman" w:cs="Times New Roman"/>
        </w:rPr>
        <w:t>Jézus azért azonosította, hogy áruló van közöttük, hogy segítsen tanítványainak hinni, amikor Júdás árulása nyilvánvalóvá lett.</w:t>
      </w:r>
    </w:p>
    <w:p>
      <w:pPr>
        <w:pStyle w:val="ArticleScripture"/>
        <w:jc w:val="left"/>
      </w:pPr>
      <w:r>
        <w:rPr>
          <w:rFonts w:ascii="Times New Roman" w:hAnsi="Times New Roman" w:eastAsia="Times New Roman" w:cs="Times New Roman"/>
        </w:rPr>
        <w:t>„Amikor Krisztus kimondta a jajt Júdásra, tanítványai iránt is az irgalom szándéka vezette. Ezzel Messiás-volta legfőbb bizonyítékát adta nekik. „Most mondom meg néktek, mielőtt meglesz, hogy mikor majd meglesz, higgyétek, hogy én vagyok.” Ha Jézus hallgatott volna, mintha nem tudná, mi következik reá, a tanítványok azt gondolhatták volna, hogy Mesterük nem rendelkezik isteni előrelátással, és meglepetésszerűen adták át őt a gyilkos csőcselék kezébe. Egy évvel korábban Jézus megmondta a tanítványoknak, hogy tizenkettőt választott, és közülük az egyik ördög. Most pedig Júdáshoz intézett szavai, amelyekből kitűnt, hogy árulása teljesen ismert volt Mestere előtt, Krisztus igaz követőinek hitét erősítették volna megaláztatása idején. És amikor Júdás eljut majd rettenetes végére, emlékezni fognak arra a jajra, amelyet Jézus az áruló fölött kimondott.” Jézus élete, 655.</w:t>
      </w:r>
    </w:p>
    <w:p>
      <w:pPr>
        <w:pStyle w:val="ArticleBody"/>
        <w:jc w:val="left"/>
      </w:pPr>
      <w:r>
        <w:rPr>
          <w:rFonts w:ascii="Times New Roman" w:hAnsi="Times New Roman" w:eastAsia="Times New Roman" w:cs="Times New Roman"/>
        </w:rPr>
        <w:t>2023. december 31-én Júda törzsének Oroszlánja megkezdte önmagáról szóló kinyilatkoztatásának pecsétjeit feltörni, és kezdetét vette az alapvető próba. A próba afelől szólt, hogy Róma továbbra is az a jelkép-e, amely a tizennegyedik versben megalapozza a látomást, vagy megváltoztak a dolgok. Amikor 2025. május 8-án az első antikrisztus az Egyesült Államokból uralkodni kezdett, a tizennegyedik vers beteljesedett. Ekkor vált láthatóvá, hogy Trump és Leó pápa kapcsolatát Reagan és II. János Pál előképezte. Az ukrajnai háború, amely 2014-ben kezdődött, amikor az Egyesült Államok Külügyminisztériuma színes forradalmat idézett elő Ukrajnában, Obama elnöksége alatt történt, aki két pápa idején uralkodott. Reagan és II. János Pál a tizedik versben, majd 2014-ben elkezdődött az ukrajnai háború, amint azt a tizenegyedik vers határvidéki csatája, avagy a raffiai csata ábrázolja. Raphia jelentése „határvidék”, és ugyanez a jelentése az „Ukrajna” szónak is. Abban a történetben Obama és két pápa jelöli a tizediktől a tizenötödik versig terjedő három csata közül a másodikat. Azután 2024-ben Trump visszatért a tizenharmadik vers beteljesedéseként. Majd a tizennegyedik versben a látomást Trump pápai megfelelőjének megérkezése alapozza meg.</w:t>
      </w:r>
    </w:p>
    <w:p>
      <w:pPr>
        <w:pStyle w:val="ArticleBody"/>
        <w:jc w:val="left"/>
      </w:pPr>
      <w:r>
        <w:rPr>
          <w:rFonts w:ascii="Times New Roman" w:hAnsi="Times New Roman" w:eastAsia="Times New Roman" w:cs="Times New Roman"/>
        </w:rPr>
        <w:t>Ami megállapítást nyert, az az, hogy a tizedik verstől a tizenötödikig terjedő szakasz három ütközete három útjelzőt jelképez, amelyek egyenként azonosítják Jezábel és Akháb kapcsolatát, amely a vasárnapi törvénynél a Kármel-hegyhez vezet. Reagan idején Jezábel Samáriában volt, egy titkos szövetség által elrejtve. Ezután a Baál papjai és a berkek prófétái felemelték a woke liberális katolicizmus spiritualizmusát, egyesítve azt Obama skizofrén szimbolikájával, aki egyszerre jelképezi a hitehagyott protestantizmus hamis prófétáját és az iszlám hamis prófétáját, az anyaföld imádatát, a Francia Forradalom kicsapongását és anarchiáját. Majd Trump 2024-ben visszatért, és 2025-ben nyilvánvalóvá lett a fenevad és képmása közötti nyílt kapcsolat. 2026 van, és az alap külső látáspróbája sikeresen lezárult, most pedig a templompróba látomásában vagyunk.</w:t>
      </w:r>
    </w:p>
    <w:p>
      <w:pPr>
        <w:pStyle w:val="ArticleBody"/>
        <w:jc w:val="left"/>
      </w:pPr>
      <w:r>
        <w:rPr>
          <w:rFonts w:ascii="Times New Roman" w:hAnsi="Times New Roman" w:eastAsia="Times New Roman" w:cs="Times New Roman"/>
        </w:rPr>
        <w:t>A tizenegyedik vers i. e. 217-ben, a rafiai csatában teljesedett be, és előképe a 2014-ben kezdődött, 2022-ben eszkalálódott, s most a befejezés küszöbén álló ukrajnai háborúnak. Putyin győzedelmeskedni fog, de ez a győzelem csupán bukásának kezdetét vezeti be. A tizenegyedik vers prófétai szerkezete és történelmi beteljesedése Ptolemaiosz i. e. 217-ben, a rafiai csatában aratott győzelmében, a tizenegyedik fejezet tizenegyedik versének beteljesedéseként, összhangban áll Uzziás király prófétai történetével. Mind Ptolemaiosz, mind Uzziás déli királyok voltak, akiknek szíve a hadisikerek miatt felfuvalkodott; de felfuvalkodott szívük mindkettőjüket romlásba döntötte, és mindkettőjük bukása összefügg a jeruzsálemi szentélyben tett áldozatbemutatási kísérleteikkel.</w:t>
      </w:r>
    </w:p>
    <w:p>
      <w:pPr>
        <w:pStyle w:val="ArticleBody"/>
        <w:jc w:val="left"/>
      </w:pPr>
      <w:r>
        <w:rPr>
          <w:rFonts w:ascii="Times New Roman" w:hAnsi="Times New Roman" w:eastAsia="Times New Roman" w:cs="Times New Roman"/>
        </w:rPr>
        <w:t>A következő cikkben továbbra is Putyin bukását fogjuk vizsgálni, amely a tizenötödik versben a Paneumnál vívott csatába torkollik.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Tizenhatos szám</dc:title>
  <dc:subject>A vég ideje</dc:subject>
  <dc:creator>Jeff Pippenger</dc:creator>
  <cp:keywords/>
  <dc:description>Generated by ArticleDigger from panium\16_panium.json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