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kijelentése – Tizenegyedik szám</w:t>
      </w:r>
    </w:p>
    <w:p>
      <w:pPr>
        <w:pStyle w:val="ArticleSubtitle"/>
        <w:jc w:val="left"/>
      </w:pPr>
      <w:r>
        <w:rPr>
          <w:rFonts w:ascii="Arial" w:hAnsi="Arial" w:eastAsia="Arial" w:cs="Arial"/>
        </w:rPr>
        <w:t>A fenevad képmása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És más jel tűnt fel a mennyben; íme, egy nagy vörös sárkány, hét feje és tíz szarva volt, és fején hét korona. Farka lesodorta az ég csillagainak harmadrészét, és a földre vetette azokat; és a sárkány odaállt a szülés előtt álló asszony elé, hogy mihelyt megszüli gyermekét, felfalja azt. És fiúgyermeket szült, olyat, aki vasvesszővel fogja legeltetni valamennyi nemzetet; és gyermeke elragadtatott Istenhez és az ő trónjához. Az asszony pedig a pusztába menekült, ahol Istentől elkészített helye van, hogy ott táplálják őt ezerkétszázhatvan napig. És háború támadt a mennyben: Mihály és az ő angyalai harcoltak a sárkány ellen; és harcolt a sárkány is és az ő angyalai, de nem diadalmaskodtak, és helyük sem találtatott többé a mennyben. És levettetett a nagy sárkány, amaz ősi kígyó, akit ördögnek és Sátánnak neveznek, aki megtéveszti az egész világot; levettetett a földre, és vele együtt angyalai is levettettek. És nagy szózatot hallottam a mennyben, amely ezt mondta: Most lett meg az üdvösség, az erő, a mi Istenünk országa és az ő Krisztusának hatalma, mert levettetett testvéreink vádlója, aki éjjel és nappal vádolta őket a mi Istenünk előtt. És ők legyőzték őt a Bárány vére által és bizonyságtételük beszéde által; és életüket nem kímélték mindhalálig. Ezért örvendezzetek, egek, és ti, akik bennük laktok. Jaj a föld és a tenger lakóinak! mert leszállt hozzátok az ördög nagy haraggal, tudván, hogy kevés ideje van. Amikor pedig a sárkány látta, hogy levettetett a földre, üldözni kezdte az asszonyt, aki a fiúgyermeket szülte. És adatott az asszonynak a nagy sas két szárnya, hogy a pusztába repüljön az ő helyére, ahol tápláltatik egy időn, időkön és fél időn át, a kígyó színe elől. A kígyó pedig szájából vizet bocsátott ki az asszony után, mint egy folyót, hogy elragadtassa őt az áradattal. De a föld segített az asszonynak, és a föld megnyitotta száját, és elnyelte a folyót, amelyet a sárkány a szájából bocsátott ki. Megharagudott azért a sárkány az asszonyra, és elment, hogy hadat indítson az ő magvának maradéka ellen, akik megtartják Isten parancsolatait, és akiknél megvan Jézus Krisztus bizonyságtétele. Jelenések 12:1–17.</w:t>
      </w:r>
    </w:p>
    <w:p>
      <w:pPr>
        <w:pStyle w:val="ArticleBody"/>
        <w:jc w:val="left"/>
      </w:pPr>
      <w:r>
        <w:rPr>
          <w:rFonts w:ascii="Times New Roman" w:hAnsi="Times New Roman" w:eastAsia="Times New Roman" w:cs="Times New Roman"/>
        </w:rPr>
        <w:t>A Krisztus és Sátán közötti nagy küzdelem első csatája a harmadik égben kezdődött Lucifer lázadásával, és ez az első csata előképezi az utolsó csatát az első égben. További hadviselés is lesz, mert az ezeréves millennium végén Sátán rövid időre eloldatik, és támadást indít Jeruzsálem ellen, de annak a csatának semmi lehetősége nincs a győzelemre. A kezdetben a harmadik égben vívott csata, amely a vég idején az első égben vívott csatát jelképezi, a kegyelmi idő nyitva állása alatt zajlott.</w:t>
      </w:r>
    </w:p>
    <w:p>
      <w:pPr>
        <w:pStyle w:val="ArticleBody"/>
        <w:jc w:val="left"/>
      </w:pPr>
      <w:r>
        <w:rPr>
          <w:rFonts w:ascii="Times New Roman" w:hAnsi="Times New Roman" w:eastAsia="Times New Roman" w:cs="Times New Roman"/>
        </w:rPr>
        <w:t>A gyermekkel terhes „asszony” Isten egyházát jelképezi a történelem során, és Krisztus történetében éppen a fiúgyermeket, Jézust készült megszülni. Az utolsó napokban ikreket szül. Közvetlenül a vasárnapi törvény előtt megszüli a Jelenések könyve hetedik fejezetében szereplő száznegyvennégyezret, és a vasárnapi törvény idején megkezdi a vajúdást, hogy megszülje a Jelenések könyve hetedik fejezetének nagy sokaságát. Ikrei nem egypetéjűek, de ikrek, és az elsőszülött Illés, a fiatalabb fiú pedig Mózes.</w:t>
      </w:r>
    </w:p>
    <w:p>
      <w:pPr>
        <w:pStyle w:val="ArticleBody"/>
        <w:jc w:val="left"/>
      </w:pPr>
      <w:r>
        <w:rPr>
          <w:rFonts w:ascii="Times New Roman" w:hAnsi="Times New Roman" w:eastAsia="Times New Roman" w:cs="Times New Roman"/>
        </w:rPr>
        <w:t>A lelki Izrael kezdetén a pogány Róma sárkánya arra várt, hogy felfalja a fiúgyermeket, Jézust, és a modern Róma sárkánya most arra vár, hogy felfalja a százhuszonnégyezer fiúgyermekét. Miként a pogány Róma üldözte a korai keresztény egyházat, úgy a modern Róma meg fogja ismételni az üldözést a vasárnaptörvény válsága idején. A korai keresztény egyházban az asszony ezerkétszázhatvan szó szerinti évre a pusztába menekült, és a vasárnaptörvény válságának üldöztetését a Jelenések tizenharmadik fejezetének ötödik versében szereplő negyvenkét hónap jelképezi. A pusztában Isten népének elkészített helye van, ahol tápláltatnak és gondoskodásban részesülnek.</w:t>
      </w:r>
    </w:p>
    <w:p>
      <w:pPr>
        <w:pStyle w:val="ArticleBody"/>
        <w:jc w:val="left"/>
      </w:pPr>
      <w:r>
        <w:rPr>
          <w:rFonts w:ascii="Times New Roman" w:hAnsi="Times New Roman" w:eastAsia="Times New Roman" w:cs="Times New Roman"/>
        </w:rPr>
        <w:t>A Jelenések könyve nyolcadik fejezetében, a tizenharmadik versben az utolsó három trombita három jajként azonosíttatik. A Jelenések könyvében a jajok az iszlám trombitaítéleteit jelképezik azokkal a hatalmakkal szemben, amelyek vasárnapi törvényeket hoznak. A tizenkettedik fejezetben szemléltetett hadviselésben az iszlám szerepe akkor azonosíttatik, amikor ezt mondja: „Jaj a föld és a tenger lakosainak! mert leszállott hozzátok az ördög nagy haraggal, mivel tudja, hogy kevés ideje van.” Az az üldözés, amelyet Jézabel hitehagyott férje, Akháb által visz véghez, a „föld” vadállata és a „tenger” vadállata ellen irányul.</w:t>
      </w:r>
    </w:p>
    <w:p>
      <w:pPr>
        <w:pStyle w:val="ArticleBody"/>
        <w:jc w:val="left"/>
      </w:pPr>
      <w:r>
        <w:rPr>
          <w:rFonts w:ascii="Times New Roman" w:hAnsi="Times New Roman" w:eastAsia="Times New Roman" w:cs="Times New Roman"/>
        </w:rPr>
        <w:t>A Jelenések könyve tizennyolcadik fejezetének hatalmas angyala által jelképezett mozgalomnak, miként minden reformmozgalomnak, négy elsődleges mérföldköve van, amelyek az ítélethez vezetnek, és azt magukban is foglalják. Az első angyal mozgalma esetében e négy mérföldkő a következő volt: 1840. augusztus 11., 1843 tavaszán az első csalódás, az Éjféli Kiáltás üzenetének megérkezése 1844. augusztus 12–17. között, valamint az ítélet megnyílása 1844. október 22-én. E négy mérföldkő mindegyikét ugyanaz az átfogó téma jellemezte: az „idő”. 1840. augusztus 11. a Jelenések könyve kilencedik fejezete 15. versének időpróféciája beteljesedésének bizonyult. Az 1843-as első csalódás egy időre vonatkozó sikertelen előrejelzést jelentett. Az Éjféli Kiáltás üzenete a korábban sikertelen időmeghatározás helyreigazítása volt, 1844. október 22. pedig az Éjféli Kiáltás üzenetében megjövendölt idő beteljesedése volt.</w:t>
      </w:r>
    </w:p>
    <w:p>
      <w:pPr>
        <w:pStyle w:val="ArticleBody"/>
        <w:jc w:val="left"/>
      </w:pPr>
      <w:r>
        <w:rPr>
          <w:rFonts w:ascii="Times New Roman" w:hAnsi="Times New Roman" w:eastAsia="Times New Roman" w:cs="Times New Roman"/>
        </w:rPr>
        <w:t>A harmadik angyal mozgalmának ugyanaz a négy mérföldköve van, mert ezek minden reformvonalban jelen vannak, és miként minden reformvonal mind a négy mérföldköve esetében, minden egyes mérföldkő ugyanazzal a prófétai témával rendelkezik. A harmadik jaj iszlámja a száznegyvennégyezer mozgalmában e négy mérföldkő témája. 2001. szeptember 11-én a harmadik jaj iszlámja szabadjára bocsáttatott, majd visszatartatott. A 2020. július 18-i sikertelen előrejelzés egy iszlám támadást jelölt meg Nashville, Tennessee ellen, és a harmadik jaj iszlámját ábrázolta. Az az üzenet, amely életre kelti a Jelenések könyve tizenegyedik fejezetének utcáján levő száraz holtcsontokat, az Éjféli Kiáltás üzenetének tökéletes és végső beteljesedése, és a Nashville-re vonatkozó előrejelzés helyesbítését jelenti (az időelem nélkül). Ez a negyedik mérföldkőnél, vagyis a vasárnapi törvénynél fog beteljesedni, amikor a harmadik jaj iszlámja le fog sújtani az Egyesült Államokra annak miatt, hogy érvényt szerez a hamarosan bekövetkező vasárnapi törvénynek.</w:t>
      </w:r>
    </w:p>
    <w:p>
      <w:pPr>
        <w:pStyle w:val="ArticleBody"/>
        <w:jc w:val="left"/>
      </w:pPr>
      <w:r>
        <w:rPr>
          <w:rFonts w:ascii="Times New Roman" w:hAnsi="Times New Roman" w:eastAsia="Times New Roman" w:cs="Times New Roman"/>
        </w:rPr>
        <w:t>Amikor e igazságot felismerjük, összefüggésben azzal a ténnyel, hogy a harmadik angyal hatalmas mozgalma a közelgő ítéletre való figyelmeztetés, akkor a harmadik jaj által jelképezett iszlám ítélet könnyen megérthető úgy, mint az a „jaj”, amely „a földre” és „a tengerre” száll.</w:t>
      </w:r>
    </w:p>
    <w:p>
      <w:pPr>
        <w:pStyle w:val="ArticleBody"/>
        <w:jc w:val="left"/>
      </w:pPr>
      <w:r>
        <w:rPr>
          <w:rFonts w:ascii="Times New Roman" w:hAnsi="Times New Roman" w:eastAsia="Times New Roman" w:cs="Times New Roman"/>
        </w:rPr>
        <w:t>Az élők ítélete 2001. szeptember 11-én kezdődött el, és attól az időponttól kezdve egészen a hamarosan bekövetkező vasárnaptörvényig a fenevad képmása kialakulásának próbája az Egyesült Államokban zajlik. A vasárnaptörvénytől addig, amíg Mihály felkél és az emberi kegyelmi idő lezárul, ezután a világ többi része lesz megpróbálva a fenevad képmásának kialakulása által. Akár a Hetednapi Adventisták az Egyesült Államokban vannak próbára téve, akár az egész világ a vasárnaptörvény után, a próba úgy van meghatározva, mint az a próba, amelyben örök sorsunk eldől. Ez egyben az a próba is, amelyet ki kell állnunk, mielőtt a kegyelmi idő a vasárnaptörvénynél lezárul. A prófétai jelenség, miszerint a fenevad képmásának próbája először az Egyesült Államokban, majd ismét a világban következik be, alapvetően fontos a helyes megértéshez.</w:t>
      </w:r>
    </w:p>
    <w:p>
      <w:pPr>
        <w:pStyle w:val="ArticleScripture"/>
        <w:jc w:val="left"/>
      </w:pPr>
      <w:r>
        <w:rPr>
          <w:rFonts w:ascii="Times New Roman" w:hAnsi="Times New Roman" w:eastAsia="Times New Roman" w:cs="Times New Roman"/>
        </w:rPr>
        <w:t>„Amint Amerika, a vallásszabadság földje, a pápasággal egyesülve erőszakot tesz a lelkiismereten, és arra kényszeríti az embereket, hogy a hamis szombatot tiszteljék, a földkerekség minden országának népei az ő példáját fogják követni.” Testimonies, 6. kötet, 18.</w:t>
      </w:r>
    </w:p>
    <w:p>
      <w:pPr>
        <w:pStyle w:val="ArticleBody"/>
        <w:jc w:val="left"/>
      </w:pPr>
      <w:r>
        <w:rPr>
          <w:rFonts w:ascii="Times New Roman" w:hAnsi="Times New Roman" w:eastAsia="Times New Roman" w:cs="Times New Roman"/>
        </w:rPr>
        <w:t>Amikor a jelképeket helyesen megértjük, akkor a Jelenések tizenharmadik fejezetének azon szakasza, amely a fenevad képének e két egymást követő, ám azonos próbájával foglalkozik, könnyen felismerhetővé válik. Ez több okból is fontos. Az egyik ok az, hogy azok a megrontott közlések, amelyeket Lucifer az első háborúban, a harmadik égben alkalmazott, szemléltetik, miként fognak Sátán megrontott közlései ismét megnyilvánulni az utolsó háborúban, az első égben.</w:t>
      </w:r>
    </w:p>
    <w:p>
      <w:pPr>
        <w:pStyle w:val="ArticleBody"/>
        <w:jc w:val="left"/>
      </w:pPr>
      <w:r>
        <w:rPr>
          <w:rFonts w:ascii="Times New Roman" w:hAnsi="Times New Roman" w:eastAsia="Times New Roman" w:cs="Times New Roman"/>
        </w:rPr>
        <w:t>Az első ég háborúja, amely a vasárnaptörvénynél kezdődik, a fenevad képmásának próbaideje alatt megy végbe az egész világ számára. 2001. szeptember 11. óta a fenevad képmásának próbaideje zajlik az Egyesült Államokban. Amikor e két próbaidőt egymást követőként ismerjük fel, először az Egyesült Államokban, majd azután a világban, akkor a Jelenések könyve tizenkettedik fejezetében ábrázolt háború által jelképezett igazságokat visszavetíthetjük 2001 történetére, egészen a vasárnaptörvényig. Például Lucifer megrontott kommunikációja, amelyet hipnózisként határoz meg, modern alkalmazásban a sárkány hatalma által kerül felhasználásra az első ég csatája során, a Jelenések könyve tizenkettedik fejezetében. Az a hipnózis, amelyet a sárkány abban a történelemben alkalmaz, annak érdekében történik, hogy meggyilkolják azokat, akiket Jézabel eretnekekként azonosított.</w:t>
      </w:r>
    </w:p>
    <w:p>
      <w:pPr>
        <w:pStyle w:val="ArticleBody"/>
        <w:jc w:val="left"/>
      </w:pPr>
      <w:r>
        <w:rPr>
          <w:rFonts w:ascii="Times New Roman" w:hAnsi="Times New Roman" w:eastAsia="Times New Roman" w:cs="Times New Roman"/>
        </w:rPr>
        <w:t>2001 történetében, a vasárnapi törvényhez kapcsolódóan, a két tanút meggyilkolták Sodoma és Egyiptom utcáján. A Jelenések tizenegyedik fejezetének első beteljesedésében a Sodoma és Egyiptom által jelképezett nemzet Franciaország volt. Franciaország prófétai nemzet, amely két hatalomból áll, miként a Méd–Perzsa Birodalom, miként az ókori Izrael megosztott királyságaiban, és miként Júda két törzse, amelyet Júda és Benjámin képviselt. Minden kétszarvú nemzet jelképesen az Egyesült Államok kétszarvú nemzetét ábrázolja.</w:t>
      </w:r>
    </w:p>
    <w:p>
      <w:pPr>
        <w:pStyle w:val="ArticleBody"/>
        <w:jc w:val="left"/>
      </w:pPr>
      <w:r>
        <w:rPr>
          <w:rFonts w:ascii="Times New Roman" w:hAnsi="Times New Roman" w:eastAsia="Times New Roman" w:cs="Times New Roman"/>
        </w:rPr>
        <w:t>Szodoma városa és Egyiptom nemzete a republikánizmus (Egyiptom) és a protestantizmus (Szodoma) két szarvát jelképezi. Két szarvat öltek meg 2020-ban: a republikánizmus szarvát és a protestantizmus szarvát. A globalista sárkányhatalmak által alkalmazott hipnotizmust, a világháló közvetítése révén, ezután ugyanazon a módon alkalmazták, ahogyan az eljövendő, az első égben vívandó háborúban is alkalmazni fogják. A világháló által létrehozott üzenet ellenőrzése által a 2020-as választást tudományos módszerekkel manipulálták úgy, hogy olyan eredményt hozzon létre, amely összhangban áll a globalizmus filozófiájával. Ez egyszerűen annak szükségességét szemlélteti, hogy megértsük: a fenevad képmásának próbája először az Egyesült Államokban valósul meg, majd azután az egész világon.</w:t>
      </w:r>
    </w:p>
    <w:p>
      <w:pPr>
        <w:pStyle w:val="ArticleScripture"/>
        <w:jc w:val="left"/>
      </w:pPr>
      <w:r>
        <w:rPr>
          <w:rFonts w:ascii="Times New Roman" w:hAnsi="Times New Roman" w:eastAsia="Times New Roman" w:cs="Times New Roman"/>
        </w:rPr>
        <w:t>„Az Úr világosan megmutatta nekem, hogy a fenevad képmása még a kegyelmi idő lezárulta előtt meg fog alakulni; mert ez lesz Isten népe számára a nagy próba, amely által örök sorsuk eldől. Álláspontod oly zavaros ellentmondások kuszasága, hogy csak kevesek fognak általa megtévesztetni.</w:t>
      </w:r>
    </w:p>
    <w:p>
      <w:pPr>
        <w:pStyle w:val="ArticleScripture"/>
        <w:jc w:val="left"/>
      </w:pPr>
      <w:r>
        <w:rPr>
          <w:rFonts w:ascii="Times New Roman" w:hAnsi="Times New Roman" w:eastAsia="Times New Roman" w:cs="Times New Roman"/>
        </w:rPr>
        <w:t>„A jelenések könyve 13. fejezetében ez a tárgy világosan kerül bemutatásra; [Jelenések 13:11–17, idézve].”</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azáltal bizonyították, hogy megtartották törvényét, és megtagadták egy hamis szombat elfogadását, az Úr Isten, Jehova zászlaja alá fognak sorakozni, és elnyerik az élő Isten pecsétjét. Azok pedig, akik feladják a mennyei eredetű igazságot, és elfogadják a vasárnapi szombatot, a fenevad bélyegét fogják megkapni.” Kéziratközlemények, 15. kötet, 15.</w:t>
      </w:r>
    </w:p>
    <w:p>
      <w:pPr>
        <w:pStyle w:val="ArticleBody"/>
        <w:jc w:val="left"/>
      </w:pPr>
      <w:r>
        <w:rPr>
          <w:rFonts w:ascii="Times New Roman" w:hAnsi="Times New Roman" w:eastAsia="Times New Roman" w:cs="Times New Roman"/>
        </w:rPr>
        <w:t>A kegyelmi idő a hetednapi adventisták számára a vasárnaptörvény kikényszerítésekor lezárul. Azok az országok, amelyek az Egyesült Államok példáját követik, ugyanúgy lezárják kegyelmi idejüket, mint az Egyesült Államok.</w:t>
      </w:r>
    </w:p>
    <w:p>
      <w:pPr>
        <w:pStyle w:val="ArticleScripture"/>
        <w:jc w:val="left"/>
      </w:pPr>
      <w:r>
        <w:rPr>
          <w:rFonts w:ascii="Times New Roman" w:hAnsi="Times New Roman" w:eastAsia="Times New Roman" w:cs="Times New Roman"/>
        </w:rPr>
        <w:t>„Az idegen nemzetek követni fogják az Egyesült Államok példáját. Bár ő jár az élen, mégis ugyanaz a válság fog ránk szakadni a világ minden részén élő népünkre.” Bizonyságtételek, 6. kötet, 395.</w:t>
      </w:r>
    </w:p>
    <w:p>
      <w:pPr>
        <w:pStyle w:val="ArticleBody"/>
        <w:jc w:val="left"/>
      </w:pPr>
      <w:r>
        <w:rPr>
          <w:rFonts w:ascii="Times New Roman" w:hAnsi="Times New Roman" w:eastAsia="Times New Roman" w:cs="Times New Roman"/>
        </w:rPr>
        <w:t>Az utolsó események gyorsan követik egymást.</w:t>
      </w:r>
    </w:p>
    <w:p>
      <w:pPr>
        <w:pStyle w:val="ArticleScripture"/>
        <w:jc w:val="left"/>
      </w:pPr>
      <w:r>
        <w:rPr>
          <w:rFonts w:ascii="Times New Roman" w:hAnsi="Times New Roman" w:eastAsia="Times New Roman" w:cs="Times New Roman"/>
        </w:rPr>
        <w:t>„A gonoszság erői egyesítik és összpontosítják erőiket. Erősödnek az utolsó nagy válságra. Hamarosan nagy változások mennek végbe világunkban, és a végső események gyors egymásutánban következnek majd.” Testimonies, 9. kötet, 11.</w:t>
      </w:r>
    </w:p>
    <w:p>
      <w:pPr>
        <w:pStyle w:val="ArticleBody"/>
        <w:jc w:val="left"/>
      </w:pPr>
      <w:r>
        <w:rPr>
          <w:rFonts w:ascii="Times New Roman" w:hAnsi="Times New Roman" w:eastAsia="Times New Roman" w:cs="Times New Roman"/>
        </w:rPr>
        <w:t>A fenevad képének próbájának megértéséhez bizonyos fokú technikai prófétai alkalmazásra van szükség. Először is, a fenevad bélyege és a fenevad képe két különböző jelkép.</w:t>
      </w:r>
    </w:p>
    <w:p>
      <w:pPr>
        <w:pStyle w:val="ArticleScripture"/>
        <w:jc w:val="left"/>
      </w:pPr>
      <w:r>
        <w:rPr>
          <w:rFonts w:ascii="Times New Roman" w:hAnsi="Times New Roman" w:eastAsia="Times New Roman" w:cs="Times New Roman"/>
        </w:rPr>
        <w:t>„A „fenevad képe” az elpártolt protestantizmusnak azt a formáját jelképezi, amely akkor fog kialakulni, amikor a protestáns egyházak a polgári hatalom segítségét keresik dogmáik kikényszerítésére. A „fenevad bélyege” még meghatározásra vár.” The Great Controversy, 445.</w:t>
      </w:r>
    </w:p>
    <w:p>
      <w:pPr>
        <w:pStyle w:val="ArticleBody"/>
        <w:jc w:val="left"/>
      </w:pPr>
      <w:r>
        <w:rPr>
          <w:rFonts w:ascii="Times New Roman" w:hAnsi="Times New Roman" w:eastAsia="Times New Roman" w:cs="Times New Roman"/>
        </w:rPr>
        <w:t>A fenevad bélyege a vasárnap megtartása, a fenevad képmása pedig az az egyház, amely a polgári hatalmat alkalmazza vallási tanainak kikényszerítésére.</w:t>
      </w:r>
    </w:p>
    <w:p>
      <w:pPr>
        <w:pStyle w:val="ArticleScripture"/>
        <w:jc w:val="left"/>
      </w:pPr>
      <w:r>
        <w:rPr>
          <w:rFonts w:ascii="Times New Roman" w:hAnsi="Times New Roman" w:eastAsia="Times New Roman" w:cs="Times New Roman"/>
        </w:rPr>
        <w:t>„A vasárnap megtartásának kikényszerítése a protestáns egyházak részéről a pápaság—vagyis a fenevad—imádatának kikényszerítése. Azok, akik a negyedik parancsolat igényeit megértve az igaz szombat helyett a hamisat választják megtartásra, ezáltal hódolatukat annak a hatalomnak adják meg, amely egyedül parancsolja azt. Ám éppen azáltal, hogy világi hatalommal kényszerítenének ki vallási kötelességet, maguk az egyházak alkotnának képmást a fenevadnak; ennélfogva a vasárnap megtartásának kikényszerítése az Egyesült Államokban a fenevad és az ő képmásának imádata kikényszerítése volna.” A nagy küzdelem, 448–449.</w:t>
      </w:r>
    </w:p>
    <w:p>
      <w:pPr>
        <w:pStyle w:val="ArticleBody"/>
        <w:jc w:val="left"/>
      </w:pPr>
      <w:r>
        <w:rPr>
          <w:rFonts w:ascii="Times New Roman" w:hAnsi="Times New Roman" w:eastAsia="Times New Roman" w:cs="Times New Roman"/>
        </w:rPr>
        <w:t>A fenevad képe az egyház és az állam összekapcsolódását jelképezi, amely kapcsolatban az egyház gyakorolja az uralmat. Jezábel uralkodott Akháb felett, miként Heródiás Heródes felett. A fenevad bélyege a vasárnap megtartása. A fenevad képe egy bizonyos időszak alatt fejlődik ki. A fenevad bélyege egy meghatározott időpontra utal. A fenevad képe fokozatosan fejlődik, de teljes érettségét csak akkor éri el, amikor hatalma van arra, hogy rákényszerítse az államot vallási dogmáinak törvénybe iktatására. A próba a kép „kialakulásával” kapcsolatos.</w:t>
      </w:r>
    </w:p>
    <w:p>
      <w:pPr>
        <w:pStyle w:val="ArticleScripture"/>
        <w:jc w:val="left"/>
      </w:pPr>
      <w:r>
        <w:rPr>
          <w:rFonts w:ascii="Times New Roman" w:hAnsi="Times New Roman" w:eastAsia="Times New Roman" w:cs="Times New Roman"/>
        </w:rPr>
        <w:t>„De mi az a „fenevad képmása”? és miként kell azt létrehozni? A képmást a kétszarvú fenevad készíti, és az a fenevadnak képmása. Úgy is neveztetik, hogy a fenevad képmása. Ahhoz tehát, hogy megtudjuk, milyen a képmás, és miként kell létrehozni, magának a fenevadnak — a pápaságnak — a jellemzőit kell tanulmányoznunk.</w:t>
      </w:r>
    </w:p>
    <w:p>
      <w:pPr>
        <w:pStyle w:val="ArticleScripture"/>
        <w:jc w:val="left"/>
      </w:pPr>
      <w:r>
        <w:rPr>
          <w:rFonts w:ascii="Times New Roman" w:hAnsi="Times New Roman" w:eastAsia="Times New Roman" w:cs="Times New Roman"/>
        </w:rPr>
        <w:t>„Amikor az ősegyház megromlott azáltal, hogy eltávozott az evangélium egyszerűségétől, és elfogadta a pogány szertartásokat és szokásokat, elveszítette Isten Lelkét és hatalmát; és hogy uralkodhasson az emberek lelkiismerete fölött, a világi hatalom támogatását kereste. Ennek eredménye a pápaság lett, egyház, amely az állam hatalmát ellenőrzése alá vonta, és azt saját céljainak előmozdítására használta fel, különösen az „eretnekség” megbüntetésére. Ahhoz, hogy az Egyesült Államok a fenevad képét megalkossa, a vallási hatalomnak oly módon kell uralma alá vonnia a polgári kormányzatot, hogy az állam tekintélyét is az egyház használja fel saját céljainak megvalósítására.” A nagy küzdelem, 443.</w:t>
      </w:r>
    </w:p>
    <w:p>
      <w:pPr>
        <w:pStyle w:val="ArticleBody"/>
        <w:jc w:val="left"/>
      </w:pPr>
      <w:r>
        <w:rPr>
          <w:rFonts w:ascii="Times New Roman" w:hAnsi="Times New Roman" w:eastAsia="Times New Roman" w:cs="Times New Roman"/>
        </w:rPr>
        <w:t>A fenevad képe és a fenevad bélyege közötti különbségtétel meglehetősen hagyományos adventista értelmezés. Ahol az adventizmus e tárgyban általában tévútra jut, az a tizenharmadik fejezetben található Jelenések könyve. Valamiképpen összekeverik az Egyesült Államoknak a vasárnaptörvény utáni tevékenységét, amikor arra kényszeríti a világot, hogy állítsa fel a fenevad képét, a fenevad képének az Egyesült Államokban való felállításával. Ez két különböző prófétai időszak.</w:t>
      </w:r>
    </w:p>
    <w:p>
      <w:pPr>
        <w:pStyle w:val="ArticleBody"/>
        <w:jc w:val="left"/>
      </w:pPr>
      <w:r>
        <w:rPr>
          <w:rFonts w:ascii="Times New Roman" w:hAnsi="Times New Roman" w:eastAsia="Times New Roman" w:cs="Times New Roman"/>
        </w:rPr>
        <w:t>Krisztus azért jött, hogy egy hétre megerősítse a szövetséget sokakkal, és a hét közepén megfeszítették. Ennélfogva ez a hét azt a két időszakot jelképezi, amikor a fenevad képmása kialakul. Krisztus hete két azonos időszakra oszlott, Krisztus képmását ábrázolva. Az utolsó napok két próbaideje az antikrisztus képmását ábrázolja.</w:t>
      </w:r>
    </w:p>
    <w:p>
      <w:pPr>
        <w:pStyle w:val="ArticleBody"/>
        <w:jc w:val="left"/>
      </w:pPr>
      <w:r>
        <w:rPr>
          <w:rFonts w:ascii="Times New Roman" w:hAnsi="Times New Roman" w:eastAsia="Times New Roman" w:cs="Times New Roman"/>
        </w:rPr>
        <w:t>Az első ezerkétszázhatvan napos időszakban Krisztus a maga bizonyságát hordozta, majd meghalt a kereszten. Ezután következett egy ugyanilyen ezerkétszázhatvan napos időszak, amely alatt a tanítványok tettek bizonyságot, egészen addig, amíg Mihály fel nem kelt István megkövezésekor. A kereszt a vasárnaptörvényt jelképezi. A fenevad képének kialakulásával kapcsolatos két próbaidőszak az első időszakot a száznegyvennégyezerrel összefüggésben azonosítja, akiket Krisztus jelképez, és ez az időszak a vasárnaptörvénynél ér véget, amelyet a kereszt jelképez. Az utolsó, azonos próbaidőszak, amelyet a tanítványok munkája szemléltetett Krisztus idejében, a nagy sokaságra összpontosít, és nem István megkövezésekor ér véget, hanem akkor, amikor Mihály felkel, azaz az emberi kegyelemidő lezárulásakor a Dániel 12:1-ben.</w:t>
      </w:r>
    </w:p>
    <w:p>
      <w:pPr>
        <w:pStyle w:val="ArticleBody"/>
        <w:jc w:val="left"/>
      </w:pPr>
      <w:r>
        <w:rPr>
          <w:rFonts w:ascii="Times New Roman" w:hAnsi="Times New Roman" w:eastAsia="Times New Roman" w:cs="Times New Roman"/>
        </w:rPr>
        <w:t>Egyesek elmulasztják felismerni az események tényleges sorrendjét a Jelenések könyve tizenharmadik fejezetének tizenegyedik versétől kezdődően, ami annak tulajdonítható, hogy gyakran szándékos vonakodás mutatkozik annak elismerésére, hogy amikor az Egyesült Államok úgy szól, mint a sárkány, ez a fenevad képmásának teljes kialakulását jelenti az Egyesült Államokban. Ahhoz, hogy az Egyesült Államok vasárnaptörvényt hozzon, a fenevad képmásának az Egyesült Államokban a vasárnaptörvény előtt kell kialakulnia. Olvassa el újra az imént idézett néhány korábbi szakaszt A nagy küzdelemből, ha nem érti a lényeget.</w:t>
      </w:r>
    </w:p>
    <w:p>
      <w:pPr>
        <w:pStyle w:val="ArticleBody"/>
        <w:jc w:val="left"/>
      </w:pPr>
      <w:r>
        <w:rPr>
          <w:rFonts w:ascii="Times New Roman" w:hAnsi="Times New Roman" w:eastAsia="Times New Roman" w:cs="Times New Roman"/>
        </w:rPr>
        <w:t>Amikor a tizenharmadik fejezet tizenegyedik versében az Egyesült Államok sárkányként szól, ez annak a törvényhozó és bírói hatalomnak a cselekvését jelképezi, amely az Egyesült Államokban élő hitehagyott egyházak irányítására vasárnaptörvényt hoz. A vasárnaptörvényről szóló rendelet az Egyesült Államok szájából jön ki.</w:t>
      </w:r>
    </w:p>
    <w:p>
      <w:pPr>
        <w:pStyle w:val="ArticleScripture"/>
        <w:jc w:val="left"/>
      </w:pPr>
      <w:r>
        <w:rPr>
          <w:rFonts w:ascii="Times New Roman" w:hAnsi="Times New Roman" w:eastAsia="Times New Roman" w:cs="Times New Roman"/>
        </w:rPr>
        <w:t>„Láttam, hogy a kétszarvú fenevadnak sárkány szája volt, és hogy hatalma a fejében volt, és hogy a rendelet az ő szájából fog kiadatni.” Spalding and Magan, 1.</w:t>
      </w:r>
    </w:p>
    <w:p>
      <w:pPr>
        <w:pStyle w:val="ArticleBody"/>
        <w:jc w:val="left"/>
      </w:pPr>
      <w:r>
        <w:rPr>
          <w:rFonts w:ascii="Times New Roman" w:hAnsi="Times New Roman" w:eastAsia="Times New Roman" w:cs="Times New Roman"/>
        </w:rPr>
        <w:t>Mindig is ámulatba ejtett, hogy az adventizmus nehezen ismeri fel: amikor a két szarvú földi fenevad úgy szól, mint a sárkány, az nem pusztán az Egyesült Államokban bevezetendő vasárnapi törvényt jelöli, hanem azt is, hogy a pápai tengeri fenevad képmása teljesen kialakult. Ahhoz, hogy az Egyesült Államok elfogadja a vasárnapi törvényt, az egyház és az állam összekapcsolódásának előbb teljesen ki kell fejlődnie. Az Egyesült Államok hitehagyott egyházai nem egyszerűen hétfőn összegyűlnek, kedden a Kongresszus elé járulnak, majd szerdára azt követelik, hogy a Kongresszus fogadjon el vasárnapi törvényhozást. Az egyház és az állam között végbemenő egyesülési folyamatot a fenevad képmásának „megformálása” jelképezi, miként Dániel 3. fejezetében az aranyállókép „megformálását” is; ennek felépítése időt vesz igénybe. A fenevad képmása az a rendszer, amelyet a pápaság a sötét középkorban a mártírok millióinak meggyilkolására használt, és ahhoz, hogy létrejöjjön az a társadalmi közeg és jogi precedens, amely a vasárnapi törvény kikényszerítéséhez szükséges, társadalmi, politikai, vallási és gazdasági fejleményekre van szükség. Ezek a fejlemények jelentik a fenevad képmásának próbáját, „amely által örök sorsunk eldől”, és azt a próbát is jelentik, amelyen „megpecsételésünk előtt” kell átmennünk.</w:t>
      </w:r>
    </w:p>
    <w:p>
      <w:pPr>
        <w:pStyle w:val="ArticleScripture"/>
        <w:jc w:val="left"/>
      </w:pPr>
      <w:r>
        <w:rPr>
          <w:rFonts w:ascii="Times New Roman" w:hAnsi="Times New Roman" w:eastAsia="Times New Roman" w:cs="Times New Roman"/>
        </w:rPr>
        <w:t>„Az Úr világosan megmutatta nekem, hogy a fenevad képmása még a kegyelmi idő lezárulta előtt fel fog állíttatni; mert ez lesz Isten népe számára a nagy próba, amely által örök sorsuk eldől.... Ez az a próba, amelyen Isten népének át kell mennie, mielőtt elpecsételtetnék.” Manuscript Releases, 15. kötet, 15.</w:t>
      </w:r>
    </w:p>
    <w:p>
      <w:pPr>
        <w:pStyle w:val="ArticleBody"/>
        <w:jc w:val="left"/>
      </w:pPr>
      <w:r>
        <w:rPr>
          <w:rFonts w:ascii="Times New Roman" w:hAnsi="Times New Roman" w:eastAsia="Times New Roman" w:cs="Times New Roman"/>
        </w:rPr>
        <w:t>A vasárnaptörvény az éjféli válság, amely a tíz szűzről szóló példázat végső, tökéletes beteljesedését hozza el. Abban az éjféli válságban nyilvánvalóvá lesz, hogy bölcs filadelfiai vagy balga laodíceai szüzek vagyunk-e. A balgák a fenevad bélyegét kapják, a bölcsek pedig Isten pecsétjét kapják. Bárki, aki valaha csatlakozott a Hetednapi Adventista Egyházhoz, tagságának elnyerése előtt elfogadta a hitelvek felsorolását, és így minden hetednapi adventista elé táratott a szombat igazságának világossága.</w:t>
      </w:r>
    </w:p>
    <w:p>
      <w:pPr>
        <w:pStyle w:val="ArticleScripture"/>
        <w:jc w:val="left"/>
      </w:pPr>
      <w:r>
        <w:rPr>
          <w:rFonts w:ascii="Times New Roman" w:hAnsi="Times New Roman" w:eastAsia="Times New Roman" w:cs="Times New Roman"/>
        </w:rPr>
        <w:t>„Ha az igazság világossága eljutott hozzád, feltárva előtted a negyedik parancsolat szombatját, és megmutatva, hogy Isten Igéjében nincs alapja a vasárnap megtartásának, te pedig mégis ragaszkodsz a hamis szombathoz, és megtagadod annak a szombatnak a megszentelését, amelyet Isten „az én szent napomnak” nevez, akkor felveszed a fenevad bélyegét. Mikor történik ez meg? — Amikor engedelmeskedsz annak a rendeletnek, amely megparancsolja neked, hogy vasárnap szüneteltesd a munkát és Istent imádd, miközben tudod, hogy a Bibliában egyetlen szó sincs, amely azt mutatná, hogy a vasárnap más volna, mint közönséges munkanap; ezzel beleegyezel abba, hogy felvedd a fenevad bélyegét, és elutasítod Isten pecsétjét. Ha ezt a bélyeget homlokunkon vagy kezünkön viseljük, akkor az engedetlenek ellen kimondott ítéleteknek ránk kell szállniuk. Az élő Isten pecsétje azonban azokra helyeztetik, akik lelkiismeretesen megtartják az Úr szombatját.” Review and Herald, 1911. április 27.</w:t>
      </w:r>
    </w:p>
    <w:p>
      <w:pPr>
        <w:pStyle w:val="ArticleBody"/>
        <w:jc w:val="left"/>
      </w:pPr>
      <w:r>
        <w:rPr>
          <w:rFonts w:ascii="Times New Roman" w:hAnsi="Times New Roman" w:eastAsia="Times New Roman" w:cs="Times New Roman"/>
        </w:rPr>
        <w:t>A fenevad képének kialakulása az Egyesült Államokban prófétailag 2001. szeptember 11-én kezdődött. E tény alátámasztására több prófétai tanúbizonyság is van. Attól az időponttól kezdve egészen a hamarosan eljövendő vasárnapi törvényig a hetednapi adventisták örök sorsuk felől döntenek aszerint, hogy kiállják-e a fenevad képe próbáját, vagy elbuknak a fenevad képe próbájában. Azt állítanám, hogy a hetednapi adventisták közül igen kevesen tudják egyáltalán, hogy a fenevad képe próba. Kevesen vannak, ha egyáltalán vannak ilyenek, akik tudják, miként lehet ez próba, és ami még fontosabb, nem tudják, mi szükséges ahhoz, hogy a próbát kiállják. Nem csupán a birtokunkban levő világosság alapján ítéltetünk meg, hanem ama világosság alapján is, amely a miénk lehetett volna, ha odaszántuk volna magunkat a tudás növekedésének megértésére. A laodiceai vakság ezért a bűn hatezer évének legnagyobb vaksága.</w:t>
      </w:r>
    </w:p>
    <w:p>
      <w:pPr>
        <w:pStyle w:val="ArticleScripture"/>
        <w:jc w:val="left"/>
      </w:pPr>
      <w:r>
        <w:rPr>
          <w:rFonts w:ascii="Times New Roman" w:hAnsi="Times New Roman" w:eastAsia="Times New Roman" w:cs="Times New Roman"/>
        </w:rPr>
        <w:t>Népem elvész, mivel nincs ismerete; mivel te elvetetted az ismeretet, én is elvetlek téged, hogy ne légy papom; mivel elfeledkeztél Istened törvényéről, én is elfeledkezem gyermekeidről. Hóseás 4:6.</w:t>
      </w:r>
    </w:p>
    <w:p>
      <w:pPr>
        <w:pStyle w:val="ArticleBody"/>
        <w:jc w:val="left"/>
      </w:pPr>
      <w:r>
        <w:rPr>
          <w:rFonts w:ascii="Times New Roman" w:hAnsi="Times New Roman" w:eastAsia="Times New Roman" w:cs="Times New Roman"/>
        </w:rPr>
        <w:t>A fenevad képének kialakulását érintő próba a hamarosan bekövetkező vasárnaptörvénynél ér véget, és ha ezt a próbát nem álltuk ki, akkor a fenevad bélyegét fogjuk megkapni az összes többi balga laodíceai szűzzel együtt, akik megtagadták az olaj megszerzését. Itt most nem azt védelmezem, miért úgy értem, hogy a fenevad képének próbája 2001. szeptember 11-én kezdődött, és a vasárnaptörvénynél ér véget. Csupán azt a prófétai logikát azonosítom, amely szükséges ahhoz, hogy megértsük az Egyesült Államok szerepét, amint azt a Jelenések könyve tizenharmadik fejezete azonosítja, miután az keresztülviszi a vasárnaptörvényt. A tizenegyedik versben úgy szól, mint a sárkány, és attól a ponttól kezdve fontos követni az „ő” szót. A fenevad képe, amelynek felállítására az Egyesült Államok ekkor a világot kényszeríti, nem az Egyesült Államokban levő fenevad képe, mert az már a múltban van.</w:t>
      </w:r>
    </w:p>
    <w:p>
      <w:pPr>
        <w:pStyle w:val="ArticleScripture"/>
        <w:jc w:val="left"/>
      </w:pPr>
      <w:r>
        <w:rPr>
          <w:rFonts w:ascii="Times New Roman" w:hAnsi="Times New Roman" w:eastAsia="Times New Roman" w:cs="Times New Roman"/>
        </w:rPr>
        <w:t>És láték más fenevadat feljőni a földből; és annak két szarva vala, a Bárányéhoz hasonló, és úgy szóla, mint a sárkány. És gyakorolja az első fenevadnak minden hatalmát annak színe előtt, és azt cselekszi, hogy a föld és annak lakosai imádják az első fenevadat, amelynek halálos sebe meggyógyult. És nagy jeleket tesz, annyira, hogy még tüzet is hoz alá az égből a földre az emberek szeme láttára, és elhiteti a föld lakosait azokkal a csodákkal, amelyeket adatott néki véghezvinni a fenevad színe előtt; azt mondván a föld lakosainak, hogy készítsenek képet a fenevadnak, amely fegyver okozta sebet kapott, és életben maradt. És adatott néki, hogy lelket adjon a fenevad képének, hogy a fenevad képe szólni is tudjon, és azt is megtegye, hogy mindazok, akik nem imádják a fenevad képét, megölessenek. És azt is cselekszi, hogy mindenkivel, kicsinyekkel és nagyokkal, gazdagokkal és szegényekkel, szabadokkal és szolgákkal bélyeget vetet a jobb kezükre vagy a homlokukra; és hogy senki ne vehessen vagy adhasson el semmit, hanem csak az, akin ott van a bélyeg, vagyis a fenevad neve vagy nevének száma. Jelenések 13:11–17.</w:t>
      </w:r>
    </w:p>
    <w:p>
      <w:pPr>
        <w:pStyle w:val="ArticleBody"/>
        <w:jc w:val="left"/>
      </w:pPr>
      <w:r>
        <w:rPr>
          <w:rFonts w:ascii="Times New Roman" w:hAnsi="Times New Roman" w:eastAsia="Times New Roman" w:cs="Times New Roman"/>
        </w:rPr>
        <w:t>Abban a hét versben a „ő” szó nyolcszor fordul elő. Valahányszor az „ő” szó használatos, minden esetben az eredeti „ő”-re utal vissza, „aki sárkányként szólott”, az Egyesült Államokban elrendelt vasárnapi törvény idején. A fenevad képmásának próbája, amelyet az Egyesült Államokban élő adventisták vagy kiálltak, vagy elbuktak, amikor az Egyesült Államok sárkányként szólott, azután megismétlődik a világ más nemzeteiben élő adventisták számára, valamint Isten azon egyéb gyermekei számára is, akik még Babilonban vannak. A következő cikkben folytatni fogjuk az Egyesült Államok vizsgálatát a Jelenések tizenharmadik fejezetében, de hadd emlékeztesselek benneteket arra, miért vizsgáljuk ezt az igazságot ebben az időben.</w:t>
      </w:r>
    </w:p>
    <w:p>
      <w:pPr>
        <w:pStyle w:val="ArticleBody"/>
        <w:jc w:val="left"/>
      </w:pPr>
      <w:r>
        <w:rPr>
          <w:rFonts w:ascii="Times New Roman" w:hAnsi="Times New Roman" w:eastAsia="Times New Roman" w:cs="Times New Roman"/>
        </w:rPr>
        <w:t>A háború, amely Luciferrel a harmadik égben kezdődött, előképe annak a háborúnak, amely az első égben kezdődik a vasárnapi törvénynél. A sárkány megromlott közlései mindkét küzdelemben megjelennek. Sátán megromlott közléseinek modern megnyilvánulása azt a hipnotikus révületet jelképezi, amelynek a Föld bolygó aláveti magát a történelmi események során a hamarosan bekövetkező vasárnapi törvény után. Ez a megtévesztés a világhálónak az úgynevezett „információs szupersztráda” feletti ellenőrzése által valósul meg. Az „információs szupersztráda” különféle útvonalai társadalmi, gazdasági, vallási, úgynevezett tudományos és szórakoztató jellegűek, és ami még fontosabb: a hírmédia útvonala.</w:t>
      </w:r>
    </w:p>
    <w:p>
      <w:pPr>
        <w:pStyle w:val="ArticleBody"/>
        <w:jc w:val="left"/>
      </w:pPr>
      <w:r>
        <w:rPr>
          <w:rFonts w:ascii="Times New Roman" w:hAnsi="Times New Roman" w:eastAsia="Times New Roman" w:cs="Times New Roman"/>
        </w:rPr>
        <w:t>Mihelyt felismerjük azt az igazságot, hogy az „információs szupersztráda” a sátáni hipnotikus kommunikáció modern megnyilvánulása, valamint annak a finom hipnózisnak is, amelyet Sátán az angyalok harcában a harmadik égben alkalmazott, megállapíthatjuk, hogy az „információs szupersztráda” a fenevad képének „utolsó” próbájához tartozó elem a világ számára, amely a vasárnaptörvény után következik be. Ekkor könnyű lesz felismerni, hogy a fenevad képének az Egyesült Államokra vonatkozó „első” próbájának ugyanazzal a megrontott sátáni kommunikációval kell rendelkeznie, mint az utolsónak. Sátán ama munkájának bizonysága, amelyben megrontotta „az információs szupersztrádát” a vasárnaptörvénytől a kegyelemidő lezártáig, bizonyítékul szolgál arra nézve, miként ment végbe a republikanizmus két szarvának és az igazi protestantizmus maradékának meggyilkolása a földi fenevadon 2020-ban. Ez az „információs szupersztráda” által ment végbe, amelyet János a Jelenések könyve tizenegyedik fejezetében „utcának” nevez.</w:t>
      </w:r>
    </w:p>
    <w:p>
      <w:pPr>
        <w:pStyle w:val="ArticleBody"/>
        <w:jc w:val="left"/>
      </w:pPr>
      <w:r>
        <w:rPr>
          <w:rFonts w:ascii="Times New Roman" w:hAnsi="Times New Roman" w:eastAsia="Times New Roman" w:cs="Times New Roman"/>
        </w:rPr>
        <w:t>E prófétai tények feltárása része annak, amit meg kell érteniük azoknak, akik szándékoznak kiállni a fenevad képének próbáját, amelyről a prófétanő világosan látta, hogy a kegyelmi idő lezárulta előtt és a száznegyvennégyezer elpecsételése előtt fog létrejönni.</w:t>
      </w:r>
    </w:p>
    <w:p>
      <w:pPr>
        <w:pStyle w:val="ArticleScripture"/>
        <w:jc w:val="left"/>
      </w:pPr>
      <w:r>
        <w:rPr>
          <w:rFonts w:ascii="Times New Roman" w:hAnsi="Times New Roman" w:eastAsia="Times New Roman" w:cs="Times New Roman"/>
        </w:rPr>
        <w:t>„Amikor a rendelet kiadatik, és a pecsét rájuk nyomatik, jellemük örökké tiszta és szeplőtelen marad.” Testimonies, 5. kötet,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kijelentése – Tizenegyedik szám</dc:title>
  <dc:subject>A fenevad képmása</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