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քսանյոթերորդը</w:t>
      </w:r>
    </w:p>
    <w:p>
      <w:pPr>
        <w:pStyle w:val="ArticleSubtitle"/>
        <w:jc w:val="left"/>
      </w:pPr>
      <w:r>
        <w:rPr>
          <w:rFonts w:ascii="Sylfaen" w:hAnsi="Sylfaen" w:eastAsia="Sylfaen" w:cs="Sylfaen"/>
        </w:rPr>
        <w:t>Չարի դաշնակցության մարգարեական բնութագրերի բացահայտումը. տեսություններ Եսայիայից</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2024-03-10</w:t>
      </w:r>
    </w:p>
    <w:p>
      <w:pPr>
        <w:pStyle w:val="ArticleBody"/>
        <w:jc w:val="left"/>
      </w:pPr>
      <w:r>
        <w:rPr>
          <w:rFonts w:ascii="Sylfaen" w:hAnsi="Sylfaen" w:eastAsia="Sylfaen" w:cs="Sylfaen"/>
        </w:rPr>
        <w:t>Վիշապի մարգարեական բնութագիրը դաշնակցությունն է, ինչպես նշված է Եսայիայի կողմից։</w:t>
      </w:r>
    </w:p>
    <w:p>
      <w:pPr>
        <w:pStyle w:val="ArticleScripture"/>
        <w:jc w:val="left"/>
      </w:pPr>
      <w:r>
        <w:rPr>
          <w:rFonts w:ascii="Sylfaen" w:hAnsi="Sylfaen" w:eastAsia="Sylfaen" w:cs="Sylfaen"/>
        </w:rPr>
        <w:t>Միավորվեցե՛ք, ո՛վ ժողովուրդներ, և պիտի ջախջախվեք. ականջ դրէ՛ք, ո՛վ հեռավոր երկրների բոլոր բնակիչներ. գոտևորվեցե՛ք, և պիտի ջախջախվեք. գոտևորվեցե՛ք, և պիտի ջախջախվեք։ Խորհուրդ արե՛ք միասին, և այն պիտի ի դերև ելնի. խոսք ասե՛ք, և այն պիտի չկայանա, որովհետև Աստված մեզ հետ է։ Քանզի այսպես ասաց Տերը ինձ՝ զորավոր ձեռքով, և խրատեց ինձ, որ չքայլեմ այս ժողովրդի ճանապարհով՝ ասելով. «Դուք մի՛ ասեք. “Դաշինք”, բոլոր այն բաների մասին, որոնց մասին այս ժողովուրդը պիտի ասի. “Դաշինք”». և նրանց երկյուղից մի՛ երկյուղեք, և մի՛ սարսափեք։ Զորքերի՛ Տիրոջը սրբացրե՛ք Ինքը. և թող Նա՛ լինի ձեր երկյուղը, և թող Նա՛ լինի ձեր սարսափը։ Եվ Նա պիտի լինի սրբարան, բայց Իսրայելի երկու տների համար՝ գայթակղության քար և գայթեցման վեմ, և Երուսաղեմի բնակիչների համար՝ թակարդ և որոգայթ։ Եվ նրանցից շատերը պիտի գայթակղվեն, և պիտի ընկնեն, և պիտի ջախջախվեն, և պիտի որոգայթվեն, և պիտի բռնվեն։ Կապի՛ր վկայությունը, կնքի՛ր օրենքը իմ աշակերտների մեջ։ Եսայիա 8։9–16։</w:t>
      </w:r>
    </w:p>
    <w:p>
      <w:pPr>
        <w:pStyle w:val="ArticleBody"/>
        <w:jc w:val="left"/>
      </w:pPr>
      <w:r>
        <w:rPr>
          <w:rFonts w:ascii="Sylfaen" w:hAnsi="Sylfaen" w:eastAsia="Sylfaen" w:cs="Sylfaen"/>
        </w:rPr>
        <w:t>Վերջին օրերում, հարյուր քառասունչորս հազարի կնքման ժամանակ, երբ Եսային ասում է. «Կապի՛ր վկայությունը, կնքի՛ր օրենքը իմ աշակերտների մեջ», երկիր մոլորակի վրա գոյություն ունի «չար դավադրական դաշինք»։ Կարևոր է հասկանալ, որ Միացյալ Նահանգների պատմությունը, որը տանում է դեպի կիրակնօրյա օրենքը, նախապատկերում է նույն իրադարձությունները համաշխարհային մակարդակի վրա։</w:t>
      </w:r>
    </w:p>
    <w:p>
      <w:pPr>
        <w:pStyle w:val="ArticleScripture"/>
        <w:jc w:val="left"/>
      </w:pPr>
      <w:r>
        <w:rPr>
          <w:rFonts w:ascii="Sylfaen" w:hAnsi="Sylfaen" w:eastAsia="Sylfaen" w:cs="Sylfaen"/>
        </w:rPr>
        <w:t>«Օտար ազգերը կհետևեն Միացյալ Նահանգների օրինակին։ Թեպետ նա է առաջնորդում, սակայն նույն ճգնաժամը կգա մեր ժողովրդի վրա աշխարհի բոլոր մասերում»։ Վկայություններ, հատոր 6, 395։</w:t>
      </w:r>
    </w:p>
    <w:p>
      <w:pPr>
        <w:pStyle w:val="ArticleBody"/>
        <w:jc w:val="left"/>
      </w:pPr>
      <w:r>
        <w:rPr>
          <w:rFonts w:ascii="Sylfaen" w:hAnsi="Sylfaen" w:eastAsia="Sylfaen" w:cs="Sylfaen"/>
        </w:rPr>
        <w:t>Քույր Ուայթը զգուշությամբ որոշակիացնում է, թե ով է «չար դաշնակցությունը», և այն ներկայացնում է ժամանակակից գլոբալիստների առաջադեմ լիբերալիզմը։ Երբ նա այդպես է անում, նա բազմիցս մեջբերում է Եսայիայի նախորդ համարները, որոնք նույնացնում են չար դաշնակցությունը հարյուր քառասունչորս հազարի կնքման ժամանակում։</w:t>
      </w:r>
    </w:p>
    <w:p>
      <w:pPr>
        <w:pStyle w:val="ArticleScripture"/>
        <w:jc w:val="left"/>
      </w:pPr>
      <w:r>
        <w:rPr>
          <w:rFonts w:ascii="Sylfaen" w:hAnsi="Sylfaen" w:eastAsia="Sylfaen" w:cs="Sylfaen"/>
        </w:rPr>
        <w:t>«Տէրը Եսայի մարգարէի միջոցով յայտարարում է. Եսայիա 8:9–13՝ մէջբերուած»</w:t>
      </w:r>
    </w:p>
    <w:p>
      <w:pPr>
        <w:pStyle w:val="ArticleScripture"/>
        <w:jc w:val="left"/>
      </w:pPr>
      <w:r>
        <w:rPr>
          <w:rFonts w:ascii="Sylfaen" w:hAnsi="Sylfaen" w:eastAsia="Sylfaen" w:cs="Sylfaen"/>
        </w:rPr>
        <w:t>«Կան այնպիսիք, ովքեր հարցականի տակ են դնում, թե արդյոք ճի՞շտ է, որ քրիստոնյաները անդամակցեն Ազատ որմնադիրներին և այլ գաղտնի ընկերություններին։ Թող բոլոր այդպիսիք նկատի առնեն հենց նոր մեջբերված Սուրբ Գրությունները։ Եթե մենք ընդհանրապես քրիստոնյաներ ենք, ապա պետք է ամենուրեք քրիստոնյաներ լինենք և նկատի առնենք ու հնազանդվենք այն խորհրդին, որ տրված է մեզ քրիստոնյա դարձնելու համար՝ Աստծո Խոսքի չափանիշի համաձայն»։ Evangelism, 617, 618.</w:t>
      </w:r>
    </w:p>
    <w:p>
      <w:pPr>
        <w:pStyle w:val="ArticleBody"/>
        <w:jc w:val="left"/>
      </w:pPr>
      <w:r>
        <w:rPr>
          <w:rFonts w:ascii="Sylfaen" w:hAnsi="Sylfaen" w:eastAsia="Sylfaen" w:cs="Sylfaen"/>
        </w:rPr>
        <w:t>Վերջին օրերի չար դաշինքը կապված է մասոնների և այլ գաղտնի ընկերությունների հետ։ Նրա կրոնը սպիրիտուալիզմն է, և այն կազմված է աշխարհի բանկիրներից ու երկրի միլիարդատեր վաճառականներից, որոնք «կենտրոնացնում են աշխարհի հարստությունն ու իշխանությունը» և խթանում են այնպիսի շարժումներ, ինչպիսիք են Antifa-ն և Black Lives Matter-ը, որպեսզի հրահրեն «անհանգստության, խռովության և արյունահեղության ոգին» «համաշխարհային մասշտաբով»՝ ջանալով վերարտադրել «Ֆրանսիական հեղափոխության» անարխիան։</w:t>
      </w:r>
    </w:p>
    <w:p>
      <w:pPr>
        <w:pStyle w:val="ArticleScripture"/>
        <w:jc w:val="left"/>
      </w:pPr>
      <w:r>
        <w:rPr>
          <w:rFonts w:ascii="Sylfaen" w:hAnsi="Sylfaen" w:eastAsia="Sylfaen" w:cs="Sylfaen"/>
        </w:rPr>
        <w:t>«Հոգեհարությունը պնդում է, թե մարդիկ չընկած կիսաստվածներ են, թե «յուրաքանչյուր միտք ինքն իրեն պիտի դատի», թե «ճշմարիտ գիտությունը մարդկանց վեր է դնում ամեն օրենքից», թե «գործված բոլոր մեղքերը անմեղ են», որովհետև «ինչ որ կա, ճիշտ է», և «Աստված չի դատապարտում»։ Մարդկային էակներից ամենաստորներին այն ներկայացնում է որպես երկնքում եղողներ և այնտեղ մեծապես բարձրացված։ Այսպես այն բոլոր մարդկանց հայտարարում է. «Կարևոր չէ, թե ինչ եք անում. ապրեցե՛ք ինչպես ցանկանում եք, երկինքը ձեր տունն է»։ Այսպիսով բազմությունները մղվում են հավատալու, թե ցանկությունը բարձրագույն օրենքն է, թե անզուսպ ազատարձակությունը ազատություն է, և թե մարդը պատասխանատու է միայն ինքն իրեն»։</w:t>
      </w:r>
    </w:p>
    <w:p>
      <w:pPr>
        <w:pStyle w:val="ArticleScripture"/>
        <w:jc w:val="left"/>
      </w:pPr>
      <w:r>
        <w:rPr>
          <w:rFonts w:ascii="Sylfaen" w:hAnsi="Sylfaen" w:eastAsia="Sylfaen" w:cs="Sylfaen"/>
        </w:rPr>
        <w:t>«Երբ այսպիսի ուսուցումը տրվում է հենց կյանքի ամենասկզբում, այն ժամանակ, երբ մղումն ամենաուժեղն է, և ինքնազսպման ու մաքրության պահանջը՝ ամենահրատապը, ո՞ւր են առաքինության պահպանիչները։ Ի՞նչն է խանգարելու, որ աշխարհը չդառնա երկրորդ Սոդոմ։ Միևնույն ժամանակ անարխիան ձգտում է վերացնել ամեն օրենք՝ ոչ միայն աստվածային, այլև մարդկային։ Հարստության և իշխանության կենտրոնացումը, քչերի հարստացման համար կազմված հսկայական միավորումները՝ շատերի հաշվին, աղքատ դասակարգերի միավորումները՝ իրենց շահերի ու պահանջների պաշտպանության համար, անհանգստության, խռովության և արյունահեղության ոգին, նույն այն ուսմունքների համաշխարհային տարածումը, որոնք բերեցին Ֆրանսիական հեղափոխությանը,— այս ամենը միտված է ամբողջ աշխարհը ներքաշելու մի պայքարի մեջ, որը նման է այն պայքարին, որ ցնցեց Ֆրանսիան»։ Կրթություն, 227, 228։</w:t>
      </w:r>
    </w:p>
    <w:p>
      <w:pPr>
        <w:pStyle w:val="ArticleBody"/>
        <w:jc w:val="left"/>
      </w:pPr>
      <w:r>
        <w:rPr>
          <w:rFonts w:ascii="Sylfaen" w:hAnsi="Sylfaen" w:eastAsia="Sylfaen" w:cs="Sylfaen"/>
        </w:rPr>
        <w:t>Ամեն մի խոհեմ մարդ պետք է ինքն իրեն հարցնի, թե ինչ է կատարվում այնպիսի ժողովներում, ինչպիսիք վերջերս տեղի ունեցան Դավոսում, որտեղ մարդիկ արտահայտում են իրենց ծրագրերը երկրագնդի համար՝ առանց երկրագնդի մնացած բնակչության մասին որևէ հաշվի առնելու։ Ի՞նչ գաղտնիքներ էին այնտեղ քննարկվում։ Անշուշտ, Դավոսը պարզապես մեկն է աշխարհի միլիարդատերերի, բանկիրների, ապականված քաղաքական գործիչների և բարոյապես այլասերված մարդկանց մի քանի գաղտնի, սահմանափակ ժողովներից, որտեղ նրանք մշակում են իրենց վեհացված ծրագրերը երկրագնդի համար։</w:t>
      </w:r>
    </w:p>
    <w:p>
      <w:pPr>
        <w:pStyle w:val="ArticleScripture"/>
        <w:jc w:val="left"/>
      </w:pPr>
      <w:r>
        <w:rPr>
          <w:rFonts w:ascii="Sylfaen" w:hAnsi="Sylfaen" w:eastAsia="Sylfaen" w:cs="Sylfaen"/>
        </w:rPr>
        <w:t>«Այս վերջին օրերում ծագում են տարօրինակ մոլորություններ և մարդակերտ տեսություններ, որոնք, ինչպես Աստված է հայտարարում, պիտի փշրվեն։ Ագահության ոգին մարդկանց դրդել է աշխարհիկ առավելություն որոնելու, և շռայլությամբ ու ցուցամոլությամբ նրանք փորձել են ծածկել իրենց այն չար գործերը, որ կատարել են՝ իրենց նպատակին հասնելու համար։ Բարձր վստահության պաշտոններ զբաղեցնող մարդիկ ի հայտ են բերել շահի այս անօրեն տենչը. նրանք դիմել են շորթման և կողոպուտի և հագեցրել իրենց սրտերի չար կրքերը, մինչև որ մեր քաղաքները ապականվել են նրանց ամբարշտությամբ։ Աստված հայտարարել է, որ խաբեության և կողոպուտի այս գործերը պիտի մերկացնի հենց դրանց իսկ գործադրմամբ։ Որոշ դեպքերում Աստծո դատաստաններն արդեն ծանրորեն իջել են այս քաղաքների վրա»։</w:t>
      </w:r>
    </w:p>
    <w:p>
      <w:pPr>
        <w:pStyle w:val="ArticleScripture"/>
        <w:jc w:val="left"/>
      </w:pPr>
      <w:r>
        <w:rPr>
          <w:rFonts w:ascii="Sylfaen" w:hAnsi="Sylfaen" w:eastAsia="Sylfaen" w:cs="Sylfaen"/>
        </w:rPr>
        <w:t>«Եսայիա 8:8–12՝ մեջբերված»։ Review and Herald, հուլիսի 18, 1907։</w:t>
      </w:r>
    </w:p>
    <w:p>
      <w:pPr>
        <w:pStyle w:val="ArticleBody"/>
        <w:jc w:val="left"/>
      </w:pPr>
      <w:r>
        <w:rPr>
          <w:rFonts w:ascii="Sylfaen" w:hAnsi="Sylfaen" w:eastAsia="Sylfaen" w:cs="Sylfaen"/>
        </w:rPr>
        <w:t>Քաղաքները ապականվել են, ինչպես կանխագուշակվել էր նախորդ հատվածում, և այդ ապականությունը ծնվում է Եսայիայի ութերորդ գլխում հիշատակված չար դաշնակցության միջոցով։ Դրանք ապականվել են «վստահության բարձր պաշտոններ զբաղեցնող մարդկանց» կողմից, որոնք «բացահայտել են» շահ ձեռք բերելու իրենց «ապօրինի ցանկությունը»։ Ապականված քաղաքները հեշտությամբ տեսանելի են այն նահանգներում, որոնց գլխավոր դատախազներն ընտրվել են Ջորջ Սորոսի նման կոմունիստների միջոցներով։ Դա երևում է նաև այն ժամանակ, երբ հաստատված օրենքները չեն կիրառվում Վաշինգտոնում, Կոլումբիայի շրջանում, ապականված քաղաքական գործիչների կողմից։ Դա երևում է այն օրենքներից, որոնք գործադրվում են միայն քաղաքական սպեկտրի մյուս կողմում գտնվողների դեմ, ինչպես ցույց է տրված այնպիսի անձանց օրինակով, ինչպիսիք են Նենսի Փելոսին և Ադամ Շիֆը։</w:t>
      </w:r>
    </w:p>
    <w:p>
      <w:pPr>
        <w:pStyle w:val="ArticleScripture"/>
        <w:jc w:val="left"/>
      </w:pPr>
      <w:r>
        <w:rPr>
          <w:rFonts w:ascii="Sylfaen" w:hAnsi="Sylfaen" w:eastAsia="Sylfaen" w:cs="Sylfaen"/>
        </w:rPr>
        <w:t>Տիրոջ դեմ հանցանք գործելով ու սուտ խոսելով, և մեր Աստծուց հեռանալով, բռնություն ու ապստամբություն խոսելով, սրտից հղանալով և արտաբերելով ստության խոսքեր։ Եվ դատաստանը հետ է դարձված, և արդարությունը հեռվում է կանգնած, որովհետև ճշմարտությունը ընկել է հրապարակում, և ուղղամտությունը չի կարող ներս մտնել։ Այո՛, ճշմարտությունը պակասել է, և նա, ով հեռանում է չարից, իրեն որս է դարձնում. և Տերը տեսավ դա, և Նրա աչքին չար թվաց, որ դատաստան չկար։ Եսայիա 59։13–15։</w:t>
      </w:r>
    </w:p>
    <w:p>
      <w:pPr>
        <w:pStyle w:val="ArticleBody"/>
        <w:jc w:val="left"/>
      </w:pPr>
      <w:r>
        <w:rPr>
          <w:rFonts w:ascii="Sylfaen" w:hAnsi="Sylfaen" w:eastAsia="Sylfaen" w:cs="Sylfaen"/>
        </w:rPr>
        <w:t>Review and Herald-ից նախորդ հատվածում բարձր վստահության պաշտոններ զբաղեցնող մարդիկ ներկայացվում են որպես ապականված քաղաքական գործիչներ, որոնց Ուոլ Սթրիթի ներդրումային պորտֆելները մշտապես գերազանցում են լավագույն հնարավոր եկամտաբերությունը, քանի որ իրենք իրենց համար և ոչ մեկ ուրիշի՝ օրենսդրորեն օրինականացրել են «ինսայդերական առևտուրը»։ Վերանայեցե՛ք Մարթա Ստյուարտի պատմությունը։ Հատվածում քաղաքները ապականված են իրենց ամբարշտությամբ, և սա հատկապես ակնհայտ է այն քաղաքներում և նահանգներում, որոնք կառավարվում են գլոբալիստ դեմոկրատների կողմից։</w:t>
      </w:r>
    </w:p>
    <w:p>
      <w:pPr>
        <w:pStyle w:val="ArticleBody"/>
        <w:jc w:val="left"/>
      </w:pPr>
      <w:r>
        <w:rPr>
          <w:rFonts w:ascii="Sylfaen" w:hAnsi="Sylfaen" w:eastAsia="Sylfaen" w:cs="Sylfaen"/>
        </w:rPr>
        <w:t>Վերջին օրերի չար դաշնակցությունը բաղկացած է վիշապից, գազանից և սուտ մարգարեից, և գազանն ու սուտ մարգարեն ունեն իրենց հատուկ ամբարիշտ մարգարեական հատկանիշները, սակայն այն հատկանիշները, որոնք այնքան ակնառու են լիբերալ գլոբալիզմում, վիշապի գծերն են։</w:t>
      </w:r>
    </w:p>
    <w:p>
      <w:pPr>
        <w:pStyle w:val="ArticleScripture"/>
        <w:jc w:val="left"/>
      </w:pPr>
      <w:r>
        <w:rPr>
          <w:rFonts w:ascii="Sylfaen" w:hAnsi="Sylfaen" w:eastAsia="Sylfaen" w:cs="Sylfaen"/>
        </w:rPr>
        <w:t>«Հայտնություն 17:13–14»-ը մեջբերված է։ «Սրանք մեկ միտք ունեն»։ Կլինի միության համընդհանուր կապ, մի մեծ ներդաշնակություն, Սատանայի զորքերի համադաշնություն։ «Եվ իրենց իշխանությունն ու զորությունը պիտի տան գազանին»։ Այսպես է դրսևորվում նույն կամայական, ճնշիչ իշխանությունը կրոնական ազատության, խղճի թելադրանքով Աստծուն պաշտելու ազատության դեմ, ինչպես որ դրսևորվեց պապականության կողմից, երբ անցյալում այն հալածում էր նրանց, ովքեր համարձակվում էին հրաժարվել հռոմեականության կրոնական ծեսերին ու արարողություններին համապատասխանելուց։</w:t>
      </w:r>
    </w:p>
    <w:p>
      <w:pPr>
        <w:pStyle w:val="ArticleScripture"/>
        <w:jc w:val="left"/>
      </w:pPr>
      <w:r>
        <w:rPr>
          <w:rFonts w:ascii="Sylfaen" w:hAnsi="Sylfaen" w:eastAsia="Sylfaen" w:cs="Sylfaen"/>
        </w:rPr>
        <w:t>«Վերջին օրերին մղվելիք պատերազմում Աստծո ժողովրդի դեմ կդաշնվեն բոլոր այն ապականված ուժերը, որոնք ուխտադրժորեն հեռացել են Եհովայի օրենքին հնազանդությունից։ Այս պատերազմում չորրորդ պատվիրանի շաբաթը կլինի գլխավոր վիճարկվող հարցը, որովհետև շաբաթվա պատվիրանում մեծ Օրենսդիրը Իրեն նույնացնում է որպես երկնքի և երկրի Արարիչ»։ The Seventh-day Adventist Bible Commentary, 983.</w:t>
      </w:r>
    </w:p>
    <w:p>
      <w:pPr>
        <w:pStyle w:val="ArticleBody"/>
        <w:jc w:val="left"/>
      </w:pPr>
      <w:r>
        <w:rPr>
          <w:rFonts w:ascii="Sylfaen" w:hAnsi="Sylfaen" w:eastAsia="Sylfaen" w:cs="Sylfaen"/>
        </w:rPr>
        <w:t>Հաջորդ հոդվածներում մենք կքննենք գազանի և ուխտադավանող բողոքականության մարգարեական բնութագրերը։ Կարևոր է պարզել, թե ինչ է հայտնված այն բանի վերաբերյալ, թե որ քաղաքական կուսակցությունն է առաջնորդում և թելերը քաշում կիրակնօրյա օրենսդրության պարտադրման գործում։ Իհարկե, երկու կուսակցություններն էլ (Դեմոկրատական և Հանրապետական) միավորվում են կիրակնօրյա օրենքի հարցում, ինչպես Փարիսեցիներն ու Սադուկեցիները խաչի մոտ, սակայն որևէ արդարացվող հիմք չկա ենթադրելու, թե բողոքական կամ ուխտադավանող բողոքական պիտակը կարող է վերագրվել Դեմոկրատական կուսակցությանը, որովհետև այն ակնհայտորեն վիշապի իշխանությունն է։</w:t>
      </w:r>
    </w:p>
    <w:p>
      <w:pPr>
        <w:pStyle w:val="ArticleBody"/>
        <w:jc w:val="left"/>
      </w:pPr>
      <w:r>
        <w:rPr>
          <w:rFonts w:ascii="Sylfaen" w:hAnsi="Sylfaen" w:eastAsia="Sylfaen" w:cs="Sylfaen"/>
        </w:rPr>
        <w:t>Հարյուր քառասունչորս հազարի կնքման պատմությունն այն պատմությունն է, որտեղ Եսայի մարգարեի ութերորդ գլխի չար դաշնակցությունը նույնացվում է։ Այդ պատմությունը սկսվեց 2001 թվականի սեպտեմբերի 11-ին, երբ իշխանության մեջ էր չորրորդ նախագահը՝ երկրորդ Բուշը։ Այդ պատմության մեջ վեցերորդ նախագահը պիտի գար 2016 թվականին, և նա պիտի արթնացներ (գրգռեր) Հունաստանի ամբողջ տիրույթը, որովհետև նա պիտի արթնացներ աշխարհը վիշապի իշխանության և ուրացող բողոքականության միջև պայքարին, որը կատարում է գազանին երկրի գահին վերահաստատելու գործը։</w:t>
      </w:r>
    </w:p>
    <w:p>
      <w:pPr>
        <w:pStyle w:val="ArticleBody"/>
        <w:jc w:val="left"/>
      </w:pPr>
      <w:r>
        <w:rPr>
          <w:rFonts w:ascii="Sylfaen" w:hAnsi="Sylfaen" w:eastAsia="Sylfaen" w:cs="Sylfaen"/>
        </w:rPr>
        <w:t>Թրամփի նկատմամբ կույր, անմիտ ատելությունը շատերի կողմից բնորոշվում է որպես մի տեսակ խելագարություն, քանի որ այն հիմնված է անազնվության և անտրամաբանական տրամաբանության վրա։ Աշխարհը փորձում է սահմանել Թրամփի հանդեպ այդ անարդարացնելի ատելությունը, սակայն իրականությունն այն է, որ դա գլոբալիստների կողմից դրսևորվող սովորական մարդկային խելագարություն չէ, այլ հարյուր քառասունչորս հազարի կնքման պատմության ընթացքում մարգարեության կատարման գերբնական դրսևորումը։</w:t>
      </w:r>
    </w:p>
    <w:p>
      <w:pPr>
        <w:pStyle w:val="ArticleScripture"/>
        <w:jc w:val="left"/>
      </w:pPr>
      <w:r>
        <w:rPr>
          <w:rFonts w:ascii="Sylfaen" w:hAnsi="Sylfaen" w:eastAsia="Sylfaen" w:cs="Sylfaen"/>
        </w:rPr>
        <w:t>«Երանի՜ թե Աստծո ժողովուրդը զգացողություն ունենար հազարավոր քաղաքների մոտալուտ կործանման մասին, որոնք այժմ գրեթե ամբողջությամբ մատնված են կռապաշտության։ Բայց նրանցից շատերը, որոնք պետք է ճշմարտությունը հռչակեին, մեղադրում և դատապարտում են իրենց եղբայրներին։ Երբ Աստծո դարձի բերող զորությունը ներգործի մտքերի վրա, վճռական փոփոխություն կլինի։ Մարդիկ հակում չեն ունենա քննադատելու և կործանելու։ Նրանք չեն կանգնի այնպիսի դիրքում, որ խոչընդոտի լույսին՝ աշխարհին շողալու։ Նրանց քննադատությունը, նրանց մեղադրանքները կդադարեն։ Թշնամու ուժերը համախմբվում են պատերազմի համար։ Մեր առջև խիստ ընդհարումներ են։ Մերձեցե՛ք իրար, եղբայրնե՛րս և քույրե՛րս, մերձեցե՛ք իրար։ Միավորվե՛ք Քրիստոսի հետ։ «Մի՛ ասեք. Դաշնակցություն,... և մի՛ վախեցեք նրանց վախից ու մի՛ սարսափեք։ Զորաց Տիրոջը սրբացրե՛ք, և թող Նա լինի ձեր վախը, և թող Նա լինի ձեր ահը։ Եվ Նա պիտի լինի սրբարան, բայց գայթակղության քար և գայթեցման վեմ Իսրայելի երկու տների համար, որոգայթ և ծուղակ՝ Երուսաղեմի բնակիչների համար։ Եվ նրանցից շատերը պիտի գայթակղվեն և ընկնեն, և կոտրվեն, և թակարդն ընկնեն, և բռնվեն»։</w:t>
      </w:r>
    </w:p>
    <w:p>
      <w:pPr>
        <w:pStyle w:val="ArticleScripture"/>
        <w:jc w:val="left"/>
      </w:pPr>
      <w:r>
        <w:rPr>
          <w:rFonts w:ascii="Sylfaen" w:hAnsi="Sylfaen" w:eastAsia="Sylfaen" w:cs="Sylfaen"/>
        </w:rPr>
        <w:t>«Աշխարհը մի թատրոն է։ Դերակատարները՝ նրա բնակիչները, պատրաստվում են խաղալ իրենց բաժինը վերջին մեծ դրամայի մեջ։ Աստված կորցվել է տեսադաշտից։ Մարդկության մեծ զանգվածների մեջ միասնություն չկա, բացի այն դեպքից, երբ մարդիկ դաշնակցում են՝ իրագործելու իրենց եսասիրական նպատակները։ Աստված դիտում է։ Իր ըմբոստ հպատակների վերաբերյալ Նրա նպատակները պիտի կատարվեն։ Աշխարհը մարդկանց ձեռքը չի տրվել, թեև Աստված միառժամանակ թույլ է տալիս, որ խառնաշփոթության և անկարգության տարրերը տիրապետեն։ Ներքևից մի զորություն գործում է, որպեսզի իրագործվեն դրամայի վերջին մեծ տեսարանները,—Սատանան՝ իբրև Քրիստոս գալով և գործելով անիրավության ամենայն խաբեությամբ նրանց մեջ, ովքեր գաղտնի ընկերությունների մեջ կապում են իրենք իրենց միմյանց հետ։ Նրանք, ովքեր անձնատուր են լինում դաշնակցելու կրքին, իրագործում են թշնամու ծրագրերը։ Պատճառին կհետևի հետևանքը»։</w:t>
      </w:r>
    </w:p>
    <w:p>
      <w:pPr>
        <w:pStyle w:val="ArticleScripture"/>
        <w:jc w:val="left"/>
      </w:pPr>
      <w:r>
        <w:rPr>
          <w:rFonts w:ascii="Sylfaen" w:hAnsi="Sylfaen" w:eastAsia="Sylfaen" w:cs="Sylfaen"/>
        </w:rPr>
        <w:t>«Հանցավորությունը գրեթե հասել է իր սահմանին։ Խառնակությունը լցնում է աշխարհը, և մեծ սարսափ շուտով պիտի գա մարդկանց վրա։ Վախճանը շատ մոտ է։ Մենք, որ ճանաչում ենք ճշմարտությունը, պետք է պատրաստվենք այն բանին, ինչը շուտով պիտի վրա հասնի աշխարհի վրա՝ որպես ամեն ինչ կլանող անակնկալ»։ Review and Herald, September 10, 1903.</w:t>
      </w:r>
    </w:p>
    <w:p>
      <w:pPr>
        <w:pStyle w:val="ArticleBody"/>
        <w:jc w:val="left"/>
      </w:pPr>
      <w:r>
        <w:rPr>
          <w:rFonts w:ascii="Sylfaen" w:hAnsi="Sylfaen" w:eastAsia="Sylfaen" w:cs="Sylfaen"/>
        </w:rPr>
        <w:t>Երրորդ վայի իսլամը պատրաստվում է հարվածել «հազարավոր քաղաքների», իսկ Լաոդիկեական ադվենտիզմը ոչ մի զգացում չունի այն մոտալուտ կործանման վերաբերյալ, որ պատրաստվում է տեղի ունենալ։ Այն ժամանակաշրջանում, երբ Եսայիայի չար դաշնակցությունը կատարում է իր գործը, գոյություն ունի սատանայական «ներքևից եկող զորություն», որը «գործում է՝ առաջ բերելու համար մեծ դրամայի վերջին մեծ տեսարանները», և այս բաները գալիս են որպես «ահռելի անակնկալ»։ Թրամփի նկատմամբ գործադրվող խելահեղությունը պատճառված է ներքևից եկող մի զորությամբ։ Դա երկրի պատմության վերջին տեսարանների բաղադրիչներից մեկն է։</w:t>
      </w:r>
    </w:p>
    <w:p>
      <w:pPr>
        <w:pStyle w:val="ArticleBody"/>
        <w:jc w:val="left"/>
      </w:pPr>
      <w:r>
        <w:rPr>
          <w:rFonts w:ascii="Sylfaen" w:hAnsi="Sylfaen" w:eastAsia="Sylfaen" w:cs="Sylfaen"/>
        </w:rPr>
        <w:t>Սա չպետք է հասկացվի որպես Թրամփի հավանություն, այլ պարզապես Աստծո Խոսքն է, որը երբեք չի խափանվում։ Հարյուր քառասունչորս հազարի կնքման ընթացքում Աստված վերևից թափում է Իր զորությունը, մինչդեռ սատանան գործադրում է իր զորությունը ներքևից։</w:t>
      </w:r>
    </w:p>
    <w:p>
      <w:pPr>
        <w:pStyle w:val="ArticleScripture"/>
        <w:jc w:val="left"/>
      </w:pPr>
      <w:r>
        <w:rPr>
          <w:rFonts w:ascii="Sylfaen" w:hAnsi="Sylfaen" w:eastAsia="Sylfaen" w:cs="Sylfaen"/>
        </w:rPr>
        <w:t>«Եթե մենք պիտի ունենանք երրորդ հրեշտակի պատգամի ոգին և զորությունը, ապա պետք է օրենքն ու ավետարանը ներկայացնենք միասին, որովհետև դրանք ընթանում են ձեռք ձեռքի տված։ Ինչպես ներքևից եկող մի զորություն շարժման է դնում անհնազանդության որդիներին, որպեսզի անվավեր դարձնեն Աստծո օրենքը և ոտնահարեն այն ճշմարտությունը, թե Քրիստոսը մեր արդարությունն է, այնպես էլ վերևից եկող մի զորություն ազդում է հավատարիմների սրտերի վրա՝ մեծարելու օրենքը և բարձրացնելու Հիսուսին որպես լիակատար Փրկիչ։ Եթե Աստծո ժողովրդի փորձառության մեջ աստվածային զորություն չմտցվի, կեղծ տեսություններն ու գաղափարները գերության կմատնեն միտքը, Քրիստոսն ու Նրա արդարությունը շատերի փորձառությունից դուրս կմղվեն, և նրանց հավատը կլինի առանց զորության և առանց կյանքի»։ Gospel Workers, 161.</w:t>
      </w:r>
    </w:p>
    <w:p>
      <w:pPr>
        <w:pStyle w:val="ArticleBody"/>
        <w:jc w:val="left"/>
      </w:pPr>
      <w:r>
        <w:rPr>
          <w:rFonts w:ascii="Sylfaen" w:hAnsi="Sylfaen" w:eastAsia="Sylfaen" w:cs="Sylfaen"/>
        </w:rPr>
        <w:t>Շաբաթօրյա օրենքի շուտափույթ գալուստից առաջ և դեպի այն տանող ընթացքում տեղի ունեցող սատանայական զորության դրսևորումը նախապատկերում է Սատանայի զորության այն պսակադիր արարքը, որ տեղի է ունենում շուտով գալիք Շաբաթօրյա օրենքի ժամանակ։</w:t>
      </w:r>
    </w:p>
    <w:p>
      <w:pPr>
        <w:pStyle w:val="ArticleScripture"/>
        <w:jc w:val="left"/>
      </w:pPr>
      <w:r>
        <w:rPr>
          <w:rFonts w:ascii="Sylfaen" w:hAnsi="Sylfaen" w:eastAsia="Sylfaen" w:cs="Sylfaen"/>
        </w:rPr>
        <w:t>«Աստծո օրենքի խախտմամբ պապականության հաստատումը պարտադրող հրամանագրով մեր ազգը լիովին կխզի իրեն արդարությունից։ Երբ բողոքականությունը կձգի իր ձեռքը անդունդի վրայով՝ բռնելու հռոմեական իշխանության ձեռքը, երբ նա կերկարի անդունդի մյուս կողմը՝ ձեռք սեղմելու սպիրիտիզմի հետ, երբ այս եռակի միության ազդեցության ներքո մեր երկիրը կհրաժարվի իր Սահմանադրության՝ որպես բողոքական և հանրապետական կառավարման, յուրաքանչյուր սկզբունքից և միջոցներ կձեռնարկի պապական կեղծիքների ու մոլորությունների տարածման համար, այնժամ մենք կարող ենք իմանալ, որ եկել է սատանայի զարմանալի գործունեության ժամանակը, և որ վախճանը մոտ է»։ Վկայություններ, հատոր 5, 451։</w:t>
      </w:r>
    </w:p>
    <w:p>
      <w:pPr>
        <w:pStyle w:val="ArticleBody"/>
        <w:jc w:val="left"/>
      </w:pPr>
      <w:r>
        <w:rPr>
          <w:rFonts w:ascii="Sylfaen" w:hAnsi="Sylfaen" w:eastAsia="Sylfaen" w:cs="Sylfaen"/>
        </w:rPr>
        <w:t>Այն դրդապատճառը, որ այժմ գալիս է ներքևից և իր գործունեությունը դրսևորում է վիշապի գլոբալիստ ներկայացուցիչների մեջ Միացյալ Նահանգներում, կվերարտադրվի աշխարհի ազգերի մեջ այն բանից հետո, երբ կիրակնօրյա օրենքը հաստատվի։ Նույնիսկ այժմ աշխարհի ազգերը նույն գերբնական խելագարությունն են դրսևորում Թրամփի նկատմամբ։</w:t>
      </w:r>
    </w:p>
    <w:p>
      <w:pPr>
        <w:pStyle w:val="ArticleScripture"/>
        <w:jc w:val="left"/>
      </w:pPr>
      <w:r>
        <w:rPr>
          <w:rFonts w:ascii="Sylfaen" w:hAnsi="Sylfaen" w:eastAsia="Sylfaen" w:cs="Sylfaen"/>
        </w:rPr>
        <w:t>«Օտար ազգերը կհետևեն Միացյալ Նահանգների օրինակին։ Թեև նա առաջնորդում է, սակայն նույն ճգնաժամը պիտի հասնի մեր ժողովրդին աշխարհի բոլոր մասերում»։ Testimonies, հատոր 6, 395.</w:t>
      </w:r>
    </w:p>
    <w:p>
      <w:pPr>
        <w:pStyle w:val="ArticleBody"/>
        <w:jc w:val="left"/>
      </w:pPr>
      <w:r>
        <w:rPr>
          <w:rFonts w:ascii="Sylfaen" w:hAnsi="Sylfaen" w:eastAsia="Sylfaen" w:cs="Sylfaen"/>
        </w:rPr>
        <w:t>Այն, ինչ Միացյալ Նահանգների հանրապետականները սահմանում են որպես խելագարություն դեմոկրատների կողմից՝ Թրամփի նկատմամբ իրենց անտրամաբանական հակադրության մեջ, իրականում սատանայական զորության գերբնական դրսևորում է, որն ի կատար է ածում Դանիելի գրքի տասնմեկերորդ գլխի երկրորդ համարը։ Թրամփը, վեցերորդ նախագահը 1989 թվականին սկսված վախճանի ժամանակից ի վեր, պիտի «գրգռեր» (արթնացներ) ամբողջ աշխարհի սոցիալիստ գլոբալիստներին։ Նրա նկատմամբ ատելությունը գերբնական է, և այն նախապատկերում է սատանայական զորության այն դրսևորումը, որը շատ ավելի մեծ չափով կհասնի շուտով գալու կիրակնօրյա օրենքի ժամանակ։</w:t>
      </w:r>
    </w:p>
    <w:p>
      <w:pPr>
        <w:pStyle w:val="ArticleBody"/>
        <w:jc w:val="left"/>
      </w:pPr>
      <w:r>
        <w:rPr>
          <w:rFonts w:ascii="Sylfaen" w:hAnsi="Sylfaen" w:eastAsia="Sylfaen" w:cs="Sylfaen"/>
        </w:rPr>
        <w:t>Քույր Ուայթի հղման համաձայն՝ ներքևից եկող զորության դրսևորումը տեղի է ունենում այն չար դաշնակցության ընթացքում, որի մասին Եսայիան զգուշացնում է ութերորդ գլխում, և այդ ժամանակաշրջանում կատարվում է Աստծո ժողովրդի կնքումը։</w:t>
      </w:r>
    </w:p>
    <w:p>
      <w:pPr>
        <w:pStyle w:val="ArticleScripture"/>
        <w:jc w:val="left"/>
      </w:pPr>
      <w:r>
        <w:rPr>
          <w:rFonts w:ascii="Sylfaen" w:hAnsi="Sylfaen" w:eastAsia="Sylfaen" w:cs="Sylfaen"/>
        </w:rPr>
        <w:t>Կապկպի՛ր վկայությունը, կնքիր օրենքը իմ աշակերտների մեջ։ Եսայիա 8:16։</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«Շուտով երկնքում պիտի հայտնվեն գերբնական բնույթի ահազդու տեսիլքներ՝ որպես հրաշագործ դևերի զորության նշան։ Սատանայական ոգիները պիտի ելնեն երկրի թագավորների մոտ և ողջ աշխարհի մոտ՝ նրանց մոլորության մեջ կապելու և դրդելու, որ միավորվեն Սատանայի հետ նրա վերջին պայքարում երկնքի կառավարության դեմ։ Այս միջոցներով թե՛ իշխանավորները, թե՛ հպատակները հավասարապես պիտի խաբվեն։ Կհայտնվեն անձինք, որոնք կձևացնեն, թե հենց Ինքը՝ Քրիստոսն են, և կպահանջեն այն տիտղոսն ու երկրպագությունը, որ պատկանում են աշխարհի Փրկչին։ Նրանք պիտի գործեն բժշկության զարմանալի հրաշքներ և պիտի հայտարարեն, թե ունեն հայտնություններ երկնքից, որոնք հակասում են Սուրբ Գրքերի վկայությանը։»</w:t>
      </w:r>
    </w:p>
    <w:p>
      <w:pPr>
        <w:pStyle w:val="ArticleScripture"/>
        <w:jc w:val="left"/>
      </w:pPr>
      <w:r>
        <w:rPr>
          <w:rFonts w:ascii="Sylfaen" w:hAnsi="Sylfaen" w:eastAsia="Sylfaen" w:cs="Sylfaen"/>
        </w:rPr>
        <w:t>«Խաբեության մեծ դրամայի պսակիչ արարքում սատանան ինքը պիտի մարմնավորի Քրիստոսին։ Եկեղեցին վաղուց է դավանել, թե Փրկչի գալստյանն է սպասում՝ որպես իր հույսերի լիակատար իրականացման։ Այժմ մեծ խաբեբան այնպես պիտի անի, որ թվա, թե Քրիստոսը եկել է։ Երկրի տարբեր մասերում սատանան մարդկանց մեջ պիտի հայտնվի որպես շքեղ, շլացուցիչ պայծառությամբ օժտված էակ՝ նման այն նկարագրությանը, որ Հովհաննեսը տալիս է Հայտնության մեջ Աստծու Որդու վերաբերյալ։ Հայտնություն 1:13–15։ Նրան շրջապատող փառքը անգերազանցելի է այն ամենից, ինչ մինչև այժմ մահկանացու աչքերն երբևէ տեսել են։ Հաղթականության աղաղակը հնչում է օդում. «Քրիստոսը եկել է՛։ Քրիստոսը եկել է՛»։ Ժողովուրդը երկրպագությամբ խոնարհվում է նրա առաջ, մինչ նա բարձրացնում է իր ձեռքերը և օրհնություն հռչակում նրանց վրա, ինչպես Քրիստոսն օրհնեց Իր աշակերտներին, երբ երկրի վրա էր։ Նրա ձայնը մեղմ է և զսպված, սակայն լի է մեղեդայնությամբ։ Նուրբ, կարեկցալից խոսքով նա ներկայացնում է այն նույն շնորհալի, երկնային ճշմարտություններից մի քանիսը, որ Փրկիչն էր արտաբերել. նա բժշկում է ժողովրդի հիվանդությունները, ապա, Քրիստոսի իր ստանձնած կերպարանքով, պնդում է, թե շաբաթը փոխել է կիրակիի, և բոլորին հրամայում է սուրբ պահել այն օրը, որ ինքն օրհնել է։ Նա հայտարարում է, թե նրանք, ովքեր շարունակում են սուրբ պահել յոթերորդ օրը, հայհոյում են իր անունը՝ հրաժարվելով լսել իր հրեշտակներին, որոնք ուղարկվել են նրանց մոտ՝ լույսով և ճշմարտությամբ։ Սա այն ուժգին, գրեթե անհաղթահարելի մոլորությունն է։ Ինչպես սամարացիները, որ խաբվեցին Սիմոն Մոգոսի կողմից, այնպես էլ բազմությունները՝ փոքրից մինչև մեծը, ականջ են դնում այս կախարդանքներին՝ ասելով. Սա է «Աստծու մեծ զորությունը»։ Գործք 8:10։»</w:t>
      </w:r>
    </w:p>
    <w:p>
      <w:pPr>
        <w:pStyle w:val="ArticleScripture"/>
        <w:jc w:val="left"/>
      </w:pPr>
      <w:r>
        <w:rPr>
          <w:rFonts w:ascii="Sylfaen" w:hAnsi="Sylfaen" w:eastAsia="Sylfaen" w:cs="Sylfaen"/>
        </w:rPr>
        <w:t>«Սակայն Աստծո ժողովուրդը չի մոլորվի։ Այս կեղծ քրիստոսի ուսմունքները չեն համապատասխանում Սուրբ Գրքերին։ Նրա օրհնությունը հռչակվում է գազանի և նրա պատկերի երկրպագուների վրա՝ հենց այն դասի, որի վրա, ըստ Աստվածաշնչի հայտարարության, պիտի թափվի Աստծո անխառն բարկությունը»։ The Great Controversy,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քսանյոթերորդը</dc:title>
  <dc:subject>Չարի դաշնակցության մարգարեական բնութագրերի բացահայտումը. տեսություններ Եսայիայից</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