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երեսունչորսերորդը</w:t>
      </w:r>
    </w:p>
    <w:p>
      <w:pPr>
        <w:pStyle w:val="ArticleSubtitle"/>
        <w:jc w:val="left"/>
      </w:pPr>
      <w:r>
        <w:rPr>
          <w:rFonts w:ascii="Sylfaen" w:hAnsi="Sylfaen" w:eastAsia="Sylfaen" w:cs="Sylfaen"/>
        </w:rPr>
        <w:t>Մարգարեական բացահայտումը. 2001 թվականի սեպտեմբերի 11-ից մինչև Միացյալ Նահանգներում մոտալուտ Կիրակնօրյա օրենքը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2024-03-13</w:t>
      </w:r>
    </w:p>
    <w:p>
      <w:pPr>
        <w:pStyle w:val="ArticleBody"/>
        <w:jc w:val="left"/>
      </w:pPr>
      <w:r>
        <w:rPr>
          <w:rFonts w:ascii="Sylfaen" w:hAnsi="Sylfaen" w:eastAsia="Sylfaen" w:cs="Sylfaen"/>
        </w:rPr>
        <w:t>2001 թվականի սեպտեմբերի 11-ից մինչև Միացյալ Նահանգներում շուտով գալու կիրակնօրյա օրենքը՝ հարյուր քառասունչորս հազարի կնքման ժամանակը այն մարգարեական ժամանակաշրջանն է, որի ընթացքում Աստծո Խոսքի ամեն մի տեսիլք կատարվում է վերջին օրերում։</w:t>
      </w:r>
    </w:p>
    <w:p>
      <w:pPr>
        <w:pStyle w:val="ArticleScripture"/>
        <w:jc w:val="left"/>
      </w:pPr>
      <w:r>
        <w:rPr>
          <w:rFonts w:ascii="Sylfaen" w:hAnsi="Sylfaen" w:eastAsia="Sylfaen" w:cs="Sylfaen"/>
        </w:rPr>
        <w:t>Ուստի նրանց ասա՛. «Այսպես է ասում Տեր Աստվածը. Ես կդադարեցնեմ այս առակը, և այլևս այն Իսրայելում առակով չեն գործածի». այլ ասա՛ նրանց. «Մոտ են օրերը և ամեն տեսիլքի կատարումը»։ Եզեկիել 12:23։</w:t>
      </w:r>
    </w:p>
    <w:p>
      <w:pPr>
        <w:pStyle w:val="ArticleBody"/>
        <w:jc w:val="left"/>
      </w:pPr>
      <w:r>
        <w:rPr>
          <w:rFonts w:ascii="Sylfaen" w:hAnsi="Sylfaen" w:eastAsia="Sylfaen" w:cs="Sylfaen"/>
        </w:rPr>
        <w:t>Այդ գծում երրորդ հրեշտակը դարձյալ գալիս է, և այդպիսով այն ներկայացված է երրորդ հրեշտակի գալուստով 1844 թվականի հոկտեմբերի 22-ին՝ մինչև 1863 թվականի ապստամբությունը։ 1863 թվականի ապստամբությունը ներկայացված էր հին Իսրայելի առաջին ապստամբությամբ Կադեսում, և, հետևաբար, ներկայացված է ամբողջ պատմությամբ՝ Կարմիր ծովի անցումից մինչև Կադեսի առաջին ապստամբությունը։ Կադեսի առաջին ապստամբությունը նախակերպարեց Կադեսի երկրորդ ապստամբությունը, և այսպես Ահարոնի մահից մինչև Կադեսի երկրորդ ապստամբությունը ձգվող գիծը կրկնվում է կնքման գծում։</w:t>
      </w:r>
    </w:p>
    <w:p>
      <w:pPr>
        <w:pStyle w:val="ArticleBody"/>
        <w:jc w:val="left"/>
      </w:pPr>
      <w:r>
        <w:rPr>
          <w:rFonts w:ascii="Sylfaen" w:hAnsi="Sylfaen" w:eastAsia="Sylfaen" w:cs="Sylfaen"/>
        </w:rPr>
        <w:t>Սա կրկնվում է միլլերականների պատմության մեջ՝ 1840-ից մինչև 1844 թվականը, ինչը նախապատկերված էր Քրիստոսի մկրտությունից մինչև խաչը, և որը նաև ներկայացնում էր խաչից մինչև Ստեփանոսի քարկոծումը ընկած պատմությունը։ Տող առ տող՝ հին մարգարեներից յուրաքանչյուրը ժամանակի այս ժամանակաշրջանի մասին ավելի շատ է խոսել, քան այն օրերի մասին, որոնց մեջ իրենք ապրում էին։</w:t>
      </w:r>
    </w:p>
    <w:p>
      <w:pPr>
        <w:pStyle w:val="ArticleScripture"/>
        <w:jc w:val="left"/>
      </w:pPr>
      <w:r>
        <w:rPr>
          <w:rFonts w:ascii="Sylfaen" w:hAnsi="Sylfaen" w:eastAsia="Sylfaen" w:cs="Sylfaen"/>
        </w:rPr>
        <w:t>«Հին մարգարեներից յուրաքանչյուրն ավելի քիչ էր խոսում իր ժամանակի համար, քան մերի, այնպես որ նրանց մարգարեությունը ուժի մեջ է մեզ համար։ «Այժմ այս բոլոր բաները նրանց պատահեցին որպես օրինակներ, և գրվեցին մեր խրատության համար, որոնց վրա հասել են աշխարհի վախճանները»։ 1 Կորնթացիս 10:11։ «Ոչ թե իրենց, այլ մեզ էին ծառայում այն բաներով, որոնք այժմ ձեզ հայտնված են նրանց միջոցով, ովքեր ձեզ ավետարանը քարոզեցին երկնքից ուղարկված Սուրբ Հոգով, որոնց մեջ հրեշտակները ցանկանում են նայել»։ 1 Պետրոս 1:12։ ...»</w:t>
      </w:r>
    </w:p>
    <w:p>
      <w:pPr>
        <w:pStyle w:val="ArticleScripture"/>
        <w:jc w:val="left"/>
      </w:pPr>
      <w:r>
        <w:rPr>
          <w:rFonts w:ascii="Sylfaen" w:hAnsi="Sylfaen" w:eastAsia="Sylfaen" w:cs="Sylfaen"/>
        </w:rPr>
        <w:t>«Աստվածաշունչը իր գանձերը կուտակել և միաբանորեն կապել է այս վերջին սերնդի համար։ Հին Կտակարանի պատմության բոլոր մեծ իրադարձություններն ու հանդիսավոր գործողությունները կրկնվել են և կրկնվում են եկեղեցում այս վերջին օրերին»։ Selected Messages, գիրք 3, 338, 339։</w:t>
      </w:r>
    </w:p>
    <w:p>
      <w:pPr>
        <w:pStyle w:val="ArticleBody"/>
        <w:jc w:val="left"/>
      </w:pPr>
      <w:r>
        <w:rPr>
          <w:rFonts w:ascii="Sylfaen" w:hAnsi="Sylfaen" w:eastAsia="Sylfaen" w:cs="Sylfaen"/>
        </w:rPr>
        <w:t>«Վերջին սերունդը» Պետրոսի ընտրյալ սերունդն է, այսինքն՝ հարյուր քառասունչորս հազարը, և նրանք ընտրվում են 2001 թվականի սեպտեմբերի 11-ից մինչև շուտով եկող կիրակնօրյա օրենքը, երբ այնուհետև բարձրացվում են որպես դրոշ։ «Ամենը», ոչ թե մի քանիսը, այլ «Աստծո Խոսքի բոլոր մեծ իրադարձությունները և հանդիսավոր գործարքները», «կրկնվում են» «եկեղեցու» «վերջին օրերի» «վերջին սերնդում»։ Կնքման գծում Աստվածաշնչի բոլոր գրքերը հանդիպում և ավարտվում են։</w:t>
      </w:r>
    </w:p>
    <w:p>
      <w:pPr>
        <w:pStyle w:val="ArticleScripture"/>
        <w:jc w:val="left"/>
      </w:pPr>
      <w:r>
        <w:rPr>
          <w:rFonts w:ascii="Sylfaen" w:hAnsi="Sylfaen" w:eastAsia="Sylfaen" w:cs="Sylfaen"/>
        </w:rPr>
        <w:t>«Հայտնության մեջ Աստվածաշնչի բոլոր գրքերը հանդիպում և ավարտվում են։ Այստեղ է Դանիելի գրքի լրացումը։ Մեկը մարգարեություն է, մյուսը՝ հայտնություն։ Այն գիրքը, որ կնքված էր, ոչ թե Հայտնությունն էր, այլ Դանիելի մարգարեության այն մասը, որ վերաբերում էր վերջին օրերին։ Հրեշտակը պատվիրեց. «Բայց դու, ո՛վ Դանիել, փակիր այս խոսքերը և կնքի՛ր գիրքը մինչև վախճանի ժամանակը»։ Դանիել 12:4»։ Գործք Առաքելոց, 585.</w:t>
      </w:r>
    </w:p>
    <w:p>
      <w:pPr>
        <w:pStyle w:val="ArticleBody"/>
        <w:jc w:val="left"/>
      </w:pPr>
      <w:r>
        <w:rPr>
          <w:rFonts w:ascii="Sylfaen" w:hAnsi="Sylfaen" w:eastAsia="Sylfaen" w:cs="Sylfaen"/>
        </w:rPr>
        <w:t>«Դանիելի մարգարեության վերջին օրերին վերաբերող մասը», որ ապակնքվեց, այն տեսիլքներն են, որ Դանիելին տրվեցին Սենաարի երկու մեծ գետերի՝ Ուլայի և Հիդդեկելի մոտ։ Այդ տեսիլքները ներկայացնում են Դանիելի ութերորդ գլխի տասներեքերորդ և տասնչորսերորդ համարները, և տասնմեկերորդ գլխի քառասունից մինչև քառասունհինգերորդ համարները։ Հարյուր քառասունչորս հազարների կնքման ժամանակը այն պատմությունն է, երբ Քրիստոսը, որպես երկնային Քահանայապետ, հավիտենապես կնքում է վերջին սերնդի ընտրյալներին աստվածային և մարդկային բաղադրությամբ հարաբերության մեջ։ Դանիելի տասնմեկերորդ գլխի քառասուներորդ համարը նույնացնում է վիշապի, գազանի և սուտ մարգարեի փոխհարաբերությունը, որոնք այժմ միասին աշխարհը տանում են դեպի Արմագեդոն, ինչպես ներկայացված է երկրային գազանի վրա եղած Հանրապետականության եղջյուրի պատմությամբ, որը իշխում է որպես Աստվածաշնչյան մարգարեության վեցերորդ թագավորություն՝ քառասուներորդ համարի պատմության ընթացքում։ Քառասուներորդ համարը նաև նույնացնում է իմաստունների և անմիտների բաժանումը, որը բնորոշում է Բողոքականության եղջյուրի պատմությունը նույն այդ ժամանակահատվածում՝ սկսած 1798 թվականից մինչև շուտով գալու Կիրակնօրյա օրենքը։</w:t>
      </w:r>
    </w:p>
    <w:p>
      <w:pPr>
        <w:pStyle w:val="ArticleBody"/>
        <w:jc w:val="left"/>
      </w:pPr>
      <w:r>
        <w:rPr>
          <w:rFonts w:ascii="Sylfaen" w:hAnsi="Sylfaen" w:eastAsia="Sylfaen" w:cs="Sylfaen"/>
        </w:rPr>
        <w:t>«Աստվածաշնչի բոլոր գրքերը» «հանդիպում և ավարտվում են» Հայտնության գրքում, և երբ դրանք հանդիպում են, Հայտնության գիրքը «լրացնում է» Դանիելի գիրքը, իսկ «լրացնել» բառը նշանակում է հասցնել կատարելության։ Հարյուր քառասունչորս հազարի կնքման ժամանակ, ինչպես ներկայացված է Հայտնության գրքում, Դանիելի այն մարգարեությունները, որոնք վերջին օրերում բացվեցին, հասցվում են կատարելության, երբ դրանք տող առ տող միացվում են այն պատմական գծի վրա, որ ներկայացված է Հայտնության տասնութերորդ գլխում, որը սկսվում է առաջինից մինչև երրորդ համարների ձայնով և ավարտվում է չորրորդ համարի երկրորդ ձայնով։</w:t>
      </w:r>
    </w:p>
    <w:p>
      <w:pPr>
        <w:pStyle w:val="ArticleBody"/>
        <w:jc w:val="left"/>
      </w:pPr>
      <w:r>
        <w:rPr>
          <w:rFonts w:ascii="Sylfaen" w:hAnsi="Sylfaen" w:eastAsia="Sylfaen" w:cs="Sylfaen"/>
        </w:rPr>
        <w:t>Դանիելի գրքում Հիդդեկել գետով ներկայացված մարգարեական տեսիլքի կատարելությունը ներկայացնում է Աստծո ժողովրդի թշնամիների արտաքին տեսիլքի կատարելությունը, որոնք ոտնակոխ են անում սրբարանը և զորքը։ Դանիելի գրքում Ուլայ գետով ներկայացված մարգարեական տեսիլքի կատարելությունը ներկայացնում է Քրիստոսի ներքին տեսիլքի կատարելությունը, երբ Նա հայտնվում է Իր ժողովրդի մեջ, երբ ավարտական ընտրյալ սերնդի վրա իրականացնում է աստվածությունը մարդկության հետ միացնելու ուխտի խոստումը։</w:t>
      </w:r>
    </w:p>
    <w:p>
      <w:pPr>
        <w:pStyle w:val="ArticleBody"/>
        <w:jc w:val="left"/>
      </w:pPr>
      <w:r>
        <w:rPr>
          <w:rFonts w:ascii="Sylfaen" w:hAnsi="Sylfaen" w:eastAsia="Sylfaen" w:cs="Sylfaen"/>
        </w:rPr>
        <w:t>Կնքման այն պատմությունը, որը կենտրոնանում է երկրի գազանի հանրապետական եղջյուրի վրա, սկսվում է նրանից, որ երկրի գազանը 2001 թվականին արտաբերում է «Patriot Act»-ը, և ավարտվում է այն խոսմամբ, որը ներկայացված էր 1798 թվականի «Alien and Sedition Acts»-ով, որոնք Հայտնության տասներեքերորդ գլխում ներկայացված են որպես երկրի գազանի՝ վիշապի պես խոսելը։ 1798 թվականի «Alien and Sedition Acts»-ը ներկայացնում են մի գծի ավարտը, որը սկսվել էր 1776 թվականին Անկախության հռչակագրի արտաբերումով։ Այդ մարգարեական պատմության ժամանակահատվածի մեջտեղում երկրի գազանը 1789 թվականին ուժի մեջ բերեց Սահմանադրությունը։</w:t>
      </w:r>
    </w:p>
    <w:p>
      <w:pPr>
        <w:pStyle w:val="ArticleBody"/>
        <w:jc w:val="left"/>
      </w:pPr>
      <w:r>
        <w:rPr>
          <w:rFonts w:ascii="Sylfaen" w:hAnsi="Sylfaen" w:eastAsia="Sylfaen" w:cs="Sylfaen"/>
        </w:rPr>
        <w:t>1776 թվականի խոսելը համընկնում է Patriot Act-ի խոսելու հետ, իսկ Alien and Sedition Acts-ը ներկայացնում են Միացյալ Նահանգներում շուտով գալու կիրակնօրյա օրենքը։ Այդ պատմության մեջտեղում պետք է լինի մեկ այլ խոսել, որը համընկնում է 1789 թվականի հետ։ Հայտնություն տասնութերորդ գլխի առաջինից մինչև երրորդ համարների առաջին ձայնը հստակորեն նույնացվում է որպես եկող այն ժամանակ, երբ Նյու Յորք քաղաքի մեծ շենքերը վայր գցվեցին։ Չորրորդ համարի երկրորդ ձայնը նույնպես հստակորեն նույնացվում է որպես շուտով գալու կիրակնօրյա օրենքը։ Այդ երկու ձայներն էլ աստվածային ձայներ են, որովհետև երկուսն էլ այն հրեշտակի ձայնն են, որը պետք է լուսավորի երկիրը Իր փառքով, և որին Քույր Ուայթը նույնացնում է որպես Հայտնություն տասնչորսերորդ գլխի առաջին հրեշտակը։ Հիսուսը առաջին հրեշտակն էր, և Նա միշտ որևէ բանի վախճանը պատկերում է նրա սկզբով, ուստի Նա նաև երրորդ հրեշտակն է, որը այն հրեշտակն է, որ լուսավորում է երկիրը Իր փառքով։</w:t>
      </w:r>
    </w:p>
    <w:p>
      <w:pPr>
        <w:pStyle w:val="ArticleBody"/>
        <w:jc w:val="left"/>
      </w:pPr>
      <w:r>
        <w:rPr>
          <w:rFonts w:ascii="Sylfaen" w:hAnsi="Sylfaen" w:eastAsia="Sylfaen" w:cs="Sylfaen"/>
        </w:rPr>
        <w:t>Առաջին հրեշտակը նաև պատկերված է Հայտնության տասներորդ գլխում՝ իջնելով 1840 թվականի օգոստոսի 11-ին, այսպիսով նախատիպելով հրեշտակի իջնելը 2001 թվականի սեպտեմբերի 11-ին։ Քույր Ուայթը ուղղակիորեն ասում է, որ այն հրեշտակը, որ իջավ տասներորդ գլխում, «ոչ պակաս անձ էր, քան Հիսուս Քրիստոսը»։ Հայտնության տասնութերորդ գլխի առաջին և երկրորդ ձայները Քրիստոսի ձայնն են։ Այդ պատմությունը նախատիպված է 1776, 1789 և 1798 թվականներով, երբ երկրի գազանը երեք անգամ խոսեց։ Քրիստոսի ձայնը, որ խոսում է Հայտնության տասնութերորդ գլխի երկու ձայների միջև, այն է, երբ Նա խոսում է Հայտնության տասնմեկերորդ գլխում։</w:t>
      </w:r>
    </w:p>
    <w:p>
      <w:pPr>
        <w:pStyle w:val="ArticleScripture"/>
        <w:jc w:val="left"/>
      </w:pPr>
      <w:r>
        <w:rPr>
          <w:rFonts w:ascii="Sylfaen" w:hAnsi="Sylfaen" w:eastAsia="Sylfaen" w:cs="Sylfaen"/>
        </w:rPr>
        <w:t>Եվ երեք ու կես օր հետո Աստծուց եկող կյանքի Հոգին մտավ նրանց մեջ, և նրանք կանգնեցին իրենց ոտքերի վրա. և մեծ վախ ընկավ նրանց տեսնողների վրա։ Եվ նրանք երկնքից մի մեծ ձայն լսեցին, որ ասում էր նրանց. «Ելե՛ք այստեղ»։ Եվ նրանք ամպի մեջ վեր բարձրացան դեպի երկինք, և նրանց թշնամիները տեսան նրանց։ Հայտնություն 11:11, 12։</w:t>
      </w:r>
    </w:p>
    <w:p>
      <w:pPr>
        <w:pStyle w:val="ArticleBody"/>
        <w:jc w:val="left"/>
      </w:pPr>
      <w:r>
        <w:rPr>
          <w:rFonts w:ascii="Sylfaen" w:hAnsi="Sylfaen" w:eastAsia="Sylfaen" w:cs="Sylfaen"/>
        </w:rPr>
        <w:t>2023 թվականի հուլիսին երկնքից մի ձայնը (Քրիստոսի ձայնը) սկսեց վեր բարձրացնել այն երկու վկաներին, որոնք անաստված վիշապի կողմից՝ անդունդից ելած, սպանվել էին փողոցներում։ Այդ պահին Ամերիկայի Միացյալ Նահանգների Սահմանադրության հետ կապված հարցերը դարձան մարգարեական թեմա, որովհետև հաջորդ ձայնի ժամանակ, որը ներկայացված է 1798 թվով, Սահմանադրությունը լիովին կտապալվի։ 1776, 1789 և 1798 թվականների երեք ուղենիշներից յուրաքանչյուրն իր համընկնումն ունի երեք աստվածային ձայների հետ, որոնք նշված են որպես 2001 թվականի սեպտեմբերի 11, 2023 թվականի հուլիս, և շուտով գալու կիրակնօրյա օրենքը։</w:t>
      </w:r>
    </w:p>
    <w:p>
      <w:pPr>
        <w:pStyle w:val="ArticleBody"/>
        <w:jc w:val="left"/>
      </w:pPr>
      <w:r>
        <w:rPr>
          <w:rFonts w:ascii="Sylfaen" w:hAnsi="Sylfaen" w:eastAsia="Sylfaen" w:cs="Sylfaen"/>
        </w:rPr>
        <w:t>Այդ երեք քայլերը համընկնում են երրորդ վայի երեք քայլերի հետ, որոնք ներկայացված են 2001 թվականի սեպտեմբերի 11-ով, 2023 թվականի հոկտեմբերի 7-ով և շուտով եկող կիրակնօրյա օրենքով, երբ յոթերորդ փողը, որը երրորդ վայն է, հանկարծակի վրա է հասնում «մեծ երկրաշարժի» ժամին։ 2023 թվականին սկսվեց երկրի գազանի երկու եղջյուրների երկուսի անցումը, ինչպես ներկայացված է Նաբուգոդոնոսորի գաղտնի պատկերի երազով։ Երկրորդ գլխում Նաբուգոդոնոսորի երազը մի գաղտնիք էր, որը միայն Աստված կարող էր հայտնել, և Նա այն հայտնեց նրանց, ովքեր անցել էին առաջին փորձությունը, որ ներկայացված է Դանիելի առաջին գլխում։</w:t>
      </w:r>
    </w:p>
    <w:p>
      <w:pPr>
        <w:pStyle w:val="ArticleBody"/>
        <w:jc w:val="left"/>
      </w:pPr>
      <w:r>
        <w:rPr>
          <w:rFonts w:ascii="Sylfaen" w:hAnsi="Sylfaen" w:eastAsia="Sylfaen" w:cs="Sylfaen"/>
        </w:rPr>
        <w:t>Դանիելը և առաջին գլխում հիշատակված երեք արժանավորները, որոնք անցան առաջին փորձությունը, նրանք էին, որ ընտրեցին ուտել երկնային կերակուրը և մերժել Բաբելոնի սննդակարգը։ Նրանք են նաև նրանք, որոնց Հովհաննեսը ներկայացնում է Հայտնության տասներորդ գլխում, որոնք վերցնում են փոքրիկ գիրքը հրեշտակի ձեռքից, որը ոչ այլ ոք է, քան Հիսուս Քրիստոսը, և ուտում են նրա մեջ պարունակված պատգամը։ Նրանք են նաև նրանք, որոնց մասին խոսվում է Հովհաննեսի վեցերորդ գլխում, որոնք ընտրեցին ուտել երկնային մանանայի մարմինը և խմել նրա արյունը, ինչը մյուս խավը մերժեց, և ապա երես դարձավ Քրիստոսից ու այլևս երբեք Նրա հետ չքայլեց, վեցերորդ գլխի ՎԵՑԵՍՈՒՆՎԵՑԵՐՈՐԴ համարում։</w:t>
      </w:r>
    </w:p>
    <w:p>
      <w:pPr>
        <w:pStyle w:val="ArticleBody"/>
        <w:jc w:val="left"/>
      </w:pPr>
      <w:r>
        <w:rPr>
          <w:rFonts w:ascii="Sylfaen" w:hAnsi="Sylfaen" w:eastAsia="Sylfaen" w:cs="Sylfaen"/>
        </w:rPr>
        <w:t>Այդ շղթայում Քրիստոսը ուսուցանում էր Գալիլիայում, ինչը նշանակում է «ծխնի» կամ «շրջադարձային կետ»։ Այնտեղ Նա ներկայացրեց երկնային մանանայի պատգամը, որը Նրա աշակերտները պետք է ուտեին, ճիշտ ինչպես Հովհաննեսը կերավ Հայտնության տասներորդ գլխում, ինչպես Եզեկիելը կերավ երրորդ գլխում, և Երեմիան՝ տասնհինգերորդ գլխում։ Այն պատմությունը, որ Հովհաննեսով ներկայացված է Հայտնության տասներորդ գլխում, երբ նա կերավ փոքրիկ գիրքը, ներկայացնում էր Միլլերիտների պատմությունը 1840-ից մինչև 1844 թվականը, սակայն այն առավել անմիջականորեն ներկայացնում էր հարյուր քառասունչորս հազարների կնքման ժամանակաշրջանը, քան Միլլերիտների պատմությունը։ Սա ակնհայտ է այդ գլխում այն ցուցումներից, որ տրվեցին Հովհաննեսին, երբ նրան ասվեց ուտել փոքրիկ գիրքը։</w:t>
      </w:r>
    </w:p>
    <w:p>
      <w:pPr>
        <w:pStyle w:val="ArticleScripture"/>
        <w:jc w:val="left"/>
      </w:pPr>
      <w:r>
        <w:rPr>
          <w:rFonts w:ascii="Sylfaen" w:hAnsi="Sylfaen" w:eastAsia="Sylfaen" w:cs="Sylfaen"/>
        </w:rPr>
        <w:t>Եվ ես գնացի հրեշտակի մոտ և ասացի նրան. Տո՛ւր ինձ այդ փոքրիկ գիրքը։ Եվ նա ասաց ինձ. Վերցրո՛ւ այն և կե՛ր այն. և այն քո որովայնը դառն կդարձնի, բայց քո բերանում մեղրի պես քաղցր կլինի։ Հայտնություն 10:9.</w:t>
      </w:r>
    </w:p>
    <w:p>
      <w:pPr>
        <w:pStyle w:val="ArticleBody"/>
        <w:jc w:val="left"/>
      </w:pPr>
      <w:r>
        <w:rPr>
          <w:rFonts w:ascii="Sylfaen" w:hAnsi="Sylfaen" w:eastAsia="Sylfaen" w:cs="Sylfaen"/>
        </w:rPr>
        <w:t>Այդ համարում Հովհաննեսին, նախքան փոքր գրքույկը վերցնելն ու ուտելը, նախապես ասվեց, թե ինչպիսի փորձառություն էր առաջանալու իր կերած պատգամից։ Միլլերիտները նախապես չէին հասկանում դառնաքաղցր փորձառությունները՝ նախքան իրենց մարգարեական պատմության գծի մեջ Հովհաննեսի խորհրդանշության պատմական կատարմանը հասնելը։ Սակայն հարյուր քառասունչորս հազարը նախապես տեղեկացվել են, և նրանցից պահանջվում է իմանալ։ Երբ Հովհաննեսը պատկերում է թե՛ առաջին հրեշտակի շարժման պատմությունը, թե՛ երրորդ հրեշտակի պատմությունը, պատգամը առաջ է բերում երկրպագուների երկու դաս, և ապա ավարտվում է դառը հիասթափությամբ։ Երբ Երեմիան կերավ փոքր գրքույկը, ապա նա հրաժարվեց միանալու «ծաղրողների ժողովին»։</w:t>
      </w:r>
    </w:p>
    <w:p>
      <w:pPr>
        <w:pStyle w:val="ArticleScripture"/>
        <w:jc w:val="left"/>
      </w:pPr>
      <w:r>
        <w:rPr>
          <w:rFonts w:ascii="Sylfaen" w:hAnsi="Sylfaen" w:eastAsia="Sylfaen" w:cs="Sylfaen"/>
        </w:rPr>
        <w:t>Ես ծաղրողների ժողովում չնստեցի և չուրախացա. ես մենակ նստեցի քո ձեռքի պատճառով, որովհետև դու ինձ լցրեցիր բարկությամբ։ Երեմիա 15:17.</w:t>
      </w:r>
    </w:p>
    <w:p>
      <w:pPr>
        <w:pStyle w:val="ArticleBody"/>
        <w:jc w:val="left"/>
      </w:pPr>
      <w:r>
        <w:rPr>
          <w:rFonts w:ascii="Sylfaen" w:hAnsi="Sylfaen" w:eastAsia="Sylfaen" w:cs="Sylfaen"/>
        </w:rPr>
        <w:t>Երբ Եզեկիելը կերավ փոքրիկ գիրքը, նրան ասվեց պատգամը հղել Իսրայելի տան ապստամբներին, որոնք չէին լսելու։</w:t>
      </w:r>
    </w:p>
    <w:p>
      <w:pPr>
        <w:pStyle w:val="ArticleScripture"/>
        <w:jc w:val="left"/>
      </w:pPr>
      <w:r>
        <w:rPr>
          <w:rFonts w:ascii="Sylfaen" w:hAnsi="Sylfaen" w:eastAsia="Sylfaen" w:cs="Sylfaen"/>
        </w:rPr>
        <w:t>Ավելին ինձ ասաց. «Մարդու՛ որդի, կե՛ր այն, ինչ գտնում ես. կե՛ր այս մագաղաթը և գնա՛, խոսի՛ր Իսրայելի տան հետ։ … Բայց Իսրայելի տունը քեզ չի լսի, որովհետև Ինձ չեն լսում. քանզի Իսրայելի ամբողջ տունը անամոթ է և կարծրասիրտ»։ Եզեկիել 3:1,7.</w:t>
      </w:r>
    </w:p>
    <w:p>
      <w:pPr>
        <w:pStyle w:val="ArticleBody"/>
        <w:jc w:val="left"/>
      </w:pPr>
      <w:r>
        <w:rPr>
          <w:rFonts w:ascii="Sylfaen" w:hAnsi="Sylfaen" w:eastAsia="Sylfaen" w:cs="Sylfaen"/>
        </w:rPr>
        <w:t>Երբ Քրիստոսը Իր երկնային հացը, այսինքն՝ Իր մարմինն ու Իր արյունը, առաջարկեց Գալիլեայում գտնվող Իր հայրենական եկեղեցուն, այն դասը, որ ետ դարձավ, այլևս երբեք Նրա հետ չքայլեց, և այն փաստը, որ սա տեղի ունեցավ ՎԵՑԵՐՈՐԴ գլխում, ՎԵՑՈՒՆՎԵՑԵՐՈՐԴ համարում, ցույց է տալիս, որ ուտելը երեքաստիճան փորձության գործընթացի առաջին փուլն է, որը սկսվում է հրեշտակի իջմամբ։ Երկրորդ փորձությունն այն է, որտեղ երկու դասերը բացահայտվում են՝ լինի դա Եզեկիելի հակադրությունը Իսրայելի կարծրասիրտ տան հետ, կամ Ադվենտիզմի թե՛ սկզբի և թե՛ վախճանի իմաստուն և հիմար կույսերը, կամ Երեմիան՝ ծաղրողների ժողովի հակադրությամբ, կամ էլ Դանիելը և երեք արժանավորները՝ ի հակադրություն Բաբելոնի իմաստունների՝ Դանիելի երկրորդ գլխում։</w:t>
      </w:r>
    </w:p>
    <w:p>
      <w:pPr>
        <w:pStyle w:val="ArticleBody"/>
        <w:jc w:val="left"/>
      </w:pPr>
      <w:r>
        <w:rPr>
          <w:rFonts w:ascii="Sylfaen" w:hAnsi="Sylfaen" w:eastAsia="Sylfaen" w:cs="Sylfaen"/>
        </w:rPr>
        <w:t>Հովհաննեսի վեցերորդ գլխի գծում Գալիլիա հասնելը 2001 թվականի սեպտեմբերի 11-ն է։ Մարմինը ուտելու և արյունը խմելու պատգամը այն պատմությունն է, որ ի վերջո տանում է դեպի շուտով եկելիք կիրակնօրյա օրենքը։ «Դու այն ես, ինչ որ ուտում ես», ինչպես ներկայացված է Դանիելում և առաջին գլխի երեք արժանավորներում, և Հովհաննեսի վեցերորդ գլխում նրանք, ովքեր ընտրեցին ուտել Քրիստոսի մարմինը և խմել Նրա արյունը, դարձան այն բանի պատկերը, ինչ որ կերան։ Նրանք դարձան Քրիստոսի պատկերը, մինչդեռ այն մյուս դասակարգը, որ ետ դարձավ և այլևս Քրիստոսի հետ չէր գնում, դրսևորեց գազանի պատկերը։ Մի դասակարգը Արարչի պատկերն էր, մյուսը՝ արարածի պատկերը։ Հովհաննեսի վեցերորդ գլուխը «Գալիլիա» անվան իմաստը հավելում է 2001 թվականի սեպտեմբերի 11-ին, որովհետև դրա իմաստը «ծխնի» է, այսպիսով նշելով աշակերտների համար շրջադարձային կետը։ Նրանք պիտի դարձի՞ն դեպի երկնային սննդակարգը, թե՞ դեպի Բաբելոնի սննդակարգը։ Մարգարեական շրջադարձային կետերում է, որ Քրիստոսը դրսևորում է լույսը հաջորդող ժամանակահատվածի համար, ինչպես ներկայացված է 2001 թվականին Նրա իջնելով, երբ երկիրը լուսավորվեց Նրա փառքով։</w:t>
      </w:r>
    </w:p>
    <w:p>
      <w:pPr>
        <w:pStyle w:val="ArticleScripture"/>
        <w:jc w:val="left"/>
      </w:pPr>
      <w:r>
        <w:rPr>
          <w:rFonts w:ascii="Sylfaen" w:hAnsi="Sylfaen" w:eastAsia="Sylfaen" w:cs="Sylfaen"/>
        </w:rPr>
        <w:t>«Անցյալի պատմությունից պետք է դասեր քաղել, և դրանց վրա ուշադրություն է հրավիրվում, որպեսզի բոլորն հասկանան, որ Աստված այժմ գործում է նույն ուղեգծերով, որոնցով միշտ էլ գործել է։ Նրա ձեռքը տեսանելի է Իր գործում և ազգերի մեջ այժմ էլ՝ ճիշտ այնպես, ինչպես եղել է այն ժամանակվանից ի վեր, երբ ավետարանը առաջին անգամ հռչակվեց Ադամին Եդեմում։»</w:t>
      </w:r>
    </w:p>
    <w:p>
      <w:pPr>
        <w:pStyle w:val="ArticleScripture"/>
        <w:jc w:val="left"/>
      </w:pPr>
      <w:r>
        <w:rPr>
          <w:rFonts w:ascii="Sylfaen" w:hAnsi="Sylfaen" w:eastAsia="Sylfaen" w:cs="Sylfaen"/>
        </w:rPr>
        <w:t>«Կան ժամանակահատվածներ, որոնք շրջադարձային կետեր են ազգերի և եկեղեցու պատմության մեջ։ Աստծո նախախնամությամբ, երբ վրա են հասնում այս տարբեր ճգնաժամերը, տրվում է այդ ժամանակի համար լույսը։ Եթե այն ընդունվում է, լինում է հոգևոր առաջընթաց, իսկ եթե մերժվում է, հետևում են հոգևոր անկումը և կործանումը։ Տերը Իր խոսքի մեջ բացահայտել է ավետարանի առաջամարտիկ գործը, ինչպես այն կատարվել է անցյալում և կատարվելու է ապագայում՝ մինչև իսկ եզրափակիչ պայքարը, երբ սատանայական ուժերը պիտի կատարեն իրենց վերջին զարմանահրաշ շարժումը»։ Bible Echo, August 26, 1895.</w:t>
      </w:r>
    </w:p>
    <w:p>
      <w:pPr>
        <w:pStyle w:val="ArticleBody"/>
        <w:jc w:val="left"/>
      </w:pPr>
      <w:r>
        <w:rPr>
          <w:rFonts w:ascii="Sylfaen" w:hAnsi="Sylfaen" w:eastAsia="Sylfaen" w:cs="Sylfaen"/>
        </w:rPr>
        <w:t>Աստված միշտ գործում է անցյալի պատմության նույն գծերով, և Նա երբեք չի փոխվում։ Կան «շրջադարձային կետեր» (Գալիլեա), որոնք «ճգնաժամեր» են, և այդ «շրջադարձային կետերում» «տվյալ ժամանակի համար լույսն է տրվում»։ Մեկ հարյուր քառասունչորս հազարի կնքման ժամանակաշրջանի լույսը տրվեց այն ճգնաժամում, որը սկսվեց 2001 թվականի սեպտեմբերի 11-ին։ Եթե այդ լույսը «ընդունվում է, տեղի է ունենում հոգևոր առաջընթաց. եթե այն մերժվում է, ապա հետևում են հոգևոր անկումն ու նավաբեկությունը»։ Լույսը առաջ է բերում երկրպագուների երկու դաս։ Շրջադարձային կետին հաջորդող լույսը ներկայացնում է այն պատգամը, որը առաջ է բերում երկրպագուների երկու դաս։</w:t>
      </w:r>
    </w:p>
    <w:p>
      <w:pPr>
        <w:pStyle w:val="ArticleBody"/>
        <w:jc w:val="left"/>
      </w:pPr>
      <w:r>
        <w:rPr>
          <w:rFonts w:ascii="Sylfaen" w:hAnsi="Sylfaen" w:eastAsia="Sylfaen" w:cs="Sylfaen"/>
        </w:rPr>
        <w:t>Դանիելի երկրորդ գլուխը ներկայացնում է երկրորդ փորձությունը՝ այն փորձությունը, որ հետևում է առաջին գլխի կերակուրի փորձությանը։ Դանիելի առաջին գլխի առաջին խոսքում Հուդան հենց նոր նվաճվել էր Նաբուգոդոնոսորի կողմից, որն այնուհետև դարձավ Աստվածաշնչյան մարգարեության առաջին թագավորությունը։ Դա շրջադարձային պահ էր թե՛ ազգերի, թե՛ եկեղեցու պատմության մեջ. դա մեծ ճգնաժամ էր, և այդ ժամանակ տրվեց կերակուրի փորձության լույսը։ Դանիելն ու երեք արժանավորները հաղթահարեցին այդ փորձությունը, և ապա երկրորդ գլխում նրանք կրկին ներկայացրին նրանց, ովքեր անցել էին երկրորդ փորձությունը։ Երկրորդ փորձությունը մի փորձություն էր մի գաղտնիքի վերաբերյալ, որ ոչ մի մարդ, նույնիսկ Նաբուգոդոնոսորը, չգիտեր։</w:t>
      </w:r>
    </w:p>
    <w:p>
      <w:pPr>
        <w:pStyle w:val="ArticleBody"/>
        <w:jc w:val="left"/>
      </w:pPr>
      <w:r>
        <w:rPr>
          <w:rFonts w:ascii="Sylfaen" w:hAnsi="Sylfaen" w:eastAsia="Sylfaen" w:cs="Sylfaen"/>
        </w:rPr>
        <w:t>Փորձության խորհրդանիշը Նաբուգոդոնոսորի երազի պատկերն էր։ Դա կյանքի և մահվան փորձություն էր մի պատկերի շուրջ, որին ոչ ոք չէր ճանաչում։ Այդ պատկերը նույնականացնում էր Աստվածաշնչյան մարգարեության թագավորությունները, և Դանիելի յոթերորդ և ութերորդ գլուխներում Դանիելի երկրորդ գլխի նույն թագավորությունները ներկայացված են որպես գազաններ։ Նաբուգոդոնոսորի փորձությունը «գազանների պատկերի» փորձությունն էր, որը վերջին օրերում տեղի է ունենում հարյուր քառասունչորս հազարի կնքման ժամանակահատվածում։</w:t>
      </w:r>
    </w:p>
    <w:p>
      <w:pPr>
        <w:pStyle w:val="ArticleBody"/>
        <w:jc w:val="left"/>
      </w:pPr>
      <w:r>
        <w:rPr>
          <w:rFonts w:ascii="Sylfaen" w:hAnsi="Sylfaen" w:eastAsia="Sylfaen" w:cs="Sylfaen"/>
        </w:rPr>
        <w:t>Վերջին օրերին գազանի պատկերի կազմավորումը Աստծո ժողովրդի համար մեծ փորձությունն է, որը ներկայացված է Դանիելի և երեք արժանավորների միջոցով։ Սա այն փորձությունն է, որ նրանք պետք է անցնեն նախքան կնքվելը, ուստի սա այն կնքման-փորձության լուրն է, որը կամ ձևավորում է մի դաս, որ ստանում է Աստծո կնիքը և արտացոլում Աստծո պատկերը, կամ մի դաս, որ ստանում է գազանի կնիքը և, հետևաբար, արտացոլում է գազանի պատկերը։ Դանիելի գրքի երկրորդ գլխում գազանի պատկերի լուրը կնքված էր մինչև այն պատմական ժամանակը, երբ այն դարձավ կյանքի և մահվան հարց։ Նաբուգոդոնոսորի պատկերը ճշգրտորեն հասկացվեց միլլերականների կողմից, սակայն կնքման պատմության մեջ մի գաղտնի ճշմարտություն, որը կապված է Նաբուգոդոնոսորի պատկերի հետ, բացվում է, բայց միայն նրանց, ովքեր ընդունել են այն լուրը, որը պետք է ուտվեր, երբ հասել էր շրջադարձային պահը։</w:t>
      </w:r>
    </w:p>
    <w:p>
      <w:pPr>
        <w:pStyle w:val="ArticleBody"/>
        <w:jc w:val="left"/>
      </w:pPr>
      <w:r>
        <w:rPr>
          <w:rFonts w:ascii="Sylfaen" w:hAnsi="Sylfaen" w:eastAsia="Sylfaen" w:cs="Sylfaen"/>
        </w:rPr>
        <w:t>Այդ կերակուրը վերջին անձրևի պատգամն է, որ սկսվեց, երբ Հայտնություն տասնութի հրեշտակը իջավ, և վերջին անձրևի պատգամը «տող առ տող» մեթոդաբանությունն է։ Առանց այդ ճշմարտությունը ճաշակելու՝ գազանի պատկերի կազմավորման գաղտնի պատգամը չի կարող երևալ։</w:t>
      </w:r>
    </w:p>
    <w:p>
      <w:pPr>
        <w:pStyle w:val="ArticleBody"/>
        <w:jc w:val="left"/>
      </w:pPr>
      <w:r>
        <w:rPr>
          <w:rFonts w:ascii="Sylfaen" w:hAnsi="Sylfaen" w:eastAsia="Sylfaen" w:cs="Sylfaen"/>
        </w:rPr>
        <w:t>Էլեն Ուայթին «հստակորեն ցույց տրվեց, որ գազանի պատկերը պիտի կազմավորվեր մինչև փորձաշրջանի փակվելը»։ Դանիել երկրորդ գլխում գազանի պատկերի կազմավորման պատգամը ներկայացնում է այնպիսի մի կազմավորում, որը պիտի երևար միայն այն պատմության մեջ, որ հաջորդեց «շրջադարձային կետին», երբ այն ժամանակ լույսը պիտի տրվեր։ Այն, ինչ այժմ հասկացվում է Նաբուգոդոնոսորի պատկերի մասին, այն է, որ այն պարզապես չէր նույնացնում Աստվածաշնչյան մարգարեության առաջին չորս թագավորությունները, այլ նույնացնում էր բոլոր ութ թագավորությունները, և այդ հասկացողությունը առաջ է բերում պատկեր-գազանի նոր կազմավորում։</w:t>
      </w:r>
    </w:p>
    <w:p>
      <w:pPr>
        <w:pStyle w:val="ArticleBody"/>
        <w:jc w:val="left"/>
      </w:pPr>
      <w:r>
        <w:rPr>
          <w:rFonts w:ascii="Sylfaen" w:hAnsi="Sylfaen" w:eastAsia="Sylfaen" w:cs="Sylfaen"/>
        </w:rPr>
        <w:t>Այդ ճշմարտությունը ցույց է տալիս, որ ութերորդ գազանը յոթից է, և այն furthermore պարզորոշում է, որ Միացյալ Նահանգները, որ նախ ձևավորում է գազանի պատկերը, իսկ այնուհետև հարկադրում է ամբողջ աշխարհին անել նույնը, պիտի ունենա այն գազանի մարգարեական բնութագիրը, որի պատկերը ձևավորում է։ Այդ պատկերը ներառում է այն, որ նա ութերորդն է, որ յոթից է, և Քրիստոսի երեք ձայների պատմության մեջ այն նշանավորում է 2001 թվականի սեպտեմբերի 11-ի շրջադարձային պահը, 2023 թվականի ձայնը, որ մեռած, չոր ոսկորներին՝ երկու վկաներին, կանչում է ոտքի կանգնելու, և Բաբելոնից դուրս գալու կոչի ձայնը։</w:t>
      </w:r>
    </w:p>
    <w:p>
      <w:pPr>
        <w:pStyle w:val="ArticleBody"/>
        <w:jc w:val="left"/>
      </w:pPr>
      <w:r>
        <w:rPr>
          <w:rFonts w:ascii="Sylfaen" w:hAnsi="Sylfaen" w:eastAsia="Sylfaen" w:cs="Sylfaen"/>
        </w:rPr>
        <w:t>2023 թվականի ձայնը այն ձայնն է, որ բացահայտում է Նաբուգոդոնոսորի արձանի գաղտնիքը և թե երբ է այն խոսում։</w:t>
      </w:r>
    </w:p>
    <w:p>
      <w:pPr>
        <w:pStyle w:val="ArticleBody"/>
        <w:jc w:val="left"/>
      </w:pPr>
      <w:r>
        <w:rPr>
          <w:rFonts w:ascii="Sylfaen" w:hAnsi="Sylfaen" w:eastAsia="Sylfaen" w:cs="Sylfaen"/>
        </w:rPr>
        <w:t>2001 թվականի սեպտեմբերի 11-ը ներկայացնում է այն ժամանակաշրջանը, որ այնտեղից սկսվում է և ավարտվում է 2020 թվականի հուլիսի 18-ին։ Տասնմեկերորդ գլխի երկրորդ ձայնի ժամանակաշրջանը ներկայացնում է 2020 թվականի հուլիսի 18-ից մինչև երրորդ ձայնը՝ շուտով եկող կիրակնօրյա օրենքի ժամանակը։ Երկրորդ ժամանակաշրջանը, որ սկսվում է 2020 թվականի հուլիսի 18-ին, ներառում է 2020 թվականի նոյեմբերի 3-ի ճանապարհացույց նշանը և 2021 թվականի հունվարի 6-ի ճանապարհացույց նշանը, երբ նրանք, ովքեր սպանել էին երկու վկաներին, սկսեցին ուրախանալ և ընծաներ ուղարկել, և այն ներառում է 2023 թվականի հուլիսը, երբ անապատի ձայնը սկսեց հնչեցնել յոթերորդ փողի նախազգուշացումը։</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«Քեբար գետի ափերին Եզեկիելը տեսավ մի մրրկահողմ, որ թվում էր՝ գալիս է հյուսիսից, «մեծ ամպ, և իր մեջ պտտվող կրակ, և պայծառություն՝ նրա շուրջը, և նրա միջից՝ ասես սաթի գույնը»։ Մեկը մյուսին հատող բազմաթիվ անիվներ շարժվում էին չորս կենդանի էակների կողմից։ Այս ամենից բարձր «գահի նմանություն կար, որի տեսքը շափյուղա քարի նման էր. և գահի նմանության վրա՝ մարդու նմանության տեսքը՝ նրա վերևում»։ «Եվ քերովբեների մեջ նրանց թևերի տակ երևում էր մարդու ձեռքի ձևը»։ Եզեկիել 1։4, 26; 10։8։ Անիվների դասավորությունն այնքան բարդ էր, որ առաջին հայացքից թվում էր՝ խառնաշփոթության մեջ են. սակայն նրանք շարժվում էին կատարյալ ներդաշնակությամբ։ Երկնային էակները, որոնք պահպանվում և առաջնորդվում էին քերովբեների թևերի տակ եղող ձեռքով, շարժման մեջ էին դնում այդ անիվները. իսկ նրանց վերևում, շափյուղյա գահի վրա, Հավիտենականն էր, և գահի շուրջը՝ ծիածանը՝ աստվածային ողորմածության խորհրդանիշը»։</w:t>
      </w:r>
    </w:p>
    <w:p>
      <w:pPr>
        <w:pStyle w:val="ArticleScripture"/>
        <w:jc w:val="left"/>
      </w:pPr>
      <w:r>
        <w:rPr>
          <w:rFonts w:ascii="Sylfaen" w:hAnsi="Sylfaen" w:eastAsia="Sylfaen" w:cs="Sylfaen"/>
        </w:rPr>
        <w:t>«Ինչպես անիվների նման բարդ համակարգերը գտնվում էին քերովբեների թևերի տակ եղող ձեռքի առաջնորդության ներքո, այնպես էլ մարդկային իրադարձությունների բարդ ընթացքը գտնվում է աստվածային վերահսկողության ներքո։ Ազգերի կռվի և խռովության մեջ Քերովբեների վերևում բազմողը դեռևս առաջնորդում է երկրի գործերը։»</w:t>
      </w:r>
    </w:p>
    <w:p>
      <w:pPr>
        <w:pStyle w:val="ArticleScripture"/>
        <w:jc w:val="left"/>
      </w:pPr>
      <w:r>
        <w:rPr>
          <w:rFonts w:ascii="Sylfaen" w:hAnsi="Sylfaen" w:eastAsia="Sylfaen" w:cs="Sylfaen"/>
        </w:rPr>
        <w:t>«Ազգերի պատմությունը, որոնք մեկը մյուսի հետևից զբաղեցրել են իրենց հատկացված ժամանակն ու տեղը՝ անգիտակցաբար վկայելով այն ճշմարտության մասին, որի իմաստն իրենք իսկ չէին գիտակցում, խոսում է մեզ հետ։ Այսօրվա յուրաքանչյուր ազգի և յուրաքանչյուր անհատի համար Աստված տեղ է սահմանել Իր մեծ ծրագրում։ Այսօր մարդիկ և ազգերը չափվում են այն Միակի ձեռքում եղող ուղղալարով, Ով չի սխալվում։ Ամենքն իրենց իսկ ընտրությամբ վճռում են իրենց ճակատագիրը, և Աստված ամեն ինչ վերակարգավորում է Իր նպատակների իրագործման համար։»</w:t>
      </w:r>
    </w:p>
    <w:p>
      <w:pPr>
        <w:pStyle w:val="ArticleScripture"/>
        <w:jc w:val="left"/>
      </w:pPr>
      <w:r>
        <w:rPr>
          <w:rFonts w:ascii="Sylfaen" w:hAnsi="Sylfaen" w:eastAsia="Sylfaen" w:cs="Sylfaen"/>
        </w:rPr>
        <w:t>«Այն պատմությունը, որ մեծ «Ես Եմ»-ը նշանագրել է Իր խոսքում՝ մարգարեական շղթայի օղակն օղակի հետ միացնելով, անցյալի հավիտենությունից մինչև ապագայի հավիտենություն, հայտնում է մեզ, թե այսօր որտեղ ենք մենք դարերի ընթացքի մեջ և ինչ կարելի է սպասել գալու ժամանակում։ Այն ամենը, ինչ մարգարեությունը կանխագուշակել էր որպես կատարվելիք մինչև ներկա ժամանակը, արձանագրվել է պատմության էջերում, և մենք կարող ենք վստահ լինել, որ այն ամենը, ինչ դեռևս գալու է, իր կարգով պիտի կատարվի»։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երեսունչորսերորդը</dc:title>
  <dc:subject>Մարգարեական բացահայտումը. 2001 թվականի սեպտեմբերի 11-ից մինչև Միացյալ Նահանգներում մոտալուտ Կիրակնօրյա օրենքը</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