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երեսունինը</w:t>
      </w:r>
    </w:p>
    <w:p>
      <w:pPr>
        <w:pStyle w:val="ArticleSubtitle"/>
        <w:jc w:val="left"/>
      </w:pPr>
      <w:r>
        <w:rPr>
          <w:rFonts w:ascii="Sylfaen" w:hAnsi="Sylfaen" w:eastAsia="Sylfaen" w:cs="Sylfaen"/>
        </w:rPr>
        <w:t>Դանիել 11:40-ի մարգարեական համապատասխանությունը ժամանակակից քաղաքական իրողություններին. վերջին նախագահի առեղծվածի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2024-03-16</w:t>
      </w:r>
    </w:p>
    <w:p>
      <w:pPr>
        <w:pStyle w:val="ArticleBody"/>
        <w:jc w:val="left"/>
      </w:pPr>
      <w:r>
        <w:rPr>
          <w:rFonts w:ascii="Sylfaen" w:hAnsi="Sylfaen" w:eastAsia="Sylfaen" w:cs="Sylfaen"/>
        </w:rPr>
        <w:t>Մենք դիտարկում ենք Դանիէլ գրքի տասնմեկերորդ գլխի քառասուներորդ համարի համապատասխանությունը նույն գլխի առաջին և երկրորդ համարների հետ։ Առաջին համարը վերջին ժամանակը նույնացնում է 1989 թվականի հետ, և քառասուներորդ համարը նույնպես նշում է վերջին ժամանակը 1989 թվականին՝ Խորհրդային Միության փլուզմամբ, ինչպես ներկայացված է Բեռլինյան պատի քանդմամբ 1989 թվականի նոյեմբերի 9-ին։</w:t>
      </w:r>
    </w:p>
    <w:p>
      <w:pPr>
        <w:pStyle w:val="ArticleBody"/>
        <w:jc w:val="left"/>
      </w:pPr>
      <w:r>
        <w:rPr>
          <w:rFonts w:ascii="Sylfaen" w:hAnsi="Sylfaen" w:eastAsia="Sylfaen" w:cs="Sylfaen"/>
        </w:rPr>
        <w:t>Երկրորդ համարը 1989 թվականից հետո Միացյալ Նահանգների վեցերորդ նախագահին ներկայացնում է որպես բոլոր նախագահներից ամենահարուստը, և այդպիսով հստակ մատնանշում է Դոնալդ Թրամփին։ Այդ անելով՝ այն նույնացնում է, որ Թրամփը «գրգռելու է» ամբողջ Հունաստանը, որը երրորդ համարի Ալեքսանդր Մեծի հունական կայսրությունն էր։ Երրորդ և չորրորդ համարների հունական թագավորությունը Դանիելի տասնմեկերորդ գլխում համաշխարհային թագավորության խորհրդանիշն է։</w:t>
      </w:r>
    </w:p>
    <w:p>
      <w:pPr>
        <w:pStyle w:val="ArticleBody"/>
        <w:jc w:val="left"/>
      </w:pPr>
      <w:r>
        <w:rPr>
          <w:rFonts w:ascii="Sylfaen" w:hAnsi="Sylfaen" w:eastAsia="Sylfaen" w:cs="Sylfaen"/>
        </w:rPr>
        <w:t>Ուիլյամ Միլլերը ձևակերպեց այս արտահայտությունը՝ «պատմությունն ու մարգարեությունը համընկնում են», և Դոնալդ Թրամփի պատմությունը անհերքելի ապացույց է տալիս, որ նա ոչ միայն Ամերիկայի Միացյալ Նահանգների վերջին ութ նախագահներից ամենահարուստն էր, այլև որ Ամերիկայի Միացյալ Նահանգների գլոբալիստները, ինչպես նաև ամբողջ աշխարհի գլոբալիստները, ատում են Դոնալդ Թրամփին այնպիսի ատելությամբ, որ այնքան անտրամաբանական է, որ շատերը դա բնորոշում են որպես խելագարություն։</w:t>
      </w:r>
    </w:p>
    <w:p>
      <w:pPr>
        <w:pStyle w:val="ArticleBody"/>
        <w:jc w:val="left"/>
      </w:pPr>
      <w:r>
        <w:rPr>
          <w:rFonts w:ascii="Sylfaen" w:hAnsi="Sylfaen" w:eastAsia="Sylfaen" w:cs="Sylfaen"/>
        </w:rPr>
        <w:t>1989 թվականից սկսած վերջին ութ նախագահներից առաջինը տարբեր կերպերով հստակ նախապատկերեց Թրամփին՝ այդպիսով հաստատելով, որ երկրորդ համարում հիշատակված վեցերորդ նախագահը, վերջապես, լինելու էր ութերորդը և վերջին նախագահը։ Ռեյգանը, որպես ութից բաղկացած մի շարքի առաջինը, պետք է նախապատկերեր ութերորդին և վերջինին, որովհետև Հիսուսը միշտ որևէ բանի վերջը պատկերում է դրա սկզբով։</w:t>
      </w:r>
    </w:p>
    <w:p>
      <w:pPr>
        <w:pStyle w:val="ArticleBody"/>
        <w:jc w:val="left"/>
      </w:pPr>
      <w:r>
        <w:rPr>
          <w:rFonts w:ascii="Sylfaen" w:hAnsi="Sylfaen" w:eastAsia="Sylfaen" w:cs="Sylfaen"/>
        </w:rPr>
        <w:t>Ռոնալդ Ռեյգանի վկայությունը՝ որպես 1989 թվականին, այսինքն՝ վախճանի ժամանակի նախագահի, մարգարեաբար ներկայացնում է այն նախագահին, որը պետք է լիներ ութ նախագահներից վերջինը։ Ռեյգանից հետո պետք է լինեին յոթ նախագահներ, որովհետև Միացյալ Նահանգները շուտով գալիք կիրակնօրյա օրենքի ժամանակ դադարում է լինել աստվածաշնչյան մարգարեության վեցերորդ թագավորությունը, և այդ կիրակնօրյա օրենքին նախորդող ընթացքում Միացյալ Նահանգները գազանի պատկերն է կազմում, իսկ այդ գազանը, յոթ գազաններից, ութերորդն է։ Ռեյգանը 1989 թվականին՝ վախճանի ժամանակի առաջին նախագահն էր, իսկ վերջինը պետք է լիներ ութերորդը, այսինքն՝ այն, որ յոթից է։</w:t>
      </w:r>
    </w:p>
    <w:p>
      <w:pPr>
        <w:pStyle w:val="ArticleBody"/>
        <w:jc w:val="left"/>
      </w:pPr>
      <w:r>
        <w:rPr>
          <w:rFonts w:ascii="Sylfaen" w:hAnsi="Sylfaen" w:eastAsia="Sylfaen" w:cs="Sylfaen"/>
        </w:rPr>
        <w:t>Ռեյգանը 1987 թվականի հունիսի 12-ին, Գերմանիայի Արևմտյան Բեռլինում՝ Բեռլինյան պատի մերձակայքում գտնվող Բրանդենբուրգյան դարպասի մոտ ունեցած ելույթի ժամանակ, դիմելով Խորհրդային Միության կոմունիստական կուսակցության գլխավոր քարտուղար Միխայիլ Գորբաչովին, ասաց. «Գլխավոր քարտուղար Գորբաչով, եթե դուք խաղաղություն եք փնտրում, եթե դուք բարգավաճում եք փնտրում Խորհրդային Միության և Արևելյան Եվրոպայի համար, եթե դուք ազատականացում եք փնտրում՝ եկե՛ք այստեղ՝ այս դարպասի մոտ։ Պարոն Գորբաչով, բացե՛ք այս դարպասը։ Պարոն Գորբաչով, քանդեցե՛ք այս պատը»։ Վերջին ութ նախագահներից առաջինի ամենահայտնի խոսքը նշանավորեց երկու տարի անց՝ 1989 թվականի նոյեմբերի 9-ին, պատի քանդման կատարման իրականացումը։</w:t>
      </w:r>
    </w:p>
    <w:p>
      <w:pPr>
        <w:pStyle w:val="ArticleBody"/>
        <w:jc w:val="left"/>
      </w:pPr>
      <w:r>
        <w:rPr>
          <w:rFonts w:ascii="Sylfaen" w:hAnsi="Sylfaen" w:eastAsia="Sylfaen" w:cs="Sylfaen"/>
        </w:rPr>
        <w:t>Այդպիսով, Ռեյգանի շեշտադրումը՝ պատը քանդելու վերաբերյալ, ուղղված էր ութերորդ նախագահին, որը, երբ առաջադրվում էր վեցերորդ նախագահը դառնալու համար, իր քարոզարշավը հիմնեց «պատը կառուցելու» խոստման վրա։ Վերջին ութ նախագահներից առաջինը կոչ արեց, որ պատը քանդվի, և Բեռլինի պատը քանդվեց 1989 թվականին՝ վախճանի ժամանակ։ Շուտով եկող կիրակնօրյա օրենքի ժամանակ Եկեղեցու և Պետության բաժանման «պատը» կքանդվի, ինչպես ներկայացված է 1989 թվականին սկսված իրողությամբ։ Այդ ժամանակաշրջանի մեջտեղում վեցերորդ նախագահը, որը գրգռում է գլոբալիստներին, փորձում է կառուցել մի պատ, որ նրանք չեն ցանկանում, և երբ նա կրկին դառնա յոթից ութերորդ նախագահը, մեկ այլ «պատ» կընկնի։</w:t>
      </w:r>
    </w:p>
    <w:p>
      <w:pPr>
        <w:pStyle w:val="ArticleBody"/>
        <w:jc w:val="left"/>
      </w:pPr>
      <w:r>
        <w:rPr>
          <w:rFonts w:ascii="Sylfaen" w:hAnsi="Sylfaen" w:eastAsia="Sylfaen" w:cs="Sylfaen"/>
        </w:rPr>
        <w:t>Ութ նախագահներից առաջինը նշանավորվում է մի պատի տապալմամբ, որը նշանավորում էր վախճանի ժամանակը, ինչպես ներկայացված է Դանիել տասնմեկերորդ գլխի քառասուներորդ համարում, իսկ ութ նախագահներից վերջինը նշանավորվում է մի «պատի» տապալմամբ, որը նշանավորում է հարյուր քառասունչորս հազարի կնքման ժամանակի ավարտը, ինչպես ներկայացված է Դանիել տասնմեկերորդ գլխի քառասունմեկերորդ համարում։</w:t>
      </w:r>
    </w:p>
    <w:p>
      <w:pPr>
        <w:pStyle w:val="ArticleBody"/>
        <w:jc w:val="left"/>
      </w:pPr>
      <w:r>
        <w:rPr>
          <w:rFonts w:ascii="Sylfaen" w:hAnsi="Sylfaen" w:eastAsia="Sylfaen" w:cs="Sylfaen"/>
        </w:rPr>
        <w:t>Նախագահ Ռեյգանը նախկին դեմոկրատ էր, որ դարձել էր հանրապետական, նախկին մեդիաաստղ, իր հստակ ճարտասանությամբ հայտնի մի մարդ, խոր հումորի զգացումով օժտված, ֆինանսական պահպանողական, որը քարոզարշավ էր վարում Վաշինգտոնում՝ ընդդեմ հաստատված քաղաքական վերնախավի։ Սակայն, հակառակ այն հռետորաբանության, որ Ռեյգանը գործածում էր իր առաջին նախընտրական արշավում ընդդեմ այդ հաստատված համակարգի («ճահճի»), որը խորապես արմատավորված էր ազգի մայրաքաղաքում, նա, ի վերջո, իր նախարարական պաշտոններում նշանակեց հաստատված գլոբալիստ քաղաքական գործիչների ավելի բարձր տոկոս, քան մինչ այդ ժամանակաշրջանի որևէ այլ ժամանակակից նախագահ։ Նա նույնիսկ այնքան հեռու գնաց, որ ընտրեց առաջին Ջորջ Բուշին որպես իր փոխնախագահ՝ մի մարդու, որի ընտանիքի արմատները խորապես ձգվում են դեպի գլոբալիստական պատմություն։</w:t>
      </w:r>
    </w:p>
    <w:p>
      <w:pPr>
        <w:pStyle w:val="ArticleBody"/>
        <w:jc w:val="left"/>
      </w:pPr>
      <w:r>
        <w:rPr>
          <w:rFonts w:ascii="Sylfaen" w:hAnsi="Sylfaen" w:eastAsia="Sylfaen" w:cs="Sylfaen"/>
        </w:rPr>
        <w:t>Թրամփը իր քարոզարշավը կառուցեց այն հաստատական համակարգը մաքրելու խոստման վրա, որը նա կոչում էր «ճահիճ», սակայն այն մարդկանց վերաբերյալ նրա անցյալը, որոնց նա ընտրեց իր հետ սերտորեն աշխատելու համար, բացահայտում է նրա ամենամեծ թուլությունը։ Այդ մարդկանց գրեթե բոլորը այն «ճահճի» ներկայացուցիչներ էին, որին Թրամփն այդքան հաստատակամորեն հակադրվում է։ Թրամփը, ինչպես նաև Ռեյգանը, նախկին դեմոկրատ էր, որ դարձել էր հանրապետական, նախկին մեդիաաստղ, իր հռետորական կարողություններով հայտնի մարդ, խոր հումորի զգացում ունեցող անձ և ֆինանսական պահպանողական։</w:t>
      </w:r>
    </w:p>
    <w:p>
      <w:pPr>
        <w:pStyle w:val="ArticleBody"/>
        <w:jc w:val="left"/>
      </w:pPr>
      <w:r>
        <w:rPr>
          <w:rFonts w:ascii="Sylfaen" w:hAnsi="Sylfaen" w:eastAsia="Sylfaen" w:cs="Sylfaen"/>
        </w:rPr>
        <w:t>Միացյալ Նահանգների վերջին նախագահը կլինի այն նախագահը, որի օրոք Միացյալ Նահանգներում կձևավորվի պապության պատկերը (գազանի պատկերը)։ Հետևաբար, 1989 թվականից ի վեր ութերորդ և վերջին նախագահը ներգրավված կլինի պատերազմում վիշապային մի ուժի դեմ, որովհետև հենց վիշապի դեմ մղվող երկարատև, ձգձգված պատերազմի ընթացքում պապությունն առաջին անգամ գահ բարձրացվեց մի վիշապային ուժի կողմից 538 թվականին, ապա նույն վիշապային ուժի կողմից գահընկեց արվեց 1798 թվականին, և կրկին գահ կբարձրացվի այն վիշապային ուժի կողմից, որը ներկայացված է այն տասը թագավորներով, որոնք համաձայնում են իրենց յոթերորդ թագավորությունը տալ պապությանը, և որոնք այնուհետև գահընկեց են անում պապական գազանին, երբ նրան կրակով այրում են և ուտում նրա մարմինը, մինչ նա հասնում է իր վախճանին՝ առանց օգնականի։</w:t>
      </w:r>
    </w:p>
    <w:p>
      <w:pPr>
        <w:pStyle w:val="ArticleBody"/>
        <w:jc w:val="left"/>
      </w:pPr>
      <w:r>
        <w:rPr>
          <w:rFonts w:ascii="Sylfaen" w:hAnsi="Sylfaen" w:eastAsia="Sylfaen" w:cs="Sylfaen"/>
        </w:rPr>
        <w:t>Նախագահը, որ ութերորդն է լինելու և յոթից է, կլինի նաև այն նախագահը, որ ներգրավված է վիշապային զորության դեմ պատերազմում։ Այդ պատերազմը նույնացվում է այն ժամանակ, երբ վեցերորդ և ամենահարուստ նախագահը ոտքի է հանում ամբողջ գլոբալիստական վիշապային զորությունները։ 1989 թվականից սկսվող վերջին ութ նախագահներից երկուսը մահացած են, ուստի մնում են վեց հնարավոր նախագահներ, որոնք կարող էին ներգրավված լինել վիշապային զորության դեմ պատերազմի մեջ։</w:t>
      </w:r>
    </w:p>
    <w:p>
      <w:pPr>
        <w:pStyle w:val="ArticleBody"/>
        <w:jc w:val="left"/>
      </w:pPr>
      <w:r>
        <w:rPr>
          <w:rFonts w:ascii="Sylfaen" w:hAnsi="Sylfaen" w:eastAsia="Sylfaen" w:cs="Sylfaen"/>
        </w:rPr>
        <w:t>Այդ վեց հնարավորություններից չորսը բացահայտորեն վիշապի զորությամբ գործող գլոբալիստներ են։ Այդ վեցից մեկը, իր հոր նման, դավանում է, թե Հանրապետական է, սակայն նա Հանրապետական է միայն անունով, և, իր հոր նման, գլոբալիստական վիշապային զորության ներկայացուցիչ է։ Կենդանի այդ վեց նախագահներից միայն մեկն է հստակորեն ոչ գլոբալիստ, և նա այն նախագահն է, որ խռովության է մատնում գլոբալիստներին։ Նա վերջին ութ նախագահներից միակն է, որ կարող էր կատարել պապության պատկերի տարրը՝ այն իմաստով, որ ներգրավված լինի վիշապային զորության դեմ պատերազմի մեջ։</w:t>
      </w:r>
    </w:p>
    <w:p>
      <w:pPr>
        <w:pStyle w:val="ArticleBody"/>
        <w:jc w:val="left"/>
      </w:pPr>
      <w:r>
        <w:rPr>
          <w:rFonts w:ascii="Sylfaen" w:hAnsi="Sylfaen" w:eastAsia="Sylfaen" w:cs="Sylfaen"/>
        </w:rPr>
        <w:t>Հանրապետական կուսակցության ամենաառաջին նախագահը ԱՄՆ քաղաքացիական պատերազմի վերաբերյալ հայտնի կերպով մեջբերեց մի Սուրբգրային խոսք, որն անդրադառնում է հենց այս իրողությանը։</w:t>
      </w:r>
    </w:p>
    <w:p>
      <w:pPr>
        <w:pStyle w:val="ArticleScripture"/>
        <w:jc w:val="left"/>
      </w:pPr>
      <w:r>
        <w:rPr>
          <w:rFonts w:ascii="Sylfaen" w:hAnsi="Sylfaen" w:eastAsia="Sylfaen" w:cs="Sylfaen"/>
        </w:rPr>
        <w:t>Բայց Հիսուսը, գիտենալով նրանց մտքերը, ասաց նրանց. «Ամեն թագավորություն, որ իր մեջ բաժանված է, ամայության է մատնվում. և ամեն քաղաք կամ տուն, որ իր մեջ բաժանված է, չի կանգնի։ Եվ եթե սատանան սատանային դուրս է հանում, նա իր դեմ բաժանվել է. ապա ինչպե՞ս պիտի նրա թագավորությունը կանգնի։ Եվ եթե Ես Բեեղզեբուղով եմ դևեր հանում, ձեր որդինե՞րն ումով են հանում. դրա համար նրանք պիտի լինեն ձեր դատավորները։ Բայց եթե Ես Աստծո Հոգով եմ դևեր հանում, ուրեմն Աստծո արքայությունն հասել է ձեզ»։ Մատթեոս 12:25–28.</w:t>
      </w:r>
    </w:p>
    <w:p>
      <w:pPr>
        <w:pStyle w:val="ArticleBody"/>
        <w:jc w:val="left"/>
      </w:pPr>
      <w:r>
        <w:rPr>
          <w:rFonts w:ascii="Sylfaen" w:hAnsi="Sylfaen" w:eastAsia="Sylfaen" w:cs="Sylfaen"/>
        </w:rPr>
        <w:t>Հունաստանի թագավորությունը խռովության մատնած ամենահարուստ նախագահի դեմ վիշապի պատերազմը կարող է լինել միայն Դոնալդ Թրամփի և գլոբալիստների միջև, որովհետև կենդանի մնացած մյուս հինգ հնարավոր նախագահներն ամերիկահակադիր գլոբալիստներ են։ Երբ Լինքոլնը մեջբերեց նախորդ համարները՝ դիմելու ազգի բաժանմանը ստրկամետ և հակաստրկատիրական երկու ճամբարների, նա դիմում էր ստրկամետ դեմոկրատներին և հակաստրկատիրական հանրապետականներին, և այդպիսով դիմում էր վերջին օրերի այն պատերազմին գլոբալիստ դեմոկրատների դեմ, որը վերջին հանրապետական նախագահը բորբոքում է իր MAGA-իզմի շարժմամբ, որը նա ներկայացնում և առաջնորդում է։</w:t>
      </w:r>
    </w:p>
    <w:p>
      <w:pPr>
        <w:pStyle w:val="ArticleBody"/>
        <w:jc w:val="left"/>
      </w:pPr>
      <w:r>
        <w:rPr>
          <w:rFonts w:ascii="Sylfaen" w:hAnsi="Sylfaen" w:eastAsia="Sylfaen" w:cs="Sylfaen"/>
        </w:rPr>
        <w:t>Որպես առաջին Հանրապետական նախագահ՝ Լինքոլնը նախատիպում է վերջին Հանրապետական նախագահին։ Վերջին նախագահը ներկայացվում է նաև ժամանակի վախճանի՝ 1989 թվականի Հանրապետական նախագահի միջոցով։ Այս երկու վկաները ցույց են տալիս, որ այն նախագահը, որին նրանք նախատիպում են, Հանրապետական է։ Ժամանակի վախճանի՝ 1989 թվականի Հանրապետական նախագահը պարզապես Հանրապետական չէր, այլ վերջին ութ նախագահներից առաջինը։ Վերջին նախագահը նաև նախատիպված կլինի Ջորջ Վաշինգտոնի միջոցով՝ առաջին նախագահի և առաջին Գերագույն հրամանատարի։</w:t>
      </w:r>
    </w:p>
    <w:p>
      <w:pPr>
        <w:pStyle w:val="ArticleBody"/>
        <w:jc w:val="left"/>
      </w:pPr>
      <w:r>
        <w:rPr>
          <w:rFonts w:ascii="Sylfaen" w:hAnsi="Sylfaen" w:eastAsia="Sylfaen" w:cs="Sylfaen"/>
        </w:rPr>
        <w:t>Իր հերթին, Վաշինգտոնը նախապատկերվել էր առաջին նախագահի միջոցով այն ժամանակահատվածում, որը ներկայացված էր 1776-ով, և այդ առաջին նախագահը (Փեյթոն Ռենդոլֆը) այն յոթ մարդկանցից մեկն էր, որոնք ծառայեցին ութ ժամանակաշրջանների ընթացքում, ներկայացված յոթ մարդկանցով։ Ռենդոլֆը ութից առաջինն էր, և հետևաբար ներկայացնում էր Ռեյգանին, որը ութից առաջինն էր, և նա ութերորդն էր, որ յոթից էր։ Ուստի Ռենդոլֆը ներկայացնում էր Վաշինգտոնին (առաջին նախագահը), Լինքոլնին (առաջին Հանրապետական նախագահը), Ռեյգանին (վերջին ութի առաջին նախագահը) և 1989-ից հետո ութերորդ նախագահին, որը, մարգարեական անհրաժեշտությամբ, պիտի լիներ ութերորդը, որ յոթից էր։</w:t>
      </w:r>
    </w:p>
    <w:p>
      <w:pPr>
        <w:pStyle w:val="ArticleBody"/>
        <w:jc w:val="left"/>
      </w:pPr>
      <w:r>
        <w:rPr>
          <w:rFonts w:ascii="Sylfaen" w:hAnsi="Sylfaen" w:eastAsia="Sylfaen" w:cs="Sylfaen"/>
        </w:rPr>
        <w:t>Ուաշինգտոնը նույնպես կերպավորված կլիներ Ջոն Հենքոկով, որը նախագահն էր 1789-ով ներկայացված պատմության մեջ, և որը, ինչպես Ռենդոլֆը, ութերորդն էր՝ այն յոթից եղողը։ Ռենդոլֆը կերպավորել էր Ուաշինգտոնին, ուստի երբ Հենքոկը համընկնում է Ռենդոլֆի հետ՝ որպես ութերորդը, որ յոթից է, Հենքոկը ներկայացնում է 1989-ից հետո եղող ութերորդ նախագահին, որը մարգարեական անհրաժեշտությամբ պիտի լիներ ութերորդը, որ յոթից էր։</w:t>
      </w:r>
    </w:p>
    <w:p>
      <w:pPr>
        <w:pStyle w:val="ArticleBody"/>
        <w:jc w:val="left"/>
      </w:pPr>
      <w:r>
        <w:rPr>
          <w:rFonts w:ascii="Sylfaen" w:hAnsi="Sylfaen" w:eastAsia="Sylfaen" w:cs="Sylfaen"/>
        </w:rPr>
        <w:t>Ռենդոլֆը, Հենքոքը, Վաշինգտոնը, Լինքոլնը և Ռեյգանը բոլորը նախատիպում են վերջին նախագահին։ Այդ վկաներից երկուսը հաստատում են, որ վերջին նախագահը Հանրապետական է լինելու։ Երկուսը հաստատում են, որ վերջին նախագահը ութերորդն է՝ այսինքն՝ յոթից է։ 1989 թվականին՝ վերջի ժամանակից հետո եղած ութ նախագահներից հինգ կենդանի նախագահները ցույց են տալիս, որ միայն Թրամփն ունի այն քաղաքական գաղափարախոսությունը, որպեսզի ներգրավված լինի վիշապային զորության հետ պատերազմի մեջ։</w:t>
      </w:r>
    </w:p>
    <w:p>
      <w:pPr>
        <w:pStyle w:val="ArticleBody"/>
        <w:jc w:val="left"/>
      </w:pPr>
      <w:r>
        <w:rPr>
          <w:rFonts w:ascii="Sylfaen" w:hAnsi="Sylfaen" w:eastAsia="Sylfaen" w:cs="Sylfaen"/>
        </w:rPr>
        <w:t>Լինքոլնին նախորդել էր դեմոկրատ Ջեյմս Բյուքենընը, որին ազնիվ պատմաբանները բնորոշում են որպես ամերիկյան այդ վաղ շրջանի պատմության ամենաանարդյունավետ նախագահը, և որի անարդյունավետ ղեկավարությունն ըստ էության առաջ բերեց Միացյալ Նահանգների Քաղաքացիական պատերազմը։ Մինչ Լինքոլնը դեռ երդում կտար, հարավային նահանգներն արդեն սկսել էին անջատվել միությունից, և Լինքոլնի պաշտոնամուտից ընդամենը մեկ ամիս անց արձակվեցին առաջին կրակոցները։ Բյուքենընը շարժման մեջ դրեց այն գործընթացները, որոնք ծնեցին մի պատերազմ, որ Լինքոլնը հարկադրված էր հանգուցալուծել։</w:t>
      </w:r>
    </w:p>
    <w:p>
      <w:pPr>
        <w:pStyle w:val="ArticleBody"/>
        <w:jc w:val="left"/>
      </w:pPr>
      <w:r>
        <w:rPr>
          <w:rFonts w:ascii="Sylfaen" w:hAnsi="Sylfaen" w:eastAsia="Sylfaen" w:cs="Sylfaen"/>
        </w:rPr>
        <w:t>Ռեյգանին նախորդել էր նորագույն ժամանակների ամենաանարդյունավետ նախագահը։ Քարթերը՝ դեմոկրատ, խայտառակեց Միացյալ Նահանգները՝ Իրանում տեղակայված արմատական իսլամին պատշաճորեն արձագանքելու իր անկարողությամբ։</w:t>
      </w:r>
    </w:p>
    <w:p>
      <w:pPr>
        <w:pStyle w:val="ArticleBody"/>
        <w:jc w:val="left"/>
      </w:pPr>
      <w:r>
        <w:rPr>
          <w:rFonts w:ascii="Sylfaen" w:hAnsi="Sylfaen" w:eastAsia="Sylfaen" w:cs="Sylfaen"/>
        </w:rPr>
        <w:t>Թրամփին նախորդեց Օբաման՝ դեմոկրատ, որը դիտավորյալ նախաձեռնեց այն բաժանումները մշակութային, քաղաքական և տնտեսական ոլորտներում, որոնք այդ ժամանակվանից ի վեր միայն սաստկացան։ Նրա անարդյունավետ առաջնորդությունը տիպաբանորեն ներկայացված էր թե՛ Բյուքենենի, թե՛ Քարթերի կողմից, սակայն այն պատմության ընթացքում, որի մեջ նա նախագահում էր, Հիմնական հոսքի լրատվամիջոցներն արդեն սկսել էին դրսևորվել Ադոլֆ Հիտլերի Ռայխի Հանրային լուսավորության և քարոզչության նախարարությանը զուգահեռ։ Օբամայի հարձակումները Միացյալ Նահանգների հասարակական, քաղաքական, ֆինանսական և կրոնական հաստատությունների դեմ կոծկվում էին նրանց համար, ովքեր ընտրում էին չտեսնել, և նրա անարդյունավետությունը՝ որպես մեկի, ով երդվել էր պաշտպանել Սահմանադրությունը, խնամքով թաքցվում էր։ Օբաման խայտառակեց Միացյալ Նահանգները՝ Իրանում տեղակայված արմատական իսլամին պատշաճ կերպով անդրադառնալու իր անկարողությամբ։</w:t>
      </w:r>
    </w:p>
    <w:p>
      <w:pPr>
        <w:pStyle w:val="ArticleBody"/>
        <w:jc w:val="left"/>
      </w:pPr>
      <w:r>
        <w:rPr>
          <w:rFonts w:ascii="Sylfaen" w:hAnsi="Sylfaen" w:eastAsia="Sylfaen" w:cs="Sylfaen"/>
        </w:rPr>
        <w:t>Երբ Թրամփը 2024 թվականին վերընտրվի՝ որպես 1989 թվականին Ռեյգանից ի վեր ութերորդ նախագահը, նրան դարձյալ կնախորդի գլոբալիստ, վիշապի զորությամբ առաջնորդվող դեմոկրատը, որը այժմ ստացել է պատմության մեջ ամենաանարդյունավետ նախագահի պսակը, և որը բազմիցս խայտառակել է Միացյալ Նահանգները՝ իր փորձով դիմակայելու արմատական իսլամին, որը գտնվում է Իրանում, մինչդեռ ժամանակակից Հիմնական հոսքի ԶԼՄ-ները (ինչպես օրինակվում է Հանրային Լուսավորության և Քարոզչության Ռայխի նախարարությամբ) կրկին աշխատում են այդ ակնհայտ իրականությունը թաղելու ուղղությամբ։</w:t>
      </w:r>
    </w:p>
    <w:p>
      <w:pPr>
        <w:pStyle w:val="ArticleBody"/>
        <w:jc w:val="left"/>
      </w:pPr>
      <w:r>
        <w:rPr>
          <w:rFonts w:ascii="Sylfaen" w:hAnsi="Sylfaen" w:eastAsia="Sylfaen" w:cs="Sylfaen"/>
        </w:rPr>
        <w:t>Երբ Ռեյգանը ստանձնեց պաշտոնը, արմատական իսլամի հետ չլուծված մի ճգնաժամ, որը կենտրոնացած էր Իրանում, մնացել էր չլուծված Դեմոկրատ նախագահից։ Ռեյգանն անմիջապես քայլեր ձեռնարկեց՝ հակադարձելու լարվածությունների ընթացքը Միացյալ Նահանգների և արմատական իսլամի միջև, ինչպես այն ներկայացված էր Իրանի կողմից։ Երբ Թրամփը ստանձնեց պաշտոնը, արմատական իսլամի հետ մի չլուծված ճգնաժամ, որը դարձյալ կենտրոնացած էր Իրանում, ոչ միայն մնացել էր չլուծված, այլև ֆինանսավորվել էր Դեմոկրատ նախագահի կողմից։ Թրամփն անմիջապես քայլեր ձեռնարկեց՝ հակադարձելու լարվածությունների ընթացքը Միացյալ Նահանգների և արմատական իսլամի միջև, ինչպես այն ներկայացված էր Իրանի կողմից։ Ներկայիս Դեմոկրատ նախագահը հետ շրջեց Թրամփի ձեռք բերած ամբողջ առաջընթացը, և ամբողջ աշխարհն այժմ ներքաշվում է երրորդ համաշխարհային պատերազմի մեջ՝ Բայդենի անարդյունավետ ղեկավարության պատճառով։</w:t>
      </w:r>
    </w:p>
    <w:p>
      <w:pPr>
        <w:pStyle w:val="ArticleBody"/>
        <w:jc w:val="left"/>
      </w:pPr>
      <w:r>
        <w:rPr>
          <w:rFonts w:ascii="Sylfaen" w:hAnsi="Sylfaen" w:eastAsia="Sylfaen" w:cs="Sylfaen"/>
        </w:rPr>
        <w:t>Դա իրագործում է ոչ միայն իսլամի հետ կապված այն գործը, որը ներկայացված էր Քարտերի անարդյունավետությամբ և Օբամայի կողմից իսլամի առաջմղմամբ, այլև Բյուքենենի գործով՝ պատերազմ սկսելու մեջ, որը հանրապետական նախագահը պետք է լուծեր։</w:t>
      </w:r>
    </w:p>
    <w:p>
      <w:pPr>
        <w:pStyle w:val="ArticleBody"/>
        <w:jc w:val="left"/>
      </w:pPr>
      <w:r>
        <w:rPr>
          <w:rFonts w:ascii="Sylfaen" w:hAnsi="Sylfaen" w:eastAsia="Sylfaen" w:cs="Sylfaen"/>
        </w:rPr>
        <w:t>Ինչպես առաջին Հանրապետական նախագահի դեպքում, այնպես էլ Թրամփը քաղաքականապես սպանվեց գլոբալիստական վիշապային զորությունների կողմից 2020 թվականի ընտրություններում։ Մինչ նա համարվում էր մեռած՝ փողոցում ընկած, երկրի գազանի գլոբալիստները և ամբողջ աշխարհի գլոբալիստները սկսեցին տոնել, ինչպես մարգարեացվել է Հայտնության գրքի տասնմեկերորդ գլխում։</w:t>
      </w:r>
    </w:p>
    <w:p>
      <w:pPr>
        <w:pStyle w:val="ArticleScripture"/>
        <w:jc w:val="left"/>
      </w:pPr>
      <w:r>
        <w:rPr>
          <w:rFonts w:ascii="Sylfaen" w:hAnsi="Sylfaen" w:eastAsia="Sylfaen" w:cs="Sylfaen"/>
        </w:rPr>
        <w:t>Եվ երբ նրանք ավարտեն իրենց վկայությունը, անդունդից ելնող գազանը պատերազմ պիտի մղի նրանց դեմ, պիտի հաղթի նրանց և պիտի սպանի նրանց։ Եվ նրանց դիակները պիտի ընկած մնան այն մեծ քաղաքի հրապարակում, որը հոգևոր իմաստով կոչվում է Սոդոմ և Եգիպտոս, որտեղ էլ մեր Տերը խաչվեց։ Եվ ժողովուրդներից ու ցեղերից ու լեզուներից ու ազգերից մարդիկ պիտի տեսնեն նրանց դիակները երեք օր ու կես և թույլ չտան, որ նրանց դիակները գերեզմաններում դրվեն։ Եվ երկրի վրա բնակվողները պիտի ուրախանան նրանց վրա, պիտի զվարճանան և ընծաներ ուղարկեն միմյանց. որովհետև այս երկու մարգարեները տանջում էին երկրի վրա բնակվողներին։ Եվ երեք օր ու կես հետո Աստծուց եկած կյանքի Հոգին մտավ նրանց մեջ, և նրանք կանգնեցին իրենց ոտքերի վրա, և մեծ երկյուղ ընկավ նրանց տեսնողների վրա։ Հայտնություն 11:7–11.</w:t>
      </w:r>
    </w:p>
    <w:p>
      <w:pPr>
        <w:pStyle w:val="ArticleBody"/>
        <w:jc w:val="left"/>
      </w:pPr>
      <w:r>
        <w:rPr>
          <w:rFonts w:ascii="Sylfaen" w:hAnsi="Sylfaen" w:eastAsia="Sylfaen" w:cs="Sylfaen"/>
        </w:rPr>
        <w:t>Այժմ մենք հասել ենք 2024 թվական, երբ Թրամփը կանգնած է իր ոտքերի վրա, և վիշապային աշխարհը, որը 2021 թվականի հունվարի 6-ից ի վեր ուրախանում ու խնջույք էր անում, այժմ բախվում է «մեծ ահի»։ Գլխավոր հոսքի լրատվամիջոցները (MSM) խուճապի մեջ են։ Նրանց իսկ խոսույթի հիմնական դրույթները սկսում են ի հայտ բերել նրանց մտահոգությունը, որ, ինչպես ասվում է հին ռոք-ն-ռոլ երգում, «այն հոգնած ծեր մարդը, որին նրանք թագավոր են ընտրել», չունի Թրամփի թվերին բավականաչափ մոտ մնալու կարողությունը, որպեսզի նրանց քվեարկության մեքենաները կարողանան Բայդենին վեր բարձրացնել մինչև վերջնական հաղթանակ։ Գլխավոր հոսքի լրատվամիջոցներն այժմ նույնքան քարոզչական մեքենա են, որքան Հիտլերի օրոք էր Ռայխի հանրային լուսավորության և քարոզչության նախարարությունը։</w:t>
      </w:r>
    </w:p>
    <w:p>
      <w:pPr>
        <w:pStyle w:val="ArticleBody"/>
        <w:jc w:val="left"/>
      </w:pPr>
      <w:r>
        <w:rPr>
          <w:rFonts w:ascii="Sylfaen" w:hAnsi="Sylfaen" w:eastAsia="Sylfaen" w:cs="Sylfaen"/>
        </w:rPr>
        <w:t>Այս փաստը բազմիցս ապացուցվել է՝ վեր լինելով որևէ մաթեմատիկական հնարավորությունից, թե կարող էր այլ կերպ լինել։ Ամեն անգամ, երբ նոր գլոբալիստական քարոզաթեզ է ներմուծվում հասարակության լայն շրջանակների մեջ, բազմիցս փաստագրվել է, որ հաղորդակցության այն տարբեր ուղիները, որոնք ղեկավարվում են վիշապի քարոզչական մեքենայի կողմից, այս կամ այն իրադարձությունը կամ խնդիրը նկարագրելիս բառացիորեն նույն ձևակերպումն են արտադրում՝ բառ առ բառ։</w:t>
      </w:r>
    </w:p>
    <w:p>
      <w:pPr>
        <w:pStyle w:val="ArticleBody"/>
        <w:jc w:val="left"/>
      </w:pPr>
      <w:r>
        <w:rPr>
          <w:rFonts w:ascii="Sylfaen" w:hAnsi="Sylfaen" w:eastAsia="Sylfaen" w:cs="Sylfaen"/>
        </w:rPr>
        <w:t>Եթե ձեզանից որևէ մեկը ծանոթ է հին ժամանակների մանկական այն խաղին, որ կոչվում է «հեռախոս», կամ երբեմն՝ «չինական շշուկներ», ապա գիտեք, որ երբ մարդիկ շրջանաձև նստում են, և ինչպես խաղն է ընթանում, առաջին մարդը շշնջում է հաջորդի ականջին, ապա այդ շշուկը կրկնվում է ողջ շրջանի շուրջը, սկզբնական շշուկը, որ շրջում է շրջանակի մեջ, անխուսափելիորեն վերածվում է մի բանի, որ տարբեր է այն բանից, ինչ առաջին շշուկն էր արտահայտում։ Սակայն Հիմնական Հոսքի Լրատվամիջոցները ակնկալում են, որ իրենց հետևորդները հավատան, թե այս երկրում և ամբողջ աշխարհում յուրաքանչյուր լրագրող somehow ընտրում է նույն բառերն ու արտահայտությունները՝ որևէ թեմայի կամ իրադարձության վերաբերյալ վիշապի դիրքորոշումը բացատրելու համար։ Հարյուրավոր այսպես կոչված լրագրողներ դիտեցին նույն իրադարձությունը և եկան ոչ միայն նույն եզրակացությանը, այլև ընտրեցին նույնական բառերն ու արտահայտությունները՝ այդ իրադարձությունը նկարագրելու համար։</w:t>
      </w:r>
    </w:p>
    <w:p>
      <w:pPr>
        <w:pStyle w:val="ArticleBody"/>
        <w:jc w:val="left"/>
      </w:pPr>
      <w:r>
        <w:rPr>
          <w:rFonts w:ascii="Sylfaen" w:hAnsi="Sylfaen" w:eastAsia="Sylfaen" w:cs="Sylfaen"/>
        </w:rPr>
        <w:t>Այն, ինչին այժմ անդրադառնում ենք, գլոբալիստների քարոզչական մեքենայի դեմ հարձակում չէ, այլ պարզապես մարգարեական մի բնութագրի արձանագրում է այն հոգևոր պատերազմի, որ այժմ տեղի է ունենում Երկիր մոլորակի վրա։ Քրիստոսի օրերում հրեաները, վերջիվերջո, հրապարակավ ընտրեցին Կեսարին որպես իրենց թագավոր, քանի որ մերժեցին իրենց Մեսիային։ Այդ վիճահարույց ժամանակաշրջանում քահանայապետը Քրիստոսին սպանելու օգտին ներկայացրեց մի փաստարկ, որ սատանայական էր և հիմնված էր խեղաթյուրված դատողության վրա, սակայն միևնույն ժամանակ ճշգրիտ էր։</w:t>
      </w:r>
    </w:p>
    <w:p>
      <w:pPr>
        <w:pStyle w:val="ArticleScripture"/>
        <w:jc w:val="left"/>
      </w:pPr>
      <w:r>
        <w:rPr>
          <w:rFonts w:ascii="Sylfaen" w:hAnsi="Sylfaen" w:eastAsia="Sylfaen" w:cs="Sylfaen"/>
        </w:rPr>
        <w:t>Եվ նրանցից մեկը՝ Կայիափաս անունով, որ նույն տարվա քահանայապետն էր, ասաց նրանց. «Դուք ոչինչ չգիտեք, և չեք էլ խորհում, թե մեզ համար օգտակար է, որ մեկ մարդ մեռնի ժողովրդի համար, և ոչ թե ամբողջ ազգն կորչի»։ Եվ սա նա ինքն իրենից չասաց, այլ նույն տարվա քահանայապետ լինելով՝ մարգարեացավ, թե Հիսուսը պետք է մեռնի այդ ազգի համար. և ոչ միայն այդ ազգի համար, այլև որպեսզի ի մի հավաքի Աստծու ցրված զավակներին։ Հովհաննես 11:49–52.</w:t>
      </w:r>
    </w:p>
    <w:p>
      <w:pPr>
        <w:pStyle w:val="ArticleBody"/>
        <w:jc w:val="left"/>
      </w:pPr>
      <w:r>
        <w:rPr>
          <w:rFonts w:ascii="Sylfaen" w:hAnsi="Sylfaen" w:eastAsia="Sylfaen" w:cs="Sylfaen"/>
        </w:rPr>
        <w:t>Կայիափան տրամաբանություն էր հորինում՝ Քրիստոսին հարձակման ենթարկելու համար, և այդպես վարվելով՝ իրականում իսկական կանխասություն էր անում։ Նա չէր հավատում, թե Քրիստոսը պետք է մարդկության զոհը դառնար, նա պարզապես ցանկանում էր սպանել Նրան։ Վիշապային իշխանության «Mainstream Media»-ն այժմ Թրամփի հետ կապված մի նման բան է իրագործում։ Նրանք փորձում են վախ ներշնչել բնակչության մեջ, թե եթե Թրամփը վերընտրվի, նա բռնապետ կդառնա, ինչպես Ադոլֆ Հիտլերը։ Դեմոկրատները այն կուսակցությունն են, որ կողմ է ստրկությանը և կրում է նացիստական կուսակցության բնորոշ գծերը, ներառյալ համաշխարհային, ոչ միայն գերմանական, քարոզչական մեքենան, սակայն նրանք պնդում են, թե եթե Թրամփն ընտրվի, ժողովրդավարությունը կործանվելու է, և Թրամփը կդառնա Ադոլֆ Հիտլերի պես բռնապետ։</w:t>
      </w:r>
    </w:p>
    <w:p>
      <w:pPr>
        <w:pStyle w:val="ArticleBody"/>
        <w:jc w:val="left"/>
      </w:pPr>
      <w:r>
        <w:rPr>
          <w:rFonts w:ascii="Sylfaen" w:hAnsi="Sylfaen" w:eastAsia="Sylfaen" w:cs="Sylfaen"/>
        </w:rPr>
        <w:t>Դա հենց այն է, ինչ Աստծո Խոսքը մատնանշում է Միացյալ Նահանգների վերջին նախագահի մասին, թեև հիմնական հոսքի լրատվամիջոցները, ինչպես վիշապից ներշնչված Կայիափան, չեն հասկանում, որ իրենց խոսույթը մարգարեական է և իրականում կատարվելու է։</w:t>
      </w:r>
    </w:p>
    <w:p>
      <w:pPr>
        <w:pStyle w:val="ArticleScripture"/>
        <w:jc w:val="left"/>
      </w:pPr>
      <w:r>
        <w:rPr>
          <w:rFonts w:ascii="Sylfaen" w:hAnsi="Sylfaen" w:eastAsia="Sylfaen" w:cs="Sylfaen"/>
        </w:rPr>
        <w:t>«Մեր երկիրը վտանգի մեջ է։ Մոտենում է այն ժամանակը, երբ նրա օրենսդիրներն այնքան պիտի ուրացնեն բողոքականության սկզբունքները, որ հովանավորեն Հռոմեական ուրացությունը։ Այն ժողովուրդը, որի համար Աստված այնքան հրաշալի կերպով գործեց՝ զորացնելով նրանց, որպեսզի թոթափեն պապականության ճնշող լուծը, ազգային մի արարքով պիտի ուժ հաղորդի Հռոմի ապականված հավատքին, և այսպիսով պիտի արթնացնի այն բռնակալությունը, որը միայն մի հպման է սպասում, որպեսզի նորից բռնկվի դաժանության և բռնապետության մեջ։ Արագ քայլերով մենք արդեն մոտենում ենք այս ժամանակաշրջանին»։ Մարգարեության Հոգին, հատոր 4, 410։</w:t>
      </w:r>
    </w:p>
    <w:p>
      <w:pPr>
        <w:pStyle w:val="ArticleBody"/>
        <w:jc w:val="left"/>
      </w:pPr>
      <w:r>
        <w:rPr>
          <w:rFonts w:ascii="Sylfaen" w:hAnsi="Sylfaen" w:eastAsia="Sylfaen" w:cs="Sylfaen"/>
        </w:rPr>
        <w:t>Ես գիտակցում եմ, որ երբ մատնանշում եմ Միացյալ Նահանգների դեմոկրատների ապականված տարրերը, հանրապետական կոչեցյալներին, որոնք իրականում գլոբալիստներ են, և աշխարհի առաջադիմական գլոբալիստներին, ընթերցողը կարող է առաջնորդվել այն մտքին, թե ես ինչ-որ տեսակի քաղաքական համակրանք ունեմ Հանրապետական կուսակցության կամ Դոնալդ Թրամփի հանդեպ։ Սա գործի իրական փաստերից խիստ հեռու է. վերջին նախագահը պետք է դառնա բռնապետ, ճիշտ այնպես, ինչպես Գլխավոր հոսքի լրատվամիջոցներն են կանխագուշակում, թեև նրանք իրականում իրենց կանխագուշակածի մասին ավելի բան չեն իմանում, քան Կայիափան գիտեր։ Մենք պարզապես նույնացնում ենք «մարդկային իրադարձությունների բարդ փոխներգործության» հետ կապված մարգարեական դինամիկան, որը ներկայացված է Եզեկիելի անիվներով՝ անիվների մեջ։</w:t>
      </w:r>
    </w:p>
    <w:p>
      <w:pPr>
        <w:pStyle w:val="ArticleBody"/>
        <w:jc w:val="left"/>
      </w:pPr>
      <w:r>
        <w:rPr>
          <w:rFonts w:ascii="Sylfaen" w:hAnsi="Sylfaen" w:eastAsia="Sylfaen" w:cs="Sylfaen"/>
        </w:rPr>
        <w:t>Մենք կշարունակենք այս ուսումնասիրությունը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երեսունինը</dc:title>
  <dc:subject>Դանիել 11:40-ի մարգարեական համապատասխանությունը ժամանակակից քաղաքական իրողություններին. վերջին նախագահի առեղծվածի բացահայտումը</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