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քառասուներկուերորդը</w:t>
      </w:r>
    </w:p>
    <w:p>
      <w:pPr>
        <w:pStyle w:val="ArticleSubtitle"/>
        <w:jc w:val="left"/>
      </w:pPr>
      <w:r>
        <w:rPr>
          <w:rFonts w:ascii="Sylfaen" w:hAnsi="Sylfaen" w:eastAsia="Sylfaen" w:cs="Sylfaen"/>
        </w:rPr>
        <w:t>Գազանի պատկերի կազմավորումը. մարգարեական ճանապարհորդություն՝ բացահայտված</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2024-03-17</w:t>
      </w:r>
    </w:p>
    <w:p>
      <w:pPr>
        <w:pStyle w:val="ArticleBody"/>
        <w:jc w:val="left"/>
      </w:pPr>
      <w:r>
        <w:rPr>
          <w:rFonts w:ascii="Sylfaen" w:hAnsi="Sylfaen" w:eastAsia="Sylfaen" w:cs="Sylfaen"/>
        </w:rPr>
        <w:t>Աստծո ժողովրդի համար այն մեծ փորձությունը, որը նրանք պետք է հաղթահարեն նախքան կնքվելը, գազանի պատկերի ձևավորումն է։ Այդ ձևավորումը տեղի է ունենում 2001 թվականի սեպտեմբերի 11-ից մինչև Միացյալ Նահանգներում կիրակնօրյա օրենքը։ Այդ մարգարեական ժամանակահատվածը ներկայացնում է հարյուր քառասունչորս հազարի կնքման ժամանակը և այն շրջանը, որի ընթացքում աստվածաշնչյան ամեն մի տեսիլք գտնում է իր կատարյալ իրականացումը։ Այդ ժամանակահատվածում ճշմարիտ բողոքական եղջյուրը կմաքրվի և հավիտյան կարտացոլի Քրիստոսի պատկերը, որովհետև Քրիստոսը բողոքական է։</w:t>
      </w:r>
    </w:p>
    <w:p>
      <w:pPr>
        <w:pStyle w:val="ArticleScripture"/>
        <w:jc w:val="left"/>
      </w:pPr>
      <w:r>
        <w:rPr>
          <w:rFonts w:ascii="Sylfaen" w:hAnsi="Sylfaen" w:eastAsia="Sylfaen" w:cs="Sylfaen"/>
        </w:rPr>
        <w:t>«Քրիստոսը բողոքական էր։ Նա բողոքեց հրեական ազգի ձևական պաշտամունքի դեմ, որոնք իրենց իսկ դեմ մերժեցին Աստծո խորհուրդը։ Նա նրանց ասաց, որ մարդկանց պատվիրաններն են որպես վարդապետություններ ուսուցանում, և որ կեղծավորներ ու երեսպաշտներ են։ Ինչպես սպիտակեցված գերեզմաններ՝ դրսից գեղեցիկ էին, բայց ներսից լի՝ պղծությամբ ու ապականությամբ։ Բարեկարգիչների ծագումը հասնում է մինչև Քրիստոսն ու առաքյալները։ Նրանք դուրս եկան և առանձնացան ձևերի ու ծեսերի կրոնից։ Լյութերն ու նրա հետևորդները չեն հորինել բարենորոգված կրոնը։ Նրանք պարզապես ընդունեցին այն, ինչպես ներկայացվել էր Քրիստոսի և առաքյալների կողմից։ Աստվածաշունչը մեզ ներկայացված է որպես բավարար առաջնորդ. սակայն պապն ու նրա գործակիցները այն հեռացնում են ժողովրդից, կարծես այն անեծք լիներ, որովհետև այն մերկացնում է նրանց կեղծ հավակնությունները և հանդիմանում նրանց կռապաշտությունը»։ Review and Herald, June 1, 1886.</w:t>
      </w:r>
    </w:p>
    <w:p>
      <w:pPr>
        <w:pStyle w:val="ArticleBody"/>
        <w:jc w:val="left"/>
      </w:pPr>
      <w:r>
        <w:rPr>
          <w:rFonts w:ascii="Sylfaen" w:hAnsi="Sylfaen" w:eastAsia="Sylfaen" w:cs="Sylfaen"/>
        </w:rPr>
        <w:t>Կնքման ժամանակաշրջանում բողոքական եղջյուրը մաքրվում և զտվում է։ Նույն ժամանակահատվածում ուխտազանց հանրապետական եղջյուրը միանում է ուխտազանց բողոքականներին, այդպիսով կազմավորելով իշխանության մի եղջյուր, որը եկեղեցու և պետության համակցություն է։ Այդ ժամանակ երկրի գազանի երկու եղջյուրները դառնում են գազանի պատկերը և Քրիստոսի պատկերը։ Ուխտազանցության եղջյուրը ապականված եկեղեցու՝ ապականված պետության հետ երկակի հարաբերությունն է, իսկ արդարության եղջյուրը՝ Աստվածության՝ մարդկության հետ երկակի հարաբերությունը։</w:t>
      </w:r>
    </w:p>
    <w:p>
      <w:pPr>
        <w:pStyle w:val="ArticleBody"/>
        <w:jc w:val="left"/>
      </w:pPr>
      <w:r>
        <w:rPr>
          <w:rFonts w:ascii="Sylfaen" w:hAnsi="Sylfaen" w:eastAsia="Sylfaen" w:cs="Sylfaen"/>
        </w:rPr>
        <w:t>Գազանի պատկերը այնուհետև կազմավորվում է աշխարհում, և այն երկակի գազան է, որ ներկայացված է Պետությամբ (Միավորված ազգերի կազմակերպություն), որն ընդունել է երկրային գազանի՝ հավատուրաց բողոքականությանն իբրև իր տասը գլուխների գլխավոր գլուխը։ Այդ գազանի վրա կինը, որ պոռնիկների մայրն է, թագավորում է տասը թագավորների գազանի վրա։ Այն գազանը, որի վրա նա հեծած է, Եկեղեցու և Պետության միացություն է, ինչպես ներկայացված է Հերովդեսի՝ Հերովդիայի դուստր Սալոմեի հետ արյունապղծական հոգևոր պոռնկությամբ։ Եվ այն կնոջ հարաբերությունը, որ թագավորում է գազանի վրա, նույնպես Եկեղեցու և Պետության միացություն է, որտեղ Հռոմի պոռնիկի անօրեն հարաբերությունը այն թագավորների հետ, որոնք կազմում են համաշխարհային գազանը, ներկայացնում է Միավորված ազգերի կազմակերպությունը։ Գազանի այն պատկերի մեջ, որ պարտադրվում է ամբողջ աշխարհին, յուրաքանչյուր ազգ ներգրավված կլինի, բոլոր ապականված զորությունները կմիանան միասին։</w:t>
      </w:r>
    </w:p>
    <w:p>
      <w:pPr>
        <w:pStyle w:val="ArticleScripture"/>
        <w:jc w:val="left"/>
      </w:pPr>
      <w:r>
        <w:rPr>
          <w:rFonts w:ascii="Sylfaen" w:hAnsi="Sylfaen" w:eastAsia="Sylfaen" w:cs="Sylfaen"/>
        </w:rPr>
        <w:t>«Հայտնություն 17:13–14»-ից մեջբերում. «Սրանք մեկ միտք ունեն»։ Կլինի միության համընդհանուր կապ, մեկ մեծ ներդաշնակություն, Սատանայի ուժերի մի դաշնակցություն։ «Եվ իրենց զորությունն ու իշխանությունը պիտի տան գազանին»։ Այսպիսով դրսևորվում է նույն կամայական, ճնշող իշխանությունը՝ ուղղված կրոնական ազատության, Աստծուն խղճի թելադրանքի համաձայն երկրպագելու ազատության դեմ, ինչպես որ այն դրսևորվեց պապականության կողմից, երբ անցյալում այն հալածեց նրանց, ովքեր համարձակվում էին հրաժարվել հռոմեականության կրոնական ծեսերին ու արարողություններին համապատասխանելուց։</w:t>
      </w:r>
    </w:p>
    <w:p>
      <w:pPr>
        <w:pStyle w:val="ArticleScripture"/>
        <w:jc w:val="left"/>
      </w:pPr>
      <w:r>
        <w:rPr>
          <w:rFonts w:ascii="Sylfaen" w:hAnsi="Sylfaen" w:eastAsia="Sylfaen" w:cs="Sylfaen"/>
        </w:rPr>
        <w:t>«Վերջին օրերում մղվելիք պատերազմում, Աստծո ժողովրդի դեմ ընդդիմությամբ, պիտի միավորվեն բոլոր այն ապականված զորությունները, որոնք ուխտադրժաբար հեռացել են Եհովայի օրենքին հնազանդությունից։ Այս պատերազմում չորրորդ պատվիրանի շաբաթը պիտի լինի վեճի մեծագույն առարկան, որովհետև շաբաթվա պատվիրանում մեծ Օրենսդիրը Իրեն նույնացնում է որպես երկնքի և երկրի Արարիչ»։ The Seventh-day Adventist Bible Commentary, հատոր 8, 983.</w:t>
      </w:r>
    </w:p>
    <w:p>
      <w:pPr>
        <w:pStyle w:val="ArticleBody"/>
        <w:jc w:val="left"/>
      </w:pPr>
      <w:r>
        <w:rPr>
          <w:rFonts w:ascii="Sylfaen" w:hAnsi="Sylfaen" w:eastAsia="Sylfaen" w:cs="Sylfaen"/>
        </w:rPr>
        <w:t>Այն փաստը, որ գազանի համաշխարհային պատկերի հետ կապված ապստամբությունը «համընդհանուր» է և ներկայացնում է «Եհովայի օրենքին հնազանդությունից ուրացած բոլոր ապականված զորությունները», ցույց է տալիս, որ Միացյալ Նահանգների ներսում գազանի պատկերի կազմավորումը նույնականացնում է ուրացած բոլոր ապականված զորությունների միավորումը։ Միացյալ Նահանգների բողոքականները ուրացան, երբ 1844 թվականին մերժեցին առաջին հրեշտակի պատգամը, իսկ լաոդիկեական ադվենտիզմը ուրացավ 1863 թվականին։ Ուրացող բողոքականությունը և լաոդիկեական ադվենտիզմը «միության կապ» պիտի կազմեն Հանրապետականության եղջյուրի ներսում գտնվող այն քաղաքական խմբավորումների հետ, որոնք խաբվելով կեղծ մարգարեի կողմից՝ կհրաժարվեն իրենց թագավորության կեսից։</w:t>
      </w:r>
    </w:p>
    <w:p>
      <w:pPr>
        <w:pStyle w:val="ArticleBody"/>
        <w:jc w:val="left"/>
      </w:pPr>
      <w:r>
        <w:rPr>
          <w:rFonts w:ascii="Sylfaen" w:hAnsi="Sylfaen" w:eastAsia="Sylfaen" w:cs="Sylfaen"/>
        </w:rPr>
        <w:t>Գազանի համաշխարհային պատկերի մեջ երկրին մոլորեցնողը սուտ մարգարեն է։ Միացյալ Նահանգների ներսում գտնվող գազանի պատկերի մեջ այն սուտ մարգարեն, որ ստեղծում է անսուրբ, բայց միավորված «Սատանայի զորքերի համադաշնությունը», նույնպես պետք է լինի «սուտ մարգարե»։ Գազանի համաշխարհային պատկերը երկակի է, սակայն այն նաև եռակի միություն է։ Վիշապի, գազանի և սուտ մարգարեի այդ եռակի միությունն է աշխարհը տանում դեպի Արմագեդոն։ Գազանի այն պատկերի մեջ, որ նախ ձևավորվում է Միացյալ Նահանգների ներսում, պետք է լինի եռակի միություն, որը նաև երկակի գազան է։ Գազանի երկու պատկերներում էլ երկակի բնույթը Եկեղեցու և Պետության միությունն է, ընդ որում այդ հարաբերության մեջ վերահսկողը եկեղեցին է։</w:t>
      </w:r>
    </w:p>
    <w:p>
      <w:pPr>
        <w:pStyle w:val="ArticleBody"/>
        <w:jc w:val="left"/>
      </w:pPr>
      <w:r>
        <w:rPr>
          <w:rFonts w:ascii="Sylfaen" w:hAnsi="Sylfaen" w:eastAsia="Sylfaen" w:cs="Sylfaen"/>
        </w:rPr>
        <w:t>Եռակի միությունը պետք է ներկայացված լինի գազանների երկու պատկերներում էլ, սակայն Հայտնության գրքում առկա են վիշապի, գազանի և սուտ մարգարեի երկու դրսևորումներ։ Ամբողջաշխարհիկ գազանի պատկերի եռակի կառուցվածքը ներկայացված է սպիրիտիզմով (վիշապը), կաթոլիկությամբ (գազանը) և ուխտադրուժ բողոքականությամբ (սուտ մարգարեն)։ Այդ երեքից յուրաքանչյուրն ունի ոչ միայն կրոնական բաղադրիչ (սպիրիտիզմ, կաթոլիկություն և ուխտադրուժ բողոքականություն), այլև քաղաքական բաղադրիչ։ Վիշապը (սոցիալիզմն իր զանազան ձևերով), գազանը (միապետություն) և սուտ մարգարեն (սկսվում է որպես հանրապետություն, ավարտվում՝ որպես ժողովրդավարություն)։</w:t>
      </w:r>
    </w:p>
    <w:p>
      <w:pPr>
        <w:pStyle w:val="ArticleBody"/>
        <w:jc w:val="left"/>
      </w:pPr>
      <w:r>
        <w:rPr>
          <w:rFonts w:ascii="Sylfaen" w:hAnsi="Sylfaen" w:eastAsia="Sylfaen" w:cs="Sylfaen"/>
        </w:rPr>
        <w:t>Միացյալ Նահանգներում կազմավորվող եռակի միությունը հարկադրաբար է միավորվում (խաբեությամբ) կեղծ մարգարեի կողմից, ճիշտ այնպես, ինչպես գազանի համաշխարհային պատկերը։ Հայտնության գրքում կա ևս մեկ եռակի միություն, որը նույնացվում է այն երեք ուրացող զորությունների միջոցով, որոնք ելնում են անդունդից։ Կաթոլիկությունը ելնում է անդունդից տասնյոթերորդ գլխում, և այն անդունդից ելնող եռակի միության գազանն է։</w:t>
      </w:r>
    </w:p>
    <w:p>
      <w:pPr>
        <w:pStyle w:val="ArticleScripture"/>
        <w:jc w:val="left"/>
      </w:pPr>
      <w:r>
        <w:rPr>
          <w:rFonts w:ascii="Sylfaen" w:hAnsi="Sylfaen" w:eastAsia="Sylfaen" w:cs="Sylfaen"/>
        </w:rPr>
        <w:t>Գազանը, որ տեսար, էր, և չէ, և պիտի ելնի անդունդից ու պիտի գնա կորստյան. և երկրի վրա բնակվողները, որոնց անունները աշխարհի հիմնադրումից ի վեր գրված չեն եղել կյանքի գրքում, պիտի զարմանան, երբ տեսնեն գազանին, որ էր, և չէ, և սակայն կա։ Հայտնություն 17:8.</w:t>
      </w:r>
    </w:p>
    <w:p>
      <w:pPr>
        <w:pStyle w:val="ArticleBody"/>
        <w:jc w:val="left"/>
      </w:pPr>
      <w:r>
        <w:rPr>
          <w:rFonts w:ascii="Sylfaen" w:hAnsi="Sylfaen" w:eastAsia="Sylfaen" w:cs="Sylfaen"/>
        </w:rPr>
        <w:t>Աթեիզմի վիշապական զորությունը տասնմեկերորդ գլխում ելնում է անդունդից։</w:t>
      </w:r>
    </w:p>
    <w:p>
      <w:pPr>
        <w:pStyle w:val="ArticleScripture"/>
        <w:jc w:val="left"/>
      </w:pPr>
      <w:r>
        <w:rPr>
          <w:rFonts w:ascii="Sylfaen" w:hAnsi="Sylfaen" w:eastAsia="Sylfaen" w:cs="Sylfaen"/>
        </w:rPr>
        <w:t>Եվ երբ նրանք ավարտեն իրենց վկայությունը, անդունդից ելնող գազանը պատերազմ կանի նրանց դեմ, կհաղթի նրանց և կսպանի նրանց։ Հայտնություն 11:7.</w:t>
      </w:r>
    </w:p>
    <w:p>
      <w:pPr>
        <w:pStyle w:val="ArticleBody"/>
        <w:jc w:val="left"/>
      </w:pPr>
      <w:r>
        <w:rPr>
          <w:rFonts w:ascii="Sylfaen" w:hAnsi="Sylfaen" w:eastAsia="Sylfaen" w:cs="Sylfaen"/>
        </w:rPr>
        <w:t>Իսլամի սուտ մարգարեն իններորդ գլխում դուրս է գալիս անդունդից։</w:t>
      </w:r>
    </w:p>
    <w:p>
      <w:pPr>
        <w:pStyle w:val="ArticleScripture"/>
        <w:jc w:val="left"/>
      </w:pPr>
      <w:r>
        <w:rPr>
          <w:rFonts w:ascii="Sylfaen" w:hAnsi="Sylfaen" w:eastAsia="Sylfaen" w:cs="Sylfaen"/>
        </w:rPr>
        <w:t>Եվ հինգերորդ հրեշտակը փող հնչեցրեց, և ես տեսա մի աստղ, որ երկնքից ընկել էր երկրի վրա. և նրան տրվեց անհուն անդունդի բանալին։ Եվ նա բացեց անհուն անդունդը. և անդունդից ծուխ ելավ, ինչպես մեծ հնոցի ծուխը, և արեգակն ու օդը խավարեցին անդունդի ծխից։ Եվ ծխից երկրի վրա մորեխներ ելան. և նրանց իշխանություն տրվեց, ինչպես երկրի կարիճներն իշխանություն ունեն։ Հայտնություն 9:1–3։</w:t>
      </w:r>
    </w:p>
    <w:p>
      <w:pPr>
        <w:pStyle w:val="ArticleBody"/>
        <w:jc w:val="left"/>
      </w:pPr>
      <w:r>
        <w:rPr>
          <w:rFonts w:ascii="Sylfaen" w:hAnsi="Sylfaen" w:eastAsia="Sylfaen" w:cs="Sylfaen"/>
        </w:rPr>
        <w:t>Երկնքից ընկած այն աստղը, որ բացեց անհատակ խորափոսը, կեղծ մարգարե Մուհամմեդն էր, և երբ նա բացեց այդ խորափոսը, նա վերջին օրերի մարգարեական պատմության մեջ մտցրեց իսլամի ռազմիկներին, որոնք ներկայացված են որպես «մորեխներ»։ Անհատակ խորափոսի եռակի միությունն ունի վիշապ (աթեիզմ), և գազան (կաթոլիկություն), և կեղծ մարգարե (իսլամ)։ Գազանի համաշխարհային պատկերի մեջ կեղծ մարգարեն ուխտադրուժ բողոքականությունն է։ Այդ կեղծ մարգարեն խաբում է ամբողջ աշխարհին՝ Սալոմեի գայթակղիչ պարի միջոցով, կամ Կարմեղոս լեռան վրա Բահաղի մարգարեների պարի միջոցով։ Հայտնության տասներեքերորդ գլխում նա խաբում է աշխարհին այն հրաշքներով, որ գործում է գազանի առաջ։ Խաբեության այդ խորհրդանշական պատկերումները ներկայացնում են տնտեսական շորթման և ռազմական հզորության ուժը։</w:t>
      </w:r>
    </w:p>
    <w:p>
      <w:pPr>
        <w:pStyle w:val="ArticleScripture"/>
        <w:jc w:val="left"/>
      </w:pPr>
      <w:r>
        <w:rPr>
          <w:rFonts w:ascii="Sylfaen" w:hAnsi="Sylfaen" w:eastAsia="Sylfaen" w:cs="Sylfaen"/>
        </w:rPr>
        <w:t>Եվ մեծ նշաններ է գործում, այնպես որ մարդկանց առաջ երկնքից երկրի վրա կրակ է իջեցնում. և երկրի վրա բնակվողներին մոլորեցնում է այն նշաններով, որ իշխանություն ուներ գործելու գազանի առաջ՝ ասելով երկրի վրա բնակվողներին, որ պատկեր շինեն այն գազանին, որ սրից վերք էր ստացել և կենդանի մնացել էր։ Եվ իշխանություն տրվեց նրան շունչ տալու գազանի պատկերին, որպեսզի գազանի պատկերը և՛ խոսի, և՛ պատճառ լինի, որ սպանվեն բոլոր նրանք, ովքեր չեն երկրպագում գազանի պատկերին։ Եվ ստիպում է բոլորին՝ փոքրերին ու մեծերին, հարուստներին ու աղքատներին, ազատներին ու ծառաներին, որ նշան ստանան իրենց աջ ձեռքի վրա կամ իրենց ճակատների վրա, որպեսզի ոչ ոք չկարողանա գնել կամ վաճառել, բացի նրանից, ով ունի նշանը, կամ գազանի անունը, կամ նրա անվան թիվը։ Հայտնություն 13:13–17.</w:t>
      </w:r>
    </w:p>
    <w:p>
      <w:pPr>
        <w:pStyle w:val="ArticleBody"/>
        <w:jc w:val="left"/>
      </w:pPr>
      <w:r>
        <w:rPr>
          <w:rFonts w:ascii="Sylfaen" w:hAnsi="Sylfaen" w:eastAsia="Sylfaen" w:cs="Sylfaen"/>
        </w:rPr>
        <w:t>Խաբեությունն ու հրաշքները, որոնք առնչվում են սուտ մարգարեին, իրականում ներկայացնում են այն ուժը, որ առաջ է բերվում տնտեսագիտությամբ («որ ոչ ոք չկարողանա գնել կամ վաճառել») և ռազմական զորությամբ («պետք է սպանվի»)։ Աստվածաշնչում իսլամի սուտ մարգարեն ներկայացնում է իսլամի գործը՝ ազգերին բարկացնելու և նեղություն պատճառելու մեջ։ Նրանք իրենց՝ բարկացնելու և նեղություն պատճառելու գործը կատարում են պատերազմով, և Աստվածաշունչը ցույց է տալիս, որ իրենց այդ պատերազմը, իր հերթին, տնտեսական աղետ է առաջացնում։ Իսլամի պատերազմը և դրան հաջորդող տնտեսական հետևանքների կործանարար ազդեցությունն այն խնդիրն է, որ Միացյալ Նահանգներում միավորում է «բոլոր այն ապականված ուժերը, որոնք ուխտադրժել են Եհովայի օրենքին իրենց հավատարմությունից»։</w:t>
      </w:r>
    </w:p>
    <w:p>
      <w:pPr>
        <w:pStyle w:val="ArticleBody"/>
        <w:jc w:val="left"/>
      </w:pPr>
      <w:r>
        <w:rPr>
          <w:rFonts w:ascii="Sylfaen" w:hAnsi="Sylfaen" w:eastAsia="Sylfaen" w:cs="Sylfaen"/>
        </w:rPr>
        <w:t>Խաչի մոտ սադուկեցիներն ու փարիսեցիները լիովին «ուրացան Եհովայի օրենքին իրենց հավատարմությունը», երբ համախմբվեցին՝ խաչելու ճշմարիտ բողոքական եղջյուրը։ Քրիստոսին մերժելով՝ նրանք ընտրեցին Բարաբբային, որը ներկայացնում է կեղծ Քրիստոսին։ «Բար»-ը նշանակում է որդի, իսկ «Աբբա»-ն նշանակում է հայր։ Բարաբբա նշանակում է «Հոր Որդի»։ Քրիստոսը մարգարեներից մեծագույնն էր, իսկ Բարաբբան կեղծ մարգարեի խորհրդանիշ էր։</w:t>
      </w:r>
    </w:p>
    <w:p>
      <w:pPr>
        <w:pStyle w:val="ArticleBody"/>
        <w:jc w:val="left"/>
      </w:pPr>
      <w:r>
        <w:rPr>
          <w:rFonts w:ascii="Sylfaen" w:hAnsi="Sylfaen" w:eastAsia="Sylfaen" w:cs="Sylfaen"/>
        </w:rPr>
        <w:t>Հարյուր քառասունչորս հազարի կնքման ժամանակ երկրի գազանի երկու եղջյուրները հասնում են իրենց վերջնական մարգարեական դրսևորման կետին։ Մեկը ներկայացնում է Քրիստոսի պատկերը, մյուսը՝ գազանի պատկերը։ Այն պատմության մեջ, ուր այս երկու եղջյուրները դրսևորում են իրենց, ուխտադրժող բողոքականությունը 2001 թվականին «Patriot Act»-ով սկսեց իր ընթացքը դեպի շուտով գալու կիրակնօրյա օրենքը։ Այդ ճանապարհային նշանը համընկնում է Անկախության հռչակագրի հետ, որը իր սկզբում խոսեց իբրև գառ, որովհետև արտահայտում էր բողոքականության բողոքը թագավորական իշխանության և պապական իշխանության դեմ։ Այն ճանապարհային նշանը, որի հետ այն համընկնում է իր վախճանի ժամանակ («Patriot Act»-ը), արտահայտում է բողոքականության ճնշումը։</w:t>
      </w:r>
    </w:p>
    <w:p>
      <w:pPr>
        <w:pStyle w:val="ArticleBody"/>
        <w:jc w:val="left"/>
      </w:pPr>
      <w:r>
        <w:rPr>
          <w:rFonts w:ascii="Sylfaen" w:hAnsi="Sylfaen" w:eastAsia="Sylfaen" w:cs="Sylfaen"/>
        </w:rPr>
        <w:t>Կնքման ժամանակի ընթացքում երկու եղջյուրների ընթացքի երկրորդ նշանաքարը սկզբում ներկայացված էր Սահմանադրությամբ, որը օրենսդրորեն ամրագրեց երկու իշխանությունների բաժանումը, ինչը երկրի գազանի զորությունն է։ Այդ նշանաքարը իր զուգահեռին հասավ վախճանում՝ 2021 թվականի հունվարի 6-ի լսումների «Կենգուրու դատարանով», որտեղ Սահմանադրության հիմնարար արտոնությունները մի կողմ դրվեցին՝ քաղաքական նպատակահարմարության համար։</w:t>
      </w:r>
    </w:p>
    <w:p>
      <w:pPr>
        <w:pStyle w:val="ArticleBody"/>
        <w:jc w:val="left"/>
      </w:pPr>
      <w:r>
        <w:rPr>
          <w:rFonts w:ascii="Sylfaen" w:hAnsi="Sylfaen" w:eastAsia="Sylfaen" w:cs="Sylfaen"/>
        </w:rPr>
        <w:t>Երկու եղջյուրների վախճանական ճանապարհորդության վերջին հանգրվանը շուտով եկող կիրակնօրյա օրենքն է, որը իր սկզբնավորման մեջ նախապատկերվել էր Օտարականների և Խռովության ակտերով։ Այսպիսով, սկզբնական պատմության երեք հանգրվանները մատնանշեցին անցումը Գառով ներկայացված անկախությունից և ազատությունից (1776), որը միակ ճանապարհն է ճշմարտապես ազատ լինելու, դեպի վիշապի գերությունը (1798)։</w:t>
      </w:r>
    </w:p>
    <w:p>
      <w:pPr>
        <w:pStyle w:val="ArticleBody"/>
        <w:jc w:val="left"/>
      </w:pPr>
      <w:r>
        <w:rPr>
          <w:rFonts w:ascii="Sylfaen" w:hAnsi="Sylfaen" w:eastAsia="Sylfaen" w:cs="Sylfaen"/>
        </w:rPr>
        <w:t>Կնքման ժամանակի երեք նշանաքարերը նույնացնում են երկրի գազանի, այսինքն՝ սուտ մարգարեի, վերջին ճանապարհորդությունը։ Այդ ճանապարհորդությունն ավարտվում է Երուսաղեմում, երբ դրոշակը բարձրացվում է, և երբ այն ժամանակ շատերը պիտի ասեն. «Եկե՛ք, և բարձրանանք Տիրոջ լեռը, Հակոբի Աստծու տունը, և Նա մեզ պիտի սովորեցնի Իր ճանապարհներից, և մենք պիտի ընթանանք Իր շավիղներով, որովհետև Սիոնից պիտի ելնի օրենքը, և Տիրոջ խոսքը՝ Երուսաղեմից»։</w:t>
      </w:r>
    </w:p>
    <w:p>
      <w:pPr>
        <w:pStyle w:val="ArticleBody"/>
        <w:jc w:val="left"/>
      </w:pPr>
      <w:r>
        <w:rPr>
          <w:rFonts w:ascii="Sylfaen" w:hAnsi="Sylfaen" w:eastAsia="Sylfaen" w:cs="Sylfaen"/>
        </w:rPr>
        <w:t>Երկրի գազանի վերջին եռաստիճան ճանապարհորդությունը կեղծ մարգարեի՝ դեպի Երուսաղեմ գնացող ճանապարհորդությունն է։ Երբ Ճշմարիտ Մարգարեն եկավ և մտավ Երուսաղեմ, Նա այդ արեց՝ էշ հեծած։ Երկրի գազանն էլ է «էշ» հեծած մտնում Երուսաղեմ, որովհետև, իբրև կեղծ մարգարե (երկրի գազան), նա ներկայացված է Բաղաամով։ Բաղաամը, փառք ու հարստություն որոնելով, շեղվեց ճշմարիտ մարգարե լինելու կոչումից և «ուրացավ Եհովայի օրենքին հավատարմությունը»։ Նա վճռեց մասնակցել Աստծու ժողովրդի անեծքին, ճիշտ ինչպես Միացյալ Նահանգները պիտի անի շուտով եկող կիրակնօրյա օրենքի ժամանակ։</w:t>
      </w:r>
    </w:p>
    <w:p>
      <w:pPr>
        <w:pStyle w:val="ArticleBody"/>
        <w:jc w:val="left"/>
      </w:pPr>
      <w:r>
        <w:rPr>
          <w:rFonts w:ascii="Sylfaen" w:hAnsi="Sylfaen" w:eastAsia="Sylfaen" w:cs="Sylfaen"/>
        </w:rPr>
        <w:t>Բաղաամի ճանապարհորդությունը կատարվեց էշի վրա հեծած, և նրա ճանապարհի ընթացքում երեք անգամ նշվում է, որ Բաղաամի էշը վիշտ պատճառեց Բաղաամին։ Առաջին անգամ էշը ճանապարհից շեղվեց։</w:t>
      </w:r>
    </w:p>
    <w:p>
      <w:pPr>
        <w:pStyle w:val="ArticleScripture"/>
        <w:jc w:val="left"/>
      </w:pPr>
      <w:r>
        <w:rPr>
          <w:rFonts w:ascii="Sylfaen" w:hAnsi="Sylfaen" w:eastAsia="Sylfaen" w:cs="Sylfaen"/>
        </w:rPr>
        <w:t>Եվ ավանակը տեսավ Տիրոջ հրեշտակին, որ կանգնած էր ճանապարհին, և նրա սուրը մերկացած՝ իր ձեռքում. և ավանակը շեղվեց ճանապարհից ու մտավ արտը. և Բաղաամը զարկեց ավանակին, որպեսզի նրան վերադարձնի ճանապարհի վրա։ Թվեր 22:23.</w:t>
      </w:r>
    </w:p>
    <w:p>
      <w:pPr>
        <w:pStyle w:val="ArticleBody"/>
        <w:jc w:val="left"/>
      </w:pPr>
      <w:r>
        <w:rPr>
          <w:rFonts w:ascii="Sylfaen" w:hAnsi="Sylfaen" w:eastAsia="Sylfaen" w:cs="Sylfaen"/>
        </w:rPr>
        <w:t>2001 թվականի սեպտեմբերի 11-ին երրորդ վայի իսլամը՝ Աստվածաշնչյան մարգարեության վայրի արաբական էշը, Բաղաամին ճանապարհից շեղեց, որովհետև երբ Նյու Յորք քաղաքի մեծ շենքերը փլվեցին, դա եղավ ազգերի և եկեղեցու պատմության մեջ մի «շրջադարձային կետ»։ Ճանապարհին կանգնած հրեշտակը այն հզոր հրեշտակն էր, որ այն ժամանակ իջավ՝ իր փառքով երկիրը լուսավորելու համար։ Եվ էշը կրկին պիտի վիշտ պատճառեր Բաղաամին։</w:t>
      </w:r>
    </w:p>
    <w:p>
      <w:pPr>
        <w:pStyle w:val="ArticleScripture"/>
        <w:jc w:val="left"/>
      </w:pPr>
      <w:r>
        <w:rPr>
          <w:rFonts w:ascii="Sylfaen" w:hAnsi="Sylfaen" w:eastAsia="Sylfaen" w:cs="Sylfaen"/>
        </w:rPr>
        <w:t>Բայց Տիրոջ հրեշտակը կանգնեց այգիների արահետի վրա, պատ՝ այս կողմից, և պատ՝ այն կողմից։ Եվ երբ էգ ավանակը տեսավ Տիրոջ հրեշտակին, սեղմվեց դեպի պատը և սեղմեց Բաղաամի ոտքը պատին. և նա կրկին հարվածեց նրան։ Թվեր 22:24, 25.</w:t>
      </w:r>
    </w:p>
    <w:p>
      <w:pPr>
        <w:pStyle w:val="ArticleBody"/>
        <w:jc w:val="left"/>
      </w:pPr>
      <w:r>
        <w:rPr>
          <w:rFonts w:ascii="Sylfaen" w:hAnsi="Sylfaen" w:eastAsia="Sylfaen" w:cs="Sylfaen"/>
        </w:rPr>
        <w:t>2001 թվականի սեպտեմբերի 11-ից հետո Աստծո ժողովուրդը պետք է երգեր այգու երգի պատգամը (Եսայիա, գլուխ քսանյոթ), որտեղ ներկայումս գտնվում է Բաղաամը՝ այս կողմում «պարիսպ» ունենալով, և այն կողմում՝ «պարիսպ»։ Միացյալ Նահանգների հարավային սահմանին գտնվող պարիսպը այն հարցն է, որ նախորդում է «Եկեղեցու և Պետության բաժանման պարսպի» անկմանը երրորդ և վերջին ուղենշանին։ Հարավային սահմանի «պարսպի» հարցն այն տեղն է, որտեղ Բաղաամի «ոտքը» ջախջախվում է, քանի որ ներգաղթի շուրջ ներքին պատերազմը սկսում է երկրի գազանին բաժանել իրար հակառակվող երկու կուսակցությունների՝ Քաղաքացիական պատերազմի կրկնությունից առաջ։</w:t>
      </w:r>
    </w:p>
    <w:p>
      <w:pPr>
        <w:pStyle w:val="ArticleBody"/>
        <w:jc w:val="left"/>
      </w:pPr>
      <w:r>
        <w:rPr>
          <w:rFonts w:ascii="Sylfaen" w:hAnsi="Sylfaen" w:eastAsia="Sylfaen" w:cs="Sylfaen"/>
        </w:rPr>
        <w:t>Երկու պատերի միջև եղած պատմությունը այն պատմությունն է, որ ներկայացված է Սահմանադրության ճանապարհային նշանով՝ 1789-ից մինչև 1798 թվականները, որը նախատիպավորում էր 2015 թվականի պատմությունը, երբ Թրամփը հայտարարեց իր առաջադրումը նախագահի պաշտոնի համար՝ շեշտադրելով «պատը կառուցելու» գաղափարը, մինչև շուտով գալու կիրակնօրյա օրենքը վերացնի Եկեղեցու և Պետության բաժանման պատը։</w:t>
      </w:r>
    </w:p>
    <w:p>
      <w:pPr>
        <w:pStyle w:val="ArticleBody"/>
        <w:jc w:val="left"/>
      </w:pPr>
      <w:r>
        <w:rPr>
          <w:rFonts w:ascii="Sylfaen" w:hAnsi="Sylfaen" w:eastAsia="Sylfaen" w:cs="Sylfaen"/>
        </w:rPr>
        <w:t>2001 թվականի սեպտեմբերի 11-ից հետո երկրի գազանը, որ ներկայացված է Բաղաամով, սկսեց բաժանվել։ Բաղաամի երկու պատերի բաժանումը ներկայացնում է երկրի գազանի երկու եղջյուրների ներսում գտնվող երկու դասերի բաժանումը, որը ներկայացված է Թրամփի ընտրմամբ 2016 թվականին, երկու վկաների մահով 2020 թվականին, 2021 թվականի հունվարի 6-ի Փելոսիի դատավարություններով, երկու վկաների վերակենդանացմամբ 2023 թվականին և ավանակի կողմից Բաղաամին խեղելու միջոցով՝ 2023 թվականի հոկտեմբերի 7-ին։</w:t>
      </w:r>
    </w:p>
    <w:p>
      <w:pPr>
        <w:pStyle w:val="ArticleBody"/>
        <w:jc w:val="left"/>
      </w:pPr>
      <w:r>
        <w:rPr>
          <w:rFonts w:ascii="Sylfaen" w:hAnsi="Sylfaen" w:eastAsia="Sylfaen" w:cs="Sylfaen"/>
        </w:rPr>
        <w:t>Բաղաամի ճանապարհորդության վերջին ուղենիշն այն ժամանակն է, երբ էշը «խոսում է», և դա այն շուտով եկող Կիրակնօրյա օրենքի ժամանակ է, երբ Միացյալ Նահանգները խոսում են որպես վիշապ, երբ Հայտնություն տասնութերորդ գլխի հրեշտակը երկրորդ անգամ է խոսում, և երբ Ամբակումի այն տեսիլքը, որ ուշացել էր, խոսում է։ Այն տեսիլքը, որ ուշացել էր, իսլամի տեսիլքն էր՝ երրորդ վայի, և այն խոսում է որպես վայրի էշ՝ իր վայրենի գործողություններով շուտով եկող Կիրակնօրյա օրենքի ժամանակ։</w:t>
      </w:r>
    </w:p>
    <w:p>
      <w:pPr>
        <w:pStyle w:val="ArticleScripture"/>
        <w:jc w:val="left"/>
      </w:pPr>
      <w:r>
        <w:rPr>
          <w:rFonts w:ascii="Sylfaen" w:hAnsi="Sylfaen" w:eastAsia="Sylfaen" w:cs="Sylfaen"/>
        </w:rPr>
        <w:t>Եվ Տիրոջ հրեշտակը գնաց առաջ և կանգնեց նեղ տեղում, ուր ո՛չ աջ, ո՛չ ձախ դառնալու ճանապարհ չկար։ Եվ երբ էշը տեսավ Տիրոջ հրեշտակին, ընկավ Բաղաամի տակ. և Բաղաամի բարկությունը բորբոքվեց, և նա գավազանով զարկեց էշին։ Եվ Տերը բացեց էշի բերանը, և նա ասաց Բաղաամին. «Ի՞նչ եմ արել քեզ, որ այս երեք անգամ զարկեցիր ինձ»։ Եվ Բաղաամը ասաց էշին. «Որովհետև դու ծաղրեցիր ինձ. եթե իմ ձեռքում սուր լիներ, հիմա քեզ կսպանեի»։ Եվ էշը ասաց Բաղաամին. «Մի՞թե ես քո էշը չեմ, որի վրա նստել ես այն օրից, երբ ես քոնը եղա, մինչև այսօր. երբևէ սովորությո՞ւն եմ ունեցել այդպես վարվելու քեզ հետ»։ Եվ նա ասաց. «Ո՛չ»։ Այն ժամանակ Տերը բացեց Բաղաամի աչքերը, և նա տեսավ Տիրոջ հրեշտակին՝ ճանապարհի վրա կանգնած, և նրա ձեռքում՝ մերկացրած սուրը. և նա խոնարհեց իր գլուխը և երեսնիվայր ընկավ։ Թվեր 22:26–31։</w:t>
      </w:r>
    </w:p>
    <w:p>
      <w:pPr>
        <w:pStyle w:val="ArticleBody"/>
        <w:jc w:val="left"/>
      </w:pPr>
      <w:r>
        <w:rPr>
          <w:rFonts w:ascii="Sylfaen" w:hAnsi="Sylfaen" w:eastAsia="Sylfaen" w:cs="Sylfaen"/>
        </w:rPr>
        <w:t>Ամերիկայի Միացյալ Նահանգները այն կեղծ մարգարեն է, որ խաբում է աշխարհին՝ հաստատելու գազանի համաշխարհային պատկերը։ Այն ժամանակաշրջանում, որը Միացյալ Նահանգների ներսում գազանի պատկերի կազմավորման ժամանակն է, Ամերիկայի Միացյալ Նահանգները կրում է կեղծ մարգարեն, որ ներկայացված է Բաղաամի էշով։ Կեղծ մարգարեն հարյուր քառասունչորս հազարի կնքման ժամանակ, որը ստիպում է Ամերիկայի Միացյալ Նահանգներում եղած բոլոր այդ ապականված իշխանություններին միավորվել եկեղեցի-պետություն հարաբերության մեջ, երրորդ վայի իսլամն է։</w:t>
      </w:r>
    </w:p>
    <w:p>
      <w:pPr>
        <w:pStyle w:val="ArticleBody"/>
        <w:jc w:val="left"/>
      </w:pPr>
      <w:r>
        <w:rPr>
          <w:rFonts w:ascii="Sylfaen" w:hAnsi="Sylfaen" w:eastAsia="Sylfaen" w:cs="Sylfaen"/>
        </w:rPr>
        <w:t>Այն իր գործը կատարում է պատերազմի միջոցով և այն տնտեսական փլուզման միջոցով, որ առաջ է բերվում այդ պատերազմի հետևանքով։ Այդ երկու հատկանիշները նույն այն ուժերն են, որոնք Միացյալ Նահանգների սուտ մարգարեն գործի է դնում՝ ամբողջ աշխարհին հարկադրելու համար, երբ նա կրկնում է այն գործը, որ Միացյալ Նահանգներում կատարվել էր անհուն վիհի սուտ մարգարեի կողմից։</w:t>
      </w:r>
    </w:p>
    <w:p>
      <w:pPr>
        <w:pStyle w:val="ArticleBody"/>
        <w:jc w:val="left"/>
      </w:pPr>
      <w:r>
        <w:rPr>
          <w:rFonts w:ascii="Sylfaen" w:hAnsi="Sylfaen" w:eastAsia="Sylfaen" w:cs="Sylfaen"/>
        </w:rPr>
        <w:t>Միացյալ Նահանգներն այժմ գտնվում են պատի հարցի (ներգաղթի) և եկեղեցու ու պետության բաժանման պատի միջև, որը լիովին վերացվելու է շուտով գալիք Կիրակնօրյա օրենքի ժամանակ։ Միացյալ Նահանգներն արդեն ֆինանսապես կաթվածահարված են, որովհետև նրա ազգային պարտքը վերականգնման ենթակա չէ։ Վիշապային իշխանությունն այժմ արհեստականորեն պահպանում է կեղծ ֆինանսական կանխատեսում, սակայն դա սուտ է, որը պնդում է, թե հարստությունը ստեղծվում է տպագրական մամլիչով, բայց, ի վերջո, վիշապը Աստվածաշնչյան մարգարեության ստախոսն է։ Նա իր սուտը տարածում է Հիտլերի հանրահայտ քարոզչական մեքենայի ժամանակակից ներկայացուցչության միջոցով՝ այսպիսով տրամաբանություն ապահովելով Alien and Sedition Acts-ի չորրորդ տարրի կրկնության համար, որը նախագահին իշխանություն էր տալիս փակելու ցանկացած լրատվամիջոց, որ հակադրվում էր նրա գաղափարներին։</w:t>
      </w:r>
    </w:p>
    <w:p>
      <w:pPr>
        <w:pStyle w:val="ArticleBody"/>
        <w:jc w:val="left"/>
      </w:pPr>
      <w:r>
        <w:rPr>
          <w:rFonts w:ascii="Sylfaen" w:hAnsi="Sylfaen" w:eastAsia="Sylfaen" w:cs="Sylfaen"/>
        </w:rPr>
        <w:t>Հիսուսը միշտ որևէ բանի վերջը պատկերում է որևէ բանի սկզբով։ Միացյալ Նահանգներում գազանի պատկերը պետք է ունենա նույն մարգարեական բնութագրերը, ինչ համաշխարհային գազանի պատկերը, և այդպես էլ կա, բայց այն խաբեությունը, որ երկրի գազանի սուտ մարգարեի ներսում առաջ է բերում ապականված դաշինքը, Իսլամի սուտ մարգարեն է։ Թե՛ Բաղաամը, թե՛ էշը սուտ մարգարեների խորհրդանիշներ են։ Հարյուր քառասունչորս հազարի կնքման պատմությունը երեք անդունդի իշխանությունների պատմությունն է։ Անդունդից եկող Իսլամը 2001 թվականի սեպտեմբերի 11-ի առաջին ճանապարհանշանն է։ Անդունդի աթեիզմը բարձրանում է՝ 2020 թվականին սպանելու երկու վկաներին, իսկ անդունդի կաթոլիկությունը իր մահվանից բարձրանում է մոտալուտ կիրակնօրյա օրենքի ժամանակ։</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«Աշխարհը չի բարելավվում։ Չար մարդիկ և մոլորեցնողները ավելի ու ավելի պիտի ապականվեն՝ մոլորեցնելով և մոլորվելով։ Մերժելով Աստծո Որդուն՝ միակ ճշմարիտ Աստծո անձնավորումը, որ ուներ բարություն, ողորմություն և անսպառ սեր, որի սիրտը մշտապես հուզվում էր մարդկային վշտից, և Նրա փոխարեն ընտրելով մի մարդասպանի՝ հրեաները ցույց տվեցին, թե մարդկային բնությունն ինչ կարող է և ինչ պիտի անի, երբ Աստծո Հոգու զսպող զորությունը հեռացվում է, և մարդիկ գտնվում են ուխտադրուժի իշխանության ներքո։ Նրանք, ովքեր ընտրում են Սատանային որպես իրենց իշխանի, պիտի հայտնեն իրենց ընտրած տիրոջ ոգին»։</w:t>
      </w:r>
    </w:p>
    <w:p>
      <w:pPr>
        <w:pStyle w:val="ArticleScripture"/>
        <w:jc w:val="left"/>
      </w:pPr>
      <w:r>
        <w:rPr>
          <w:rFonts w:ascii="Sylfaen" w:hAnsi="Sylfaen" w:eastAsia="Sylfaen" w:cs="Sylfaen"/>
        </w:rPr>
        <w:t>«Աշխարհը չի բարելավվի, մինչև Աստված Իր տեղից դուրս գա՝ պատժելու նրան իր անօրենության համար։ Այն ժամանակ երկիրը պիտի հայտնի իր արյունը և այլևս չպիտի ծածկի իր սպանվածներին։ Քրիստոսը զգուշացրեց Իր աշակերտներին. «Զգո՛յշ եղեք, որ ոչ ոք ձեզ չխաբի. որովհետև շատերը պիտի գան Իմ անունով և ասեն՝ Ես եմ Քրիստոսը, և շատերին պիտի խաբեն։ Եվ դուք պիտի լսեք պատերազմների և պատերազմների լուրերի մասին. զգո՛յշ եղեք, չխռովվեք, որովհետև այս ամենը պետք է կատարվի, բայց վախճանը դեռ չէ։ Որովհետև ազգ պիտի ելնի ազգի դեմ, և թագավորություն՝ թագավորության դեմ, և պիտի լինեն սովեր, համաճարակներ և երկրաշարժեր՝ զանազան տեղերում։ Բայց այս բոլորը երկունքի ցավերի սկիզբն են։ Այն ժամանակ ձեզ պիտի մատնեն նեղության, և պիտի սպանեն ձեզ, և Իմ անվան համար բոլոր ազգերի կողմից պիտի ատվեք։ Եվ այն ժամանակ շատերը պիտի գայթակղվեն, և միմյանց պիտի մատնեն, և միմյանց պիտի ատեն։ Եվ շատ սուտ մարգարեներ պիտի ելնեն և շատերին պիտի խաբեն։ Եվ որովհետև անօրենությունը պիտի շատանա, շատերի սերը պիտի սառչի։ Բայց ով մինչև վերջ համբերի, նա պիտի փրկվի»։</w:t>
      </w:r>
    </w:p>
    <w:p>
      <w:pPr>
        <w:pStyle w:val="ArticleScripture"/>
        <w:jc w:val="left"/>
      </w:pPr>
      <w:r>
        <w:rPr>
          <w:rFonts w:ascii="Sylfaen" w:hAnsi="Sylfaen" w:eastAsia="Sylfaen" w:cs="Sylfaen"/>
        </w:rPr>
        <w:t>«Երբ Քրիստոսն այս երկրի վրա էր, աշխարհը Բարաբբային նախընտրեց։ Եվ այսօր աշխարհն ու եկեղեցիները նույն ընտրությունն են կատարում։ Քրիստոսի մատնության, մերժման և խաչելության տեսարանները կրկին վերախաղարկվել են, և դարձյալ պիտի վերախաղարկվեն ահռելի մասշտաբով։ Մարդիկ պիտի լցվեն թշնամու հատկություններով, և նրանց մեջ նրա մոլորությունները մեծ զորություն պիտի ունենան։ Լույսը մերժվելու հենց այն չափով պիտի լինեն սխալ ըմբռնում և թյուրիմացություն։ Նրանք, ովքեր մերժում են Քրիստոսին և ընտրում Բարաբբային, գործում են կործանարար խաբեության ներքո։ Խեղաթյուրումն ու սուտ վկայությունը պիտի աճեն մինչև բացահայտ ապստամբություն։ Քանի որ աչքը չար է, ամբողջ մարմինը պիտի լցվի խավարով։ Նրանք, ովքեր իրենց գորովանքը տալիս են Քրիստոսից բացի որևէ առաջնորդի, պիտի գտնեն, որ մարմնով, հոգով և շնչով գտնվում են այնպիսի մի մոլուցքի իշխանության ներքո, որն այնքան հրապուրիչ է, որ նրա զորության տակ հոգիները ճշմարտությունը լսելուց երես են դարձնում՝ սուտին հավատալու համար։ Նրանք թակարդն են ընկնում և բռնվում, և իրենց յուրաքանչյուր գործողությամբ աղաղակում են. Ազատի՛ր մեզ Բարաբբային, բայց խաչի՛ր Քրիստոսին»։</w:t>
      </w:r>
    </w:p>
    <w:p>
      <w:pPr>
        <w:pStyle w:val="ArticleScripture"/>
        <w:jc w:val="left"/>
      </w:pPr>
      <w:r>
        <w:rPr>
          <w:rFonts w:ascii="Sylfaen" w:hAnsi="Sylfaen" w:eastAsia="Sylfaen" w:cs="Sylfaen"/>
        </w:rPr>
        <w:t>«Նույնիսկ այժմ այս որոշումն է կայացվում։ Խաչի վրա կատարված տեսարանները կրկին կատարվում են։ Այն եկեղեցիներում, որոնք շեղվել են ճշմարտությունից և արդարությունից, բացահայտվում է, թե մարդկային բնությունն ինչ կարող է անել և ինչ պիտի անի, երբ Աստծո սերը հոգում մշտնջենավոր սկզբունք չէ։ Մենք կարիք չունենք զարմանալու այն ամենից, ինչ այժմ կարող է տեղի ունենալ։ Մենք կարիք չունենք ապշելու սարսափի որևէ դրսևորման վրա։ Նրանք, ովքեր իրենց անսուրբ ոտքերի տակ տրորում են Աստծո օրենքը, ունեն նույն ոգին, ինչ ունեին այն մարդիկ, ովքեր վիրավորեցին և մատնեցին Հիսուսին։ Առանց խղճի որևէ խայթի, նրանք պիտի կատարեն իրենց հոր՝ սատանայի գործերը։ Նրանք պիտի տան այն հարցը, որ դուրս եկավ Հուդայի դավաճան շուրթերից. Ի՞նչ կտաք ինձ, եթե ձեզ մատնեմ Հիսուս Քրիստոսին։ Նույնիսկ այժմ Քրիստոսը մատնվում է իր սրբերի անձի մեջ»։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քառասուներկուերորդը</dc:title>
  <dc:subject>Գազանի պատկերի կազմավորումը. մարգարեական ճանապարհորդություն՝ բացահայտված</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