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իննսունմեկերորդը</w:t>
      </w:r>
    </w:p>
    <w:p>
      <w:pPr>
        <w:pStyle w:val="ArticleSubtitle"/>
        <w:jc w:val="left"/>
      </w:pPr>
      <w:r>
        <w:rPr>
          <w:rFonts w:ascii="Sylfaen" w:hAnsi="Sylfaen" w:eastAsia="Sylfaen" w:cs="Sylfaen"/>
        </w:rPr>
        <w:t>Դանիել 11-ի մարգարեական հյուսվածքը. Թրամփի դարաշրջանի բարդությունների և Կիրակնօրյա օրենքի նախերգանքի բացահայտումը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2024-04-21</w:t>
      </w:r>
    </w:p>
    <w:p>
      <w:pPr>
        <w:pStyle w:val="ArticleBody"/>
        <w:jc w:val="left"/>
      </w:pPr>
      <w:r>
        <w:rPr>
          <w:rFonts w:ascii="Sylfaen" w:hAnsi="Sylfaen" w:eastAsia="Sylfaen" w:cs="Sylfaen"/>
        </w:rPr>
        <w:t>Ճիշտ կերպով ըմբռնված՝ Դանիել գրքի տասնմեկերորդ գլխի տասներորդից մինչև քսաներեքերորդ համարները լիովին համահունչ են նույն գլխի քառասուներորդ համարի ծածուկ պատմությանը։ Քառասուներորդ համարը պարունակում է 1989 թվականից սկսվող պատմությունը՝ մինչև քառասունմեկերորդ համարը։ Տասնմեկերորդ գլխի առաջին և երկրորդ համարները սկսվում են 1989 թվականից և մատնանշում են Դոնալդ Թրամփի նախագահի պաշտոնի համար առաջին քարոզարշավը՝ 2015 թվականից մինչև 2020 թվականը, երբ ընտրությունները Թրամփից գողացվեցին աթեիզմի գազանի կողմից։ Այդ երկու համարները մատնանշում են այն պայքարը, որ սկսվում է, երբ Թրամփը «շարժման մեջ է դնում Հունաստանի ամբողջ թագավորությունը»։</w:t>
      </w:r>
    </w:p>
    <w:p>
      <w:pPr>
        <w:pStyle w:val="ArticleBody"/>
        <w:jc w:val="left"/>
      </w:pPr>
      <w:r>
        <w:rPr>
          <w:rFonts w:ascii="Sylfaen" w:hAnsi="Sylfaen" w:eastAsia="Sylfaen" w:cs="Sylfaen"/>
        </w:rPr>
        <w:t>Թրամփի արշավը սկիզբ դրեց մի պատերազմի, որը շարունակվեց նրա առաջին նախագահության ամբողջ ընթացքում։ Ներկայացուցիչների պալատը նրան իմփիչմենթի ենթարկեց 2019 թվականի դեկտեմբերին, ապա նույնն արեց կրկին 2020 թվականի հունվարի 13-ին։ Երկու դեպքում էլ Սենատը մերժեց Ներկայացուցիչների պալատի այդ փորձերը։ Այնուամենայնիվ, նա Միացյալ Նահանգների պատմության մեջ միակ նախագահն է, որ երկու անգամ իմփիչմենթի է ենթարկվել։ Գլոբալիզմը բորբոքվել էր։</w:t>
      </w:r>
    </w:p>
    <w:p>
      <w:pPr>
        <w:pStyle w:val="ArticleScripture"/>
        <w:jc w:val="left"/>
      </w:pPr>
      <w:r>
        <w:rPr>
          <w:rFonts w:ascii="Sylfaen" w:hAnsi="Sylfaen" w:eastAsia="Sylfaen" w:cs="Sylfaen"/>
        </w:rPr>
        <w:t>Եվ այժմ քեզ պիտի հայտնեմ ճշմարտությունը։ Ահա՝ Պարսկաստանում դեռ երեք թագավոր պիտի ելնեն, և չորրորդը բոլորից շատ ավելի հարուստ պիտի լինի. և իր զորությամբ՝ իր հարստության միջոցով, բոլորին պիտի գրգռի Հունաստանի թագավորության դեմ։ Դանիել 11:2.</w:t>
      </w:r>
    </w:p>
    <w:p>
      <w:pPr>
        <w:pStyle w:val="ArticleBody"/>
        <w:jc w:val="left"/>
      </w:pPr>
      <w:r>
        <w:rPr>
          <w:rFonts w:ascii="Sylfaen" w:hAnsi="Sylfaen" w:eastAsia="Sylfaen" w:cs="Sylfaen"/>
        </w:rPr>
        <w:t>Ինչպես քառասուներորդ համարի դեպքում, երկրորդ համարը ևս թողնում է թաքնված մի պատմություն Թրամփի առաջին ընտրարշավից և նրա՝ որպես նախագահ պաշտոնավարման ժամկետից, որն ավարտվեց 2021 թվականի հունվարի 20-ին։ 2021 թվականի այդ օրից մինչև երրորդ համարը, որտեղ Ալեքսանդր Մակեդոնացին ներկայացվում է որպես Միավորված ազգերի կազմակերպության խորհրդանիշ (աստվածաշնչյան մարգարեության յոթերորդ թագավորությունը), 2021 թվականի երդմնակալությունից մինչև կիրակնօրյա օրենքը, որտեղ հաստատվում է եռակի միությունը, ընկած պատմությունը ներկայացնում է թաքնված պատմություն։ Քառասուներորդ համարի և երկրորդ համարի թաքնված պատմությունները երկուսն էլ հասնում են մինչև կիրակնօրյա օրենքը և ավարտվում այնտեղ։</w:t>
      </w:r>
    </w:p>
    <w:p>
      <w:pPr>
        <w:pStyle w:val="ArticleBody"/>
        <w:jc w:val="left"/>
      </w:pPr>
      <w:r>
        <w:rPr>
          <w:rFonts w:ascii="Sylfaen" w:hAnsi="Sylfaen" w:eastAsia="Sylfaen" w:cs="Sylfaen"/>
        </w:rPr>
        <w:t>Տասներորդ համարը մեզ նորից բերում է վախճանի ժամանակին՝ 1989 թվականին, ինչպես նաև առաջին համարը, և երկուսն էլ նույնացնում են քառասուներորդ համարի իրական վկայության ավարտը, թեև դեռևս պատմություն կա քառասուներորդ համարի ավարտի և շուտով եկող կիրակնօրյա օրենքի միջև։ Բացի 1989 թվականը նույնացնելուց, տասներորդ համարը դառնում է այն բանալին, որը միավորում է քառասուներորդ համարի պատմության վերաբերյալ երեք վկաների, ինչը լրացնում է պապության և նրա փոխանորդ զորության՝ Միացյալ Նահանգների, գործը 1989 թվականին Խորհրդային Միությունը սրբելով հեռացնելու մեջ։ Այդ երեք վկաները հաստատում են քառասուներորդ համարի մարգարեական կառուցվածքի մի կարևոր տարր՝ 1989 թվականից մինչև կիրակնօրյա օրենքը։</w:t>
      </w:r>
    </w:p>
    <w:p>
      <w:pPr>
        <w:pStyle w:val="ArticleBody"/>
        <w:jc w:val="left"/>
      </w:pPr>
      <w:r>
        <w:rPr>
          <w:rFonts w:ascii="Sylfaen" w:hAnsi="Sylfaen" w:eastAsia="Sylfaen" w:cs="Sylfaen"/>
        </w:rPr>
        <w:t>Հյուսիսի թագավորի և հարավի թագավորի միջև պատերազմի պատմամարգարեական կառուցվածքը, որի ընթացքում հյուսիսի թագավորը հեղեղում է և անցնում է, նույնացվում է քառասուներորդ համարում, ինչպես նաև տասներորդ համարում։</w:t>
      </w:r>
    </w:p>
    <w:p>
      <w:pPr>
        <w:pStyle w:val="ArticleBody"/>
        <w:jc w:val="left"/>
      </w:pPr>
      <w:r>
        <w:rPr>
          <w:rFonts w:ascii="Sylfaen" w:hAnsi="Sylfaen" w:eastAsia="Sylfaen" w:cs="Sylfaen"/>
        </w:rPr>
        <w:t>Պատմական մարգարեական կառուցվածքը լրացվում է քերականական վկայությամբ, որ հյուսիսի թագավորի կողմից հարավի թագավորի դեմ ուղղված «հորդելը և անցնելը» երկու համարներում էլ միևնույն եբրայական արտահայտությունն է, ինչպես նաև երրորդ վկայության մեջ, որ գտնվում է Եսայիա ութերորդ գլխի ութերորդ համարում։</w:t>
      </w:r>
    </w:p>
    <w:p>
      <w:pPr>
        <w:pStyle w:val="ArticleBody"/>
        <w:jc w:val="left"/>
      </w:pPr>
      <w:r>
        <w:rPr>
          <w:rFonts w:ascii="Sylfaen" w:hAnsi="Sylfaen" w:eastAsia="Sylfaen" w:cs="Sylfaen"/>
        </w:rPr>
        <w:t>Տասներորդ համարում հյուսիսի թագավորը «անշուշտ պիտի գա, և պիտի հեղեղի ու պիտի անցնի», իսկ քառասուներորդ համարում հյուսիսի թագավորը «պիտի հեղեղի և պիտի անցնի»։ Եսայիի ութերորդ գլխի ութերորդ համարում հյուսիսի թագավորը «պիտի հեղեղի և պիտի անցնի»։ Այս երեք արտահայտությունները նույնական եբրայերենն են, որը թարգմանվել է փոքր-ինչ տարբեր կերպ, մինչդեռ պահպանվել է նույնական իմաստը։ Տասներորդ համարում հարավի թագավորը Պտղոմեոսի Եգիպտոսն էր, սակայն քառասուներորդ համարում հարավի թագավորը հոգևոր Եգիպտոսն էր՝ աթեիզմի թագավորը, Խորհրդային Միությունը, իսկ Եսայիի մոտ հարավային Հուդայի թագավորությունը հարավի թագավորն էր։ Համապատասխանաբար, հյուսիսի թագավորը Սելևկյան կայսրությունն էր, ապա՝ պապականությունը, իսկ Եսայիի մոտ՝ Ասորեստանը։</w:t>
      </w:r>
    </w:p>
    <w:p>
      <w:pPr>
        <w:pStyle w:val="ArticleBody"/>
        <w:jc w:val="left"/>
      </w:pPr>
      <w:r>
        <w:rPr>
          <w:rFonts w:ascii="Sylfaen" w:hAnsi="Sylfaen" w:eastAsia="Sylfaen" w:cs="Sylfaen"/>
        </w:rPr>
        <w:t>Երեք զուգահեռ համարներից երկուսում հյուսիսի թագավորի ներխուժման ավարտակետը հատուկ կերպով նշվում է։ Տասներորդ համարում այն ավարտվում է «ամրոցի» մոտ, ինչը պատմականորեն կատարվեց, երբ Սելևկյանները իրենց արշավանքը ավարտեցին Եգիպտոսի սահմանին, որովհետև մարգարեական Խոսքը նշում էր, որ հյուսիսի թագավորը «անշուշտ պիտի գա, պիտի հեղեղի և անցնի. ապա պիտի վերադառնա և պիտի գրգռվի մինչև իր ամրոցը»։ «Ամրոցը» ներկայացնում էր Եգիպտոսը, որը նրանց թագավորության մայրաքաղաքն էր։</w:t>
      </w:r>
    </w:p>
    <w:p>
      <w:pPr>
        <w:pStyle w:val="ArticleBody"/>
        <w:jc w:val="left"/>
      </w:pPr>
      <w:r>
        <w:rPr>
          <w:rFonts w:ascii="Sylfaen" w:hAnsi="Sylfaen" w:eastAsia="Sylfaen" w:cs="Sylfaen"/>
        </w:rPr>
        <w:t>Եսայիա ութում Սենեքերիմը «կանցնի Հուդայով. կհորդի ու կանցնի, կհասնի մինչև իսկ պարանոցը»։ «Մայրաքաղաքը», «թագավորը» և «գլուխը» բոլորը փոխարինելի խորհրդանիշներ են, որոնք հաստատվել են երկու վկաներով հենց այն հատվածում, որտեղ Սենեքերիմը ելավ դեպի Երուսաղեմ։</w:t>
      </w:r>
    </w:p>
    <w:p>
      <w:pPr>
        <w:pStyle w:val="ArticleScripture"/>
        <w:jc w:val="left"/>
      </w:pPr>
      <w:r>
        <w:rPr>
          <w:rFonts w:ascii="Sylfaen" w:hAnsi="Sylfaen" w:eastAsia="Sylfaen" w:cs="Sylfaen"/>
        </w:rPr>
        <w:t>Քանզի Ասորիքի գլուխը Դամասկոսն է, և Դամասկոսի գլուխը՝ Ռասինը. և վաթսունհինգ տարվա ընթացքում Եփրեմը պիտի կործանվի, այնպես որ այլևս ժողովուրդ չլինի։ Եվ Եփրեմի գլուխը Սամարիան է, և Սամարիայի գլուխը՝ Ռոմելիայի որդին։ Եթե չհավատաք, հաստատ չեք հաստատվի։ Եսայիա 7։8, 9.</w:t>
      </w:r>
    </w:p>
    <w:p>
      <w:pPr>
        <w:pStyle w:val="ArticleBody"/>
        <w:jc w:val="left"/>
      </w:pPr>
      <w:r>
        <w:rPr>
          <w:rFonts w:ascii="Sylfaen" w:hAnsi="Sylfaen" w:eastAsia="Sylfaen" w:cs="Sylfaen"/>
        </w:rPr>
        <w:t>Սիրիան ազգն է, Դամասկոսը՝ մայրաքաղաքը, իսկ Ռասինը՝ թագավորը, և մայրաքաղաքն ու թագավորը փոխադարձաբար փոխանակելի խորհրդանիշներ են։ Մայրաքաղաքն ու թագավորը երկուսն էլ «գլուխներ» են։ Երբ Սենեքերիմը եկավ Հուդայի վրա «մինչև պարանոցը», նա եկավ Երուսաղեմ և կանգ առավ, որովհետև կանգ առավ «գլխի» մոտ, որը պահվում է «պարանոցի» կողմից։ Երբ Սելևկյանները եկան Պտղոմեոսի դեմ, նրանք կանգ առան «ամրոցի» մոտ, իսկ «ամրոցը» Եգիպտոսի ազգն էր։</w:t>
      </w:r>
    </w:p>
    <w:p>
      <w:pPr>
        <w:pStyle w:val="ArticleBody"/>
        <w:jc w:val="left"/>
      </w:pPr>
      <w:r>
        <w:rPr>
          <w:rFonts w:ascii="Sylfaen" w:hAnsi="Sylfaen" w:eastAsia="Sylfaen" w:cs="Sylfaen"/>
        </w:rPr>
        <w:t>Դանիել տասնմեկերորդ գլխի տասներորդ համարը և Եսայի ութերորդ գլխի ութերորդ համարը, Եսայի յոթերորդ գլխի ութերորդ և իններորդ համարների համատեքստում, ներկայացնում են երկու վկաներ, որոնք վկայեցին, որ երբ Դանիել տասնմեկերորդ գլխի քառասուներորդ համարում հյուսիսի թագավորը 1989 թվականին «հեղեղի պես անցավ ու անցավ վրայով» հարավի թագավորի, գլուխը՝ այն ազգը, որը հարավային թագավորության մայրաքաղաքն էր (Ռուսաստանը), մնաց կանգուն։</w:t>
      </w:r>
    </w:p>
    <w:p>
      <w:pPr>
        <w:pStyle w:val="ArticleBody"/>
        <w:jc w:val="left"/>
      </w:pPr>
      <w:r>
        <w:rPr>
          <w:rFonts w:ascii="Sylfaen" w:hAnsi="Sylfaen" w:eastAsia="Sylfaen" w:cs="Sylfaen"/>
        </w:rPr>
        <w:t>Տասներորդ համարի «ամրոցը» ներկա ուկրաինական պատերազմի նույնացման բանալին է, ինչպես նաև այն փաստի, որ Ռուսաստանը հաղթանակ է տանելու։ Սակայն մարգարեական կիրառությունը, որը հաստատում է այս ճշմարտությունը, անմիջականորեն կապված է և ամբողջովին հիմնված է հենց այն նույն համարների վրա, որոնք բացվեցին Հիրամ Էդսոնի համար և 1856 թվականին հրատարակվեցին Review and Herald-ի հոդվածներում։ Այդ հոդվածները նույնացնում են Ղևտական քսանվեցի «յոթ ժամանակները»։</w:t>
      </w:r>
    </w:p>
    <w:p>
      <w:pPr>
        <w:pStyle w:val="ArticleBody"/>
        <w:jc w:val="left"/>
      </w:pPr>
      <w:r>
        <w:rPr>
          <w:rFonts w:ascii="Sylfaen" w:hAnsi="Sylfaen" w:eastAsia="Sylfaen" w:cs="Sylfaen"/>
        </w:rPr>
        <w:t>2023 թվականի հուլիսից ի վեր Հուդայի ցեղի Առյուծը հենց այդ նույն համարներից հայտնեց, որ հյուսիսային և հարավային թագավորությունների դեմ ուղղված երկու հազար հինգ հարյուր քսանամյա մարգարեություններից երկուսն էլ ներկայացնում են ոչ միայն ցրման մի ժամանակաշրջան, այլ նաև պատկերում են հենց Քրիստոսի գործը՝ Աստվածությունը մարդկության հետ միավորելու իրագործման մեջ։ Այդ հայտնության մեջ որոշվում է, որ «գլուխը» մարդու ավելի բարձր բնությունն է։ «Գլուխը» մարդկային տաճարի «ամրոցն» է, որը Քույր Ուայթը բնորոշում է որպես հոգու միջնաբերդ։ Միջնաբերդը ամրոց է։</w:t>
      </w:r>
    </w:p>
    <w:p>
      <w:pPr>
        <w:pStyle w:val="ArticleBody"/>
        <w:jc w:val="left"/>
      </w:pPr>
      <w:r>
        <w:rPr>
          <w:rFonts w:ascii="Sylfaen" w:hAnsi="Sylfaen" w:eastAsia="Sylfaen" w:cs="Sylfaen"/>
        </w:rPr>
        <w:t>Ուստի հաստատվում է, որ Դանիելի գրքի տասնմեկերորդ գլխի տասներորդ խոսքի արտաքին «ամրոցը» ներկայացնում է նաև ներքին «ամրոց»։ Երբ 2014 թվականին Ուկրաինայում սկսվեց պատերազմը (արտաքին), «ցածի երկրից» և Ուելսից եկած սատանայական ուսմունքների ներթափանցումը (ներքին) ներմուծվեց Future for America շարժման մեջ, և կնքման գործընթացը հասել էր ևս մեկ փուլի։ Մինչև 2020 թվականը թե՛ Հանրապետական, թե՛ Բողոքական եղջյուրները սպանված էին այն մեծ քաղաքի փողոցներում, որտեղ նաև մեր Տերն էր խաչվեց։</w:t>
      </w:r>
    </w:p>
    <w:p>
      <w:pPr>
        <w:pStyle w:val="ArticleBody"/>
        <w:jc w:val="left"/>
      </w:pPr>
      <w:r>
        <w:rPr>
          <w:rFonts w:ascii="Sylfaen" w:hAnsi="Sylfaen" w:eastAsia="Sylfaen" w:cs="Sylfaen"/>
        </w:rPr>
        <w:t>2020 թվականին Դոնալդ Թրամփը ձախողվել էր իր երկրորդ նախագահական քարոզարշավում, և տասը կույսերի հապաղման ժամանակը հասել էր։ 2022 թվականին Թրամփը պաշտոնապես սկսեց իր երրորդ նախագահական քարոզարշավը, և նրա առաջին հաջողված նախագահական քարոզարշավը ներկայացնում է նրա վերջինը։ 2023 թվականին «անապատից մի ձայն» սկսեց խոսել մեռած, չոր ոսկորներին։</w:t>
      </w:r>
    </w:p>
    <w:p>
      <w:pPr>
        <w:pStyle w:val="ArticleBody"/>
        <w:jc w:val="left"/>
      </w:pPr>
      <w:r>
        <w:rPr>
          <w:rFonts w:ascii="Sylfaen" w:hAnsi="Sylfaen" w:eastAsia="Sylfaen" w:cs="Sylfaen"/>
        </w:rPr>
        <w:t>Տասներեքից մինչև տասնհինգ համարները ներկայացնում են Ուկրաինական պատերազմից հետո ընկած պատմությունը՝ Պուտինի կողմից, թեև հաղթանակը նրան օգուտ չի բերի, քանի որ Ռուսաստանը կրկնում է Նապոլեոն Բոնապարտի պատմությունը։</w:t>
      </w:r>
    </w:p>
    <w:p>
      <w:pPr>
        <w:pStyle w:val="ArticleBody"/>
        <w:jc w:val="left"/>
      </w:pPr>
      <w:r>
        <w:rPr>
          <w:rFonts w:ascii="Sylfaen" w:hAnsi="Sylfaen" w:eastAsia="Sylfaen" w:cs="Sylfaen"/>
        </w:rPr>
        <w:t>Նապոլեոնի աքսորը և վախճանը նախատիպորեն ներկայացված էին Օզիա թագավորի աքսորով և վախճանով, որը նույնպես չզորացավ իր ռազմական հաղթանակներով, և որը նախապատկերում էր տասնմեկերորդ և տասներկուերորդ համարների Պտղոմեոս IV-ին, որոնցից երկուսն էլ չզորացան իրենց ռազմական հաղթանակներով։ Թե՛ Օզիան, թե՛ Պտղոմեոս IV-ը փորձեցին ընծաներ մատուցել տաճարում, և երկուսն էլ արգելվեցին դա անել։ Օզիա թագավորը, երբ փորձում էր դա անել, բորոտությամբ զարկվեց իր ճակատին։ Նրա ճակատի վրա եղած նշանը ոչ միայն ներկայացնում է գազանի նշանը, այլև նախատիպորեն ներկայացնում էր հարավի առաջին թագավորին 1989 թվականին, որը նույնպես մտավ մի տեսակ աքսորի մեջ, երբ նա (Գորբաչովը) լքեց Խորհրդային Միությունը՝ դառնալու Միավորված ազգերի կազմակերպության մաս։ Ինչպես Օզիա թագավորի դեպքում, Գորբաչովն էլ ուներ նշանակալի նշան իր ճակատին։ Օզիա թագավորը, Պտղոմեոս IV թագավորը, Նապոլեոնը և Գորբաչովը բոլորը նախատիպորեն ներկայացնում են Պուտինի վախճանը։ Այս չորսն էլ հարավի թագավորներ էին, որոնք վերջ դրեցին իրենց հատուկ դինաստիային՝ նախապատկերելով Պուտինի Ռուսաստանի վախճանը։</w:t>
      </w:r>
    </w:p>
    <w:p>
      <w:pPr>
        <w:pStyle w:val="ArticleBody"/>
        <w:jc w:val="left"/>
      </w:pPr>
      <w:r>
        <w:rPr>
          <w:rFonts w:ascii="Sylfaen" w:hAnsi="Sylfaen" w:eastAsia="Sylfaen" w:cs="Sylfaen"/>
        </w:rPr>
        <w:t>Ապա տասներեքից տասնհինգ համարները բացում են այն վկայությունը, որը սկսվեց մ.թ.ա. 200 թվականին և նախատիպորեն ներկայացնում է Դոնալդ Թրամփի երրորդ և վերջին ժամկետը, որը ներկայացնում է Հանրապետական եղջյուրը։ Տասնչորսերորդ համարը նշում է այն պահը, երբ պապականությունը սկսում է իր պոռնկության երգերը երգել որպես Տյուրոսի պոռնիկ, իսկ տասնհինգերորդ համարը նույնացնում է ուխտադրուժ բողոքական եղջյուրի գիծը Մակաբայեցիների պատմության հետ։ Այդ երեք համարները պարունակում են երեք մարգարեական գիծ։</w:t>
      </w:r>
    </w:p>
    <w:p>
      <w:pPr>
        <w:pStyle w:val="ArticleBody"/>
        <w:jc w:val="left"/>
      </w:pPr>
      <w:r>
        <w:rPr>
          <w:rFonts w:ascii="Sylfaen" w:hAnsi="Sylfaen" w:eastAsia="Sylfaen" w:cs="Sylfaen"/>
        </w:rPr>
        <w:t>Մակաբայեցիների պատմությունը ծածկված չէ, ինչպես երկրորդ համարի վերջից մինչև երրորդ համարը, կամ ինչպես քառասուներորդ համարի վերջից մինչև քառասունմեկերորդ համարը, սակայն այդ գիծը, առնվազն, առաջին քննության ժամանակ մռայլ է։ Սակայն այդ համեմատաբար անորոշ մարգարեական պատմության մեջ ներկայացված է հրեաների դաշինքը Հռոմի հետ, և այն նույնացնում է գազանի պատկերի կազմավորումը։ Գազանի պատկերի կազմավորումը նաև նախատիպորեն ներկայացված է Դանիելի երկրորդ գլխի ծածկված պատմության մեջ, որտեղ Նաբուքոդոնոսորը մի երազ տեսավ, որը չէր կարող հիշել, և որի մեկնությունը Դանիելից, մահվան սպառնալիքի ներքո, պահանջվում էր՝ առանց երազը գիտենալու։ Դանիելի և երկրորդ գլխի երեք արժանավորների աղոթքը ներկայացնում է արտաքին լույսի համար աղոթքը, որը լրացնում է Դանիելի իններորդ գլխի՝ ներքին վերափոխման համար աղոթքը։</w:t>
      </w:r>
    </w:p>
    <w:p>
      <w:pPr>
        <w:pStyle w:val="ArticleBody"/>
        <w:jc w:val="left"/>
      </w:pPr>
      <w:r>
        <w:rPr>
          <w:rFonts w:ascii="Sylfaen" w:hAnsi="Sylfaen" w:eastAsia="Sylfaen" w:cs="Sylfaen"/>
        </w:rPr>
        <w:t>Մակաբայեցիների գիծը համընկնում է Դանիել մարգարեի երկրորդ գլխի ծածուկ գաղտնիքի հետ։ Դանիել երկրորդ գլխի գաղտնիքը ներկայացնում է առաջին մարգարեական վկայությունը այն մարգարեական հանելուկի վերաբերյալ, ըստ որի՝ ութերորդը յոթից է, ինչը նպաստում է Հայտնություն տասնմեկում երկու վկաների հարության հայտնությանը։ Երկու վկաների հարությունը, ութերորդը յոթից լինելու հետ կապված, հաստատում է, որ Միլլերականների և հարյուր քառասունչորս հազարի զուգահեռ պատմության մեջ Միլլերականների հակադարձ անցումը դեպի Լաոդիկեա համընկնում է հարյուր քառասունչորս հազարի՝ Լաոդիկեայից դեպի Փիլադելփիա անցնելու հետ։</w:t>
      </w:r>
    </w:p>
    <w:p>
      <w:pPr>
        <w:pStyle w:val="ArticleBody"/>
        <w:jc w:val="left"/>
      </w:pPr>
      <w:r>
        <w:rPr>
          <w:rFonts w:ascii="Sylfaen" w:hAnsi="Sylfaen" w:eastAsia="Sylfaen" w:cs="Sylfaen"/>
        </w:rPr>
        <w:t>Մակաբայեցիների մութ տոհմական գիծը և Նաբուգոդոնոսորի ծածուկ երազը ամբողջապես և հատուկ կերպով կնքված էին մինչև այն բանից հետո, երբ 2023 թվականին սկսվեց երկու վկաների հարության գործընթացը։ Դրանք բացակնքվում են «մեծ երկրաշարժի» ժամից անմիջապես առաջ, որը նշանավորում է Յոթներորդ օրվա ադվենտիստների համար շնորհի ժամանակի ավարտը։ Այն փորձությունը, որ այդ ադվենտիստները պետք է հաղթահարեն նախքան Աստծո կնիքը ստանալը և նախքան շնորհի ժամանակի փակվելը, այն փորձությունն է, որը կապված է գազանի պատկերի կազմավորման հետ։</w:t>
      </w:r>
    </w:p>
    <w:p>
      <w:pPr>
        <w:pStyle w:val="ArticleBody"/>
        <w:jc w:val="left"/>
      </w:pPr>
      <w:r>
        <w:rPr>
          <w:rFonts w:ascii="Sylfaen" w:hAnsi="Sylfaen" w:eastAsia="Sylfaen" w:cs="Sylfaen"/>
        </w:rPr>
        <w:t>Մակաբայեցիների գիծը, Նաբուգոդոնոսորի գաղտնի երազը, յոթից եղող ութերորդի հանելուկը և երկրի գազանի երկու եղջյուրները—allն էլ մասնակցում են այն փորձության գործընթացին, որն իրականացվում է, երբ կազմավորվում է գազանի պատկերը։ Այս գծերի ճանաչումը որպես ճշմարտություններ, որոնք մարգարեական ինչ-որ կերպ «ծածկված ճշմարտություններ» են, հենց այն է, ինչ ապացուցում է, որ դրանք այն ճշմարտություններն են, որոնք Հուդայի ցեղի Առյուծը ներկայումս բացում է։</w:t>
      </w:r>
    </w:p>
    <w:p>
      <w:pPr>
        <w:pStyle w:val="ArticleBody"/>
        <w:jc w:val="left"/>
      </w:pPr>
      <w:r>
        <w:rPr>
          <w:rFonts w:ascii="Sylfaen" w:hAnsi="Sylfaen" w:eastAsia="Sylfaen" w:cs="Sylfaen"/>
        </w:rPr>
        <w:t>Երկու վկաների նույնացման բացվելը, որոնք ներկայացնում են Հայտնության տասներեքերորդ գլխի երկրային գազանի Հանրապետական և Բողոքական եղջյուրները, այն ճշմարտության հետ միասին, որ յուրաքանչյուր եղջյուր ընթանում է մյուսին զուգահեռ, ինչպես նաև որ յուրաքանչյուր եղջյուր ունի երկակի ներքին բնույթ, նշանավորում է Հիսուս Քրիստոսի Հայտնության բացվելու սկիզբը։ Բացված ճշմարտությունը ներառում է նաև յոթ որոտների ծածկված պատմության բացվելը, ինչպես նաև «Ճշմարտություն» եբրայերեն բառի սահմանումը։</w:t>
      </w:r>
    </w:p>
    <w:p>
      <w:pPr>
        <w:pStyle w:val="ArticleBody"/>
        <w:jc w:val="left"/>
      </w:pPr>
      <w:r>
        <w:rPr>
          <w:rFonts w:ascii="Sylfaen" w:hAnsi="Sylfaen" w:eastAsia="Sylfaen" w:cs="Sylfaen"/>
        </w:rPr>
        <w:t>Երբ յոթ որոտների վերջին ժամանակահատվածը ճանաչվեց որպես առաջին հիասթափության երեք ուղենիշները ներկայացնող՝ որոնց հաջորդում էր Կեսգիշերային աղաղակի լուրը, և ապա այն ավարտվում էր մեծ հիասթափությամբ՝ համաձայն եբրայերեն «Ճշմարտություն» բառի, ապա հաստատվեց 2020 թվականի հուլիսի 18-ը նշանավորող հայտնությունը, որը Կեսգիշերային աղաղակի լուրի կատարյալ կատարումն է՝ առաջնորդելով դեպի կիրակնօրյա օրենքը։</w:t>
      </w:r>
    </w:p>
    <w:p>
      <w:pPr>
        <w:pStyle w:val="ArticleBody"/>
        <w:jc w:val="left"/>
      </w:pPr>
      <w:r>
        <w:rPr>
          <w:rFonts w:ascii="Sylfaen" w:hAnsi="Sylfaen" w:eastAsia="Sylfaen" w:cs="Sylfaen"/>
        </w:rPr>
        <w:t>Յոթ որոտները մինչև 2023 թվականի հուլիսը նույնացվել էին որպես առաջին հրեշտակի շարժման և երրորդ հրեշտակի շարժման զուգահեռ պատմությունը, սակայն վերջնական եռաքայլ ժամանակահատվածը այդ ժամանակ չէր դիտարկվել որպես հատուկ ժամանակահատված, որը ներկայացված է որպես յոթ որոտներ։ Այժմ այդ ճանաչումը հաստատված է որպես «Ճշմարտություն»։</w:t>
      </w:r>
    </w:p>
    <w:p>
      <w:pPr>
        <w:pStyle w:val="ArticleBody"/>
        <w:jc w:val="left"/>
      </w:pPr>
      <w:r>
        <w:rPr>
          <w:rFonts w:ascii="Sylfaen" w:hAnsi="Sylfaen" w:eastAsia="Sylfaen" w:cs="Sylfaen"/>
        </w:rPr>
        <w:t>Հիսուս Քրիստոսի Հայտնությունը բացվում է անմիջապես փորձաշրջանի փակվելուց առաջ, և այն ներառում է Հայտնություն գրքի տասնմեկերորդ գլխի երկու վկաներին։ Հիսուս Քրիստոսի Հայտնությունը ներառում է յոթ որոտների ծածուկ պատմությունը։ Հիսուս Քրիստոսի Հայտնությունը ներառում է այն առեղծվածը, թե «ութերորդը յոթից է», ինչը, իր հերթին, նույնացնում է միլլերականների անցումը դեպի Լաոդիկիա՝ զուգահեռաբար հարյուր քառասունչորս հազարի՝ դեպի Փիլադելփիա անցման հետ։ Այն, որ ութերորդը յոթից է, նաև ներկայացնում է գազանի պատկերի փորձության մարգարեական արտահայտությունը, որովհետև թե՛ Հանրապետական, թե՛ Բողոքական եղջյուրները հասնում են իրենց ավարտին, երբ Հանրապետական եղջյուրը ստեղծում է գազանի քաղաքական պատկերը՝ հակադրվելով և հակամարտության մեջ մտնելով ճշմարիտ Բողոքական եղջյուրի հետ, որը ձևավորում է Քրիստոսի պատկերը, և որոնք ապա բարձրացվում են իբրև դրոշ։</w:t>
      </w:r>
    </w:p>
    <w:p>
      <w:pPr>
        <w:pStyle w:val="ArticleBody"/>
        <w:jc w:val="left"/>
      </w:pPr>
      <w:r>
        <w:rPr>
          <w:rFonts w:ascii="Sylfaen" w:hAnsi="Sylfaen" w:eastAsia="Sylfaen" w:cs="Sylfaen"/>
        </w:rPr>
        <w:t>Այս ճշմարտությունները սկսեցին բացվել 2023 թվականի հուլիսի վերջին, և այս բոլոր ճշմարտությունները ներկայացնում են մարգարեական պատմություն, որ կատարվում է թաքնված պատմության մեջ, որը «Դանիելի մարգարեության այն մասն է, որ վերաբերում է վերջին օրերին»։</w:t>
      </w:r>
    </w:p>
    <w:p>
      <w:pPr>
        <w:pStyle w:val="ArticleBody"/>
        <w:jc w:val="left"/>
      </w:pPr>
      <w:r>
        <w:rPr>
          <w:rFonts w:ascii="Sylfaen" w:hAnsi="Sylfaen" w:eastAsia="Sylfaen" w:cs="Sylfaen"/>
        </w:rPr>
        <w:t>Ուստի մենք ունենք քառասուներորդ համարի ծածուկ պատմության մարգարեական կառուցվածք՝ 1989 թվականի վերջի ժամանակից մինչև քառասունմեկերորդ համարի Կիրակնօրյա օրենքը, ինչը մեզ թույլ է տալիս դրա վրա տեղադրել Դանիելի տասնմեկերորդ գլխի առաջին և երկրորդ համարները։ Այնուհետև մենք կարող ենք նույն գծի մեջ տեղադրել տասից մինչև տասնհինգ համարները։ Այնուհետև նույն գծի մեջ կարող ենք ներառել Մակաբայեցիների գիծը, որը, ճիշտ հասկացված, սկսվում է տասներեքերորդ համարից և շարունակվում մինչև քսաներեքերորդ համարը։ Այնուհետև նույն գծի մեջ կարող ենք ներառել Հայտնության տասնմեկերորդ գլխի երկու վկաների գիծը՝ յոթից մինչև տասներկու համարները։ Դանիելի և Հայտնության երկու վկաներով մենք ունենք քառասուներորդ համարի ծածուկ պատմության կառուցվածք։</w:t>
      </w:r>
    </w:p>
    <w:p>
      <w:pPr>
        <w:pStyle w:val="ArticleBody"/>
        <w:jc w:val="left"/>
      </w:pPr>
      <w:r>
        <w:rPr>
          <w:rFonts w:ascii="Sylfaen" w:hAnsi="Sylfaen" w:eastAsia="Sylfaen" w:cs="Sylfaen"/>
        </w:rPr>
        <w:t>1989 թվականին Խորհրդային Միությունը տապալվեց պապականության և նրա փոխանորդ բանակի՝ Միացյալ Նահանգների միջև եղած դաշինքի կողմից։ Երբ Գորբաչովի կողմից Խորհրդային Միությունը կազմալուծվեց, հարյուր քառասունչորս հազարի համար հասավ վերջի ժամանակը։ Ռոնալդ Ռեյգանը վերջի ժամանակից ի վեր Միացյալ Նահանգների առաջին մարգարեական թագավորն էր. Ռեյգանին՝ Դարեհ թագավորով ներկայացվող հավատուրաց բողոքական հանրապետականին, հաջորդեց Կյուրոսը, ապա՝ երեք այլ թագավորներ, այնուհետև՝ չորրորդ հարուստ թագավորը։</w:t>
      </w:r>
    </w:p>
    <w:p>
      <w:pPr>
        <w:pStyle w:val="ArticleBody"/>
        <w:jc w:val="left"/>
      </w:pPr>
      <w:r>
        <w:rPr>
          <w:rFonts w:ascii="Sylfaen" w:hAnsi="Sylfaen" w:eastAsia="Sylfaen" w:cs="Sylfaen"/>
        </w:rPr>
        <w:t>Կյուրոս թագավորը ներկայացնում էր Բուշ Առաջինին՝ ինքնահռչակ հանրապետական գլոբալիստին, որին հաջորդեց դեմոկրատ գլոբալիստ Քլինթոնը, որին հաջորդեց ինքնահռչակ հանրապետական գլոբալիստ Բուշ Վերջինը, որին հաջորդեց իսլամական դեմոկրատ գլոբալիստ Օբաման, որին էլ հաջորդեց նրանց բոլորի մեջ ամենահարուստ նախագահը՝ հավատուրաց բողոքական հանրապետական Դոնալդ Թրամփը։</w:t>
      </w:r>
    </w:p>
    <w:p>
      <w:pPr>
        <w:pStyle w:val="ArticleBody"/>
        <w:jc w:val="left"/>
      </w:pPr>
      <w:r>
        <w:rPr>
          <w:rFonts w:ascii="Sylfaen" w:hAnsi="Sylfaen" w:eastAsia="Sylfaen" w:cs="Sylfaen"/>
        </w:rPr>
        <w:t>2014 թվականին սկսվեց ուկրաինական պատերազմը Ռուսաստանի և պապության նացիստական վստահորդ բանակի միջև, իսկ պապության նախկին վստահորդ բանակը (Միացյալ Նահանգները) աջակցություն էր ցուցաբերում ուկրաինական վստահորդ բանակին։ 2014 թվականին «Future for America» շարժումը ներթափանցվեց վիշապի ներկայացուցիչների կողմից, և 2015 թվականին Դոնալդ Թրամփը սկսեց այն երեք նախագահական քարոզարշավներից առաջինը, որոնք նա պետք է իրականացներ։ Նա հաղթանակ տարավ իր առաջին քարոզարշավում, սակայն նրա միջին քարոզարշավը գողացվեց, իսկ իր վերջին քարոզարշավում նա կրկին հաղթանակ պիտի տանի։ 2020 թվականին թե՛ Հանրապետական եղջյուրը մահացու վերք ստացավ, երբ ընտրությունը գողացվեց, և թե՛ ճշմարիտ բողոքական եղջյուրը մահացու վերք ստացավ՝ կեղծ կանխասացություն հռչակելով, ինչը մասամբ առաջ եկավ 2014 թվականին սկսված ներթափանցման հետևանքով, և որը գողացավ լուրը՝ ներմուծելով բազմազան կեղծ մարգարեական կիրառություններ։</w:t>
      </w:r>
    </w:p>
    <w:p>
      <w:pPr>
        <w:pStyle w:val="ArticleBody"/>
        <w:jc w:val="left"/>
      </w:pPr>
      <w:r>
        <w:rPr>
          <w:rFonts w:ascii="Sylfaen" w:hAnsi="Sylfaen" w:eastAsia="Sylfaen" w:cs="Sylfaen"/>
        </w:rPr>
        <w:t>2020 թվականին ընտրությունը և մարգարեական պատգամը գողացվեցին, և երկու եղջյուրներն էլ խորհրդանշականորեն սպանվեցին վիշապի ներկայացուցիչների կողմից։ Ընտրությունը գողացվեց ինքնահռչակ Հանրապետական գլոբալիստների և գլոբալիստ Դեմոկրատների երկակի դաշինքի միջոցով՝ գլոբալիստական քարոզչական մեդիայի և գլոբալիստ առևտրականների աջակցությամբ։ Պատգամը գողացվեց հեռավոր հարավից եկած մի փոքրահասակ չամուսնացած աղջկա և Ուելսից մի փոքրահասակ ամուսնալուծված տղայի կողմից, որոնց թաքուն մտադրությունն էր ներմուծել և առաջ մղել միասեռական օրակարգը և ներողություն խնդրել «մեղքի մարդուց»։ Future for America-ի առաջնորդը կրում է ամբողջ մեղքը սատանայական ներթափանցման համար, որովհետև նա պատասխանատվություն ուներ պաշտպանելու շարժումը, բայց չափազանց պատրաստակամ էր թույլ տալու, որ չսրբագործված պատգամաբերները զբաղեցնեն առաջնորդության դիրք։ Դոնալդ Թրամփն է մեղավոր գողացված ընտրության համար, որովհետև նրանք, ում նա ընտրեց թույլ տալու իր իշխանական ներքին շրջանակ մտնել, դիտավորյալ կերպով խաթարում էին այն գործը, որ նա ստանձնել էր։</w:t>
      </w:r>
    </w:p>
    <w:p>
      <w:pPr>
        <w:pStyle w:val="ArticleBody"/>
        <w:jc w:val="left"/>
      </w:pPr>
      <w:r>
        <w:rPr>
          <w:rFonts w:ascii="Sylfaen" w:hAnsi="Sylfaen" w:eastAsia="Sylfaen" w:cs="Sylfaen"/>
        </w:rPr>
        <w:t>2022 թվականին Դոնալդ Թրամփը սկսեց իր երրորդ քարոզարշավը, և 2023 թվականին մի «անապատում աղաղակողի ձայն» սկսեց ուղերձ հղել եկեղեցիներին։ Վերջերս մի «քար» (որով ես սահմանում եմ «ներկայիս ճշմարտությունից» դուրս գտնվողներին՝ աղաղակեց), որը, թերևս, հանրային ասպարեզի ներկա քաղաքական միջավայրում ամենասուր միտքն է, հնչեցրեց մի շարք խորաթափանց ճշմարտություններ։ Նրա անունը Վիկտոր Դևիս Հենսոն է, և եթե դուք հետևում եք ձեր շուրջը կատարվող իրադարձություններին և այդ իրադարձությունները համեմատում եք Նրա Խոսքի կանխասացությունների հետ, ապա Վիկտոր Դևիս Հենսոնը այն «քարերից» մեկն է, որը արձագանքում է հենց այն ուղերձը, որը, հուսով եմ, դուք ուսումնասիրում եք։</w:t>
      </w:r>
    </w:p>
    <w:p>
      <w:pPr>
        <w:pStyle w:val="ArticleScripture"/>
        <w:jc w:val="left"/>
      </w:pPr>
      <w:r>
        <w:rPr>
          <w:rFonts w:ascii="Sylfaen" w:hAnsi="Sylfaen" w:eastAsia="Sylfaen" w:cs="Sylfaen"/>
        </w:rPr>
        <w:t>«Աստված կամենում է, որ մենք ուսումնասիրենք մեր շուրջը տեղի ունեցող իրադարձությունները և համեմատենք դրանք Իր խոսքի մարգարեությունների հետ, որպեսզի հասկանանք, որ ապրում ենք վերջին օրերում։ Մենք ցանկանում ենք մեր Աստվածաշունչը, և ցանկանում ենք իմանալ, թե ինչ է այնտեղ գրված։ Մարգարեության ջանասեր ուսումնասերը պիտի պարգևատրվի ճշմարտության հստակ հայտնություններով, որովհետև Հիսուսն ասաց. «Քո խոսքը ճշմարտություն է»»։ Signs of the Times, October 1, 1894.</w:t>
      </w:r>
    </w:p>
    <w:p>
      <w:pPr>
        <w:pStyle w:val="ArticleBody"/>
        <w:jc w:val="left"/>
      </w:pPr>
      <w:r>
        <w:rPr>
          <w:rFonts w:ascii="Sylfaen" w:hAnsi="Sylfaen" w:eastAsia="Sylfaen" w:cs="Sylfaen"/>
        </w:rPr>
        <w:t>X.com-ում @FreyjaTarte-ի կողմից հրապարակված հարցազրույցում Հանսոնը սկսեց՝ հայտարարելով. «Նրանք [դեմոկրատները] Թրամփին նայում են որպես վամպիրի»։ Այնուհետև նա անդրադառնում է Դոնալդ Թրամփի կրկին ընտրվելու կապակցությամբ դեմոկրատների վախին։ Ես որևէ հիմք չունեմ կարծելու, թե Հանսոնը հասկացել էր, որ Հայտնության տասնմեկերորդ գլխի համաձայն՝ Թրամփը հարություն է առնում (որպես վամպիր), և որ երբ դա տեղի ունենար, նրանք, ովքեր նախկինում ցնծացել էին նրա մահվան վրա, կվախենային։ Սակայն հենց դա է նա մատնանշում իր ամբողջ մեկնաբանության ընթացքում։</w:t>
      </w:r>
    </w:p>
    <w:p>
      <w:pPr>
        <w:pStyle w:val="ArticleScripture"/>
        <w:jc w:val="left"/>
      </w:pPr>
      <w:r>
        <w:rPr>
          <w:rFonts w:ascii="Sylfaen" w:hAnsi="Sylfaen" w:eastAsia="Sylfaen" w:cs="Sylfaen"/>
        </w:rPr>
        <w:t>Եվ երեք օր ու կես հետո Աստծուց եկած կյանքի Հոգին մտավ նրանց մեջ, և նրանք կանգնեցին իրենց ոտքերի վրա, և մեծ սարսափ ընկավ նրանց տեսնողների վրա։ Հայտնություն 11:11։</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«Մենք հասել ենք այս սուրբգրային խոսքերում կանխասված ժամանակաշրջանին։ Վախճանի ժամանակը եկել է, մարգարեների տեսիլքները բացվել են, և նրանց հանդիսավոր նախազգուշացումները մեզ մատնացույց են անում մեր Տիրոջը՝ փառքով գալու, որպես մոտալուտ»։</w:t>
      </w:r>
    </w:p>
    <w:p>
      <w:pPr>
        <w:pStyle w:val="ArticleScripture"/>
        <w:jc w:val="left"/>
      </w:pPr>
      <w:r>
        <w:rPr>
          <w:rFonts w:ascii="Sylfaen" w:hAnsi="Sylfaen" w:eastAsia="Sylfaen" w:cs="Sylfaen"/>
        </w:rPr>
        <w:t>«Հրեաները սխալ մեկնեցին և սխալ կիրառեցին Աստծու խոսքը, և չճանաչեցին իրենց այցելության ժամանակը։ Քրիստոսի և Նրա առաքյալների ծառայության տարիները,—ընտրյալ ժողովրդին տրված շնորհի այդ թանկագին վերջին տարիները,—նրանք անցկացրին Տիրոջ պատգամաբերների կործանումը նյութելով։ Երկրային փառամոլությունները կլանեցին նրանց, և հոգևոր թագավորության առաջարկը նրանց հասավ ապարդյուն։ Այսպես էլ այսօր այս աշխարհի թագավորությունը կլանում է մարդկանց մտքերը, և նրանք ուշադրություն չեն դարձնում արագորեն կատարվող մարգարեություններին և Աստծու շուտով գալու թագավորության նշաններին»։</w:t>
      </w:r>
    </w:p>
    <w:p>
      <w:pPr>
        <w:pStyle w:val="ArticleScripture"/>
        <w:jc w:val="left"/>
      </w:pPr>
      <w:r>
        <w:rPr>
          <w:rFonts w:ascii="Sylfaen" w:hAnsi="Sylfaen" w:eastAsia="Sylfaen" w:cs="Sylfaen"/>
        </w:rPr>
        <w:t>«Բայց դուք, եղբայրնե՛ր, խավարի մեջ չեք, որպեսզի այն օրը ձեզ հասնի իբրև գող։ Դուք բոլորդ լույսի որդիներ եք և օրվա որդիներ. մենք ոչ գիշերվանից ենք, ոչ էլ խավարից»։ Թեև մեզ տրված չէ իմանալ մեր Տիրոջ վերադարձի ժամը, կարող ենք իմանալ, երբ այն մոտ է։ «Ուրեմն չքնենք, ինչպես մյուսները, այլ արթուն լինենք և զգաստ»։ Ա Թեսաղոնիկեցիներին 5:4-6։ The Desire of Ages,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իննսունմեկերորդը</dc:title>
  <dc:subject>Դանիել 11-ի մարգարեական հյուսվածքը. Թրամփի դարաշրջանի բարդությունների և Կիրակնօրյա օրենքի նախերգանքի բացահայտումը</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