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իննսունչորսերորդ</w:t>
      </w:r>
    </w:p>
    <w:p>
      <w:pPr>
        <w:pStyle w:val="ArticleSubtitle"/>
        <w:jc w:val="left"/>
      </w:pPr>
      <w:r>
        <w:rPr>
          <w:rFonts w:ascii="Sylfaen" w:hAnsi="Sylfaen" w:eastAsia="Sylfaen" w:cs="Sylfaen"/>
        </w:rPr>
        <w:t>Մակաբայեցիների արձագանքները</w:t>
      </w:r>
      <w:r>
        <w:rPr>
          <w:rFonts w:ascii="Sans Serif Collection" w:hAnsi="Sans Serif Collection" w:eastAsia="Sans Serif Collection" w:cs="Sans Serif Collection"/>
        </w:rPr>
        <w:t>․</w:t>
      </w:r>
      <w:r>
        <w:rPr>
          <w:rFonts w:ascii="Sylfaen" w:hAnsi="Sylfaen" w:eastAsia="Sylfaen" w:cs="Sylfaen"/>
        </w:rPr>
        <w:t xml:space="preserve"> Թրամփի հաղթանակը և մարգարեական ուղին դեպի գազանի պատկերը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2024-04-24</w:t>
      </w:r>
    </w:p>
    <w:p>
      <w:pPr>
        <w:pStyle w:val="ArticleBody"/>
        <w:jc w:val="left"/>
      </w:pPr>
      <w:r>
        <w:rPr>
          <w:rFonts w:ascii="Sylfaen" w:hAnsi="Sylfaen" w:eastAsia="Sylfaen" w:cs="Sylfaen"/>
        </w:rPr>
        <w:t>Մակաբայեցիներով ներկայացված գիծը (որով նույնացվում է Միացյալ Նահանգներում ուխտադրժող բողոքականությունը) սկսեց իր ապստամբությունը հունական կրոնի դեմ Մոդեում, մ.թ.ա. 167 թվականին։ Այնտեղ Մակաբայեցիները հաղթանակ տարան Անտիոքոս Եպիփանեսի այն ջանքերի նկատմամբ, որով նա ցանկանում էր հունական կրոնը պարտադրել հրեաներին, և նաև սպանեցին հրեաների այն առաջնորդին, որը համագործակցում էր Անտիոքոսի հետ։ Այսպիսով, Բայդենը պարտվում է 2024 թվականի ընտրություններում՝ «Կրոնական աջ» անունով հայտնի քվեարկող բլոկի միջոցով։ Պատմությունը նկարագրում է 2024 թվականի ընտրության հաղթանակը այնպես, որ ուխտադրժող բողոքականությունը հաղթում է ոչ միայն գլոբալիստ հանրապետականներին, որոնք կոչվում են RINO-ներ, այլև աթեիստ դեմոկրատների այն ջանքերին, որով նրանք փորձում են վոքիզմի կրոնը պարտադրել ազգին։</w:t>
      </w:r>
    </w:p>
    <w:p>
      <w:pPr>
        <w:pStyle w:val="ArticleBody"/>
        <w:jc w:val="left"/>
      </w:pPr>
      <w:r>
        <w:rPr>
          <w:rFonts w:ascii="Sylfaen" w:hAnsi="Sylfaen" w:eastAsia="Sylfaen" w:cs="Sylfaen"/>
        </w:rPr>
        <w:t>Մակաբայեցիների գծով ներկայացված ներքին հոգևոր պատերազմը սկսվեց 2015 թվականին, երբ հարուստ նախագահը գրգռեց գլոբալիզմի վիշապային զորությունները, և վիշապի գործը՝ երկու վկաներին սպանելու մեջ, ներառում էր Փելոսիի Դատավարությունները՝ կապված 2021 թվականի հունվարի 6-ի հետ։ Մոդեինը և Մակաբայեցիների ապստամբությունը նույնացնում են ուխտադրույժ բողոքականության ապագա հաղթանակը 2024 թվականի նոյեմբերի 5-ին։ 2025 թվականի հունվարի 20-ի երդմնակալությունը նախապատկերված էր մ.թ.ա. 164 թվականով, որը ներկայացնում էր երկրորդ տաճարի վերաօծումը, և հենց այդ նույն տարում (մ.թ.ա. 164) մահացավ Անտիոքոս Եպիփանեսը։ Անտիոքոսը ներկայացնում է Դեմոկրատական կուսակցությունը և նրանց գլոբալիստ գործընկերներին, որոնք իրենց նույնացնում են որպես Հանրապետականներ, թեև նրանք MAGA Հանրապետականներ չեն առավել, քան աղջիկը տղա է։</w:t>
      </w:r>
    </w:p>
    <w:p>
      <w:pPr>
        <w:pStyle w:val="ArticleBody"/>
        <w:jc w:val="left"/>
      </w:pPr>
      <w:r>
        <w:rPr>
          <w:rFonts w:ascii="Sylfaen" w:hAnsi="Sylfaen" w:eastAsia="Sylfaen" w:cs="Sylfaen"/>
        </w:rPr>
        <w:t>Տասներեքից տասնհինգ համարներով ներկայացված քաղաքական պայքարը, որն ավարտվում է Պանիումի ճակատամարտով, զուգահեռ է ընթանում այդ պատմության մեջ առկա կրոնական պայքարին՝ ուոքիզմի և ուխտադրուժ բողոքականության միջև։ Թրամփի 2025 թվականի երդմնակալությունից հետո, որը ներկայացված է մ.թ.ա. 164 թվականին երկրորդ տաճարի վերանվիրումով, նա ապա կսկսի գազանի պատկերի իրական կազմավորումը՝ ուխտադրուժ բողոքական եկեղեցին միավորելով իր ուխտադրուժ Հանրապետական կառավարության հետ, ինչը ներկայացված է մ.թ.ա. 161-ից մինչև մ.թ.ա. 158 թվականները Հռոմի և Մակաբայեցիների դաշինքով։ Թրամփը եկեղեցին և պետությունը կմիավորի մի դաշինքի մեջ, որտեղ վերահսկողությունը կրոնական տարրի ձեռքում է։ Այն մարգարեական պատմության մեջ, որտեղ երկրի գազանը կազմում է կաթոլիկության գազանի պատկերը, ուխտադրուժ Հանրապետական եղջյուրը և ուխտադրուժ բողոքական եղջյուրը կլցնեն իրենց փորձաշրջանի ժամանակի բաժակը՝ հավիտենական կյանքի հարցում գտնվելով սխալ կողմում։</w:t>
      </w:r>
    </w:p>
    <w:p>
      <w:pPr>
        <w:pStyle w:val="ArticleBody"/>
        <w:jc w:val="left"/>
      </w:pPr>
      <w:r>
        <w:rPr>
          <w:rFonts w:ascii="Sylfaen" w:hAnsi="Sylfaen" w:eastAsia="Sylfaen" w:cs="Sylfaen"/>
        </w:rPr>
        <w:t>Գահակալությունից, որը ներկայացված է երկրորդ տաճարի երկրորդ մաքրագործմամբ մ.թ.ա. 164 թվականին, սկսվում է գազանի պատկերի ձևավորման գործը, ինչպես ներկայացված է մ.թ.ա. 161 թվականից մինչև մ.թ.ա. 158 թվականը հրեաների և Հռոմի դաշնակցությամբ։ Թրամփը վերընտրվելու է 2024 թվականի նոյեմբերի 5-ին (մ.թ.ա. 167), և իր գահակալության ժամանակ (մ.թ.ա. 164) նա կդառնա ութերորդ նախագահը՝ 1989 թվականի, այսինքն՝ վախճանի ժամանակից ի վեր։ Այդպիսով նա կդառնա ութերորդը, այսինքն՝ յոթից մեկը՝ արտացոլելով պապական գազանին, որը դառնում է աստվածաշնչյան մարգարեության ութերորդ թագավորությունը, երբ նրա մահաբեր վերքը բժշկվում է Կիրակի օրենքի ժամանակ։ Նրա գահակալությունը ներկայացված էր Մակաբայեցիների կողմից երկրորդ տաճարի վերաօծմամբ մ.թ.ա. 164 թվականին։ Մակաբայեցիների ապստամբությունը սկսվեց երեք տարի առաջ՝ Մոդեին քաղաքում, որի անունը նշանակում է «բողոք», և նշանավորում է 2024 թվականի նոյեմբերի 5-ի նրա ընտրական հաղթանակը։</w:t>
      </w:r>
    </w:p>
    <w:p>
      <w:pPr>
        <w:pStyle w:val="ArticleBody"/>
        <w:jc w:val="left"/>
      </w:pPr>
      <w:r>
        <w:rPr>
          <w:rFonts w:ascii="Sylfaen" w:hAnsi="Sylfaen" w:eastAsia="Sylfaen" w:cs="Sylfaen"/>
        </w:rPr>
        <w:t>Ք.ա. 164 թվականին տեղի ունեցավ երկրորդ տաճարի երկրորդ նվիրագործությունը՝ այսպիսով նախատիպելով Թրամփի երկրորդ երդմնակալությունը 2025 թվականի հունվարի 20-ին։ Այդ պահին նա պաշտոնապես դառնում է ութերորդ նախագահը, որ այն յոթ նախագահներից է, որոնք իրենից առաջ էին։ Ք.ա. 164 թվականը հուդայականության մեջ հիշատակվում է՝ նշելու երկրորդ տաճարի երկրորդ նվիրագործությունը։</w:t>
      </w:r>
    </w:p>
    <w:p>
      <w:pPr>
        <w:pStyle w:val="ArticleBody"/>
        <w:jc w:val="left"/>
      </w:pPr>
      <w:r>
        <w:rPr>
          <w:rFonts w:ascii="Sylfaen" w:hAnsi="Sylfaen" w:eastAsia="Sylfaen" w:cs="Sylfaen"/>
        </w:rPr>
        <w:t>Երդմնակալությունն այն պահն է, երբ Թրամփը դառնում է ութերորդը, այսինքն՝ յոթից մեկը, և այդ պահից սկսած սատանայական հրաշքներ պիտի տեղի ունենան՝ աջակցելով գազանին պատկեր կազմավորելու գործին։ Ութը հարություն առած գազանի պատկերի խորհրդանիշն է, և այդ պահին պատկերի կազմավորումը սկսվում է, ինչպես ներկայացված է մ.թ.ա. 161 թվականով։</w:t>
      </w:r>
    </w:p>
    <w:p>
      <w:pPr>
        <w:pStyle w:val="ArticleBody"/>
        <w:jc w:val="left"/>
      </w:pPr>
      <w:r>
        <w:rPr>
          <w:rFonts w:ascii="Sylfaen" w:hAnsi="Sylfaen" w:eastAsia="Sylfaen" w:cs="Sylfaen"/>
        </w:rPr>
        <w:t>Գազանի պատկերի կազմավորումը նախ իրականացվում է Միացյալ Նահանգներում, ապա գազանի պատկերը պարտադրվում է ամբողջ աշխարհին։ Այն ժամանակ, երբ Միացյալ Նահանգները սկսում է աշխարհին հարկադրել ընդունել գազանի մի պատկեր, որը և՛ պիտի խոսի, և՛ պատճառ դառնա, որ բոլոր նրանք, ովքեր չեն երկրպագի գազանի պատկերին, մահվան մատնվեն, Միացյալ Նահանգները հենց նոր պիտի ընդունած լինի կիրակնօրյա օրենք և կազմավորած լինի եռակի միություն։ Կիրակնօրյա օրենքի ժամանակ եռակի միությունը հաստատված է, և հասած է Սատանայի հրաշալի գործունեության ժամանակը, երբ Սատանան անձնավորում է Քրիստոսին և հրաշքներ է գործում, որպեսզի աշխարհը մոլորեցնի ընդունելու գազանի համաշխարհային պատկերը և կիրակնօրյա երկրպագությունը։ Այդ պահին Թրամփը դառնում է տասը թագավորների առաջնորդը։</w:t>
      </w:r>
    </w:p>
    <w:p>
      <w:pPr>
        <w:pStyle w:val="ArticleBody"/>
        <w:jc w:val="left"/>
      </w:pPr>
      <w:r>
        <w:rPr>
          <w:rFonts w:ascii="Sylfaen" w:hAnsi="Sylfaen" w:eastAsia="Sylfaen" w:cs="Sylfaen"/>
        </w:rPr>
        <w:t>Այսպիսով, Տրամփի գահակալումը որպես տասը թագավորների գերագույն թագավոր, որը կատարվելու է եռակի միության միջոցով՝ շուտով գալիք կիրակնօրյա օրենքի ժամանակ, նախապես պատկերավորվել է Տրամփի գահակալմամբ որպես ութերորդ նախագահ, այսինքն՝ յոթից մեկը, 2025 թվականի հունվարի 20-ին։ Այն կիրակնօրյա օրենքի ժամանակ, որը եզրափակում է Միացյալ Նահանգներում գազանի պատկերի կազմավորումը, պապական գազանն էլ նույնպես դառնում է այն ութերորդը, որ յոթից է։ Այսպիսով, գազանի պատկերի փորձության ժամանակը սկսվում է այն ժամանակ, երբ Տրամփը դառնում է այն ութերորդը, որ յոթից է, և երբ այդ ժամանակաշրջանն ավարտվում է, պապականությունն էլ նույնպես դառնում է այն ութերորդը, որ յոթից է, որովհետև Ալֆան և Օմեգան ավարտը պատկերում է սկզբի միջոցով։</w:t>
      </w:r>
    </w:p>
    <w:p>
      <w:pPr>
        <w:pStyle w:val="ArticleBody"/>
        <w:jc w:val="left"/>
      </w:pPr>
      <w:r>
        <w:rPr>
          <w:rFonts w:ascii="Sylfaen" w:hAnsi="Sylfaen" w:eastAsia="Sylfaen" w:cs="Sylfaen"/>
        </w:rPr>
        <w:t>Սատանայական հրաշքները սկսվում են Թրամփի պաշտոնակալությամբ, երբ սկսվում է գազանի պատկերի ձևավորման ժամանակաշրջանը, և դա նշանավորում է Սատանայի այն հրաշագործ գործունեությունը, որ սկսվում է Միացյալ Նահանգներում գազանի պատկերի ձևավորման ժամանակաշրջանի ավարտին։ Թրամփի պաշտոնակալությունը նշանավորում է այդ ժամանակաշրջանի սկիզբը, իսկ նրա պաշտոնակալությունը՝ որպես Միավորված ազգերի կազմակերպության տասը թագավորների գերագույն թագավոր, նշանավորում է այդ ժամանակաշրջանի ավարտը։ Սկզբի և ավարտի պաշտոնակալություններում, որոնք երկուսն էլ սկիզբ են դնում գազանի պատկերի ձևավորմանը, նախ՝ Միացյալ Նահանգներում, ապա՝ ամբողջ աշխարհում։</w:t>
      </w:r>
    </w:p>
    <w:p>
      <w:pPr>
        <w:pStyle w:val="ArticleBody"/>
        <w:jc w:val="left"/>
      </w:pPr>
      <w:r>
        <w:rPr>
          <w:rFonts w:ascii="Sylfaen" w:hAnsi="Sylfaen" w:eastAsia="Sylfaen" w:cs="Sylfaen"/>
        </w:rPr>
        <w:t>Դաշնակցության գործը, այսինքն՝ Հռոմի հետ միավորվելը, որ տեղի ունեցավ մ.թ.ա. 161-ից մ.թ.ա. 158 թվականներին, նույնացնում է այս պատմությունը, և այն եզրափակվում է տասնվեցերորդ համարի Կիրակնօրյա օրենքով։ Պապական համակարգի պատկերը հանդիսացող կառավարություն հաստատելու վերջնական գործը սկսվում է որպես գազանի պատկերի ձևավորում և առաջ է մղվում Թրամփի կողմից, երբ նա փոխհատուցում է քաղաքական այն ծառայությունները, որ ուրացող բողոքականները մատուցեցին իր քաղաքական հաղթանակի համար։</w:t>
      </w:r>
    </w:p>
    <w:p>
      <w:pPr>
        <w:pStyle w:val="ArticleBody"/>
        <w:jc w:val="left"/>
      </w:pPr>
      <w:r>
        <w:rPr>
          <w:rFonts w:ascii="Sylfaen" w:hAnsi="Sylfaen" w:eastAsia="Sylfaen" w:cs="Sylfaen"/>
        </w:rPr>
        <w:t>Այս մարգարեական կառուցվածքը պետք է տեղադրվի քառասուներորդ համարի ծածուկ պատմության մեջ։ Դանիել տասնմեկի երկրորդ համարից մինչև երրորդ համարը ընդգրկող ծածուկ պատմությունը նույնպես պետք է դրվի այդ կառուցվածքի վրա։ Հայտնության գրքի տասնմեկերորդ գլխի երկու վկաների մարգարեական պատմությունը ևս պետք է դրվի այդ կառուցվածքի վրա։ Այս երեք գծերը քառասուներորդ համարի ծածուկ պատմության մեջ միավորելով՝ Հուդայի ցեղի Առյուծը բացում է Դանիելի մարգարեության այն մասը, որը կնքված էր մնացել մինչև վերջին օրերը։</w:t>
      </w:r>
    </w:p>
    <w:p>
      <w:pPr>
        <w:pStyle w:val="ArticleScripture"/>
        <w:jc w:val="left"/>
      </w:pPr>
      <w:r>
        <w:rPr>
          <w:rFonts w:ascii="Sylfaen" w:hAnsi="Sylfaen" w:eastAsia="Sylfaen" w:cs="Sylfaen"/>
        </w:rPr>
        <w:t>Մի՞թե քաղաքում փող կհնչի, և ժողովուրդը չի սարսափի. մի՞թե քաղաքում չարիք կլինի, և Տէրը այն չի արել։ Արդարև, Տէր Աստված ոչինչ չի անի, մինչև որ Իր գաղտնիքը հայտնի չդարձնի Իր ծառաներին՝ մարգարեներին։ Առյուծը մռնչաց, ո՞վ չի վախենա։ Տէր Աստված խոսեց, ո՞վ կարող է չմարգարէանալ։ Հռչակեցէ՛ք Ասդոդի ապարանքներում և Եգիպտոսի երկրի ապարանքներում ու ասացէ՛ք. Հավաքվեցէ՛ք Սամարիայի լեռների վրա և տեսէ՛ք նրա միջի մեծ խռովությունները և նրա միջի հարստահարվածներին։ Ամոս 3:6–9.</w:t>
      </w:r>
    </w:p>
    <w:p>
      <w:pPr>
        <w:pStyle w:val="ArticleBody"/>
        <w:jc w:val="left"/>
      </w:pPr>
      <w:r>
        <w:rPr>
          <w:rFonts w:ascii="Sylfaen" w:hAnsi="Sylfaen" w:eastAsia="Sylfaen" w:cs="Sylfaen"/>
        </w:rPr>
        <w:t>Դանիել տասնմեկի քառասուներորդ համարի ծածուկ պատմության մեջ ներկայացված չկնքված պատգամը կնքման պատգամն է, և Ամովսը հռետորական հարց է տալիս քաղաքում փող հնչեցվելու և առյուծի մռնչելու մասին. և Ամովսը տալիս է պատասխանը, երբ հայտարարում է, որ Աստված ոչինչ չի անի, եթե նախ այն չհայտնի Իր ծառաներին՝ մարգարեներին։ Նա նաև ընդգրկում է այն միտքը, որ փողի պատգամը, որը նախատեսված է աստվածավախություն առաջ բերելու համար, պիտի նաև բացահայտի քաղաքի մեջ եղած չարիքը, և որ այն պիտի հրապարակվի Ասդոդում, Եգիպտոսում և Սամարիայում, որոնք ներկայացնում են ժամանակակից Բաբելոնի եռակի կազմությունը։ Կնքման փողի պատգամը պետք է հռչակվեր ամբողջ աշխարհին՝ նախապես, կնքման պատգամում ներկայացված իրադարձություններից առաջ։ Փողի պատգամը, որը կնքման պատգամն է, կրում է «Ճշմարտություն» ստորագրությունը, որովհետև կնքման ժամանակը կառուցված է երրորդ վայ-ի փողի երեք հնչյունների վրա։</w:t>
      </w:r>
    </w:p>
    <w:p>
      <w:pPr>
        <w:pStyle w:val="ArticleBody"/>
        <w:jc w:val="left"/>
      </w:pPr>
      <w:r>
        <w:rPr>
          <w:rFonts w:ascii="Sylfaen" w:hAnsi="Sylfaen" w:eastAsia="Sylfaen" w:cs="Sylfaen"/>
        </w:rPr>
        <w:t>Շեփորը նախ նշանավորեց կնիքման սկիզբը՝ 2001 թվականի սեպտեմբերի 11-ին, իսկ վերջինը ներկայացնում է կնիքման ավարտը շուտով գալիք կիրակնօրյա օրենքի ժամանակ, երբ մեծ երկրաշարժի պահին երրորդ վայը հանկարծակի գալիս է։ Միջին հնչյունը տեղի ունեցավ 2023 թվականի հոկտեմբերի 7-ին, երբ հնագույն փառավոր երկիրը հարվածվեց երրորդ վայի իսլամի կողմից կատարված հանկարծակի հարձակմամբ, ինչպես որ ժամանակակից փառավոր երկիրը 2001 թվականին հարվածվեց երրորդ վայի իսլամի կողմից կատարված հանկարծակի հարձակմամբ, և ինչպես որ կլինի այդ երեք հնչյուններից վերջինի ժամանակ՝ շուտով գալիք կիրակնօրյա օրենքի օրոք։ Հնագույն փառավոր երկրի վրա կատարված միջին հանկարծակի հարձակումը եղավ բառացի Իսրայելի վրա՝ որպես այն ապստամբության խորհրդանիշ, որը խաչեց Մեսիային։</w:t>
      </w:r>
    </w:p>
    <w:p>
      <w:pPr>
        <w:pStyle w:val="ArticleBody"/>
        <w:jc w:val="left"/>
      </w:pPr>
      <w:r>
        <w:rPr>
          <w:rFonts w:ascii="Sylfaen" w:hAnsi="Sylfaen" w:eastAsia="Sylfaen" w:cs="Sylfaen"/>
        </w:rPr>
        <w:t>Ամոսի շեփորական պատգամը պետք է հռչակվեր ամբողջ աշխարհին, և այդ պատգամը հրատարակելու գործը սկսվեց 2023 թվականի հուլիսի վերջին։ Այն ժամանակ Հուդայի ցեղի Առյուծը մռնչաց, և ո՞վ չի սարսափի, և ո՞վ այնքան կհանդգնի, որ ուրանա, թե հարյուր քառասունչորս հազարի կնքման ժամանակի հետ կապված իրադարձություններն այժմ արձակվում են ամբողջ երկրագնդով մեկ։ Այս հոդվածներն այժմ առկա են հարյուր քսանից ավելի ազգերում, վաթսունից ավելի լեզուներով, և դրանք կարելի է կամ կարդալ, կամ լսել։</w:t>
      </w:r>
    </w:p>
    <w:p>
      <w:pPr>
        <w:pStyle w:val="ArticleScripture"/>
        <w:jc w:val="left"/>
      </w:pPr>
      <w:r>
        <w:rPr>
          <w:rFonts w:ascii="Sylfaen" w:hAnsi="Sylfaen" w:eastAsia="Sylfaen" w:cs="Sylfaen"/>
        </w:rPr>
        <w:t>Երանելի է նա, որ կարդում է, և նրանք, որ լսում են այս մարգարեության խոսքերը և պահում են նրանում գրվածը, որովհետև ժամանակը մոտ է։ Հայտնություն 1:3.</w:t>
      </w:r>
    </w:p>
    <w:p>
      <w:pPr>
        <w:pStyle w:val="ArticleBody"/>
        <w:jc w:val="left"/>
      </w:pPr>
      <w:r>
        <w:rPr>
          <w:rFonts w:ascii="Sylfaen" w:hAnsi="Sylfaen" w:eastAsia="Sylfaen" w:cs="Sylfaen"/>
        </w:rPr>
        <w:t>Երբ զոհասեղանից վերցված, աղոթքների և խնկի հետ խառնված կրակը յոթերորդ և վերջին կնիքը վերցվելու պահին գցվում է երկրի վրա, լինում են ձայներ, որոտումներ, փայլակներ և մեծ երկրաշարժ։ Այդ մեծ երկրաշարժը տեղի է ունենում այն բանի հետևանքով, որ Կեսգիշերյան Աղաղակի լուրը կրակի պես ցած է գցվում այն սրբերի վրա, որոնք հառաչում և աղաղակում են Եզեկիելի իններորդ գլխում, նույն կերպ, ինչպես կրակն իջավ Պենտեկոստեի ժամանակ։ Այդ կրակը ներկայացնում էր մի լուր, որն այն ժամանակ տարվեց յուրաքանչյուր ազգի, տոհմի, լեզվի և ժողովրդի, ինչպես և այս հոդվածները։ Այդ կրակը ներկայացնում էր այդ լուրը բազմաթիվ լեզուներով հաղորդելու կարողությունը, ինչպես և այս հոդվածները։ Հոդվածները նախապես նույնացնում են այն, ինչ պատրաստվում է տեղի ունենալ, որովհետև Տերը ոչինչ չի անի, եթե նախ իր գործունեությունը չհայտնի իր մարգարեական Խոսքի միջոցով։</w:t>
      </w:r>
    </w:p>
    <w:p>
      <w:pPr>
        <w:pStyle w:val="ArticleScripture"/>
        <w:jc w:val="left"/>
      </w:pPr>
      <w:r>
        <w:rPr>
          <w:rFonts w:ascii="Sylfaen" w:hAnsi="Sylfaen" w:eastAsia="Sylfaen" w:cs="Sylfaen"/>
        </w:rPr>
        <w:t>Լսեցե՛ք, ո՛վ երկինքներ, և ես պիտի խոսեմ, և թող երկիրը լսի իմ բերանի խոսքերը։ Իմ վարդապետությունը անձրևի պես պիտի կաթի, իմ խոսքը ցողի պես պիտի հոսի, ինչպես մանր անձրևը՝ նուրբ խոտի վրա, և ինչպես հեղեղ անձրևները՝ խոտի վրա. որովհետև ես պիտի հռչակեմ Տիրոջ անունը. մեծություն տվե՛ք մեր Աստծուն։ Նա Վեմն է, նրա գործը կատարյալ է, որովհետև նրա բոլոր ճանապարհները արդար դատաստան են. նա ճշմարտության Աստված է և անիրավություն չունի, արդար ու ուղիղ է նա։ Նրանք ապականեցին իրենք իրենց, նրանց բիծը նրա որդիների բիծը չէ. նրանք ապականված ու ծուռ սերունդ են։ Բ Օրինաց 32:1–5։</w:t>
      </w:r>
    </w:p>
    <w:p>
      <w:pPr>
        <w:pStyle w:val="ArticleBody"/>
        <w:jc w:val="left"/>
      </w:pPr>
      <w:r>
        <w:rPr>
          <w:rFonts w:ascii="Sylfaen" w:hAnsi="Sylfaen" w:eastAsia="Sylfaen" w:cs="Sylfaen"/>
        </w:rPr>
        <w:t>«Ուշ անձրևի» «վարդապետությունը» այժմ Տիրոջ կողմից է հրապարակվում, և այն վարդապետությունները, որոնք կազմում են Կեսգիշերյան աղաղակի-Ուշ անձրևի լուրը, հիմնված են «Տիրոջ անվան» վրա։ Նրա անունը «Ճշմարտություն» է, Նա Փալմոնի է՝ Սքանչելի Թվիչը, և Նա Սքանչելի Լեզվաբանն է, Նա Ալֆա և Օմեգա է, Նա Աստծո Որդին է և Մարդու Որդին, Նա Քահանայապետն է, Նա Հուդայի ցեղի Առյուծն է, և Նա Միքայել հրեշտակապետն է։ Քրիստոսի այս բոլոր անունները Հիսուս Քրիստոսի Հայտնության անբաժանելի մասն են, որը բացվում է փորձաշրջանի փակվելուց անմիջապես առաջ, և դրանք անբաժանելի մաս են այն հոդվածների, որոնք հրապարակվել են ամբողջ երկրագնդով մեկ՝ 2023 թվականի հուլիսի վերջից ի վեր։ «Ով ականջ ունի, թող լսի, թե Հոգին ինչ է ասում եկեղեցիներին»։</w:t>
      </w:r>
    </w:p>
    <w:p>
      <w:pPr>
        <w:pStyle w:val="ArticleBody"/>
        <w:jc w:val="left"/>
      </w:pPr>
      <w:r>
        <w:rPr>
          <w:rFonts w:ascii="Sylfaen" w:hAnsi="Sylfaen" w:eastAsia="Sylfaen" w:cs="Sylfaen"/>
        </w:rPr>
        <w:t>Հուդայի ցեղի Առյուծը, որ Նա է, ով հաղթեց և ձեռք բերեց յոթ կնիքներով կնքված գիրքը բացելու իրավունքը, այժմ աղաղակում է, ինչպես աղաղակեց 1844 թվականի հոկտեմբերի 22-ին. ո՞վ չի երկնչի։</w:t>
      </w:r>
    </w:p>
    <w:p>
      <w:pPr>
        <w:pStyle w:val="ArticleScripture"/>
        <w:jc w:val="left"/>
      </w:pPr>
      <w:r>
        <w:rPr>
          <w:rFonts w:ascii="Sylfaen" w:hAnsi="Sylfaen" w:eastAsia="Sylfaen" w:cs="Sylfaen"/>
        </w:rPr>
        <w:t>Եվ աղաղակեց բարձր ձայնով, ինչպես առյուծն է մռնչում. և երբ նա աղաղակեց, յոթ որոտները հնչեցրին իրենց ձայները։ Եվ երբ յոթ որոտները հնչեցրին իրենց ձայները, ես պատրաստվում էի գրել. և երկնքից մի ձայն լսեցի, որ ասում էր ինձ. «Կնիքի՛ր այն, ինչ յոթ որոտները արտասանեցին, և դրանք մի՛ գրիր»։ Հայտնություն 10:3, 4.</w:t>
      </w:r>
    </w:p>
    <w:p>
      <w:pPr>
        <w:pStyle w:val="ArticleBody"/>
        <w:jc w:val="left"/>
      </w:pPr>
      <w:r>
        <w:rPr>
          <w:rFonts w:ascii="Sylfaen" w:hAnsi="Sylfaen" w:eastAsia="Sylfaen" w:cs="Sylfaen"/>
        </w:rPr>
        <w:t>Դանիել տասնմեկերորդ գլխի քառասուներորդ համարի ծածուկ պատմությանը համապատասխանող սուրբ պատմություն է միլլերիտների պատմությունը՝ ի կատարումն Մատթեոս քսանհինգերորդ գլխի տասը կույսերի առակի, Հայտնություն տասներորդ գլխի յոթ որոտների, Ամբակում երկրորդ գլխի և Եզեկիել տասներկուերորդ գլխի քսանմեկերորդից մինչև քսանութերորդ համարների։ Նրանց պատմությունը սկսվեց վախճանի ժամանակին՝ 1798 թվականին, ինչը համապատասխանում է 1989 թվականի վախճանի ժամանակին։ Հայտնություն տասներորդ գլխում յոթ որոտները հնչեցրին իրենց ձայները, սակայն Հովհաննեսին արգելվեց գրել այն, ինչ յոթ որոտները հնչեցրել էին։ Պողոս առաքյալը երրորդ երկնքում տեսավ և լսեց բաներ, որ մարդկանց համար թույլատրելի չէր գրել։</w:t>
      </w:r>
    </w:p>
    <w:p>
      <w:pPr>
        <w:pStyle w:val="ArticleScripture"/>
        <w:jc w:val="left"/>
      </w:pPr>
      <w:r>
        <w:rPr>
          <w:rFonts w:ascii="Sylfaen" w:hAnsi="Sylfaen" w:eastAsia="Sylfaen" w:cs="Sylfaen"/>
        </w:rPr>
        <w:t>«Պողոս առաքյալին իր քրիստոնեական փորձառության վաղ շրջանում տրվեցին առանձնահատուկ հնարավորություններ՝ սովորելու Աստծո կամքը Հիսուսի հետևորդների վերաբերյալ։ Նա «հափշտակվեց մինչև երրորդ երկինք», «դրախտ, և լսեց անճառելի խոսքեր, որ մարդուն արտոնված չէ ասել»։ Ինքը ևս ընդունում էր, որ «Տիրոջից» իրեն տրվել էին բազմաթիվ «տեսիլքներ և հայտնություններ»։ Ավետարանի ճշմարտության սկզբունքների նրա ըմբռնումը հավասար էր «ամենանշանավոր առաքյալներին»։ 2 Corinthians 12:2, 4, 1, 11. Նա ուներ հստակ, լիակատար ըմբռնում «Քրիստոսի սիրո», «որ անցնում է գիտությունը», «լայնության, և երկարության, և խորության, և բարձրության» մասին։ Ephesians 3:18, 19»։ Առաքյալների Գործերը, 469։</w:t>
      </w:r>
    </w:p>
    <w:p>
      <w:pPr>
        <w:pStyle w:val="ArticleBody"/>
        <w:jc w:val="left"/>
      </w:pPr>
      <w:r>
        <w:rPr>
          <w:rFonts w:ascii="Sylfaen" w:hAnsi="Sylfaen" w:eastAsia="Sylfaen" w:cs="Sylfaen"/>
        </w:rPr>
        <w:t>Բոլոր մարգարեները մատնանշում են վերջին օրերը, և այն, ինչ Հովհաննեսը լսեց, երբ յոթ որոտները «արտահայտեցին» իրենց ձայները, նրան արգելվեց գրել։ Այն, ինչ Պողոսը տեսավ, երբ գտնվում էր երրորդ երկնքում, մարդուն «արտահայտել» օրինավոր չէր։ Յոթ որոտներով ներկայացված ճշմարտությունը պետք է կնքված մնար, մինչև Հուդայի ցեղից Առյուծը կամենար բացել այդ ճշմարտությունը։</w:t>
      </w:r>
    </w:p>
    <w:p>
      <w:pPr>
        <w:pStyle w:val="ArticleBody"/>
        <w:jc w:val="left"/>
      </w:pPr>
      <w:r>
        <w:rPr>
          <w:rFonts w:ascii="Sylfaen" w:hAnsi="Sylfaen" w:eastAsia="Sylfaen" w:cs="Sylfaen"/>
        </w:rPr>
        <w:t>Այն մասնակիորեն բացվեց Քույր Ուայթին, քանի որ նա ճանաչեց, որ այն ներկայացնում էր «իրադարձությունները, որոնք պետք է տեղի ունենային» առաջին և երկրորդ հրեշտակների լուրերի պատմության մեջ, և նաև որ այն ներկայացնում էր «ապագա իրադարձություններ, որոնք պետք է բացահայտվեին իրենց հերթականությամբ»։ Այն, ինչ այդ ժամանակ հայտնվեց, «ապագա իրադարձությունների» հետ կապված մարգարեություն էր։ Նրան նաև տրվեց հրահանգ, որ յոթ որոտների կնքումը նախատիպավորված էր Դանիելի գրքի կնքումով։</w:t>
      </w:r>
    </w:p>
    <w:p>
      <w:pPr>
        <w:pStyle w:val="ArticleScripture"/>
        <w:jc w:val="left"/>
      </w:pPr>
      <w:r>
        <w:rPr>
          <w:rFonts w:ascii="Sylfaen" w:hAnsi="Sylfaen" w:eastAsia="Sylfaen" w:cs="Sylfaen"/>
        </w:rPr>
        <w:t>«Յովհաննէսին տրուած այն յատուկ լոյսը, որ արտայայտուեց եօթը որոտների մէջ, առաջին եւ երկրորդ հրեշտակների պատգամների ներքոյ տեղի ունենալիք դէպքերի նկարագրութիւնն էր....»</w:t>
      </w:r>
    </w:p>
    <w:p>
      <w:pPr>
        <w:pStyle w:val="ArticleScripture"/>
        <w:jc w:val="left"/>
      </w:pPr>
      <w:r>
        <w:rPr>
          <w:rFonts w:ascii="Sylfaen" w:hAnsi="Sylfaen" w:eastAsia="Sylfaen" w:cs="Sylfaen"/>
        </w:rPr>
        <w:t>«Այն բանից հետո, երբ այս յոթ որոտները հնչեցրին իրենց ձայները, Հովհաննեսին, ինչպես նաև Դանիելին՝ փոքր գրքի վերաբերյալ, տրվում է այս հրամանը. «Կնիք արա այն բաները, որ յոթ որոտները արտաբերեցին»։ Սրանք վերաբերում են ապագա իրադարձությունների, որոնք իրենց հերթին պիտի բացահայտվեն»։ The Seventh-day Adventist Bible Commentary, հատոր 7, 971։</w:t>
      </w:r>
    </w:p>
    <w:p>
      <w:pPr>
        <w:pStyle w:val="ArticleBody"/>
        <w:jc w:val="left"/>
      </w:pPr>
      <w:r>
        <w:rPr>
          <w:rFonts w:ascii="Sylfaen" w:hAnsi="Sylfaen" w:eastAsia="Sylfaen" w:cs="Sylfaen"/>
        </w:rPr>
        <w:t>Այն ըմբռնումը, որ յոթ որոտները խորհրդանիշ են, որը հաստատում և պահպանում է մեթոդաբանությունը, ճանաչվեց վերջի ժամանակում, որ սկսվեց 1989 թվականին։ 2001 թվականի սեպտեմբերի 11-ից հետո երկու շարժումների կրկնության կարևորությունը դարձավ ներկա փորձող ճշմարտություն։</w:t>
      </w:r>
    </w:p>
    <w:p>
      <w:pPr>
        <w:pStyle w:val="ArticleBody"/>
        <w:jc w:val="left"/>
      </w:pPr>
      <w:r>
        <w:rPr>
          <w:rFonts w:ascii="Sylfaen" w:hAnsi="Sylfaen" w:eastAsia="Sylfaen" w:cs="Sylfaen"/>
        </w:rPr>
        <w:t>Միլլերիտների պատմության կրկնությունը հարյուր քառասունչորս հազարի պատմության մեջ այն հիմնական կանոնն էր, որ հաստատվեց այդ ամսաթվին, ճիշտ ինչպես Միլլերիտների հիմնական կանոնը հաստատվեց 1840 թվականի օգոստոսի 11-ին։ Միլլերիտների համար «մեկ օրը մեկ տարին է ներկայացնում» հիմնական կանոնը հաստատվեց 1840 թվականի օգոստոսի 11-ին, իսկ այն հիմնական կանոնը, որ նույնացնում է, թե բոլոր բարեկարգչական շարժումները միմյանց օրինակավորում են՝ «գիծ առ գիծ», հաստատվեց 2001 թվականի սեպտեմբերի 11-ին։ Յոթ որոտները, որպես այդ ճշմարտության վկա, այդ ժամանակ բացվեցին։</w:t>
      </w:r>
    </w:p>
    <w:p>
      <w:pPr>
        <w:pStyle w:val="ArticleBody"/>
        <w:jc w:val="left"/>
      </w:pPr>
      <w:r>
        <w:rPr>
          <w:rFonts w:ascii="Sylfaen" w:hAnsi="Sylfaen" w:eastAsia="Sylfaen" w:cs="Sylfaen"/>
        </w:rPr>
        <w:t>Հիսուսը միշտ որևէ բանի վերջը պատկերում է նրա սկզբով, և 2001 թվականի սեպտեմբերի 11-ը, լինելով կնքման գործընթացի սկիզբը, նույնականացնում է կնքման գործընթացի ավարտը։ Հուդայի ցեղի Առյուծը յոթ որոտներից ևս մի կողմը բացեց, երբ 2023 թվականի հուլիսին սկսեց բարձրացնել մեռած չոր ոսկորները, որովհետև այդժամ Նա ցույց տվեց, որ «Ճշմարտության» հետ համաձայնությամբ, յոթ որոտները նաև խորհրդանշորեն ներկայացնում են Միլլերի շարժման պատմությունը՝ առաջին և վերջին հիասթափությունների վերաբերյալ, իսկ Կեսգիշերային աղաղակի ապստամբությունը լինելով միջին ճանապարհային նշանը։</w:t>
      </w:r>
    </w:p>
    <w:p>
      <w:pPr>
        <w:pStyle w:val="ArticleBody"/>
        <w:jc w:val="left"/>
      </w:pPr>
      <w:r>
        <w:rPr>
          <w:rFonts w:ascii="Sylfaen" w:hAnsi="Sylfaen" w:eastAsia="Sylfaen" w:cs="Sylfaen"/>
        </w:rPr>
        <w:t>Այդպես վարվելով՝ Նա հայտնեց, որ յոթ որոտները կրկնվում են 2020 թվականի հուլիսի 18-ի պատմության մեջ՝ մինչև շուտով եկող Կիրակնօրյա օրենքը։ 2020 թվականի հուլիսի 18-ի հիասթափությունը, լինելով առաջին նշագիծը, և շուտով եկող Կիրակնօրյա օրենքի հիասթափությունը, լինելով «Ճշմարտություն» կոչված երեք նշագծերից վերջինը, որոնք նույնացնում են յոթ որոտները կնքման ժամանակի վերջում, ներկայացված է այն ապստամբությամբ, որ կապված է հիմար կույսերի հետ, որոնք մերժում են Հուդայի ցեղից Եղյուծի պատգամը, Ով այժմ մռնչում է, երբ բացում է Իր կնիքները և հրապարակում է Իր պատգամը ամբողջ երկրագնդով մեկ, որովհետև այդ պատգամը վերջին օրերի Կեսգիշերյան աղաղակի պատգամն է։</w:t>
      </w:r>
    </w:p>
    <w:p>
      <w:pPr>
        <w:pStyle w:val="ArticleBody"/>
        <w:jc w:val="left"/>
      </w:pPr>
      <w:r>
        <w:rPr>
          <w:rFonts w:ascii="Sylfaen" w:hAnsi="Sylfaen" w:eastAsia="Sylfaen" w:cs="Sylfaen"/>
        </w:rPr>
        <w:t>Կնքման ժամանակի սկզբում՝ 2001 թվականի սեպտեմբերի 11-ին, Հայտնության տասնութերորդ գլխի հրեշտակը իջավ և, ի թիվս մի քանի այլ բաների, բացեց յոթ որոտների իմաստի ավելի լիակատար ըմբռնումը։ Այն ժամանակ յոթ որոտների վերաբերյալ հասկացվածը պարզապես այն չէր, որ բարեփոխչական շարժումները զուգահեռվում են միմյանց, այլև այն, որ երբ հրեշտակն իջներ բարեփոխչական շարժման այդ ուղենիշին, նա կհաստատեր իր համապատասխան պատմության հիմնական մարգարեական կանոնը։</w:t>
      </w:r>
    </w:p>
    <w:p>
      <w:pPr>
        <w:pStyle w:val="ArticleBody"/>
        <w:jc w:val="left"/>
      </w:pPr>
      <w:r>
        <w:rPr>
          <w:rFonts w:ascii="Sylfaen" w:hAnsi="Sylfaen" w:eastAsia="Sylfaen" w:cs="Sylfaen"/>
        </w:rPr>
        <w:t>Հայտնության տասնութերորդ գլխի հրեշտակի իջնելը 2001 թվականի սեպտեմբերի 11-ին հաստատեց «տող առ տող» վերջին անձրևի մեթոդաբանությունը՝ նույնացնելով, որ սկիզբի (կամ Ալֆա) շարժումը պատկերում էր ավարտի (կամ Օմեգա) շարժումը։ Կնքման ժամանակի ավարտին Միքայէլը իջավ՝ հարություն տալու մեռած ցամաք ոսկորներին, որոնք ներկայացված էին այն մեծ քաղաքի՝ Սոդոմի և Եգիպտոսի փողոցում մեռած եղած երկու վկաներով, որտեղ նաև մեր Տերը խաչվեց։ Երբ Միքայէլը մեռածներին կյանքի կոչեց, Նա, որպես Հուդայի ցեղի Առյուծ, բացեց, որ յոթ որոտներն ունեին մի ծածուկ պատմություն՝ յոթ որոտների մասին նախկինում հայտնված ճշմարտություններից անդին։</w:t>
      </w:r>
    </w:p>
    <w:p>
      <w:pPr>
        <w:pStyle w:val="ArticleBody"/>
        <w:jc w:val="left"/>
      </w:pPr>
      <w:r>
        <w:rPr>
          <w:rFonts w:ascii="Sylfaen" w:hAnsi="Sylfaen" w:eastAsia="Sylfaen" w:cs="Sylfaen"/>
        </w:rPr>
        <w:t>Եվ երբ Հուդայի ցեղից Եղջյուրը բացեց այդ ճշմարտության կնիքը, Նա այն տեղադրեց «Ճշմարտության» կառուցվածքի մեջ։ Այդ ժամանակ հայտնվեց, որ 2020 թվականի հուլիսի 18-ը զուգահեռ էր 1844 թվականի ապրիլի 19-ին, և որ այդ յուրաքանչյուր ուղենիշին կհետևեր Կեսգիշերային Աղաղակի լուրի կնիքի բացվելը, որը պիտի դրսևորեր յուրաքանչյուր համապատասխան պատմության հիմար կույսերի ապստամբությունը։ Նա նաև բացեց այն փաստի կնիքը, որ լուրը ցունամիի պես պիտի տարածվեր ամբողջ աշխարհով մեկ, մինչև կիրակնօրյա օրենքի մեծ հիասթափությունը գործադրվեր։</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Եվ նա ասաց ինձ. «Մի՛ կնքիր այս գրքի մարգարեության խոսքերը, որովհետև ժամանակը մոտ է։ Ով անիրավ է, թող դեռ անիրավություն անի. և ով պիղծ է, թող դեռ պղծվի. և ով արդար է, թող դեռ արդարություն գործի. և ով սուրբ է, թող դեռ սրբանա։ Եվ ահա, շուտով գալիս եմ, և Իմ վարձատրությունն Ինձ հետ է՝ յուրաքանչյուրին հատուցելու ըստ իր գործի։ Ես եմ Ալֆան և Օմեգան, սկիզբը և վախճանը, առաջինը և վերջինը»։ Հայտնություն 22:10–13.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իննսունչորսերորդ</dc:title>
  <dc:subject>Մակաբայեցիների արձագանքները․ Թրամփի հաղթանակը և մարգարեական ուղին դեպի գազանի պատկերը</dc:subject>
  <dc:creator>Jeff Pippenger</dc:creator>
  <cp:keywords/>
  <dc:description>Generated by ArticleDigger from daniel\194_daniel.json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