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Իննսունհինգերորդ</w:t>
      </w:r>
    </w:p>
    <w:p>
      <w:pPr>
        <w:pStyle w:val="ArticleSubtitle"/>
        <w:jc w:val="left"/>
      </w:pPr>
      <w:r>
        <w:rPr>
          <w:rFonts w:ascii="Sylfaen" w:hAnsi="Sylfaen" w:eastAsia="Sylfaen" w:cs="Sylfaen"/>
        </w:rPr>
        <w:t>Կիրակնօրյա օրենքին տանող ուղին. Թրամփի դերը և մարգարեական unfolding-ը Դանիել 11-ում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2024-04-25</w:t>
      </w:r>
    </w:p>
    <w:p>
      <w:pPr>
        <w:pStyle w:val="ArticleBody"/>
        <w:jc w:val="left"/>
      </w:pPr>
      <w:r>
        <w:rPr>
          <w:rFonts w:ascii="Sylfaen" w:hAnsi="Sylfaen" w:eastAsia="Sylfaen" w:cs="Sylfaen"/>
        </w:rPr>
        <w:t>Քառասուներորդ համարի թաքնված պատմությունը պարունակում է վեց նախագահների հաջորդականությունը՝ վերջի ժամանակի 1989 թվականից մինչև 2020 թվականը, երբ յոթերորդ նախագահ Բայդենը գողացավ նախագահությունը։ 2020 թվականը նշանավորում է մի թաքնված պատմության սկիզբը՝ այդ պահից մինչև «Ալեքսանդրոս Մեծը», ներկայացնելով այն ժամանակը, երբ Աստվածաշնչյան մարգարեության յոթերորդ թագավորությունը հաստատվում է շուտով եկող Կիրակնօրյա օրենքի ժամանակ։ Այդ տասը թագավորներն անմիջապես համաձայնում են իրենց յոթերորդ թագավորությունը հանձնել ութերորդ թագավորությանը, որը յոթից է՝ պապական իշխանությանը։ Այդ թաքնված պատմությունը սկսվում է յոթերորդ նախագահով և ավարտվում՝ յոթերորդ թագավորությամբ։</w:t>
      </w:r>
    </w:p>
    <w:p>
      <w:pPr>
        <w:pStyle w:val="ArticleBody"/>
        <w:jc w:val="left"/>
      </w:pPr>
      <w:r>
        <w:rPr>
          <w:rFonts w:ascii="Sylfaen" w:hAnsi="Sylfaen" w:eastAsia="Sylfaen" w:cs="Sylfaen"/>
        </w:rPr>
        <w:t>Երբ պատմությունը ցույց է տալիս, որ Քսերքսեսի՝ այն հարուստ թագավորի, որ գրգռում է Հունաստանին, և մինչև Ալեքսանդր Մակեդոնացու միջև եղել են պարսկական ութ թագավորներ, մենք տեսնում ենք, որ երկրորդ և երրորդ համարների միջև եղած ծածուկ պատմությունը ներկայացնում է գազանի պատկերի փորձության ժամանակը՝ ութ թվով։ Միացյալ Նահանգներում գազանի պատկերը լիովին հաստատված է, երբ կիրակնօրյա օրենքը գործադրվում է, և այդ պահին գալիս են յոթերորդը, ապա՝ ութերորդ թագավորությունները։ Պարսկական ութ թագավորներն ավարտվում են Ալեքսանդր Մակեդոնացուով, ուստի ութ թիվը նշանավորում է գազանի պատկերի փորձության ժամանակը, որն ավարտվում է կիրակնօրյա օրենքով։</w:t>
      </w:r>
    </w:p>
    <w:p>
      <w:pPr>
        <w:pStyle w:val="ArticleBody"/>
        <w:jc w:val="left"/>
      </w:pPr>
      <w:r>
        <w:rPr>
          <w:rFonts w:ascii="Sylfaen" w:hAnsi="Sylfaen" w:eastAsia="Sylfaen" w:cs="Sylfaen"/>
        </w:rPr>
        <w:t>Տասներորդից մինչև տասնհինգերորդ համարները մեզ հայտնում են, որ գազանի պատկերի փորձության ժամանակը, որ ներկայացված էր Մակաբայեցիների պատմության կողմից ներկայացվող երեք նշաձողերից երրորդով, մի ժամանակաշրջան էր, որ սկսվում էր մ.թ.ա. 161-ին և ավարտվում մ.թ.ա. 158-ին։ Այդ ժամանակաշրջանը հաջորդում էր մ.թ.ա. 167 թվականի առաջին նշաձողին, որը մատնանշում էր Մակաբայական ապստամբության սկիզբը Մոդեումում՝ մի քաղաքում, որի անունը նշանակում է «բողոքել»։ Մ.թ.ա. 164 թվականը հաջորդեց Մոդեումի այդ բողոքին և նույնացրեց երկրորդ տաճարի երկրորդ նվիրագործությունը։ Մ.թ.ա. 164 թվականը նույնացնում է Դոնալդ Թրամփի երկրորդ երդմնակալությունը՝ 1989 թվականին Ռեյգանից ի վեր ութերորդ նախագահի, որը յոթից է։ Նրա երդմնակալությունը 2025 թվականի հունվարի 20-ին ներկայացված էր մ.թ.ա. 164 թվականով, և վերանվիրագործության արարողությունը, որ ծնեց սատանայական հրաշքը, որը ներառում է երկու հիշատակում այն մասին, որ ութը յոթից է։</w:t>
      </w:r>
    </w:p>
    <w:p>
      <w:pPr>
        <w:pStyle w:val="ArticleBody"/>
        <w:jc w:val="left"/>
      </w:pPr>
      <w:r>
        <w:rPr>
          <w:rFonts w:ascii="Sylfaen" w:hAnsi="Sylfaen" w:eastAsia="Sylfaen" w:cs="Sylfaen"/>
        </w:rPr>
        <w:t>Ուստի պարսիկ ութ թագավորները ներկայացնում են Հրեաների՝ Հռոմի հետ դաշինքի պատմությունը մ.թ.ա. 161 թվականից մինչև մ.թ.ա. 158 թվականը, և այդպիսով երկրորդ վկայություն են տալիս գազանի պատկերի փորձության ժամանակին, որը հաջորդում է Թրամփի՝ 2025 թվականին պաշտոնակալությանը։ Երկրորդ համարը անցնում է 2020 թվականի գողացված ընտրությանը, որտեղ այն ավարտվում է, մինչև պարսիկ ութ թագավորների պատմական վկայությունը կիրառվում է, և նրանք իրենց կիրառությունը գտնում են Թրամփի երկրորդ պաշտոնակալությունից հետո։ Երբ պարսիկ ութ թագավորները դրվում են երկրորդ և երրորդ համարների միջև եղած պատմության վրա, դեռևս մնում է մի թաքնված ժամանակաշրջան՝ Բայդենի պաշտոնակալությունից մինչև Թրամփի երկրորդ պաշտոնակալությունը։</w:t>
      </w:r>
    </w:p>
    <w:p>
      <w:pPr>
        <w:pStyle w:val="ArticleBody"/>
        <w:jc w:val="left"/>
      </w:pPr>
      <w:r>
        <w:rPr>
          <w:rFonts w:ascii="Sylfaen" w:hAnsi="Sylfaen" w:eastAsia="Sylfaen" w:cs="Sylfaen"/>
        </w:rPr>
        <w:t>Այդ թաքնված պատմությունը նույնացվում է Հայտնության տասնմեկերորդ գլխում, որտեղ աթեիզմի գազանը 2020 թվականին սպանում է երկու վկաներին։ Ապա, երեքուկես խորհրդանշական օրերից հետո, Միքայելը իջնում է՝ հարություն տալու երկու վկաներին։ «Հարություն առած» Թրամփը 2022 թվականի նոյեմբերի 15-ին սկսեց նախագահի իր երրորդ նախընտրական արշավը, և «անապատում ձայն»՝ հարություն առածը, 2023 թվականի հուլիսի վերջին սկսեց կանչել հարյուր քառասունչորս հազարին։</w:t>
      </w:r>
    </w:p>
    <w:p>
      <w:pPr>
        <w:pStyle w:val="ArticleBody"/>
        <w:jc w:val="left"/>
      </w:pPr>
      <w:r>
        <w:rPr>
          <w:rFonts w:ascii="Sylfaen" w:hAnsi="Sylfaen" w:eastAsia="Sylfaen" w:cs="Sylfaen"/>
        </w:rPr>
        <w:t>Դանիելի գրքի տասնմեկերորդ գլխի տասը, տասնմեկ և տասներկու համարները մատնանշում են ուկրաինական պատերազմը, որը սկսվեց 2014 թվականին և կավարտվի ռուսական հաղթանակով, ինչին կհաջորդի ներկա ռուսական համադաշնության փլուզումը, ինչպես նախատիպորեն ներկայացված էր 1989 թվականին Խորհրդային Միության փլուզմամբ։</w:t>
      </w:r>
    </w:p>
    <w:p>
      <w:pPr>
        <w:pStyle w:val="ArticleBody"/>
        <w:jc w:val="left"/>
      </w:pPr>
      <w:r>
        <w:rPr>
          <w:rFonts w:ascii="Sylfaen" w:hAnsi="Sylfaen" w:eastAsia="Sylfaen" w:cs="Sylfaen"/>
        </w:rPr>
        <w:t>Տասներեքից մինչև տասնհինգերորդ համարները նույնացնում են մարգարեության երեք գծեր։ Պապականության բժշկման գիծը, որ սկսվում է այն ժամանակ, երբ Տյուրոսի պոռնիկը դուրս է գալիս իր թաքստոցից, նախապատկերվում է տասնչորսերորդ համարով, և դրա պատմական իրականացումը մ.թ.ա. 200 թվականն է, երբ հեթանոսական Հռոմը մտավ մարգարեական պատմության մեջ որպես քո ժողովրդի ավազակները, որոնք իրենց բարձրացնում են, բայց ընկնում են։</w:t>
      </w:r>
    </w:p>
    <w:p>
      <w:pPr>
        <w:pStyle w:val="ArticleBody"/>
        <w:jc w:val="left"/>
      </w:pPr>
      <w:r>
        <w:rPr>
          <w:rFonts w:ascii="Sylfaen" w:hAnsi="Sylfaen" w:eastAsia="Sylfaen" w:cs="Sylfaen"/>
        </w:rPr>
        <w:t>Այդ երեք համարներում ուխտադավան Հանրապետականության մարգարեական գիծը ներկայացված է Անտիոքոս Գ-ի պատմությամբ, որը նախապատկերում է Թրամփի՝ որպես ութերորդ նախագահի դերը, այսինքն՝ այն յոթից մեկի։ Այդ համարները նաև նույնացնում են ուխտադավան Բողոքականության մարգարեական գիծը, ինչպես այն ներկայացված է Մակաբայեցիների պատմությամբ։</w:t>
      </w:r>
    </w:p>
    <w:p>
      <w:pPr>
        <w:pStyle w:val="ArticleBody"/>
        <w:jc w:val="left"/>
      </w:pPr>
      <w:r>
        <w:rPr>
          <w:rFonts w:ascii="Sylfaen" w:hAnsi="Sylfaen" w:eastAsia="Sylfaen" w:cs="Sylfaen"/>
        </w:rPr>
        <w:t>Միլլերականների Ֆիլադելֆիական շարժմամբ սկսվող և հարյուր քառասունչորս հազարի Ֆիլադելֆիական շարժմամբ ավարտվող ճշմարիտ բողոքական եղջյուրի մարգարեական գիծը պետք է նաև դրվի քառասուներորդ համարի ծածուկ պատմության վրա։ Հայտնության տասներորդ գլխի յոթ որոտները խորհրդանշում են թե՛ Միլլերականների Ֆիլադելֆիական շարժումը, թե՛ հարյուր քառասունչորս հազարը։ Մարգարեության կնքումը և մարգարեության ապակնքումը կատարվում են Քրիստոսի կողմից, և երբ Նա դա անում է, Իրեն պատկերում է որպես Հուդայի ցեղի Առյուծ։ Տասներորդ գլխում այն հրեշտակը, որի մասին Քույր Ուայթն ասում է, թե նա «ոչ պակաս անձնավորություն է, քան Հիսուս Քրիստոսը», «մեծ ձայնով աղաղակեց, ինչպես առյուծն է մռնչում, և երբ նա աղաղակեց, յոթ որոտները հնչեցրին իրենց ձայները»։</w:t>
      </w:r>
    </w:p>
    <w:p>
      <w:pPr>
        <w:pStyle w:val="ArticleBody"/>
        <w:jc w:val="left"/>
      </w:pPr>
      <w:r>
        <w:rPr>
          <w:rFonts w:ascii="Sylfaen" w:hAnsi="Sylfaen" w:eastAsia="Sylfaen" w:cs="Sylfaen"/>
        </w:rPr>
        <w:t>Քրիստոսը, որպես Հուդայի ցեղի Առյուծը, յոթ որոտները մարգարեական պատմության մեջ դրեց մոտավորապես 100 թվականին, և Նա անմիջապես կնքեց այն, որովհետև «երբ յոթ որոտներն արտասանեցին իրենց ձայները», Հովհաննեսը «պատրաստվում էր գրել, և» նա «երկնքից մի ձայն լսեց, որ ասում էր». «Կնքի՛ր այն բաները, որ յոթ որոտներն արտասանեցին, և մի՛ գրիր դրանք»։</w:t>
      </w:r>
    </w:p>
    <w:p>
      <w:pPr>
        <w:pStyle w:val="ArticleBody"/>
        <w:jc w:val="left"/>
      </w:pPr>
      <w:r>
        <w:rPr>
          <w:rFonts w:ascii="Sylfaen" w:hAnsi="Sylfaen" w:eastAsia="Sylfaen" w:cs="Sylfaen"/>
        </w:rPr>
        <w:t>Քառասուներորդ համարի ծածուկ պատմությունն այժմ բացվում է Հուդայի ցեղի Առյուծի կողմից, և այդ պատմության մեջ ճշմարիտ բողոքական եղջյուրի գիծը ներկայացված է յոթ որոտների միջոցով։ Երբ անապատում հնչող ձայնը սկսեց աղաղակել 2023 թվականի հուլիսին, Հուդայի ցեղի Առյուծը բացեց ևս մի հայտնություն այն բանի մասին, թե «Յոթ Որոտները» ինչ են ներկայացնում։</w:t>
      </w:r>
    </w:p>
    <w:p>
      <w:pPr>
        <w:pStyle w:val="ArticleBody"/>
        <w:jc w:val="left"/>
      </w:pPr>
      <w:r>
        <w:rPr>
          <w:rFonts w:ascii="Sylfaen" w:hAnsi="Sylfaen" w:eastAsia="Sylfaen" w:cs="Sylfaen"/>
        </w:rPr>
        <w:t>Յոթ որոտները ներկայացնում են 2020 թվականի հուլիսի 18-ից սկսվող պատմությունը, երբ հարյուր քառասունչորս հազարի շարժումը սպանվեց փողոցներում, մինչև շուտով եկող կիրակնօրյա օրենքը։ Յոթ որոտների գիծը նույնացնում է այն «իրադարձությունները», որոնք տեղի են ունենում այդ պատմության մեջ։ Առաջին հիասթափությանը հաջորդում է Կեսգիշերային աղաղակի պատգամը, և ապա՝ կիրակնօրյա օրենքը։ Երբ Քույր Ուայթը նույնացրեց յոթ որոտները՝ կամ որպես առաջին և երկրորդ հրեշտակների պատմություն, կամ որպես ապագա իրադարձություններ, երկու ներկայացումներում էլ նա դրանք նույնացրեց որպես «իրադարձություններ» ներկայացնող։</w:t>
      </w:r>
    </w:p>
    <w:p>
      <w:pPr>
        <w:pStyle w:val="ArticleBody"/>
        <w:jc w:val="left"/>
      </w:pPr>
      <w:r>
        <w:rPr>
          <w:rFonts w:ascii="Sylfaen" w:hAnsi="Sylfaen" w:eastAsia="Sylfaen" w:cs="Sylfaen"/>
        </w:rPr>
        <w:t>«Կեսգիշերային աղաղակի» պատգամը կարող է հնչել որպես մի բան, որ «իրադարձություն» չէ, սակայն Միլլերական պատմության մեջ 1844 թվականի օգոստոսի 12-ից 17-ը Էքզեթերի վրանաբանակային ժողովը «իրադարձություն» էր՝ իրադարձության հետ կապված մի շարք հարակից մանրամասնություններով։ Սակայն «Կեսգիշերային աղաղակի» պատգամի հասնելը վրանաբանակային ժողովին նաև Մատթեոս քսանհինգերորդ գլխի տասը կույսերի առակի կատարմամբ էր։ Էքզեթերի վրանաբանակային ժողովի «իրադարձությունը» յոթ որոտների կատարումն էր, բայց տասը կույսերի առակը չի անդրադառնում այդ իրադարձություններին, այլ անդրադառնում է կույսերի «փորձառությանը»,</w:t>
      </w:r>
    </w:p>
    <w:p>
      <w:pPr>
        <w:pStyle w:val="ArticleScripture"/>
        <w:jc w:val="left"/>
      </w:pPr>
      <w:r>
        <w:rPr>
          <w:rFonts w:ascii="Sylfaen" w:hAnsi="Sylfaen" w:eastAsia="Sylfaen" w:cs="Sylfaen"/>
        </w:rPr>
        <w:t>«Մատթեոս 25-ի տասը կույսերի առակը նույնպես պատկերում է ադվենտիստ ժողովրդի փորձառությունը»։ Մեծ պայքար, 393։</w:t>
      </w:r>
    </w:p>
    <w:p>
      <w:pPr>
        <w:pStyle w:val="ArticleBody"/>
        <w:jc w:val="left"/>
      </w:pPr>
      <w:r>
        <w:rPr>
          <w:rFonts w:ascii="Sylfaen" w:hAnsi="Sylfaen" w:eastAsia="Sylfaen" w:cs="Sylfaen"/>
        </w:rPr>
        <w:t>Ինչպես յոթ որոտները նույնացնում են առաջին և երրորդ հրեշտակների շարժման զուգահեռ պատմությունը, այնպես էլ տասը կույսերի առակը նույնպես նույնացնում է այդ երկու զուգահեռ պատմությունները։</w:t>
      </w:r>
    </w:p>
    <w:p>
      <w:pPr>
        <w:pStyle w:val="ArticleScripture"/>
        <w:jc w:val="left"/>
      </w:pPr>
      <w:r>
        <w:rPr>
          <w:rFonts w:ascii="Sylfaen" w:hAnsi="Sylfaen" w:eastAsia="Sylfaen" w:cs="Sylfaen"/>
        </w:rPr>
        <w:t>«Ես հաճախ հղում եմ ստանում տասը կույսերի առակին, որոնցից հինգը իմաստուն էին, իսկ հինգը՝ հիմար։ Այս առակը կատարվել է և պիտի կատարվի մինչև իսկ տառացիորեն, որովհետև այն հատուկ կիրառություն ունի այս ժամանակի համար և, ինչպես երրորդ հրեշտակի լուրը, կատարվել է և պիտի շարունակի լինել ներկա ճշմարտություն մինչև ժամանակի վախճանը»։ Review and Herald, August 19, 1890.</w:t>
      </w:r>
    </w:p>
    <w:p>
      <w:pPr>
        <w:pStyle w:val="ArticleBody"/>
        <w:jc w:val="left"/>
      </w:pPr>
      <w:r>
        <w:rPr>
          <w:rFonts w:ascii="Sylfaen" w:hAnsi="Sylfaen" w:eastAsia="Sylfaen" w:cs="Sylfaen"/>
        </w:rPr>
        <w:t>Յոթ որոտների խորհրդանիշը ներկայացնում է զուգահեռ պատմությունների «դեպքերը», իսկ տասը կույսերը ներկայացնում են այդ երկու զուգահեռ պատմություններում իմաստուն և անմիտ կույսերի «փորձառությունը»։ Միլլերիտների փորձառությունը, մինչև 1856 թվականը, Փիլադելֆիայի փորձառությունն էր, իսկ հարյուր քառասունչորս հազարի շարժման փորձառությունը Լաոդիկեայի փորձառությունն էր՝ մինչև 2023 թվականի հուլիսից քիչ անց։ Երկու պատմություններում էլ իմաստուն և անմիտ կույսերը պիտի հայտնվեն Կեսգիշերյան աղաղակի պատգամի գալստյան ժամանակ, որովհետև հենց այն ժամանակ պիտի երևա, թե ովքեր ունեին պատրաստության յուղը։</w:t>
      </w:r>
    </w:p>
    <w:p>
      <w:pPr>
        <w:pStyle w:val="ArticleScripture"/>
        <w:jc w:val="left"/>
      </w:pPr>
      <w:r>
        <w:rPr>
          <w:rFonts w:ascii="Sylfaen" w:hAnsi="Sylfaen" w:eastAsia="Sylfaen" w:cs="Sylfaen"/>
        </w:rPr>
        <w:t>«Հիմար կույսերով ներկայացված Եկեղեցու վիճակը նաև հիշատակվում է որպես Լաոդիկյան վիճակ»։ Review and Herald, August 19, 1890.</w:t>
      </w:r>
    </w:p>
    <w:p>
      <w:pPr>
        <w:pStyle w:val="ArticleBody"/>
        <w:jc w:val="left"/>
      </w:pPr>
      <w:r>
        <w:rPr>
          <w:rFonts w:ascii="Sylfaen" w:hAnsi="Sylfaen" w:eastAsia="Sylfaen" w:cs="Sylfaen"/>
        </w:rPr>
        <w:t>Նրանք, ովքեր կհրաժարվեն ուտել այն պատգամը, որ գտնվում է 2023 թվականի հուլիսի վերջում իջած Միքայել հրեշտակապետի ձեռքում, կմնան Լաոդիկեայի վիճակի մեջ, իսկ նրանք, ովքեր կվերցնեն փոքրիկ գիրքը և կուտեն այն, կանցնեն Փիլադելփիայի վիճակի մեջ։ Լաոդիկեայի վիճակը ներկայացնում է մի ժողովուրդ, կամ անձ, որից դուրս է Քրիստոսը, սակայն Նա մուտք է որոնում, իսկ Փիլադելփիայի վիճակը ներկայացված է որպես Աստվածության և մարդկության միությունը։ Յոթ որոտները նույնականացնում են ճշմարիտ բողոքական եղջյուրի գծի «իրադարձությունները», որը տեղադրված է քառասուներորդ համարի թաքնված պատմության մեջ՝ սկսելով 2020 թվականի հուլիսի 18-ից և ավարտվելով Կիրակնօրյա օրենքով։</w:t>
      </w:r>
    </w:p>
    <w:p>
      <w:pPr>
        <w:pStyle w:val="ArticleBody"/>
        <w:jc w:val="left"/>
      </w:pPr>
      <w:r>
        <w:rPr>
          <w:rFonts w:ascii="Sylfaen" w:hAnsi="Sylfaen" w:eastAsia="Sylfaen" w:cs="Sylfaen"/>
        </w:rPr>
        <w:t>Տասը կույսերի առակը նույն այդ ժամանակահատվածում այն կոչվածների «փորձառությունն» է բնորոշում, որոնք կոչված են լինելու հարյուր քառասունչորս հազարի մեջ։ Այն «իրադարձությունները», որոնք բնորոշում են հարյուր քառասունչորս հազարի պատմությունը 2020 թվականի հուլիսի 18-ից մինչև կիրակնօրյա օրենքը, և այդ պատմության ընթացքում երկու դասերի «փորձառությունը», ուղեկցվում են այն գործի բնորոշմամբ, որը հանձնված էր և հանձնված է այդ երկու զուգահեռ պատմություններում։ Այդ գործը ներկայացված է Հայտնություն տասնչորսի հրեշտակներով, և միլլերիտների գործը ներկայացված էր առաջին և երկրորդ հրեշտակներով, իսկ հարյուր քառասունչորս հազարի գործը ներկայացված է երրորդ հրեշտակով։</w:t>
      </w:r>
    </w:p>
    <w:p>
      <w:pPr>
        <w:pStyle w:val="ArticleScripture"/>
        <w:jc w:val="left"/>
      </w:pPr>
      <w:r>
        <w:rPr>
          <w:rFonts w:ascii="Sylfaen" w:hAnsi="Sylfaen" w:eastAsia="Sylfaen" w:cs="Sylfaen"/>
        </w:rPr>
        <w:t>«Ես ունեցել եմ թանկագին առիթներ՝ փորձառություն ձեռք բերելու համար։ Ես փորձառություն եմ ունեցել առաջին, երկրորդ և երրորդ հրեշտակների պատգամների մեջ։ Հրեշտակները ներկայացված են որպես երկնքի մեջտեղով թռչող, աշխարհին զգուշացման պատգամ հռչակող և ուղղակի առնչություն ունեցող այս երկրի պատմության վերջին օրերում ապրող ժողովրդի հետ։ Ոչ ոք չի լսում այս հրեշտակների ձայնը, որովհետև նրանք խորհրդանիշ են՝ ներկայացնելու Աստծո ժողովրդին, որ գործում է երկնքի տիեզերքի հետ ներդաշնակությամբ։ Տղամարդիկ և կանայք, լուսավորված Աստծո Հոգով և ճշմարտությամբ սրբացած, հռչակում են այդ երեք պատգամներն իրենց հերթականությամբ»։ Life Sketches, 429.</w:t>
      </w:r>
    </w:p>
    <w:p>
      <w:pPr>
        <w:pStyle w:val="ArticleBody"/>
        <w:jc w:val="left"/>
      </w:pPr>
      <w:r>
        <w:rPr>
          <w:rFonts w:ascii="Sylfaen" w:hAnsi="Sylfaen" w:eastAsia="Sylfaen" w:cs="Sylfaen"/>
        </w:rPr>
        <w:t>2001 թվականի սեպտեմբերի 11-ին՝ կնքման ժամանակի սկզբում, Աստծո վերջին օրերի ժողովրդին տրված գործը կրկին տրվում է Աստծո վերջին օրերի ժողովրդին կնքման ժամանակի վերջում, երբ Միքայելը իջավ 2023 թվականի հուլիսին։</w:t>
      </w:r>
    </w:p>
    <w:p>
      <w:pPr>
        <w:pStyle w:val="ArticleScripture"/>
        <w:jc w:val="left"/>
      </w:pPr>
      <w:r>
        <w:rPr>
          <w:rFonts w:ascii="Sylfaen" w:hAnsi="Sylfaen" w:eastAsia="Sylfaen" w:cs="Sylfaen"/>
        </w:rPr>
        <w:t>«Հովհաննեսը տեսավ «մեկ այլ հրեշտակ, որ իջնում էր երկնքից՝ ունենալով մեծ իշխանություն, և ամբողջ երկիրը լուսավորվեց նրա փառքով»։ Հայտնություն 18:1։ Այդ գործը Աստծո ժողովրդի ձայնն է, որ աշխարհին հռչակում է նախազգուշացման պատգամ»։ The 1888 Materials, 926.</w:t>
      </w:r>
    </w:p>
    <w:p>
      <w:pPr>
        <w:pStyle w:val="ArticleBody"/>
        <w:jc w:val="left"/>
      </w:pPr>
      <w:r>
        <w:rPr>
          <w:rFonts w:ascii="Sylfaen" w:hAnsi="Sylfaen" w:eastAsia="Sylfaen" w:cs="Sylfaen"/>
        </w:rPr>
        <w:t>Ինչպես յոթ որոտների կողմից ներկայացված «դեպքերի» և տասը կույսերի կողմից ներկայացված «փորձառության» պարագայում, այնպես էլ երեք հրեշտակների գործը ներկայացնում է երկու զուգահեռ պատմություններ։</w:t>
      </w:r>
    </w:p>
    <w:p>
      <w:pPr>
        <w:pStyle w:val="ArticleScripture"/>
        <w:jc w:val="left"/>
      </w:pPr>
      <w:r>
        <w:rPr>
          <w:rFonts w:ascii="Sylfaen" w:hAnsi="Sylfaen" w:eastAsia="Sylfaen" w:cs="Sylfaen"/>
        </w:rPr>
        <w:t>«Աստված Հայտնություն 14-ի պատգամներին տվել է իրենց տեղը մարգարեության շարքում, և նրանց գործը չպետք է դադարի մինչև այս երկրի պատմության ավարտը։ Առաջին և երկրորդ հրեշտակների պատգամները դեռևս ճշմարտություն են այս ժամանակի համար և պետք է ընթանան զուգահեռաբար սրան, որ հաջորդում է։ Երրորդ հրեշտակը իր նախազգուշացումն է հռչակում բարձրաձայն։ «Դրանից հետո,— ասում է Հովհաննեսը,— տեսա մեկ այլ հրեշտակ, որ իջնում էր երկնքից՝ ունենալով մեծ իշխանություն, և երկիրը լուսավորվեց նրա փառքով»։ Այս լուսավորության մեջ միավորված է բոլոր երեք պատգամների լույսը»։ The 1888 Materials, 804.</w:t>
      </w:r>
    </w:p>
    <w:p>
      <w:pPr>
        <w:pStyle w:val="ArticleBody"/>
        <w:jc w:val="left"/>
      </w:pPr>
      <w:r>
        <w:rPr>
          <w:rFonts w:ascii="Sylfaen" w:hAnsi="Sylfaen" w:eastAsia="Sylfaen" w:cs="Sylfaen"/>
        </w:rPr>
        <w:t>Դանիէլի տասնմէկերորդ գլխի տասներեքից տասնհինգ համարներում բացայայտւում է ուրացող բողոքականութեան շառաւիղի (Մակաբայեցիները), ուրացող հանրապետականութեան (Անտիոքոս Գ) եւ Տիւրոսի պոռնիկի (քո ժողովրդի աւազակները) մարգարէական գործը։ Նոյն այդ պատմութեան մէջ ճշմարիտ բողոքական եղջիւրի՝ հարիւր քառասունչորս հազարի մարգարէական շառաւիղը բացայայտում է նրանց գործը, «փորձառութիւնը» եւ այն «դէպքերը», որոնք տեղի են ունենում Աստծու վերջին օրերի ժողովրդի մէջ։ Ճշմարիտ բողոքական եղջիւրի շառաւիղը ներկայացուած է որպէս եօթը որոտները, որոնք Յայտնութեան գրքում միակ մարգարէութիւնն են, որ նշուած է որպէս կնքուած։ Քիչ առաջ փորձութեան ժամանակի փակուելուց հրամանը գալիս է Յուդայի ցեղի Առիւծից՝ այն Նրանից, Ով կնքեց եօթը որոտների մարգարէութիւնը, որ բացուեն այս գրքի մարգարէութիւնները։</w:t>
      </w:r>
    </w:p>
    <w:p>
      <w:pPr>
        <w:pStyle w:val="ArticleBody"/>
        <w:jc w:val="left"/>
      </w:pPr>
      <w:r>
        <w:rPr>
          <w:rFonts w:ascii="Sylfaen" w:hAnsi="Sylfaen" w:eastAsia="Sylfaen" w:cs="Sylfaen"/>
        </w:rPr>
        <w:t>Յոթ որոտների կնիքների բացվելը՝ հարյուր քառասունչորս հազարի կնքման ժամանակի վերջում, որը նախապատկերվել էր կնքման ժամանակի սկզբում յոթ որոտների կնիքների բացմամբ, պետք է կիրառվի (տող առ տող) Դանիելի գրքի այն հատվածի նկատմամբ, որ վերաբերում է վերջին օրերին, և այդ հատվածը քառասուներորդ համարի թաքնված պատմությունն է։ Երբ այդ բացվելը լիովին կատարված լինի, ինչպես ներկայացված է յոթերորդ կնիքի բացմամբ, Աստված Իր Սուրբ Հոգու կրակը կթափի հարյուր քառասունչորս հազարի վրա, ինչպես արեց աշակերտների հետ Պենտեկոստեին։ Պենտեկոստեն համապատասխանում է շուտով գալու կիրակնօրյա օրենքին։</w:t>
      </w:r>
    </w:p>
    <w:p>
      <w:pPr>
        <w:pStyle w:val="ArticleScripture"/>
        <w:jc w:val="left"/>
      </w:pPr>
      <w:r>
        <w:rPr>
          <w:rFonts w:ascii="Sylfaen" w:hAnsi="Sylfaen" w:eastAsia="Sylfaen" w:cs="Sylfaen"/>
        </w:rPr>
        <w:t>«Ես անկեղծ տենչանքով սպասում եմ այն ժամանակին, երբ Պենտեկոստեի օրվա իրադարձությունները պիտի կրկնվեն նույնիսկ ավելի մեծ զորությամբ, քան այն առիթին։ Հովհաննեսն ասում է. «Եվ տեսայ այլ հրեշտակ իջանէր երկնքից՝ ունենալով մեծ իշխանութիւն, եւ երկիրը լուսաւորուեց նրա փառքով»։ Ապա, ինչպես Պենտեկոստեի ժամանակ, ժողովուրդը պիտի լսի իրենց ասուած ճշմարտութիւնը, ամէն մարդ՝ իր իսկ լեզուով։»</w:t>
      </w:r>
    </w:p>
    <w:p>
      <w:pPr>
        <w:pStyle w:val="ArticleScripture"/>
        <w:jc w:val="left"/>
      </w:pPr>
      <w:r>
        <w:rPr>
          <w:rFonts w:ascii="Sylfaen" w:hAnsi="Sylfaen" w:eastAsia="Sylfaen" w:cs="Sylfaen"/>
        </w:rPr>
        <w:t>«Աստված կարող է նոր կյանք շնչել յուրաքանչյուր այն հոգու մեջ, որ անկեղծորեն ցանկանում է ծառայել Նրան, և կարող է շուրթերին դիպչել զոհասեղանից վերցված կենդանի ածուխով ու պատճառել, որ դրանք պերճախոս դառնան Նրա փառաբանությամբ։ Հազարավոր ձայներ պիտի լցվեն Աստծո Խոսքի հրաշալի ճշմարտությունները հռչակելու զորությամբ։ Կակազող լեզուն պիտի արձակվի, և երկչոտները պիտի զորացվեն՝ ճշմարտության համար արիաբար վկայություն բերելու։ Թող Տերը օգնի Իր ժողովրդին մաքրելու հոգու տաճարը ամեն տեսակ պղծությունից և Նրա հետ պահելու այնպիսի սերտ միություն, որպեսզի նրանք հաղորդակից լինեն վերջին անձրևին, երբ այն թափվի»։ Review and Herald, July 20, 1886.</w:t>
      </w:r>
    </w:p>
    <w:p>
      <w:pPr>
        <w:pStyle w:val="ArticleBody"/>
        <w:jc w:val="left"/>
      </w:pPr>
      <w:r>
        <w:rPr>
          <w:rFonts w:ascii="Sylfaen" w:hAnsi="Sylfaen" w:eastAsia="Sylfaen" w:cs="Sylfaen"/>
        </w:rPr>
        <w:t>Կնքման ժամանակի սկիզբը պատկերում է կնքման ժամանակի վերջը։ Սկզբում վերջին անձրևը թափվեց չափով, իսկ վերջում այն թափվում է առանց չափի։ Այն հրեշտակը, որ իջավ 2001 թվականի սեպտեմբերի 11-ին, նույն հրեշտակն է, որ իջավ 2023 թվականի հուլիսի վերջում։ Հոգեգալստյան պատմությունը սկսվեց Քրիստոսի հարությամբ, իսկ Հոգեգալստյան կատարյալ կատարման ավարտը տեղի է ունենում հարյուր քառասունչորս հազարի հարության ժամանակ։</w:t>
      </w:r>
    </w:p>
    <w:p>
      <w:pPr>
        <w:pStyle w:val="ArticleScripture"/>
        <w:jc w:val="left"/>
      </w:pPr>
      <w:r>
        <w:rPr>
          <w:rFonts w:ascii="Sylfaen" w:hAnsi="Sylfaen" w:eastAsia="Sylfaen" w:cs="Sylfaen"/>
        </w:rPr>
        <w:t>«Քրիստոսի այն գործողությունը, որով Նա շնչեց Իր աշակերտների վրա Սուրբ Հոգին և Իր խաղաղությունը հաղորդեց նրանց, ընդամենը մի քանի կաթիլ էր՝ համեմատած այն առատ հեղեղի հետ, որ պիտի տրվեր Պենտեկոստեի օրը»։ Spirit of Prophecy, volume 3, 243.</w:t>
      </w:r>
    </w:p>
    <w:p>
      <w:pPr>
        <w:pStyle w:val="ArticleBody"/>
        <w:jc w:val="left"/>
      </w:pPr>
      <w:r>
        <w:rPr>
          <w:rFonts w:ascii="Sylfaen" w:hAnsi="Sylfaen" w:eastAsia="Sylfaen" w:cs="Sylfaen"/>
        </w:rPr>
        <w:t>Քրիստոսը, Իր հարությունից հետո, հենց այն բանից անմիջապես հետո, երբ համբարձվել էր Իր Հոր մոտ, շնչեց Իր աշակերտների վրա։ Երբ Նա Իր Հոր հետ հանդիպումից իջավ, հայտնվեց աշակերտներին և շնչեց նրանց վրա «մի քանի կաթիլներ», որոնք նախորդում էին «Հոգեգալստյան առատ հեղեղներին»։ Այդ մի քանի կաթիլները ներկայացնում են կնքման ժամանակի սկիզբը, իսկ առատ հեղեղները՝ վախճանը։ Կնքման ժամանակի սկիզբը կրկնվում է վերջում, և ինչպես Քրիստոսը շնչեց Իր աշակերտների վրա Հոգեգալստյան շրջանի սկզբում, այնպես էլ Նա շնչեց Իր վերջին օրերի ժողովրդի վրա այդ շրջանի ավարտին։</w:t>
      </w:r>
    </w:p>
    <w:p>
      <w:pPr>
        <w:pStyle w:val="ArticleScripture"/>
        <w:jc w:val="left"/>
      </w:pPr>
      <w:r>
        <w:rPr>
          <w:rFonts w:ascii="Sylfaen" w:hAnsi="Sylfaen" w:eastAsia="Sylfaen" w:cs="Sylfaen"/>
        </w:rPr>
        <w:t>«Չոր ոսկորների վրա հարկ է, որ Աստծո Սուրբ Հոգին շնչի, որպեսզի նրանք գործի անցնեն՝ ինչպես մեռելներից հարություն առնելով»։ Bible Training School, December 1, 1903.</w:t>
      </w:r>
    </w:p>
    <w:p>
      <w:pPr>
        <w:pStyle w:val="ArticleBody"/>
        <w:jc w:val="left"/>
      </w:pPr>
      <w:r>
        <w:rPr>
          <w:rFonts w:ascii="Sylfaen" w:hAnsi="Sylfaen" w:eastAsia="Sylfaen" w:cs="Sylfaen"/>
        </w:rPr>
        <w:t>Երկու վկաների մահը ներառում է այն փաստը, որ նրանք, ովքեր հռչակեցին Նեշվիլի և 2020 թվականի հուլիսի 18-ի կեղծ լուրը, դա արեցին որպես Լաոդիկեցիներ։ Մեռած չոր ոսկորների հարությունը ներկայացնում է անցում Լաոդիկեայի վիճակից, որը մահվան վիճակ է, դեպի Փիլադելփիայի վիճակը, որը կյանք է։ Այն շունչը, որ առաջ է բերում հարությունը և այդ անցումը, մարգարեական լուր է։</w:t>
      </w:r>
    </w:p>
    <w:p>
      <w:pPr>
        <w:pStyle w:val="ArticleScripture"/>
        <w:jc w:val="left"/>
      </w:pPr>
      <w:r>
        <w:rPr>
          <w:rFonts w:ascii="Sylfaen" w:hAnsi="Sylfaen" w:eastAsia="Sylfaen" w:cs="Sylfaen"/>
        </w:rPr>
        <w:t>«Ի՜նչ զորություն պետք է ունենանք Աստծուց, որպեսզի սառցե սրտերը, ունենալով միայն օրինական կրոն, տեսնեն իրենց համար նախատեսված առավել բարիքները՝ Քրիստոսը և Նրա արդարությունը։ Կենսատու պատգամ էր անհրաժեշտ՝ կյանք տալու չորացած ոսկորներին»։ Manuscript Releases, volume 12, 205.</w:t>
      </w:r>
    </w:p>
    <w:p>
      <w:pPr>
        <w:pStyle w:val="ArticleBody"/>
        <w:jc w:val="left"/>
      </w:pPr>
      <w:r>
        <w:rPr>
          <w:rFonts w:ascii="Sylfaen" w:hAnsi="Sylfaen" w:eastAsia="Sylfaen" w:cs="Sylfaen"/>
        </w:rPr>
        <w:t>Քրիստոսի հարությունից հետո եղած ժամանակահատվածը բաժանված էր երկու շրջանների, որոնցից առաջինը քառասուն օր էր, որից հետո Նա համբարձվեց, և ապա հաջորդեցին տասը օր՝ Պենտեկոստեից առաջ։ Քառասունը անապատի խորհրդանիշ է, ինչպես նաև երեքուկես օրը կամ հազար երկու հարյուր վաթսուն տարիները կամ օրերը։</w:t>
      </w:r>
    </w:p>
    <w:p>
      <w:pPr>
        <w:pStyle w:val="ArticleBody"/>
        <w:jc w:val="left"/>
      </w:pPr>
      <w:r>
        <w:rPr>
          <w:rFonts w:ascii="Sylfaen" w:hAnsi="Sylfaen" w:eastAsia="Sylfaen" w:cs="Sylfaen"/>
        </w:rPr>
        <w:t>Երբ Միքայէլը իջավ 2023 թվականի հուլիսին, փողոցներում մահվան երեքուկես օրերն ավարտվեցին, քանի որ Քրիստոսը սկսեց Իր Աստվածությունը մարդկության հետ միավորելու գործը հարյուր քառասունչորս հազարի մեջ։ Այդ գործը ներկայացված էր Պենտեկոստեից առաջ եղած տաս օրերով, երբ մեղքը հեռացվեց և եղբայրների միջև միասնություն հաստատվեց։ Տասը ներկայացնում է փորձության ընթացք, և այդ փորձության ընթացքն ավարտվեց Պենտեկոստեին, որը ներկայացնում է կիրակնօրյա օրենքը։</w:t>
      </w:r>
    </w:p>
    <w:p>
      <w:pPr>
        <w:pStyle w:val="ArticleBody"/>
        <w:jc w:val="left"/>
      </w:pPr>
      <w:r>
        <w:rPr>
          <w:rFonts w:ascii="Sylfaen" w:hAnsi="Sylfaen" w:eastAsia="Sylfaen" w:cs="Sylfaen"/>
        </w:rPr>
        <w:t>Հենց նույն պատմական ժամանակահատվածում, որ ներկայացված է քառասուներորդ համարում, որտեղ ութ պարսիկ թագավորները և հրեաների ու Հռոմի միջև եղած դաշինքի պատմությունը ներկայացնում են գազանի պատկերի փորձության ընթացքը, կույսերի փորձության ընթացքը պատկերվում է Պենտեկոստեին նախորդող տասը օրերում։ Այդ պատմական շրջանում բողոքականության և հանրապետականության ուխտազանց եղջյուրները միանում են՝ կազմելու գազանի պատկերը, մինչդեռ ճշմարիտ բողոքական եղջյուրը նրանց մարդկայնությունը միացնում է Քրիստոսի Աստվածությանը՝ այդպիսով կազմավորելով Քրիստոսի պատկերը մի գործընթացում, որը բաժանում է երկրպագուների երկու դասեր։</w:t>
      </w:r>
    </w:p>
    <w:p>
      <w:pPr>
        <w:pStyle w:val="ArticleBody"/>
        <w:jc w:val="left"/>
      </w:pPr>
      <w:r>
        <w:rPr>
          <w:rFonts w:ascii="Sylfaen" w:hAnsi="Sylfaen" w:eastAsia="Sylfaen" w:cs="Sylfaen"/>
        </w:rPr>
        <w:t>Յոթ որոտների միջոցով ներկայացված պատմական իրադարձությունները բացվում են Դանիել տասնմեկերորդ գլխի տասներեքից տասնհինգ համարներով ներկայացված պատմության մեջ, և միասին դրանք համընկնում են քառասուներորդ համարի ծածուկ պատմության հետ, որն ավարտվում է շուտով գալիք Կիրակնօրյա օրենքով, երբ Շաբաթապահների համար փորձաշրջանն ավարտվում է։</w:t>
      </w:r>
    </w:p>
    <w:p>
      <w:pPr>
        <w:pStyle w:val="ArticleScripture"/>
        <w:jc w:val="left"/>
      </w:pPr>
      <w:r>
        <w:rPr>
          <w:rFonts w:ascii="Sylfaen" w:hAnsi="Sylfaen" w:eastAsia="Sylfaen" w:cs="Sylfaen"/>
        </w:rPr>
        <w:t>«Դարձյալ, այս առակները սովորեցնում են, որ դատաստանից հետո այլևս փորձաշրջան չի լինելու։ Երբ ավետարանի գործն ավարտվում է, անմիջապես դրան հետևում է բարի և չարի բաժանումը, և յուրաքանչյուր դասի ճակատագիրը հավիտյան հաստատվում է»։ Christ’s Object Lessons, 123.</w:t>
      </w:r>
    </w:p>
    <w:p>
      <w:pPr>
        <w:pStyle w:val="ArticleBody"/>
        <w:jc w:val="left"/>
      </w:pPr>
      <w:r>
        <w:rPr>
          <w:rFonts w:ascii="Sylfaen" w:hAnsi="Sylfaen" w:eastAsia="Sylfaen" w:cs="Sylfaen"/>
        </w:rPr>
        <w:t>Իմաստունների և հիմարների, Լաոդիկեցիների և Փիլադելփիացիների, կամ ցորենի և որոմների բաժանումը կատարվում է հրեշտակների միջոցով։</w:t>
      </w:r>
    </w:p>
    <w:p>
      <w:pPr>
        <w:pStyle w:val="ArticleScripture"/>
        <w:jc w:val="left"/>
      </w:pPr>
      <w:r>
        <w:rPr>
          <w:rFonts w:ascii="Sylfaen" w:hAnsi="Sylfaen" w:eastAsia="Sylfaen" w:cs="Sylfaen"/>
        </w:rPr>
        <w:t>«Թող թե՛ որոմը, թե՛ ցորենը միասին աճեն մինչև հնձքը։ Այն ժամանակ տարանջատման գործը կատարում են հրեշտակները»։ Selected Messages, գիրք 2, 69.</w:t>
      </w:r>
    </w:p>
    <w:p>
      <w:pPr>
        <w:pStyle w:val="ArticleBody"/>
        <w:jc w:val="left"/>
      </w:pPr>
      <w:r>
        <w:rPr>
          <w:rFonts w:ascii="Sylfaen" w:hAnsi="Sylfaen" w:eastAsia="Sylfaen" w:cs="Sylfaen"/>
        </w:rPr>
        <w:t>Փորձաշրջանի փակվելուց անմիջապես առաջ ապակնքվող պատգամը նույնականացնում է Աստծո ժողովրդի գործը, ինչպես այն ներկայացված է հրեշտակների միջոցով։ Այս հոդվածներում պարունակվող պատգամն այժմ հրապարակվում է ամբողջ երկրագնդով մեկ՝ ավելի քան վաթսուն լեզուներով (tongues)։ Սա այժմ կատարվում է հենց փորձաշրջանի փակվելուց առաջ, և այս պատգամը ներկայացնելը Աստծո վերջին օրերի ժողովրդի գործն է։ Պատգամը նույնականացնում է այն իրադարձությունները, որոնք ներկայացված են որպես յոթ որոտներ, և պատգամը հասկանալու ու ներկայացնելու գործը ծնում է իմաստուն կույսերի փորձառությունը։</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«Գիշերվա տեսիլքներում մի խիստ տպավորիչ տեսարան անցավ իմ առաջ։ Ես տեսա, թե ինչպես հսկայական հրե գունդ ընկավ մի քանի գեղեցիկ առանձնատների մեջ՝ պատճառելով դրանց ակնթարթային կործանումը։ Ես լսեցի, որ մեկը ասում էր. «Մենք գիտեինք, որ Աստծո դատաստանները գալու էին երկրի վրա, բայց չգիտեինք, որ դրանք այսքան շուտ պիտի գային»։ Մյուսները, տագնապալի ձայներով, ասում էին. «Դու գիտեիր։ Ուրեմն ինչո՞ւ մեզ չասացիր։ Մենք չգիտեինք»։ Ամեն կողմից ես լսում էի նմանատիպ հանդիմանության խոսքեր»։</w:t>
      </w:r>
    </w:p>
    <w:p>
      <w:pPr>
        <w:pStyle w:val="ArticleScripture"/>
        <w:jc w:val="left"/>
      </w:pPr>
      <w:r>
        <w:rPr>
          <w:rFonts w:ascii="Sylfaen" w:hAnsi="Sylfaen" w:eastAsia="Sylfaen" w:cs="Sylfaen"/>
        </w:rPr>
        <w:t>«Մեծ տագնապի մեջ ես արթնացա։ Նորից քնեցի, և ինձ թվաց, թե մի մեծ հավաքի մեջ էի։ Իշխանություն ունեցող մեկը դիմում էր այնտեղ եղողներին, որի առջև փռված էր աշխարհի մի քարտեզ։ Նա ասաց, որ այդ քարտեզը պատկերում էր Աստծո այգին, որը պետք է մշակվեր։ Ովքի վրա երկնքից լույս էր շողում, նա պետք է այդ լույսը արտացոլեր ուրիշներին։ Շատ տեղերում լույսեր պետք է վառվեին, և այդ լույսերից էլ դեռ ուրիշ լույսեր պետք է վառվեին։»</w:t>
      </w:r>
    </w:p>
    <w:p>
      <w:pPr>
        <w:pStyle w:val="ArticleScripture"/>
        <w:jc w:val="left"/>
      </w:pPr>
      <w:r>
        <w:rPr>
          <w:rFonts w:ascii="Sylfaen" w:hAnsi="Sylfaen" w:eastAsia="Sylfaen" w:cs="Sylfaen"/>
        </w:rPr>
        <w:t>Խոսքերը կրկնվեցին. «Դուք երկրի աղն եք. բայց եթե աղը կորցնի իր համը, ինչո՞վ պիտի աղվի. այն այնուհետև այլևս ոչ մի բանի պիտանի չէ, այլ միայն՝ դուրս գցվելու և մարդկանց ոտքի տակ տրորվելու։ Դուք աշխարհի լույսն եք։ Մի քաղաք, որ դրված է լեռան վրա, չի կարող ծածկվել։ Եվ ոչ ոք ճրագ չի վառում ու դնում այն գրվանի տակ, այլ՝ աշտանակի վրա, և այն լույս է տալիս տան մեջ եղող բոլորին։ Թող ձեր լույսն այսպես փայլի մարդկանց առաջ, որպեսզի նրանք տեսնեն ձեր բարի գործերը և փառավորեն ձեր Հորը, որ երկնքում է»։ Մատթեոս 5:13–16։</w:t>
      </w:r>
    </w:p>
    <w:p>
      <w:pPr>
        <w:pStyle w:val="ArticleScripture"/>
        <w:jc w:val="left"/>
      </w:pPr>
      <w:r>
        <w:rPr>
          <w:rFonts w:ascii="Sylfaen" w:hAnsi="Sylfaen" w:eastAsia="Sylfaen" w:cs="Sylfaen"/>
        </w:rPr>
        <w:t>«Ես տեսա լույսի շողեր, որ ճառագում էին քաղաքներից ու գյուղերից, և երկրի բարձունքներից ու ցածրավայրերից։ Աստծո խոսքը հնազանդությամբ ընդունվում էր, և դրա հետևանքով յուրաքանչյուր քաղաքում ու գյուղում Նրա համար հիշատակարաններ կային։ Նրա ճշմարտությունը հռչակվում էր ամբողջ աշխարհով մեկ։»</w:t>
      </w:r>
    </w:p>
    <w:p>
      <w:pPr>
        <w:pStyle w:val="ArticleScripture"/>
        <w:jc w:val="left"/>
      </w:pPr>
      <w:r>
        <w:rPr>
          <w:rFonts w:ascii="Sylfaen" w:hAnsi="Sylfaen" w:eastAsia="Sylfaen" w:cs="Sylfaen"/>
        </w:rPr>
        <w:t>«Այնուհետև այս քարտեզը հեռացվեց, և նրա տեղը մեկ ուրիշը դրվեց։ Դրա վրա լույսը շողում էր միայն մի քանի տեղերից։ Աշխարհի մնացած մասը խավարի մեջ էր, և միայն այստեղ ու այնտեղ մի թույլ շողք էր երևում։ Մեր Վարդապետն ասաց. «Այս խավարը մարդկանց՝ իրենց սեփական ճանապարհին հետևելու հետևանքն է։ Նրանք փայփայել են ժառանգական և դաստիարակությամբ զարգացած հակումներ դեպի չարը։ Նրանք հարցադրումը, թերություն որոնելը և մեղադրելը դարձրել են իրենց կյանքի գլխավոր գործը։ Նրանց սրտերը Աստծու հետ ճշմարիտ չեն։ Նրանք իրենց լույսը չափի տակ են ծածկել»։</w:t>
      </w:r>
    </w:p>
    <w:p>
      <w:pPr>
        <w:pStyle w:val="ArticleScripture"/>
        <w:jc w:val="left"/>
      </w:pPr>
      <w:r>
        <w:rPr>
          <w:rFonts w:ascii="Sylfaen" w:hAnsi="Sylfaen" w:eastAsia="Sylfaen" w:cs="Sylfaen"/>
        </w:rPr>
        <w:t>«Եթե Քրիստոսի յուրաքանչյուր զինվոր կատարած լիներ իր պարտականությունը, եթե Սիոնի պարիսպների վրա գտնվող յուրաքանչյուր պահապան փողը հնչեցրած լիներ հստակ ձայնով, աշխարհը գուցե արդեն լսած լիներ նախազգուշացման լուրը։ Բայց գործը տարիներով հետ է մնացել։ Մինչ մարդիկ քնած են եղել, սատանան մեզնից առաջ է անցել»։ Վկայություններ, հատոր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Իննսունհինգերորդ</dc:title>
  <dc:subject>Կիրակնօրյա օրենքին տանող ուղին. Թրամփի դերը և մարգարեական unfolding-ը Դանիել 11-ում</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