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թաքնված պատմությունը — Թիվ տասը</w:t>
      </w:r>
    </w:p>
    <w:p>
      <w:pPr>
        <w:pStyle w:val="ArticleSubtitle"/>
        <w:jc w:val="left"/>
      </w:pPr>
      <w:r>
        <w:rPr>
          <w:rFonts w:ascii="Sylfaen" w:hAnsi="Sylfaen" w:eastAsia="Sylfaen" w:cs="Sylfaen"/>
        </w:rPr>
        <w:t>Միջնակետը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2026-05-14</w:t>
      </w:r>
    </w:p>
    <w:p>
      <w:pPr>
        <w:pStyle w:val="ArticleBody"/>
        <w:jc w:val="left"/>
      </w:pPr>
      <w:r>
        <w:rPr>
          <w:rFonts w:ascii="Sylfaen" w:hAnsi="Sylfaen" w:eastAsia="Sylfaen" w:cs="Sylfaen"/>
        </w:rPr>
        <w:t>Դանիէլի տասնմէկերորդ գլխի քառասուներորդ համարի ծածուկ պատմութիւնը համապատասխանում է նոյն գլխի տասից մինչեւ տասնվեց համարներում ներկայացուած պատմութեանը։ Տասից մինչեւ տասնվեց համարներում Յայտնութիւն տասներեքի երկրային գազանի՝ Միացեալ Նահանգների ուխտադրուժ Հանրապետական եղջիւրի գիծը ներկայացուած է Դոնալդ Թրամփով. Միացեալ Նահանգների ուխտադրուժ բողոքական եղջիւրի գիծը ներկայացուած է Մակաբայեցիներով. պապականութեան ծովային գազանի գիծը ներկայացուած է որպէս «քո ժողովրդի աւազակներ», իսկ վիշապի գիծը ներկայացուած է հարաւի զանազան թագաւորներով եւ Մակեդոնիայի Փիլիպպոսով։ Հարիւր քառասունչորս հազարների գիծը ներկայացուած է Պետրոսով։</w:t>
      </w:r>
    </w:p>
    <w:p>
      <w:pPr>
        <w:pStyle w:val="ArticleHeading"/>
        <w:jc w:val="left"/>
      </w:pPr>
      <w:r>
        <w:rPr>
          <w:rFonts w:ascii="Sylfaen" w:hAnsi="Sylfaen" w:eastAsia="Sylfaen" w:cs="Sylfaen"/>
        </w:rPr>
        <w:t>Միջինը</w:t>
      </w:r>
    </w:p>
    <w:p>
      <w:pPr>
        <w:pStyle w:val="ArticleBody"/>
        <w:jc w:val="left"/>
      </w:pPr>
      <w:r>
        <w:rPr>
          <w:rFonts w:ascii="Sylfaen" w:hAnsi="Sylfaen" w:eastAsia="Sylfaen" w:cs="Sylfaen"/>
        </w:rPr>
        <w:t>Այդ թաքնված պատմության ներսում միջինը բազմիցս ընդգծվում է։ Ք.ա. 457 թվականին սկսված 250 տարին ավարտվեց Ք.ա. 207 թվականին՝ Ռաֆիայի և Պանիումի ճակատամարտերի միջևտեղում՝ տասնմեկից տասնհինգ համարների վերջին երկու փոխանորդական պատերազմների մեջ։ Երկրի գազանի 250 տարիները, որոնք սկսվեցին 1776 թվականին, ավարտվում են 2026 թվականին՝ երկրի գազանի քաղաքական ասպարեզում «միջանկյալ ընտրությունների» տարում։ Պետրոսը Կեսարիա Փիլիպպեում (Պանիում) է՝ այն երեք դեպքերից միջնամասում, երբ Քրիստոսը բացառապես միայն երեք աշակերտների վերցրեց։</w:t>
      </w:r>
    </w:p>
    <w:p>
      <w:pPr>
        <w:pStyle w:val="ArticleBody"/>
        <w:jc w:val="left"/>
      </w:pPr>
      <w:r>
        <w:rPr>
          <w:rFonts w:ascii="Sylfaen" w:hAnsi="Sylfaen" w:eastAsia="Sylfaen" w:cs="Sylfaen"/>
        </w:rPr>
        <w:t>Այդ զուգահեռ գծերի պատմության մեջ Պետրոսը ներկայացնում է նրանց, ովքեր ուղղում և կրկնում են Նեշվիլի վրա ընկնող հրագնդերի մասին նախազգուշացումը։ Պետրոսի անունը փոխվեց Մատթեոսի տասնմեկից մինչև քսաներկու գլուխների հենց մեջտեղում, ինչպես Աբրամի՝ տասնմեկից մինչև քսաներկու գլուխների միջին գլուխը թլփատությունը ճանաչեց որպես ուխտի նշան, ինչին զուգընթաց Հայտնության տասնմեկից մինչև քսաներկու գլուխների միջինը նշում է մահվան ուխտի նշանը՝ Հայտնություն տասնյոթում։ Միջնակետն այն վայրն է, որտեղ հարյուր քառասունչորս հազարը փոխվում են լաոդիկեացիից դեպի փիլադելփիացի, իսկ երեք հրեշտակների միջինը երկրորդ հրեշտակն է։</w:t>
      </w:r>
    </w:p>
    <w:p>
      <w:pPr>
        <w:pStyle w:val="ArticleBody"/>
        <w:jc w:val="left"/>
      </w:pPr>
      <w:r>
        <w:rPr>
          <w:rFonts w:ascii="Sylfaen" w:hAnsi="Sylfaen" w:eastAsia="Sylfaen" w:cs="Sylfaen"/>
        </w:rPr>
        <w:t>Երկրորդ քայլը, կամ միջնակետը, երկրորդ տաճարի փորձության ժամանակն է, որը հետևում է առաջին և հիմնարար փորձությանը։ 2024 թվականի առաջին փորձությունը արտաքին տեսիլքի հաստատումն էր Հռոմի խորհրդանիշով, իսկ երկրորդ փորձությունը Քրիստոսի ներքին մարահի (հայելային) տեսիլքն է Սրբոց Սրբոցում։ Երկրորդ հրեշտակի պատմության մեջ կեսգիշերյան աղաղակի լուրը գալիս է՝ զորացնելու երկրորդ հրեշտակի լուրը։</w:t>
      </w:r>
    </w:p>
    <w:p>
      <w:pPr>
        <w:pStyle w:val="ArticleBody"/>
        <w:jc w:val="left"/>
      </w:pPr>
      <w:r>
        <w:rPr>
          <w:rFonts w:ascii="Sylfaen" w:hAnsi="Sylfaen" w:eastAsia="Sylfaen" w:cs="Sylfaen"/>
        </w:rPr>
        <w:t>1840 թվականի միլլերական պատմության մեջ Յոսիա (նշանակում է Աստծո հիմք) Լիչը ուղղում կատարեց՝ առաջին և երկրորդ վայի իսլամի մարգարեության իր նույնացման վերաբերյալ, իսկ 1844 թվականին Սամուել Սնոուն ուղղեց 1843 թվականի կանխագուշակությունը՝ տասը կույսերի առակի կատարման մեջ։ 2026 թվականին Պետրոսը պետք է ուղղի Նեշվիլի հրագնդերի չկատարված կանխագուշակությունը, ինչպես դա նախատիպված էր 1843 թվականի միլլերական հիասթափությամբ, և ճշգրտի իսլամի վերաբերյալ պատգամը, ինչպես դա նախատիպված էր Յոսիա Լիչի 1840 թվականի գործով։ Միլլերական այդ երկու իրադարձությունները՝ 1840 և 1844 թվականների, ներկայացնում են առաջին հրեշտակի պատգամի զորացումը 1840 թվականի օգոստոսի 11-ին և երկրորդ հրեշտակի պատգամի զորացումը 1844 թվականի օգոստոսի 17-ին։ Միասին դրանք նույնացնում են կեսգիշերային աղաղակի զորացումը, երբ Նեշվիլի հրագնդերը վայր են իջնում։</w:t>
      </w:r>
    </w:p>
    <w:p>
      <w:pPr>
        <w:pStyle w:val="ArticleScripture"/>
        <w:jc w:val="left"/>
      </w:pPr>
      <w:r>
        <w:rPr>
          <w:rFonts w:ascii="Sylfaen" w:hAnsi="Sylfaen" w:eastAsia="Sylfaen" w:cs="Sylfaen"/>
        </w:rPr>
        <w:t>«Հրեշտակը, որ միանում է երրորդ հրեշտակի պատգամի հռչակմանը, պիտի իր փառքով լուսավորի ամբողջ երկիրը։ Այստեղ կանխասացվում է համաշխարհային ընդգրկում ունեցող և անսովոր զորությամբ մի գործ։ 1840–44 թվականների ադվենտական շարժումը Աստծո զորության փառավոր դրսևորում էր. առաջին հրեշտակի պատգամը հասցվեց աշխարհի յուրաքանչյուր միսիոներական կայան, և որոշ երկրներում դրսևորվեց կրոնական այնպիսի մեծ հետաքրքրություն, ինչպիսին ոչ մի երկրում չէր տեսնվել տասնվեցերորդ դարի Բարեփոխությունից ի վեր. սակայն այս ամենը պիտի գերազանցվի երրորդ հրեշտակի վերջին նախազգուշացման ներքո տեղի ունեցող հզոր շարժումով»։ The Great Controversy, 611.</w:t>
      </w:r>
    </w:p>
    <w:p>
      <w:pPr>
        <w:pStyle w:val="ArticleBody"/>
        <w:jc w:val="left"/>
      </w:pPr>
      <w:r>
        <w:rPr>
          <w:rFonts w:ascii="Sylfaen" w:hAnsi="Sylfaen" w:eastAsia="Sylfaen" w:cs="Sylfaen"/>
        </w:rPr>
        <w:t>Հարցն այն է, թե ինչու Միացյալ Նահանգների բոլոր քաղաքների միջից Աստծո նախախնամությունը պիտի ընտրեր Նեշվիլը։ 9/11-ին երրորդ վայ-ի վրա հասնելիս թիրախ դարձան Նյու Յորքի Երկվորյակ աշտարակները և Վաշինգտոն, DC-ի Պենտագոնը։ Չորրորդ ինքնաթիռը բախվեց երկրին։ Երկրի գազանի խորհրդանիշը երկիրն է, նրա տնտեսական հզորության խորհրդանիշը՝ Նյու Յորքը, իսկ նրա ռազմական զորության խորհրդանիշը՝ Պենտագոնը։ Երբ Միացյալ Նահանգները աշխարհին հարկադրում է ընդունել պապական իշխանության դրոշմը և եկեղեցի-պետություն քաղաքական համակարգը, որը գազանի պատկերն է, դա անում է իր ռազմական և տնտեսական հզորության միջոցով, որովհետև Հայտնություն տասներեքը նույնացնում է երկրի գազանի իշխանության գործադրումը՝ հավատացյալներին արգելելու գնել կամ վաճառել, և նաև մահվան է մատնում նրանց, ովքեր կանգնում են Աստծո յոթերորդ օրվա շաբաթի համար։ Մարգարեական խորհրդանշաբանությունը ներկայացված է որպես «կառքեր, հեծյալներ (ռազմական հզորություն) և նավեր» (տնտեսական հզորություն) Դանիել տասնմեկի քառասուներորդ խոսքում։</w:t>
      </w:r>
    </w:p>
    <w:p>
      <w:pPr>
        <w:pStyle w:val="ArticleBody"/>
        <w:jc w:val="left"/>
      </w:pPr>
      <w:r>
        <w:rPr>
          <w:rFonts w:ascii="Sylfaen" w:hAnsi="Sylfaen" w:eastAsia="Sylfaen" w:cs="Sylfaen"/>
        </w:rPr>
        <w:t>Հարյուր քառասունչորս հազարի կնքման ժամանակ Իսլամը անսպասելիորեն չորս անգամ հարվածում է փառավոր երկրին։ Առաջինը 9/11-ն էր, երկրորդն ու երրորդը՝ հին բառացի փառավոր երկիրը, ապա Նեշվիլը։ Չորրորդը Հայտնություն տասնմեկի երկրաշարժն է, այսինքն՝ կիրակնօրյա օրենքը։ Բաղաամի և երեք հրեշտակների համատեքստում 2023 թվականի հոկտեմբերի 7-ի երկու հարվածները և Նեշվիլը ներկայացնում են Աստծո ուխտի ժողովրդի երկու աստվածաշնչյան այգիները։</w:t>
      </w:r>
    </w:p>
    <w:p>
      <w:pPr>
        <w:pStyle w:val="ArticleBody"/>
        <w:jc w:val="left"/>
      </w:pPr>
      <w:r>
        <w:rPr>
          <w:rFonts w:ascii="Sylfaen" w:hAnsi="Sylfaen" w:eastAsia="Sylfaen" w:cs="Sylfaen"/>
        </w:rPr>
        <w:t>Երբ պապության մահաբեր վերքը կիրակնօրյա օրենքի ժամանակ բժշկվում է, Սև դարերի երկրորդ դրսևորումը սկսվում է։ Առաջին և երրորդ վայերը նույնն են, որովհետև Քրիստոս միշտ ավարտը պատկերում է սկզբով. ուստի առաջին վայի մեջ Մուհամմեդի ընկնող աստղը, որ շրջեց այն բանալին, որը բացեց անդունդը, և 9/11-ից կարճ ժամանակ անց անդունդի աթեիզմը սպանեց Հայտնություն տասնմեկի երկու վկաներին։ Կիրակնօրյա օրենքի ժամանակ պապական մահաբեր վերքը բժշկվում է, և կաթոլիկության գազանը իրականացնում է ութերորդի՝ (ներկայացնող հարությունը) կատարման մարգարեական հանելուկը։ Այն ժամանակ սկսվում է Սև դարերի երկրորդ ժամանակաշրջանը՝ որպես Բաղաամի երրորդ ուղենիշ, երբ էշը, որ խոսում է, շրջում է բանալին՝ անդունդը կրկին բացելու համար։ 9/11-ից հետո աթեիզմը՝ վիշապը, դուրս եկավ անդունդից՝ պատերազմելու ամենահարուստ նախագահի դեմ, որը շարժման մեջ դրեց ամբողջ Հունաստանի թագավորությունը։ Կիրակնօրյա օրենքի ժամանակ Հայտնություն տասնյոթի գազանը բարձրանում է անդունդից, և խավարը կրկին ծածկում է արեգակը։</w:t>
      </w:r>
    </w:p>
    <w:p>
      <w:pPr>
        <w:pStyle w:val="ArticleBody"/>
        <w:jc w:val="left"/>
      </w:pPr>
      <w:r>
        <w:rPr>
          <w:rFonts w:ascii="Sylfaen" w:hAnsi="Sylfaen" w:eastAsia="Sylfaen" w:cs="Sylfaen"/>
        </w:rPr>
        <w:t>Ինչո՞ւ Նեշվիլ։ Հարցը, որ դեռևս չլուծված է։ Նեշվիլը նշանավորում է կեսգիշերյան աղաղակի պատգամի հռչակման կարճ ժամանակահատվածի սկիզբը, և այն սկսվում է իսլամի կողմից անսպասելի կործանարար հարձակմամբ ու նույն կերպ էլ ավարտվում է։ Ժամանակահատվածի վերջում կիրակնօրյա օրենքը ներկայացնում է գազանի նշանի պարտադրումը Միացյալ Նահանգներում և քաղաքների կործանման սկիզբը։ «Կործանումը» իսլամի մարգարեական բնութագրիչն է։</w:t>
      </w:r>
    </w:p>
    <w:p>
      <w:pPr>
        <w:pStyle w:val="ArticleHeading"/>
        <w:jc w:val="left"/>
      </w:pPr>
      <w:r>
        <w:rPr>
          <w:rFonts w:ascii="Sylfaen" w:hAnsi="Sylfaen" w:eastAsia="Sylfaen" w:cs="Sylfaen"/>
        </w:rPr>
        <w:t>Կործանում</w:t>
      </w:r>
    </w:p>
    <w:p>
      <w:pPr>
        <w:pStyle w:val="ArticleScripture"/>
        <w:jc w:val="left"/>
      </w:pPr>
      <w:r>
        <w:rPr>
          <w:rFonts w:ascii="Sylfaen" w:hAnsi="Sylfaen" w:eastAsia="Sylfaen" w:cs="Sylfaen"/>
        </w:rPr>
        <w:t>«Նախանցյալ գիշեր իմ առջև անցավ մի չափազանց տպավորիչ տեսարան։ Ես տեսա մի ահագին հրե գունդ, որ ընկավ որոշ գեղեցիկ ապարանքների մեջտեղը՝ պատճառելով դրանց ակնթարթային կործանումը։ Ես լսեցի, թե ոմանք ասում էին. «Մենք գիտեինք, որ Աստծո դատաստանները գալիս են երկրի վրա, բայց չգիտեինք, որ դրանք այսքան շուտ պիտի գային»։ Ուրիշներն ասում էին. «Դուք գիտեիք։ Ապա ինչո՞ւ մեզ չասացիք։ Մենք չգիտեինք»։ Ամեն կողմից ես լսում էի այսպիսի խոսքեր»։ Նամակ 217, 1904 թ.</w:t>
      </w:r>
    </w:p>
    <w:p>
      <w:pPr>
        <w:pStyle w:val="ArticleHeading"/>
        <w:jc w:val="left"/>
      </w:pPr>
      <w:r>
        <w:rPr>
          <w:rFonts w:ascii="Sylfaen" w:hAnsi="Sylfaen" w:eastAsia="Sylfaen" w:cs="Sylfaen"/>
        </w:rPr>
        <w:t>Ինը Տասնմեկ</w:t>
      </w:r>
    </w:p>
    <w:p>
      <w:pPr>
        <w:pStyle w:val="ArticleBody"/>
        <w:jc w:val="left"/>
      </w:pPr>
      <w:r>
        <w:rPr>
          <w:rFonts w:ascii="Sylfaen" w:hAnsi="Sylfaen" w:eastAsia="Sylfaen" w:cs="Sylfaen"/>
        </w:rPr>
        <w:t>«Հայտնություն» «ինը տասնմեկը» իսլամի թագավորության բնույթը նույնացնում է մահվան և կործանման հետ, որովհետև մարգարեության մեջ անունը բնավորություն է ներկայացնում։</w:t>
      </w:r>
    </w:p>
    <w:p>
      <w:pPr>
        <w:pStyle w:val="ArticleBody"/>
        <w:jc w:val="left"/>
      </w:pPr>
      <w:r>
        <w:rPr>
          <w:rFonts w:ascii="Sylfaen" w:hAnsi="Sylfaen" w:eastAsia="Sylfaen" w:cs="Sylfaen"/>
        </w:rPr>
        <w:t>Եվ նրանք իրենց վրա թագավոր ունեին, այն է՝ անդնդի հրեշտակը, որի անունը եբրայերեն լեզվով Աբադդոն է, իսկ հունարեն լեզվով նրա անունը Ապողղիոն է։ Հայտնություն 9/11.</w:t>
      </w:r>
    </w:p>
    <w:p>
      <w:pPr>
        <w:pStyle w:val="ArticleBody"/>
        <w:jc w:val="left"/>
      </w:pPr>
      <w:r>
        <w:rPr>
          <w:rFonts w:ascii="Sylfaen" w:hAnsi="Sylfaen" w:eastAsia="Sylfaen" w:cs="Sylfaen"/>
        </w:rPr>
        <w:t>Աբադոն նշանակում է «կործանում կամ կործանման վայր», իսկ Ապողլիոն՝ «կործանիչ»։</w:t>
      </w:r>
    </w:p>
    <w:p>
      <w:pPr>
        <w:pStyle w:val="ArticleScripture"/>
        <w:jc w:val="left"/>
      </w:pPr>
      <w:r>
        <w:rPr>
          <w:rFonts w:ascii="Sylfaen" w:hAnsi="Sylfaen" w:eastAsia="Sylfaen" w:cs="Sylfaen"/>
        </w:rPr>
        <w:t>«Հրեշտակները զսպում են չորս հողմերը, որոնք ներկայացված են որպես կատաղած ձի, որ ձգտում է պոկվել և սլանալ ամբողջ երկրի երեսով՝ իր ճանապարհին բերելով կործանում և մահ։»</w:t>
      </w:r>
    </w:p>
    <w:p>
      <w:pPr>
        <w:pStyle w:val="ArticleScripture"/>
        <w:jc w:val="left"/>
      </w:pPr>
      <w:r>
        <w:rPr>
          <w:rFonts w:ascii="Sylfaen" w:hAnsi="Sylfaen" w:eastAsia="Sylfaen" w:cs="Sylfaen"/>
        </w:rPr>
        <w:t>«Մի՞թե պիտի քնենք հենց հավիտենական աշխարհի իսկ շեմին։ Մի՞թե պիտի լինենք բթացած ու սառն ու մեռած։ Ո՜հ, եթե միայն մեր եկեղեցիներում ունենայինք Աստծո Հոգին և շունչը, որ ներշնչված լիներ Նրա ժողովրդի մեջ, որպեսզի նրանք կանգնեին իրենց ոտքերի վրա և ապրեին։ Մենք պետք է տեսնենք, որ ճանապարհը նեղ է, և դուռը՝ անձուկ։ Սակայն երբ անցնում ենք այդ անձուկ դռնով, նրա ընդարձակությունը սահման չունի»։ Manuscript Releases, հ. 20, 217.</w:t>
      </w:r>
    </w:p>
    <w:p>
      <w:pPr>
        <w:pStyle w:val="ArticleBody"/>
        <w:jc w:val="left"/>
      </w:pPr>
      <w:r>
        <w:rPr>
          <w:rFonts w:ascii="Sylfaen" w:hAnsi="Sylfaen" w:eastAsia="Sylfaen" w:cs="Sylfaen"/>
        </w:rPr>
        <w:t>Երրորդ վայի իսլամի ուղին Բաղաամի և էշի ուղին է։ Իսլամի բարկացած ձիու ուղին, այսինքն՝ Հովհաննեսի կռվի չորս հողմերը, Եսայիայի սաստիկ հողմը և Եզեկիելի «հողմը» կամ «շունչը», որ գալիս է չորս հողմերից, 9/11-ից սկսած ընթանում է մի ճանապարհով, որը տանում է դեպի «նեղ» և «ուղիղ» դուռը։ Այդ նեղ դուռը Բաղաամի և էշի երրորդ ճանապարհային նշանն է։</w:t>
      </w:r>
    </w:p>
    <w:p>
      <w:pPr>
        <w:pStyle w:val="ArticleScripture"/>
        <w:jc w:val="left"/>
      </w:pPr>
      <w:r>
        <w:rPr>
          <w:rFonts w:ascii="Sylfaen" w:hAnsi="Sylfaen" w:eastAsia="Sylfaen" w:cs="Sylfaen"/>
        </w:rPr>
        <w:t>Եվ Տիրոջ հրեշտակը առաջ գնաց և կանգնեց մի նեղ տեղում, ուր ոչ աջ կողմ թեքվելու ճանապարհ կար, ոչ էլ ձախ։ Եվ երբ էշը տեսավ Տիրոջ հրեշտակին, Բաղաամի տակ ընկավ գետին. և Բաղաամի բարկությունը բորբոքվեց, ու նա գավազանով զարկեց էշին։ Եվ Տերը բացեց էշի բերանը, և նա ասաց Բաղաամին. «Ի՞նչ եմ քեզ արել, որ այս երեք անգամ ինձ զարկեցիր»։ Թուոց 22:26–28։</w:t>
      </w:r>
    </w:p>
    <w:p>
      <w:pPr>
        <w:pStyle w:val="ArticleBody"/>
        <w:jc w:val="left"/>
      </w:pPr>
      <w:r>
        <w:rPr>
          <w:rFonts w:ascii="Sylfaen" w:hAnsi="Sylfaen" w:eastAsia="Sylfaen" w:cs="Sylfaen"/>
        </w:rPr>
        <w:t>Իսլամի կործանման երրորդ վայի ուղին սկսվեց սեպտեմբերի 11-ին, երբ հայտնություն 18:1–3-ը կատարվեց։</w:t>
      </w:r>
    </w:p>
    <w:p>
      <w:pPr>
        <w:pStyle w:val="ArticleScripture"/>
        <w:jc w:val="left"/>
      </w:pPr>
      <w:r>
        <w:rPr>
          <w:rFonts w:ascii="Sylfaen" w:hAnsi="Sylfaen" w:eastAsia="Sylfaen" w:cs="Sylfaen"/>
        </w:rPr>
        <w:t>«Արդյոք այժմ շրջանառո՞ւմ է այն խոսքը, թե ես հայտարարել եմ, որ Նյու Յորքը պիտի սրբվի մակընթացային ալիքով։ Սա ես երբեք չեմ ասել։ Ես ասել եմ, երբ այնտեղ բարձրացող մեծ շենքերին էի նայում՝ հարկ առ հարկ. «Ի՜նչ սոսկալի տեսարաններ պիտի տեղի ունենան, երբ Տերը վեր կենա երկիրը ահավոր կերպով սասանելու համար։ Այն ժամանակ Հայտնություն 18.1–3-ի խոսքերը պիտի կատարվեն»։ Հայտնության տասնութերորդ ամբողջ գլուխը նախազգուշացում է այն բանի մասին, ինչ պիտի գա երկրի վրա։ Սակայն ես որևէ առանձնահատուկ լույս չունեմ այն մասին, թե հատկապես ինչ պիտի գա Նյու Յորքի վրա, բացի այն, որ գիտեմ՝ մի օր այնտեղի մեծ շենքերը պիտի կործանվեն Աստծո զորության շրջելու և շուռ տալու ազդեցությամբ։ Ինձ տրված լույսից գիտեմ, որ կործանումը աշխարհում է։ Մի խոսք Տիրոջից, Նրա հզոր զորության մի հպում, և այս հսկայական կառույցները պիտի փլվեն։ Այնպիսի տեսարաններ պիտի տեղի ունենան, որոնց սարսափելիությունը մենք չենք կարող պատկերացնել»։ Review and Herald, July 5, 1906.</w:t>
      </w:r>
    </w:p>
    <w:p>
      <w:pPr>
        <w:pStyle w:val="ArticleBody"/>
        <w:jc w:val="left"/>
      </w:pPr>
      <w:r>
        <w:rPr>
          <w:rFonts w:ascii="Sylfaen" w:hAnsi="Sylfaen" w:eastAsia="Sylfaen" w:cs="Sylfaen"/>
        </w:rPr>
        <w:t>Հարցը մնում է. ինչո՞ւ՝ Նեշվիլը։ Նեշվիլի հրե գնդերը ներկայացնում են մարգարեական մի տեսարան, որտեղ ադվենտիզմի մի դասը ամաչում է և, ըստ Հովելի, «կտրվում»։ Մյուս դասը ներկայացված է որպես երբեք չամաչող և ուրախությամբ լի։ Մարգարեական ուրախությունը Նեշվիլի և Միացյալ Նահանգների վրա բերված դատաստանի համար չէ, այլ այն արդարացման համար, որ ներկայացված է առակում նրանց միջև, ովքեր յուղ ունեն, և նրանց, ովքեր յուղ չունեն։ Յուղին կցված են բազմաթիվ խորհրդանշական նշանակություններ, սակայն յուղի առաջնային նշանակություններից մեկը կեսգիշերային աղաղակի լուրն է։ Այդ լուրը սկսեց աստիճանաբար բացվել 2023 թվականի վերջում, և այն ներկայացնում էր գիտության աճը, որը կա՛մ մերժվում է, կա՛մ ընդունվում։ Օսեեն հստակ ասում է, որ նրանք, ովքեր մերժում են գիտությունը, մերժվում են որպես Աստծո քահանաներ։ Երբ Պետրոսը հասկանում է Նեշվիլի հրե գնդերը, նա գտնվում է Ղևտական քսաներեքերորդ գլխի կառուցվածքի մեջտեղում, և երեսուն թիվը քահանաների խորհրդանիշ է։</w:t>
      </w:r>
    </w:p>
    <w:p>
      <w:pPr>
        <w:pStyle w:val="ArticleScripture"/>
        <w:jc w:val="left"/>
      </w:pPr>
      <w:r>
        <w:rPr>
          <w:rFonts w:ascii="Sylfaen" w:hAnsi="Sylfaen" w:eastAsia="Sylfaen" w:cs="Sylfaen"/>
        </w:rPr>
        <w:t>Իմ ժողովուրդը կորչում է գիտության պակասից, որովհետև դու մերժեցիր գիտությունը, և Ես էլ քեզ կմերժեմ, որպեսզի Ինձ համար քահանա չլինես. քանի որ մոռացար քո Աստծու օրենքը, Ես էլ կմոռանամ քո որդիներին։ Ովսեե 4:6.</w:t>
      </w:r>
    </w:p>
    <w:p>
      <w:pPr>
        <w:pStyle w:val="ArticleBody"/>
        <w:jc w:val="left"/>
      </w:pPr>
      <w:r>
        <w:rPr>
          <w:rFonts w:ascii="Sylfaen" w:hAnsi="Sylfaen" w:eastAsia="Sylfaen" w:cs="Sylfaen"/>
        </w:rPr>
        <w:t>«Գիտության» կամ դրա պակասի հարցը այն ճշմարտություններից մեկն է, որ կապված են Նեշվիլի հրե գնդերի գալստյան հետ։ Մարգարեական «գիտությունը» կամ դրա պակասը նշանավորում է կեսգիշերային աղաղակի հռչակման սկիզբը, և այդ ժամանակաշրջանն ավարտվում է Աստծո Խոսքին հնազանդվելու հարցով, ինչպես որ ներկայացված է Շաբաթի և Կիրակիի հարցով։ Քրիստոսը միշտ վախճանը պատկերում է սկզբով, իսկ սկզբում Աստծո Խոսքին հնազանդվելը այն նախազգուշացման լուրն էր, որ պարտեզում տրվեց Ադամին և Եվային։</w:t>
      </w:r>
    </w:p>
    <w:p>
      <w:pPr>
        <w:pStyle w:val="ArticleBody"/>
        <w:jc w:val="left"/>
      </w:pPr>
      <w:r>
        <w:rPr>
          <w:rFonts w:ascii="Sylfaen" w:hAnsi="Sylfaen" w:eastAsia="Sylfaen" w:cs="Sylfaen"/>
        </w:rPr>
        <w:t>Վերջում հնազանդության հարցը չի կարող սահմանափակվել միայն մեկ պարտեզով, եթե, ինչպես ասում է Քույր Ուայթը, «ամեն ազգ ներգրավված պիտի լինի»։ Շաբաթի և կիրակիի հարցը պարտեզում Ադամի և Եվայի սկզբնական փորձության կրկնությունն է, որը վերջում կրկնվում է ամբողջ աշխարհում։ Այդ փորձությունը սկսվում է Միացյալ Նահանգներում կիրակնօրյա օրենքի հաստատմամբ, ինչը նաև կեսգիշերյան աղաղակի հռչակման ժամանակաշրջանի ավարտն է։</w:t>
      </w:r>
    </w:p>
    <w:p>
      <w:pPr>
        <w:pStyle w:val="ArticleBody"/>
        <w:jc w:val="left"/>
      </w:pPr>
      <w:r>
        <w:rPr>
          <w:rFonts w:ascii="Sylfaen" w:hAnsi="Sylfaen" w:eastAsia="Sylfaen" w:cs="Sylfaen"/>
        </w:rPr>
        <w:t>Քրիստոսի գալստյան մասին նախազգուշացման պատգամի հռչակումը տրված է միայն նրանց, ովքեր ընդունել են գիտության ավելացումը Հիսուս Քրիստոսի հայտնության պատգամի կնիքների բացումից, որը սկսվեց 2023 թվականի վերջում։ Գիտության, կամ դրա պակասի, փորձությունը վերջնականապես հաստատվում է Նեշվիլի հարձակման ժամանակ։ 2023 թվականին կնիքների բացումով սկսված երեք փորձություններից լակմուսի փորձությունը հիմնված է յուղի վրա, որը «գիտությունն» է՝ պարունակված այն մարգարեական պատգամի մեջ, որը այն ժամանակ բացվեց։</w:t>
      </w:r>
    </w:p>
    <w:p>
      <w:pPr>
        <w:pStyle w:val="ArticleBody"/>
        <w:jc w:val="left"/>
      </w:pPr>
      <w:r>
        <w:rPr>
          <w:rFonts w:ascii="Sylfaen" w:hAnsi="Sylfaen" w:eastAsia="Sylfaen" w:cs="Sylfaen"/>
        </w:rPr>
        <w:t>Բացված «գիտությունը» փորձության է ենթարկում և ի վերջո դրսևորվում է՝ որպես յուղը, որը երրորդ և լակմուսի փորձությունն է։ Այդ փորձությունը սկսում է կեսգիշերյան աղաղակի պատգամի հռչակման ժամանակահատվածը, որն ավարտվում է հնազանդության փորձությամբ։ Այդ հնազանդության փորձությունը գործադրվում է Եվայի վրա, որը ներկայացնում է եկեղեցին, և Ադամի վրա, որը ներկայացնում է պետությունը։ Այդ երկու միավորների միավորումը վերջնականապես կայանում է, երբ գազանի նշանը պարտադրվում է։ Այգու փորձությունը վերջի փորձությունն է։ Դա փորձություն է տղամարդկանց և կանանց համար, որը ներառում է եկեղեցու և պետության միավորումը, որոնք տղամարդ և կին են։ Նախազգուշացման պատգամը, որը բացվում է՝ առաջնորդելով դեպի հնազանդության վերջին փորձությունը, ներկայացված է բարու և չարի «գիտության» ծառով։</w:t>
      </w:r>
    </w:p>
    <w:p>
      <w:pPr>
        <w:pStyle w:val="ArticleBody"/>
        <w:jc w:val="left"/>
      </w:pPr>
      <w:r>
        <w:rPr>
          <w:rFonts w:ascii="Sylfaen" w:hAnsi="Sylfaen" w:eastAsia="Sylfaen" w:cs="Sylfaen"/>
        </w:rPr>
        <w:t>Նեշվիլը հունական կրթության խորհրդանիշն է երկրի գազանի երկրում։ Հունական կրթությունը կեղծ կրթություն է, այն չար գիտություն է, իսկ բարի գիտությունը ճշմարիտ կրթությունն է։ Միակ կորպորատիվ խորհուրդը, որի աշխատանքներին Էլեն Ուայթը երբևէ համաձայնել է մասնակցել, Մեդիսոն քոլեջն էր, որը գտնվում էր Նեշվիլում, և որը կոչվում է «Հարավի Աթենք»։ Նեշվիլը հունական, կամ կեղծ կրթության խորհրդանիշն է։ Կեղծ կրթությունը կեղծ գիտություն է։ Նեշվիլի նշանակությունը զուգահեռվում է Նյու Յորք քաղաքի և Պենտագոնի խորհրդաբանությանը։</w:t>
      </w:r>
    </w:p>
    <w:p>
      <w:pPr>
        <w:pStyle w:val="ArticleBody"/>
        <w:jc w:val="left"/>
      </w:pPr>
      <w:r>
        <w:rPr>
          <w:rFonts w:ascii="Sylfaen" w:hAnsi="Sylfaen" w:eastAsia="Sylfaen" w:cs="Sylfaen"/>
        </w:rPr>
        <w:t>Մենք կշարունակենք այս թեմաների քննարկումը հաջորդ հոդվածում։</w:t>
      </w:r>
    </w:p>
    <w:p>
      <w:pPr>
        <w:pStyle w:val="ArticleHeading"/>
        <w:jc w:val="left"/>
      </w:pPr>
      <w:r>
        <w:rPr>
          <w:rFonts w:ascii="Sylfaen" w:hAnsi="Sylfaen" w:eastAsia="Sylfaen" w:cs="Sylfaen"/>
        </w:rPr>
        <w:t>Ձեռագիր 188, 1905 թ.</w:t>
      </w:r>
    </w:p>
    <w:p>
      <w:pPr>
        <w:pStyle w:val="ArticleScripture"/>
        <w:jc w:val="left"/>
      </w:pPr>
      <w:r>
        <w:rPr>
          <w:rFonts w:ascii="Sylfaen" w:hAnsi="Sylfaen" w:eastAsia="Sylfaen" w:cs="Sylfaen"/>
        </w:rPr>
        <w:t>«Երբ ես Նեշվիլում էի, ես խոսում էի ժողովրդի հետ, և գիշերային ժամերին մի ահռելի հրե գունդ իջավ ուղիղ երկնքից և կանգ առավ Նեշվիլի վրա։ Այդ գնդից բոցեր էին դուրս գալիս նետերի պես. տները կլանվում էին, տները երերում էին և փլվում։ Մեր մարդկանցից ոմանք կանգնած էին այնտեղ։ «Սա ճիշտ այն է, ինչ մենք սպասում էինք,— ասում էին նրանք,— մենք սա էինք սպասում»։ Մյուսները տառապանքի մեջ ձեռքերը կծկում էին և աղաղակում Աստծուն՝ ողորմություն հայցելով։ «Դուք գիտեիք այդ,— ասում էին նրանք,— դուք գիտեիք, որ սա գալու էր, և ոչ մի խոսք չասացիք՝ մեզ զգուշացնելու համար»։ Այնպես էր թվում, թե նրանք գրեթե պատրաստ էին պատառ-պատառ անելու նրանց՝ այն մտքից, որ երբեք չէին ասել իրենց կամ առհասարակ որևէ նախազգուշացում չէին տվել»։ Ձեռագիր 188,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թաքնված պատմությունը — Թիվ տասը</dc:title>
  <dc:subject>Միջնակետը</dc:subject>
  <dc:creator>Jeff Pippenger</dc:creator>
  <cp:keywords/>
  <dc:description>Generated by ArticleDigger from hidden_history\10_hidden_history.json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