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Յոթներորդ-օրյա Ադվենտիստ Եկեղեցին - Քառասունվեցերորդ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2026-02-12</w:t>
      </w:r>
    </w:p>
    <w:p>
      <w:pPr>
        <w:pStyle w:val="ArticleHeading"/>
        <w:jc w:val="left"/>
      </w:pPr>
      <w:r>
        <w:rPr>
          <w:rFonts w:ascii="Sylfaen" w:hAnsi="Sylfaen" w:eastAsia="Sylfaen" w:cs="Sylfaen"/>
        </w:rPr>
        <w:t>Թիվ քառասունվեց</w:t>
      </w:r>
    </w:p>
    <w:p>
      <w:pPr>
        <w:pStyle w:val="ArticleBody"/>
        <w:jc w:val="left"/>
      </w:pPr>
      <w:r>
        <w:rPr>
          <w:rFonts w:ascii="Sylfaen" w:hAnsi="Sylfaen" w:eastAsia="Sylfaen" w:cs="Sylfaen"/>
        </w:rPr>
        <w:t>Կեսարիա Փիլիպպեից մինչև Կեսարիա Մարիտիմա ընկած ժամանակահատվածը ներկայացնում է երրորդ ժամից մինչև իններորդ ժամը ձգվող շրջանը, որը բաժանվում է վեցերորդ ժամին։ Կեսարիայից Կեսարիա եղած բաժանման կետը Պայծառակերպության լեռն էր։ Պայծառակերպության լեռը երկու այլ գծեր համահունչեցնում է երեք քայլերից բաղկացած ուղենիշին, որը Հոգեգալստյան կիրակնօրյա օրենքին նախորդում է հինգ օրով։</w:t>
      </w:r>
    </w:p>
    <w:p>
      <w:pPr>
        <w:pStyle w:val="ArticleBody"/>
        <w:jc w:val="left"/>
      </w:pPr>
      <w:r>
        <w:rPr>
          <w:rFonts w:ascii="Sylfaen" w:hAnsi="Sylfaen" w:eastAsia="Sylfaen" w:cs="Sylfaen"/>
        </w:rPr>
        <w:t>Լեռան վրա Հայր Աստված երկրորդ անգամ խոսեց։ Առաջին անգամ Նա խոսեց Քրիստոսի մկրտության ժամանակ, իսկ վերջին անգամ՝ հենց խաչից առաջ։</w:t>
      </w:r>
    </w:p>
    <w:p>
      <w:pPr>
        <w:pStyle w:val="ArticleScripture"/>
        <w:jc w:val="left"/>
      </w:pPr>
      <w:r>
        <w:rPr>
          <w:rFonts w:ascii="Sylfaen" w:hAnsi="Sylfaen" w:eastAsia="Sylfaen" w:cs="Sylfaen"/>
        </w:rPr>
        <w:t>Այժմ իմ հոգին խռովված է. և ի՞նչ ասեմ. Հայր, փրկի՛ր ինձ այս ժամից. բայց հենց այս բանի համար եկա ես այս ժամին։ Հայր, փառավորի՛ր քո անունը։ Այն ժամանակ ձայն եկավ երկնքից, որ ասում էր. և՛ փառավորեցի այն, և դարձյալ կփառավորեմ։ Ուստի այնտեղ կանգնած ժողովուրդը, որ լսեց, ասում էր, թե որոտ եղավ. իսկ ուրիշներն ասում էին. Հրեշտակ խոսեց նրա հետ։ Հովհաննես 12:27–29.</w:t>
      </w:r>
    </w:p>
    <w:p>
      <w:pPr>
        <w:pStyle w:val="ArticleBody"/>
        <w:jc w:val="left"/>
      </w:pPr>
      <w:r>
        <w:rPr>
          <w:rFonts w:ascii="Sylfaen" w:hAnsi="Sylfaen" w:eastAsia="Sylfaen" w:cs="Sylfaen"/>
        </w:rPr>
        <w:t>Աստված փառավորում է Իր անունը, երբ կնքում է հարյուր քառասունչորս հազարին և նրանց վրա գրում է Իր անունը։</w:t>
      </w:r>
    </w:p>
    <w:p>
      <w:pPr>
        <w:pStyle w:val="ArticleScripture"/>
        <w:jc w:val="left"/>
      </w:pPr>
      <w:r>
        <w:rPr>
          <w:rFonts w:ascii="Sylfaen" w:hAnsi="Sylfaen" w:eastAsia="Sylfaen" w:cs="Sylfaen"/>
        </w:rPr>
        <w:t>«Հաղթողին ես սյուն պիտի դարձնեմ Իմ Աստծու տաճարում, և նա այլևս դուրս չի գա. և նրա վրա պիտի գրեմ Իմ Աստծու անունը, և Իմ Աստծու քաղաքի անունը, որ նոր Երուսաղեմն է, որ երկնքից իջնում է Իմ Աստծուց. և նրա վրա պիտի գրեմ Իմ նոր անունը»։ Ով ականջ ունի, թող լսի, թե Հոգին ինչ է ասում եկեղեցիներին։ Հայտնություն 3:12, 13.</w:t>
      </w:r>
    </w:p>
    <w:p>
      <w:pPr>
        <w:pStyle w:val="ArticleBody"/>
        <w:jc w:val="left"/>
      </w:pPr>
      <w:r>
        <w:rPr>
          <w:rFonts w:ascii="Sylfaen" w:hAnsi="Sylfaen" w:eastAsia="Sylfaen" w:cs="Sylfaen"/>
        </w:rPr>
        <w:t>Պայծառակերպության լեռան վրա միայն Պետրոսը, Հակոբոսը և Հովհաննեսն էին ներկա որպես աշակերտներ, ինչպես որ նրանք էին նաև Հայրոսի աղջկա հարության ժամանակ և դարձյալ՝ Գեթսեմանիում։ Գեթսեմանիումը, ինչպես Հայրը խոսեց Հովհաննես տասներկուերորդ գլխում, եկավ հենց խաչից առաջ։ Գեթսեմանի նշանակում է «ձեթի հնձան»՝ մատնանշելով կույսերի ձեթի փորձությունը։ Գեթսեմանին այն «ճգնաժամն» է, որ հոգին բերում է «դեմ առ դեմ մահվան» առաջ, և իմաստուն կույսերը անցնում են փորձությունը, որովհետև երկրորդ տաճարի փորձության մեջ նրանք դեմ առ դեմ կանգնեցին կյանքի հետ, ինչպես Հիսուսը «դեմ առ դեմ» ուսուցանեց երեսուն օր։</w:t>
      </w:r>
    </w:p>
    <w:p>
      <w:pPr>
        <w:pStyle w:val="ArticleBody"/>
        <w:jc w:val="left"/>
      </w:pPr>
      <w:r>
        <w:rPr>
          <w:rFonts w:ascii="Sylfaen" w:hAnsi="Sylfaen" w:eastAsia="Sylfaen" w:cs="Sylfaen"/>
        </w:rPr>
        <w:t>Առաջին անգամ, երբ Հայրը խոսեց, Քրիստոսի մկրտության ժամանակ էր, իսկ առաջին անգամ, երբ Նա առանձին վերցրեց միայն Պետրոսին, Հակոբոսին և Հովհաննեսին, այն էր, երբ հարություն առավ Հայրոսի տասներկուամյա դուստրը։ Տասներկուամյա կույսի հարությունը համընկնում է Քրիստոսի մկրտության հետ, որը խորհրդանշում է հարության զորությունը։ Հայրոսի դստեր հարությունը համընկնում է Քրիստոսի մկրտության և Կեսարիա Փիլիպպեի հետ։ Գեթսեմանին և Խաչից անմիջապես առաջ, երբ Հայրը խոսեց, Քրիստոսի խռովությունը համընկնում է Կեսարիա Մարիտիմայի հետ։</w:t>
      </w:r>
    </w:p>
    <w:p>
      <w:pPr>
        <w:pStyle w:val="ArticleBody"/>
        <w:jc w:val="left"/>
      </w:pPr>
      <w:r>
        <w:rPr>
          <w:rFonts w:ascii="Sylfaen" w:hAnsi="Sylfaen" w:eastAsia="Sylfaen" w:cs="Sylfaen"/>
        </w:rPr>
        <w:t>Տող առ տող Պետրոսը ներկայացնում է Կեսարիա Փիլիպպեում կնքվող հարյուր քառասունչորս հազարը, երբ Սիմոն Բար-Յոնայի անունը փոխվում է Պետրոսի։ Երբ Պետրոսը կնքվում է Պանիումում, որն է Կեսարիա Փիլիպպեն, նա գնում է Լեռան վեցերորդ ժամը, որտեղ բարձրացվում է որպես դրոշ, մինչ շարունակում է առաջ ընթանալ՝ պատասխանելու Կոռնելիոսի կանչին Կեսարիա Մարիտիմայում։ Կեսարիա Փիլիպպեում Պետրոսը թողնում է Exeter camp meeting-ը՝ Աստծո կնիքով և Հռնդյուն կեսգիշերի պատգամը հռչակելու համար։ Իսլամի պատգամը, ինչպես ներկայացված է փողերի տոնով, տանում է Պետրոսին դեպի Կեսարիան՝ ծովի մոտ։ Իսլամի պատգամը բարձրացնում է Պետրոսին աշխարհի տեսադաշտին, որովհետև Պետրոսը նախապես մարգարեաբար կանխագուշակել էր Իսլամի գալուստը՝ փողերի տոնից առաջ։</w:t>
      </w:r>
    </w:p>
    <w:p>
      <w:pPr>
        <w:pStyle w:val="ArticleScripture"/>
        <w:jc w:val="left"/>
      </w:pPr>
      <w:r>
        <w:rPr>
          <w:rFonts w:ascii="Sylfaen" w:hAnsi="Sylfaen" w:eastAsia="Sylfaen" w:cs="Sylfaen"/>
        </w:rPr>
        <w:t>Ահա, ես ձեզ մոտ պիտի ուղարկեմ Եղիա մարգարեին՝ Տիրոջ մեծ և ահեղ օրվա գալուստից առաջ. Եվ նա հայրերի սիրտը պիտի դարձնի դեպի որդիները, և որդիների սիրտը՝ դեպի իրենց հայրերը, որպեսզի ես չգամ ու երկիրը նզովքով չհարվածեմ։ Մաղաքիա 4:5, 6.</w:t>
      </w:r>
    </w:p>
    <w:p>
      <w:pPr>
        <w:pStyle w:val="ArticleBody"/>
        <w:jc w:val="left"/>
      </w:pPr>
      <w:r>
        <w:rPr>
          <w:rFonts w:ascii="Sylfaen" w:hAnsi="Sylfaen" w:eastAsia="Sylfaen" w:cs="Sylfaen"/>
        </w:rPr>
        <w:t>Տող առ տող Եղիայի լուրը այն լուրն է, որի հիմքում հայրերին իրենց զավակների հետ ներդաշնակեցնելն է։ Եղիան հայր Միլլերն էր, որը պատկերում է իր զավակներին։ Հարյուր քառասունչորս հազարը Ուիլյամ Միլլերի զավակներն են, և Միլլերի սիրտը դեպի իր զավակները դարձնելը նշանակում է Միլլերական պատմությունը ներդաշնակեցնել Եղիայի պատմության հետ, ինչպես նաև Հովհաննես Մկրտչին՝ այն պատգամաբերի հետ, որը կապված է հարյուր քառասունչորս հազարի հետ։ Այս չորս գծերի ներդաշնակեցման տարրերից մեկն այն է, որ Եղիայի, Հովհաննեսի և Միլլերի փորձության յուրաքանչյուր պատմության մեջ ներկա ճշմարտության միակ լուրը՝ այն լուրն էր, որը գալիս էր պատգամաբերի միջոցով։</w:t>
      </w:r>
    </w:p>
    <w:p>
      <w:pPr>
        <w:pStyle w:val="ArticleScripture"/>
        <w:jc w:val="left"/>
      </w:pPr>
      <w:r>
        <w:rPr>
          <w:rFonts w:ascii="Sylfaen" w:hAnsi="Sylfaen" w:eastAsia="Sylfaen" w:cs="Sylfaen"/>
        </w:rPr>
        <w:t>Եվ Եղիան՝ թեսբացին, Գաղաադի բնակիչներից, ասաց Աքաաբին. «Կենդանի է Իսրայելի Տէր Աստուածը, որի առջեւ ես կանգնած եմ, այս տարիներին ո՛չ ցող պիտի լինի, ո՛չ անձրեւ, բացի իմ խօսքի համաձայն»։ Գ Թագավորաց 17:1.</w:t>
      </w:r>
    </w:p>
    <w:p>
      <w:pPr>
        <w:pStyle w:val="ArticleBody"/>
        <w:jc w:val="left"/>
      </w:pPr>
      <w:r>
        <w:rPr>
          <w:rFonts w:ascii="Sylfaen" w:hAnsi="Sylfaen" w:eastAsia="Sylfaen" w:cs="Sylfaen"/>
        </w:rPr>
        <w:t>Քույր Ուայթը հստակորեն ասում է, որ նրանք, ովքեր չընդունեցին Հովհաննեսի պատգամը, որին Հիսուսը նույնացրեց Եղիայի հետ, չէին կարող օգուտ քաղել Հիսուսի ուսմունքներից, և նաև՝ որ նրանք, ովքեր մերժեցին Միլլերի պատգամը, ինչպես այն ներկայացված է առաջին հրեշտակի պատգամով, չէին կարող օգուտ քաղել երկրորդ հրեշտակի պատգամից։ Եղիայի այն հայտարարությանը, թե անձրևը պիտի գար միայն իր հրամանով, ուղեկցում էր վերջնական փորձությունը, որը ներառում էր հրամանը՝ ընտրություն կատարել Եղիայի պատգամի կամ Բահաղի պատգամի միջև։ «Մինչև ե՞րբ» մարգարեական խորհրդանիշը Եղիայի Կարմեղոս լեռը համադրում է կիրակնօրյա օրենքի հետ։</w:t>
      </w:r>
    </w:p>
    <w:p>
      <w:pPr>
        <w:pStyle w:val="ArticleScripture"/>
        <w:jc w:val="left"/>
      </w:pPr>
      <w:r>
        <w:rPr>
          <w:rFonts w:ascii="Sylfaen" w:hAnsi="Sylfaen" w:eastAsia="Sylfaen" w:cs="Sylfaen"/>
        </w:rPr>
        <w:t>Եվ Աքաաբը մարդ ուղարկեց Իսրայէլի բոլոր որդիների մոտ և մարգարէներին միասին ժողովեց Կարմեղոս լեռան վրա։ Եվ Եղիան մոտեցավ ամբողջ ժողովրդին ու ասաց. «Մինչև ե՞րբ պիտի կաղաք երկու կարծիքի միջև. եթե Տէրն է Աստված, հետևե՛ք նրան, իսկ եթե Բահաղը, ապա հետևե՛ք նրան»։ Եվ ժողովուրդը նրան ոչ մի խոսք չպատասխանեց։ Այն ժամանակ Եղիան ասաց ժողովրդին. «Ես, միայն ես եմ մնացել Տիրոջ մարգարէ, իսկ Բահաղի մարգարէները չորս հարյուր հիսուն մարդ են։ Ուրեմն թող մեզ երկու զուարակ տան. և նրանք թող ընտրեն իրենց համար մեկ զուարակ, կտրտեն այն և դնեն փայտի վրա, բայց կրակ չդնեն տակով. իսկ ես կմորթեմ մյուս զուարակը, կդնեմ փայտի վրա և կրակ չեմ դնի տակով։ Եվ դուք կանչեցե՛ք ձեր աստվածների անունը, իսկ ես կկանչեմ Տիրոջ անունը. և այն Աստվածը, որ կրակով պատասխան տա, նա՛ է Աստված»։ Եվ ամբողջ ժողովուրդը պատասխանեց ու ասաց. «Լավ է ասված»։ Գ Թագաւորաց 18:20–24։</w:t>
      </w:r>
    </w:p>
    <w:p>
      <w:pPr>
        <w:pStyle w:val="ArticleBody"/>
        <w:jc w:val="left"/>
      </w:pPr>
      <w:r>
        <w:rPr>
          <w:rFonts w:ascii="Sylfaen" w:hAnsi="Sylfaen" w:eastAsia="Sylfaen" w:cs="Sylfaen"/>
        </w:rPr>
        <w:t>Կարմելի փորձությունը երկու պատգամների միջև ընտրություն էր։ Դա ճշմարիտ և սուտ մարգարեության միջև փորձություն էր, ինչպես նաև պատգամաբեր Եղիայի և Հեզաբելի սեղանի շուրջ նստող մարգարեների միջև։ Խոսքը վերաբերում էր պատգամաբերին և պատգամին։ 1844 թվականին Կարմելը կրկնվեց, երբ Տերը կազմակերպեց մի փորձություն, որը դրսևորեց Միլլերին որպես ճշմարիտ մարգարե, իսկ Միլլերի պատգամը՝ որպես ցող և անձրև։ Ճշմարիտ մարգարեի և ճշմարիտ պատգամի տարբերությունը, սուտ մարգարեի և սուտ պատգամի հակադրությամբ, Էքսեթերի ճամբարային ժողովում ներկայացվեց Էքսեթերի վրանի և Ուոթերթաունի խմբի վրանի միջոցով։ Երկու խորաններ՝ ճշմարիտը սուտի հակադրությամբ ներկայացնող։ Կարմելի ժամանակ արված տարբերակումը և 1844 թվականի պատմությունը նույնացվում են Կեսարիա Փիլիպպեում, երբ Պետրոսը կնքվում է և բարձրացվում Լեռը՝ որպես դրոշ։ Նա բարձրացվեց, որովհետև հայտարարել էր, որ իր պատգամը վերջին անձրևի միակ ճշմարիտ պատգամն էր։ Նա բարձրացվեց, երբ իր կանխասացությունը կատարվեց։</w:t>
      </w:r>
    </w:p>
    <w:p>
      <w:pPr>
        <w:pStyle w:val="ArticleBody"/>
        <w:jc w:val="left"/>
      </w:pPr>
      <w:r>
        <w:rPr>
          <w:rFonts w:ascii="Sylfaen" w:hAnsi="Sylfaen" w:eastAsia="Sylfaen" w:cs="Sylfaen"/>
        </w:rPr>
        <w:t>Շեփորների տոնը Հոգեգալստյան շրջանի երրորդ և փորձաքարն է, և փորձաքարից առաջ Պետրոսը նշում է, որ իսլամը պետք է արձակվի՝ նշելու Կեսգիշերյան Աղաղակի հռչակման սկզբի սկսվելը։ Մարգարեության իրականացումն էր, որ տարբերությունը հաստատեց միլլերականների և բողոքականների միջև, որոնք ներկայացնում են նախկին ուխտի ժողովրդին, որին շրջանցում են։ Եղիան անձամբ սպանեց սուտ մարգարեներին, երբ ճշմարիտի և սուտի միջև տարբերությունը երևաց։ Այդ տարբերությունը հաստատվում է Շեփորների տոնին, երբ իսլամի վերաբերյալ կանխասացությունն իրականացվում է։</w:t>
      </w:r>
    </w:p>
    <w:p>
      <w:pPr>
        <w:pStyle w:val="ArticleBody"/>
        <w:jc w:val="left"/>
      </w:pPr>
      <w:r>
        <w:rPr>
          <w:rFonts w:ascii="Sylfaen" w:hAnsi="Sylfaen" w:eastAsia="Sylfaen" w:cs="Sylfaen"/>
        </w:rPr>
        <w:t>Միլլերական պատմության Կեսգիշերյան աղաղակը մի կանխասացություն էր, որը շտկվեց և այնուհետև կատարվեց։ Այն կատարվեց 1844 թվականի հոկտեմբերի 22-ին, մինչդեռ Միլլերի Կեսգիշերյան աղաղակի սկզբնական ըմբռնումը 1843 թվականն էր։ Սամուել Սնոուն ներկայացնում է լուրի շտկումը, և նրա լուրը հայտնի դարձավ որպես Կեսգիշերյան աղաղակի «ճշմարիտ» լուր։</w:t>
      </w:r>
    </w:p>
    <w:p>
      <w:pPr>
        <w:pStyle w:val="ArticleBody"/>
        <w:jc w:val="left"/>
      </w:pPr>
      <w:r>
        <w:rPr>
          <w:rFonts w:ascii="Sylfaen" w:hAnsi="Sylfaen" w:eastAsia="Sylfaen" w:cs="Sylfaen"/>
        </w:rPr>
        <w:t>1844 թվականը Միլլերի պատգամի և բողոքականների պատգամի միջև եղած տարբերության պատկերավոր դրսևորումն էր։ Փորձության ընթացքի մեջ բողոքականները սպանվեցին Միլլերի կողմից, և ապա նրանք դարձան ուխտադրուժ բողոքականություն՝ Հռոմի դուստրերը, Հեզաբելի քահանաները։ Տարբերությունը դրսևորվեց մարգարեական պատգամի կա՛մ ընդունմամբ, կա՛մ մերժմամբ։ Հովհաննեսի և Միլլերի պարագայում մարգարեական պատգամը մերկացրեց նախկին ուխտի ժողովրդի կեղծ պատգամը, որոնք շրջանցվում էին։ Եղիայի պատգամը հայտարարում էր, որ անձրև չի լինելու, եթե ոչ իր խոսքով, և երեքուկես տարի անց այդ պնդման փորձությունը պիտի ակնհայտ դառնար։</w:t>
      </w:r>
    </w:p>
    <w:p>
      <w:pPr>
        <w:pStyle w:val="ArticleScripture"/>
        <w:jc w:val="left"/>
      </w:pPr>
      <w:r>
        <w:rPr>
          <w:rFonts w:ascii="Sylfaen" w:hAnsi="Sylfaen" w:eastAsia="Sylfaen" w:cs="Sylfaen"/>
        </w:rPr>
        <w:t>Եվ եղավ, երբ Աքաաբը տեսավ Եղիային, Աքաաբն ասաց նրան. «Դո՞ւ ես Իսրայելը խռովեցնողը»։ Եվ նա պատասխանեց. «Ես չեմ խռովեցրել Իսրայելին, այլ դու և քո հոր տունը, որովհետև դուք թողել եք Տիրոջ պատվիրանները, և դու գնացել ես Բահաղների հետևից։ Արդ, ուղարկիր և հավաքիր ինձ մոտ ամբողջ Իսրայելին Կարմեղոս լեռան վրա, նաև Բահաղի չորս հարյուր հիսուն մարգարեներին և պուրակների չորս հարյուր մարգարեներին, որոնք ուտում են Հեզաբելի սեղանից»։ Գ Թագավորաց 18:17–19.</w:t>
      </w:r>
    </w:p>
    <w:p>
      <w:pPr>
        <w:pStyle w:val="ArticleBody"/>
        <w:jc w:val="left"/>
      </w:pPr>
      <w:r>
        <w:rPr>
          <w:rFonts w:ascii="Sylfaen" w:hAnsi="Sylfaen" w:eastAsia="Sylfaen" w:cs="Sylfaen"/>
        </w:rPr>
        <w:t>Սուտի և ճշմարտության միջև եղած տարբերակումը՝ լինի դա պատգամաբերը թե պատգամը, երևան եկավ փորձության մի ընթացքի մեջ, որը ներառում էր մեղադրանքներ թե՛ պատգամի, թե՛ պատգամաբերի դեմ։ Իսրայելին խռովեցնող լինելու մեջ մեղադրվեց Եղիան, որովհետև նրա պատգամը դադարեցրել էր անձրևը։ Եթե Իսրայելում շարունակեր անձրևել, Եղիայի վերաբերյալ ոչ մի հարց չէր բարձրացվի։ Հարցը հիմնված էր Եղիայի կանխասացության և դրա կատարման վրա՝ երեքուկես տարվա ընթացքում։</w:t>
      </w:r>
    </w:p>
    <w:p>
      <w:pPr>
        <w:pStyle w:val="ArticleBody"/>
        <w:jc w:val="left"/>
      </w:pPr>
      <w:r>
        <w:rPr>
          <w:rFonts w:ascii="Sylfaen" w:hAnsi="Sylfaen" w:eastAsia="Sylfaen" w:cs="Sylfaen"/>
        </w:rPr>
        <w:t>Երբ Պետրոսը գտնվում է Կեսարիա Փիլիպպեայի քննաքարային փորձության պահին, որը փողերի տոնն է, և նաև այն վայրը, ուր էշը արձակվում է, նշանավորվում է Կեսգիշերային Աղաղակի պատգամի սկզբը։ Պետրոսը, Եղիայի նման, հենց նոր ականատես է եղել իր կանխատեսման հաստատմանը, և ճշմարիտի ու կեղծի միջև տարբերությունը ցուցադրվել է բոլորի աչքի առաջ։ Կանխատեսման հաստատումը ներկայացված է փողերի տոնով, որն էլ քննաքարային փորձությունն է։ Կանխատեսումը նախապատկերված էր թե՛ 1840-ով և թե՛ 1844-ով, որտեղ մի կանխատեսում ուղղվում է և այնուհետև կատարվում։ Ջոսիա Լիչի ուղղված կանխատեսումը 1840 թվականի օգոստոսի 11-ին զորություն տվեց առաջին հրեշտակին, իսկ Միլլերի 1843 թվականի կանխատեսումը ուղղվեց Սնոուի կողմից։</w:t>
      </w:r>
    </w:p>
    <w:p>
      <w:pPr>
        <w:pStyle w:val="ArticleScripture"/>
        <w:jc w:val="left"/>
      </w:pPr>
      <w:r>
        <w:rPr>
          <w:rFonts w:ascii="Sylfaen" w:hAnsi="Sylfaen" w:eastAsia="Sylfaen" w:cs="Sylfaen"/>
        </w:rPr>
        <w:t>«1840 թվականին մարգարեության ևս մի նշանավոր իրականացում համընդհանուր հետաքրքրություն հարուցեց։ Դրանից երկու տարի առաջ երկրորդ գալուստը քարոզող առաջատար ծառայողներից մեկը՝ Ջոսայա Լիչը, հրապարակեց Հայտնություն 9-ի մեկնաբանությունը՝ կանխագուշակելով Օսմանյան կայսրության անկումը։ Նրա հաշվարկների համաձայն՝ այս իշխանությունը պետք է տապալվեր... 1840 թվականի օգոստոսի 11-ին, երբ կարելի է սպասել, որ Կոստանդնուպոլսում օսմանյան իշխանությունը կկոտրվի։ Եվ ես հավատում եմ, որ այդպես էլ կլինի»։</w:t>
      </w:r>
    </w:p>
    <w:p>
      <w:pPr>
        <w:pStyle w:val="ArticleScripture"/>
        <w:jc w:val="left"/>
      </w:pPr>
      <w:r>
        <w:rPr>
          <w:rFonts w:ascii="Sylfaen" w:hAnsi="Sylfaen" w:eastAsia="Sylfaen" w:cs="Sylfaen"/>
        </w:rPr>
        <w:t>«Ճիշտ այն ժամանակին, որ նշանակված էր, Թուրքիան, իր դեսպանների միջոցով, ընդունեց Եվրոպայի դաշնակից տերությունների պաշտպանությունը և այդպիսով իրեն դրեց քրիստոնյա ազգերի վերահսկողության տակ։ Դեպքը ճշգրտությամբ կատարեց մարգարեությունը։ Երբ այդ հայտնի դարձավ, բազմությունները համոզվեցին Միլլերի և նրա գործակիցների կողմից ընդունված մարգարեական մեկնության սկզբունքների ճշտության մեջ, և գալստյան շարժմանը տրվեց մի հրաշալի խթան։ Գիտուն և բարձր դիրք ունեցող մարդիկ միացան Միլլերին՝ թե՛ իր հայացքները քարոզելու, թե՛ հրատարակելու գործում, և 1840-ից մինչև 1844 թվականը գործը արագորեն ընդարձակվեց»։ Մեծ պայքարը, 334, 335։</w:t>
      </w:r>
    </w:p>
    <w:p>
      <w:pPr>
        <w:pStyle w:val="ArticleBody"/>
        <w:jc w:val="left"/>
      </w:pPr>
      <w:r>
        <w:rPr>
          <w:rFonts w:ascii="Sylfaen" w:hAnsi="Sylfaen" w:eastAsia="Sylfaen" w:cs="Sylfaen"/>
        </w:rPr>
        <w:t>Լիչի մարգարեությունը վերաբերում էր Իսլամին, իսկ Սնոուի մարգարեությունը՝ փակ դռանը։ Երբ Լիչի մարգարեությունը կատարվեց, այն մեթոդաբանությունը, որով հաստատվել էր պատգամը, ընդունվեց, և նրանք, ովքեր ընդունեցին պատգամը, «միավորվեցին» պատգամաբերի հետ։ Թե՛ պատգամը, թե՛ պատգամաբերը ճանաչվեցին մարգարեության կատարման մեջ։ Լիչի մարգարեությունը վերաբերում էր Իսլամին, իսկ Սնոուի մարգարեությունը՝ փակ դռանը։</w:t>
      </w:r>
    </w:p>
    <w:p>
      <w:pPr>
        <w:pStyle w:val="ArticleScripture"/>
        <w:jc w:val="left"/>
      </w:pPr>
      <w:r>
        <w:rPr>
          <w:rFonts w:ascii="Sylfaen" w:hAnsi="Sylfaen" w:eastAsia="Sylfaen" w:cs="Sylfaen"/>
        </w:rPr>
        <w:t>«Ես տեսա Աստծո ժողովրդին՝ ուրախ սպասումով, իրենց Տիրոջը նայելով։ Բայց Աստված մտադիր էր նրանց փորձել։ Նրա ձեռքը ծածկել էր մի սխալ մարգարեական ժամանակաշրջանների հաշվարկի մեջ։ Նրանք, ովքեր սպասում էին իրենց Տիրոջը, չէին հայտնաբերել այդ սխալը, և ժամանակի դեմ հանդես եկող ամենագիտուն մարդիկ ևս չկարողացան այն նկատել։ Աստծո մտադրությունն էր, որ Իր ժողովուրդը հանդիպեր մի հիասթափության։ Ժամանակն անցավ, և նրանք, ովքեր իրենց Փրկչին ուրախ սպասումով էին սպասում, տխուր և վհատված եղան, մինչդեռ նրանք, ովքեր չէին սիրել Հիսուսի հայտնվելը, այլ վախից էին ընդունել պատգամը, գոհ էին, որ Նա չեկավ սպասված ժամանակին։ Նրանց դավանանքը չէր ազդել սրտի վրա և չէր մաքրել կյանքը։ Ժամանակի անցնելը լավ հաշվված էր՝ այդպիսի սրտերը բացահայտելու համար։ Նրանք էին առաջինները, որ շրջվեցին և ծաղրեցին այն տրտում, հիասթափվածներին, որոնք իսկապես սիրում էին իրենց Փրկչի հայտնվելը։ Ես տեսա Աստծո իմաստությունը՝ Իր ժողովրդին փորձելու և նրանց տալու մի քննող փորձություն՝ բացահայտելու համար նրանց, ովքեր նեղության ժամին պիտի նահանջեին ու ետ դառնային»։</w:t>
      </w:r>
    </w:p>
    <w:p>
      <w:pPr>
        <w:pStyle w:val="ArticleScripture"/>
        <w:jc w:val="left"/>
      </w:pPr>
      <w:r>
        <w:rPr>
          <w:rFonts w:ascii="Sylfaen" w:hAnsi="Sylfaen" w:eastAsia="Sylfaen" w:cs="Sylfaen"/>
        </w:rPr>
        <w:t>«Հիսուսն ու ամբողջ երկնային զորքը կարեկցանքով և սիրով էին նայում նրանց, ովքեր քաղցր ակնկալությամբ տենչացել էին տեսնել Նրան, Ովին իրենց հոգիներն էին սիրում։ Հրեշտակները սավառնում էին նրանց շուրջը, որպեսզի զորացնեն նրանց իրենց փորձության ժամին։ Նրանք, ովքեր անտեսել էին երկնային լուրը ընդունելը, թողնվել էին խավարի մեջ, և Աստծո բարկությունը բորբոքվել էր նրանց դեմ, որովհետև չէին կամենում ընդունել այն լույսը, որ Նա երկնքից ուղարկել էր նրանց։ Այն հավատարիմ, հիասթափված անձինք, որոնք չէին կարողանում հասկանալ, թե ինչու իրենց Տերը չեկավ, խավարի մեջ չթողնվեցին։ Նրանք դարձյալ առաջնորդվեցին դեպի իրենց Աստվածաշունչները՝ մարգարեական ժամանակաշրջանները քննելու համար։ Տիրոջ ձեռքը հանվեց թվերից, և սխալը բացատրվեց։ Նրանք տեսան, որ մարգարեական ժամանակաշրջանները հասնում էին մինչև 1844 թվականը, և որ նույն ապացույցը, որ նրանք ներկայացրել էին ցույց տալու համար, թե մարգարեական ժամանակաշրջանները փակվում էին 1843 թվականին, ապացուցում էր, որ դրանք պիտի ավարտվեին 1844 թվականին։ Աստծո Խոսքից լույս շողաց նրանց դրության վրա, և նրանք հայտնաբերեցին մի հապաղման ժամանակ՝ «Թէպէտ այն [տեսիլքը] ուշանայ, սպասէ՛ք նրան»։ Քրիստոսի անմիջական գալստյանը տածած իրենց սիրո մեջ նրանք անուշադրության էին մատնել տեսիլքի ուշացումը, որը պետք է հայտնի դարձներ ճշմարիտ սպասողներին։ Դարձյալ նրանք ժամանակի մի կէտ ունեին։ Բայց ես տեսա, որ նրանցից շատերը չէին կարողանում բարձրանալ իրենց ծանր հիասթափությունից վեր, որպեսզի ունենային այն աստիճանի նախանձախնդրությունն ու եռանդը, որով բնորոշվել էր իրենց հավատքը 1843 թվականին»։</w:t>
      </w:r>
    </w:p>
    <w:p>
      <w:pPr>
        <w:pStyle w:val="ArticleScripture"/>
        <w:jc w:val="left"/>
      </w:pPr>
      <w:r>
        <w:rPr>
          <w:rFonts w:ascii="Sylfaen" w:hAnsi="Sylfaen" w:eastAsia="Sylfaen" w:cs="Sylfaen"/>
        </w:rPr>
        <w:t>«Սատանան և նրա հրեշտակները հաղթանակ տարան նրանց վրա, և նրանք, ովքեր չէին ընդունում լուրը, իրենք իրենց շնորհավորում էին՝ իրենց, ինչպես իրենք էին անվանում, այդ մոլորությունը չընդունելու հեռատես դատողության և իմաստության համար։ Նրանք չէին գիտակցում, որ մերժում էին Աստծո խորհուրդը իրենց իսկ դեմ և համագործակցում էին Սատանայի ու նրա հրեշտակների հետ՝ շփոթեցնելու Աստծո ժողովրդին, որը ապրում էր երկնքից ուղարկված լուրը»։</w:t>
      </w:r>
    </w:p>
    <w:p>
      <w:pPr>
        <w:pStyle w:val="ArticleScripture"/>
        <w:jc w:val="left"/>
      </w:pPr>
      <w:r>
        <w:rPr>
          <w:rFonts w:ascii="Sylfaen" w:hAnsi="Sylfaen" w:eastAsia="Sylfaen" w:cs="Sylfaen"/>
        </w:rPr>
        <w:t>«Այս պատգամին հավատացողները եկեղեցիներում հալածվում էին։ Միառժամանակ նրանք, ովքեր չէին ընդունում այդ պատգամը, վախից զսպվում էին իրենց սրտերի զգացումները գործադրելուց. բայց ժամանակի անցնելը բացահայտեց նրանց իսկական զգացումները։ Նրանք ցանկանում էին լռեցնել այն վկայությունը, որ սպասողները հարկադրված էին զգում կրել, այն է՝ որ մարգարեական ժամանակաշրջանները տարածվում էին մինչև 1844 թվականը։ Հավատացյալները հստակությամբ բացատրեցին իրենց սխալը և ներկայացրին այն պատճառները, թե ինչու էին իրենց Տիրոջը սպասում 1844 թվականին։ Նրանց հակառակորդները չէին կարող որևէ փաստարկ բերել ընդդեմ ներկայացված հզոր պատճառների։ Սակայն եկեղեցիների բարկությունը բորբոքվեց. նրանք վճռել էին չլսել ապացույցները և վկայությունը դուրս պահել եկեղեցիներից, որպեսզի մյուսները չկարողանան այն լսել։ Նրանք, ովքեր չէին համարձակվում ուրիշներից պահել այն լույսը, որ Աստված տվել էր իրենց, դուրս հանվեցին եկեղեցիներից. բայց Հիսուս նրանց հետ էր, և նրանք ցնծում էին Նրա երեսի լույսի մեջ։ Նրանք պատրաստված էին ընդունելու երկրորդ հրեշտակի պատգամը»։ Վաղ Գրվածքներ, 235–237։</w:t>
      </w:r>
    </w:p>
    <w:p>
      <w:pPr>
        <w:pStyle w:val="ArticleBody"/>
        <w:jc w:val="left"/>
      </w:pPr>
      <w:r>
        <w:rPr>
          <w:rFonts w:ascii="Sylfaen" w:hAnsi="Sylfaen" w:eastAsia="Sylfaen" w:cs="Sylfaen"/>
        </w:rPr>
        <w:t>Պետրոսը ներկայացնում է այն հարյուր քառասունչորս հազարը, որոնք, Լիտչի նման, իսլամի և մի թագավորության վախճանի վերաբերյալ ներկայացնում են շտկված կանխատեսում, և Սնոուի նման Պետրոսը ևս ներկայացնում է փակ դռան վերաբերյալ շտկված կանխատեսում։ Լիտչի պատգամը՝ իսլամի երկրորդ վայի մասին, արտաքին կանխատեսում էր, իսկ Սնոուի փակ դուռը՝ ներքին կանխատեսում։ Սնոուի համար գործը սկսվեց, երբ Տերը Իր ձեռքը վերցրեց թվերից, և այն ժամանակ երևաց, որ նույն վկայությունը, որը նախկինում կարծվել էր, թե ապացուցում է 1843 թվականը, իրականում ապացուցում էր 1844 թվականի հոկտեմբերի 22-ը։ Լիտչի համար դա մի հաշվարկ էր, որը, երբ կատարվեց, Հայտնության տասներորդ գլխի հրեշտակին իջեցրեց, որպեսզի կանգնի երկրի և ծովի վրա։</w:t>
      </w:r>
    </w:p>
    <w:p>
      <w:pPr>
        <w:pStyle w:val="ArticleBody"/>
        <w:jc w:val="left"/>
      </w:pPr>
      <w:r>
        <w:rPr>
          <w:rFonts w:ascii="Sylfaen" w:hAnsi="Sylfaen" w:eastAsia="Sylfaen" w:cs="Sylfaen"/>
        </w:rPr>
        <w:t>Այն փաստը, որ Լիչը իր կանխատեսումը վերահաշվարկեց դրա կատարվելուց տասը օր առաջ, նախորդ կանխատեսումը շտկելու գործը նույնականացնում է որպես փորձություն։ Արդյո՞ք 1840-ին սկիզբն ու 1844-ին ավարտը իրականում մարգարեական խորհրդանշա՞ն են մի կանխատեսման, որը վերահաշվարկվում է՝ դառնալու ճշմարիտ Կեսգիշերյան Աղաղակը։ Արդյո՞ք միլլերական պատմության ալֆան և օմեգան, որ եզրափակվեց Կեսգիշերյան Աղաղակի հռչակումով, իրականում նախատիպակա՞ն են հարյուր քառասունչորս հազարների ճշմարիտ Կեսգիշերյան Աղաղակի մարգարեական բնութագրերի։</w:t>
      </w:r>
    </w:p>
    <w:p>
      <w:pPr>
        <w:pStyle w:val="ArticleBody"/>
        <w:jc w:val="left"/>
      </w:pPr>
      <w:r>
        <w:rPr>
          <w:rFonts w:ascii="Sylfaen" w:hAnsi="Sylfaen" w:eastAsia="Sylfaen" w:cs="Sylfaen"/>
        </w:rPr>
        <w:t>Ուղղված կանխասության հռչակման երկու ժամանակահատվածներում էլ վիճաբանություն դրսևորվեց Միլլերիտական լուրի դեմ, որովհետև այդ լուրը խռովեցնում էր ժողովրդին։ Երբ Պետրոսը կանգնում է Կեսարիա Փիլիպպեում, վիճաբանություն է ծագում այն լուրի շուրջ, որը սկսվել էր Կեսարիա Փիլիպպեից առաջ, որովհետև հենց կատարումն է հաստատում, որ միայն Պետրոսի խոսքով էր, որ անձրևի լուրը պիտի իջներ։ Կեսարիա Փիլիպպեն՝ Վարդապետության տոնն է, համընկնում է այն իրադարձությանը, երբ Քրիստոսը երկու աշակերտ է ուղարկում, որոնք ներկայացնում են երկրորդ հրեշտակին, որպեսզի արձակեն իսլամի էշը։ Իսլամի էշի արձակումը ազդարարում է Էքզեթերի ճամբարային ժողովում Կեսգիշերային Աղաղակի լուրի սկզբը, որովհետև ձիով ժամանելով մեկ օր ուշ՝ օգոստոսի 13-ին, Սամուել Սնոուն, որը հապաղել էր՝ բացման օրը չհասնելով, նշանավորում է հապաղման ժամանակի ավարտը և այն լուրի սկիզբը, որը ժողովի՝ 17-ին ավարտվելուն պես պիտի տարածվեր մակընթացային ալիքի պես։</w:t>
      </w:r>
    </w:p>
    <w:p>
      <w:pPr>
        <w:pStyle w:val="ArticleBody"/>
        <w:jc w:val="left"/>
      </w:pPr>
      <w:r>
        <w:rPr>
          <w:rFonts w:ascii="Sylfaen" w:hAnsi="Sylfaen" w:eastAsia="Sylfaen" w:cs="Sylfaen"/>
        </w:rPr>
        <w:t>Միլլերական պատմության շուրջ եղած վիճաբանությունը, Աքաաբ թագավորի մեղադրանքները և Քրիստոսի՝ Երուսաղեմ մուտք գործելու ժամանակ բառախաղերով հակառակվող հրեաների դիմադրությունը—allը վկայում են մի վիճաբանության մասին, որ իր եզրակացությանն է հասնում փողերի տոնին, երբ ավանակը արձակվում է։ Ավանակի արձակումը մարգարեության հաստատումն է, որը նշում է փակ դուռ Ադվենտիզմի վրա սկզբում՝ Կեսարիա Փիլիպպեում, և փակ դուռ ժամանակաշրջանի վերջում՝ Կեսարիա Մարիտիմայում։ Ավանակը երրորդ վայի իսլամի խորհրդանիշն է, որը հարվածում է Միացյալ Նահանգներին, ներառյալ Թենեսի նահանգի Նեշվիլ քաղաքը։ 2020 թվականի հուլիսի 18-ի ձախողված կանխատեսումն այժմ աստիճանաբար շտկվում է, մինչ Տերը հեռացնում է Իր ձեռքը և բացում է Հիսուս Քրիստոսի հայտնությունը։ Այդ ապակնքումը սկսվեց անապատում՝ 2023 թվականի հուլիսին։</w:t>
      </w:r>
    </w:p>
    <w:p>
      <w:pPr>
        <w:pStyle w:val="ArticleHeading"/>
        <w:jc w:val="left"/>
      </w:pPr>
      <w:r>
        <w:rPr>
          <w:rFonts w:ascii="Sylfaen" w:hAnsi="Sylfaen" w:eastAsia="Sylfaen" w:cs="Sylfaen"/>
        </w:rPr>
        <w:t>Դանիել Տասնմեկի տեսիլքը</w:t>
      </w:r>
    </w:p>
    <w:p>
      <w:pPr>
        <w:pStyle w:val="ArticleBody"/>
        <w:jc w:val="left"/>
      </w:pPr>
      <w:r>
        <w:rPr>
          <w:rFonts w:ascii="Sylfaen" w:hAnsi="Sylfaen" w:eastAsia="Sylfaen" w:cs="Sylfaen"/>
        </w:rPr>
        <w:t>Փողերի տոնը ներկայացնում է յոթերորդ փողը, որը երրորդ վայն է, որը Իսլամն է։ Փողը պատերազմի արտաքին նախազգուշացման պատգամ է, սակայն այն կարող է նաև հասկացվել որպես սուրբ ժողովի ներքին կոչ։ Որպես լակմուսի փորձություն, որը սկսվում է այն ժամանակ, երբ երկրորդ տաճարի փորձության երեսուն օրերը ավարտվում են, այն միաժամանակ և՛ արտաքին, և՛ ներքին պատգամ է։ Առաջին հիմնարար փորձությունը հասավ 2024 թվականի գարնանը՝ նեռի արտաքին տեսիլքով, ինչպես ներկայացված է Դանիել 11։14-ում։</w:t>
      </w:r>
    </w:p>
    <w:p>
      <w:pPr>
        <w:pStyle w:val="ArticleScripture"/>
        <w:jc w:val="left"/>
      </w:pPr>
      <w:r>
        <w:rPr>
          <w:rFonts w:ascii="Sylfaen" w:hAnsi="Sylfaen" w:eastAsia="Sylfaen" w:cs="Sylfaen"/>
        </w:rPr>
        <w:t>Եվ այն ժամանակներում շատերը պիտի ելնեն հարավի թագավորի դեմ. քո ժողովրդի ավազակներն էլ պիտի վեր բարձրանան, որպեսզի հաստատեն տեսիլքը. բայց նրանք պիտի ընկնեն։ Դանիել 11:14։</w:t>
      </w:r>
    </w:p>
    <w:p>
      <w:pPr>
        <w:pStyle w:val="ArticleBody"/>
        <w:jc w:val="left"/>
      </w:pPr>
      <w:r>
        <w:rPr>
          <w:rFonts w:ascii="Sylfaen" w:hAnsi="Sylfaen" w:eastAsia="Sylfaen" w:cs="Sylfaen"/>
        </w:rPr>
        <w:t>Նախորդ համարը ներկայացրեց Պանիումը, և Պանիումի վկայությունը շարունակվում է մինչև տասնհինգերորդ համարը։</w:t>
      </w:r>
    </w:p>
    <w:p>
      <w:pPr>
        <w:pStyle w:val="ArticleScripture"/>
        <w:jc w:val="left"/>
      </w:pPr>
      <w:r>
        <w:rPr>
          <w:rFonts w:ascii="Sylfaen" w:hAnsi="Sylfaen" w:eastAsia="Sylfaen" w:cs="Sylfaen"/>
        </w:rPr>
        <w:t>Որովհետև հյուսիսի թագավորը պիտի վերադառնա և պիտի դուրս բերի նախորդից ավելի մեծ բազմություն, և որոշ տարիներ անց անպայման պիտի գա մեծ զորքով և մեծ հարստությամբ։ Դանիէլ 11:13.</w:t>
      </w:r>
    </w:p>
    <w:p>
      <w:pPr>
        <w:pStyle w:val="ArticleBody"/>
        <w:jc w:val="left"/>
      </w:pPr>
      <w:r>
        <w:rPr>
          <w:rFonts w:ascii="Sylfaen" w:hAnsi="Sylfaen" w:eastAsia="Sylfaen" w:cs="Sylfaen"/>
        </w:rPr>
        <w:t>Տասներորդից մինչև տասնհինգերորդ համարներում հյուսիսի թագավորը պապականության պատվիրակ իշխանությունն է, որը տասներորդ համարում ներկայացված էր Ռոնալդ Ռեյգանի կողմից, երբ երկաթե վարագույրի պատը վերացվեց, ինչպես որ նախապատկերվեց 1989 թվականի նոյեմբերի 9-ին Բեռլինի պատի անկմամբ։ Տասնվեցերորդ համարը նշանավորում է եկեղեցու և պետության բաժանման պատի վերացումը՝ կիրակնօրյա օրենքի ժամանակ։ Տասնմեկերորդ և տասներկուերորդ համարները ներկայացնում են ուկրաինական պատերազմը, որ սկսվեց 2014 թվականին, իսկ տասներեքերորդ համարը մատնանշում է 2024 թվականի ընտրությունը, երբ Թրամփը՝ Ռեյգանից ի վեր ութերորդ նախագահը, որը նաև յոթ նախորդ նախագահներից եղող ութերորդ նախագահն է, «վերադառնում է» առավել մեծ զորությամբ, որովհետև երբ նա վերադառնա, «նախկինից ավելի մեծ բազմություն պիտի դուրս բերի, և անպատճառ պիտի գա որոշ տարիներից հետո»։ «Որոշ տարիները» Ջո Բայդենի չորս տարիներն են։</w:t>
      </w:r>
    </w:p>
    <w:p>
      <w:pPr>
        <w:pStyle w:val="ArticleBody"/>
        <w:jc w:val="left"/>
      </w:pPr>
      <w:r>
        <w:rPr>
          <w:rFonts w:ascii="Sylfaen" w:hAnsi="Sylfaen" w:eastAsia="Sylfaen" w:cs="Sylfaen"/>
        </w:rPr>
        <w:t>2024-ից հետո, տասներեքերորդ համարի համաձայն, Հռոմը կմիջամտի Պանիումի մարգարեական պատմությանը։ 2025 թվականի մայիսի 8-ին ընտրվեց առաջին պապը հոգևոր Փառավոր Երկրից, և նա ընտրեց Լևոն անունը, որն իր հետ կրում է շատ նշանակալից մարգարեական առանձնահատկություններ։ Ապա տասնհինգերորդ համարում մարտը սկսվում է։</w:t>
      </w:r>
    </w:p>
    <w:p>
      <w:pPr>
        <w:pStyle w:val="ArticleScripture"/>
        <w:jc w:val="left"/>
      </w:pPr>
      <w:r>
        <w:rPr>
          <w:rFonts w:ascii="Sylfaen" w:hAnsi="Sylfaen" w:eastAsia="Sylfaen" w:cs="Sylfaen"/>
        </w:rPr>
        <w:t>Ուստի հյուսիսի արքան պիտի գա, պատնեշ դնի և առնի ամենաամրացված քաղաքները. և հարավի բազուկները չեն դիմանա, ոչ էլ նրա ընտիր ժողովուրդը, և դիմադրելու զորություն չի լինի։ Դանիել 11:15.</w:t>
      </w:r>
    </w:p>
    <w:p>
      <w:pPr>
        <w:pStyle w:val="ArticleBody"/>
        <w:jc w:val="left"/>
      </w:pPr>
      <w:r>
        <w:rPr>
          <w:rFonts w:ascii="Sylfaen" w:hAnsi="Sylfaen" w:eastAsia="Sylfaen" w:cs="Sylfaen"/>
        </w:rPr>
        <w:t>Պանիումի ճակատամարտը սկսվում է տասնհինգերորդ խոսքում, և երկրային գազանը, որ ներկայացված է Դոնալդ Թրամփով, կհաղթի հարավի թագավորությանը։ Տասնմեկերորդ խոսքում հարավի թագավորը պատերազմ սկսեց Ուկրաինայի դեմ՝ պապականության փոխանորդ իշխանության դեմ, որը ֆինանսավորվում և աջակցվում էր տասներորդ խոսքի պապականության փոխանորդ իշխանության՝ Միացյալ Նահանգների կողմից։ Հարավի թագավորը հաղթական կլիներ Ռաֆիայի ճակատամարտում, սակայն հաղթանակի հետևանքների մեջ այն առաջադիմական քայքայումը, որ մշտապես կապված է վիշապային հարավի թագավորության կործանման հետ, հարավի թագավորին թողնում է ծայրահեղ խոցելի վիճակում, մինչ հյուսիսի թագավորը վերադառնում է՝ առավել հզոր, քան երբևէ, և պատրաստվում է Պանիումի ճակատամարտին։ Ռուսաստանը և Պուտինը հարավի թագավորն են, երբ Միացյալ Նահանգները 2014 թվականին նախաձեռնեց ուկրաինական պատերազմը։ 2022 թվականին ներխուժումը սկսվեց, և արյունը սկսեց հոսել։ 2024 թվականին հյուսիսի թագավորը վերադարձավ։</w:t>
      </w:r>
    </w:p>
    <w:p>
      <w:pPr>
        <w:pStyle w:val="ArticleBody"/>
        <w:jc w:val="left"/>
      </w:pPr>
      <w:r>
        <w:rPr>
          <w:rFonts w:ascii="Sylfaen" w:hAnsi="Sylfaen" w:eastAsia="Sylfaen" w:cs="Sylfaen"/>
        </w:rPr>
        <w:t>Պետրոսը Կեսարիա Փիլիպպեում է, ինչը Կեսգիշերյան Աղաղակի պատգամի հռչակման սկիզբն է։ Պետրոսը, Եղիայի և Միլլերականների նման, ինչպես ներկայացված են Լիչի և Սնոուի միջոցով, նախկինում առաջ է քաշել փակ դռան և իսլամի վերաբերյալ մի կանխագուշակություն։ Դրա իրականացումը բացահայտում է իսկական և կեղծ վերջին անձրևի պատգամների, ինչպես նաև իսկական և կեղծ պատգամաբերների միջև եղած տարբերությունը։ Պետրոսի պատգամը Նեշվիլի և իսլամի սրբագրված պատգամն է, և երբ նա կանգնած է Կեսարիա Փիլիպպեում, նա կանգնած է Պանիումում՝ այն պատերազմում, որ տանում է դեպի տասնվեցերորդ համարի Կիրակնօրյա օրենքը։ Պետրոսի կանխագուշակության իրականացումը նշանավորում է Կեսգիշերյան Աղաղակի հռչակման սկիզբը, երբ իսլամը արձակվում է, ինչը նաև, տող առ տող, տեղի է ունենում, երբ վրա է հասնում Պանիումի պատերազմը։</w:t>
      </w:r>
    </w:p>
    <w:p>
      <w:pPr>
        <w:pStyle w:val="ArticleHeading"/>
        <w:jc w:val="left"/>
      </w:pPr>
      <w:r>
        <w:rPr>
          <w:rFonts w:ascii="Sylfaen" w:hAnsi="Sylfaen" w:eastAsia="Sylfaen" w:cs="Sylfaen"/>
        </w:rPr>
        <w:t>Դանիելի տասներորդ տեսիլքը</w:t>
      </w:r>
    </w:p>
    <w:p>
      <w:pPr>
        <w:pStyle w:val="ArticleBody"/>
        <w:jc w:val="left"/>
      </w:pPr>
      <w:r>
        <w:rPr>
          <w:rFonts w:ascii="Sylfaen" w:hAnsi="Sylfaen" w:eastAsia="Sylfaen" w:cs="Sylfaen"/>
        </w:rPr>
        <w:t>Շեփորների տոնը ներկայացնում է յոթերորդ շեփորը, որը երրորդ վայն է, որը Իսլամն է։ Շեփորը նախազգուշացնող պատգամ է, և նաև՝ սուրբ ժողովի կանչ։ Այն նաև լակմուսի փորձությունն է, որ սկսվում է այն ժամանակ, երբ երկրորդ տաճարի փորձության երեսուն օրերը ավարտվում են։ Նեռի առաջին հիմնարար արտաքին փորձության տեսիլքը եկավ 2024 թվականի գարնանը, իսկ Քրիստոսի երկրորդ ներքին փորձության տեսիլքը, ինչպես ներկայացված է Դանիել 10-ում, եկավ 2026 թվականին։</w:t>
      </w:r>
    </w:p>
    <w:p>
      <w:pPr>
        <w:pStyle w:val="ArticleScripture"/>
        <w:jc w:val="left"/>
      </w:pPr>
      <w:r>
        <w:rPr>
          <w:rFonts w:ascii="Sylfaen" w:hAnsi="Sylfaen" w:eastAsia="Sylfaen" w:cs="Sylfaen"/>
        </w:rPr>
        <w:t>Այն ժամանակ ես բարձրացրի իմ աչքերը և նայեցի, և ահա՝ մի մարդ՝ կտավով զգեստավորված, որի մեջքը գոտեպնդված էր Օփազի զտված ոսկով. Նրա մարմինը ևս ոսկեքարի պես էր, և նրա երեսը՝ կայծակի երևույթի պես, և նրա աչքերը՝ հրեղեն ճրագների պես, և նրա բազուկներն ու նրա ոտքերը՝ ողորկված պղնձի գույնի պես, և նրա խոսքերի ձայնը՝ բազմության ձայնի պես։</w:t>
      </w:r>
    </w:p>
    <w:p>
      <w:pPr>
        <w:pStyle w:val="ArticleScripture"/>
        <w:jc w:val="left"/>
      </w:pPr>
      <w:r>
        <w:rPr>
          <w:rFonts w:ascii="Sylfaen" w:hAnsi="Sylfaen" w:eastAsia="Sylfaen" w:cs="Sylfaen"/>
        </w:rPr>
        <w:t>Եվ ես՝ Դանիելս միայն, տեսիլքը տեսա, որովհետև ինձ հետ եղող մարդիկ տեսիլքը չտեսան. սակայն մեծ դող ընկավ նրանց վրա, այնպես որ փախան՝ թաքնվելու։</w:t>
      </w:r>
    </w:p>
    <w:p>
      <w:pPr>
        <w:pStyle w:val="ArticleScripture"/>
        <w:jc w:val="left"/>
      </w:pPr>
      <w:r>
        <w:rPr>
          <w:rFonts w:ascii="Sylfaen" w:hAnsi="Sylfaen" w:eastAsia="Sylfaen" w:cs="Sylfaen"/>
        </w:rPr>
        <w:t>Ուստի ես մենակ մնացի և տեսա այս մեծ տեսիլքը, և ինձ մեջ այլևս զորություն չմնաց, որովհետև իմ վայելչությունը ինձ մեջ ապականության վերածվեց, և ես ոչ մի զորություն չպահեցի։</w:t>
      </w:r>
    </w:p>
    <w:p>
      <w:pPr>
        <w:pStyle w:val="ArticleScripture"/>
        <w:jc w:val="left"/>
      </w:pPr>
      <w:r>
        <w:rPr>
          <w:rFonts w:ascii="Sylfaen" w:hAnsi="Sylfaen" w:eastAsia="Sylfaen" w:cs="Sylfaen"/>
        </w:rPr>
        <w:t>Բայց ես լսում էի նրա խոսքերի ձայնը, և երբ լսեցի նրա խոսքերի ձայնը, խոր քնի մեջ ընկա իմ երեսի վրա՝ երեսս դեպի գետին։</w:t>
      </w:r>
    </w:p>
    <w:p>
      <w:pPr>
        <w:pStyle w:val="ArticleScripture"/>
        <w:jc w:val="left"/>
      </w:pPr>
      <w:r>
        <w:rPr>
          <w:rFonts w:ascii="Sylfaen" w:hAnsi="Sylfaen" w:eastAsia="Sylfaen" w:cs="Sylfaen"/>
        </w:rPr>
        <w:t>Եվ ահա մի ձեռք դիպավ ինձ և ինձ կանգնեցրեց ծնկներիս վրա ու իմ ձեռքերի ափերի վրա։ Եվ նա ասաց ինձ. «Ո՛վ Դանիել, խիստ սիրելի մարդ, հասկացիր այն խոսքերը, որ ես քեզ ասում եմ, և կանգնիր ուղիղ, որովհետև այժմ ես քեզ մոտ եմ ուղարկված»։ Եվ երբ նա այս խոսքն ասաց ինձ, ես կանգնեցի դողալով։ Ապա նա ասաց ինձ. «Մի՛ վախեցիր, Դանիե՛լ, որովհետև այն առաջին օրից, երբ սիրտդ դրեցիր հասկանալու և քեզ խոնարհեցնելու քո Աստծու առաջ, քո խոսքերը լսվեցին, և ես եկել եմ քո խոսքերի համար։ Բայց Պարսկաստանի թագավորության իշխանը դիմադրեց ինձ քսանմեկ օր, և ահա Միքայելը՝ գլխավոր իշխաններից մեկը, եկավ ինձ օգնելու, և ես այնտեղ մնացի Պարսկաստանի թագավորների մոտ։ Իսկ այժմ եկել եմ, որպեսզի քեզ հասկացնեմ, թե ինչ պիտի պատահի քո ժողովրդին վերջին օրերում, որովհետև տեսիլքը դեռ շատ օրերի համար է»։ Եվ երբ նա այդպիսի խոսքեր ասաց ինձ, ես երեսս դարձրի դեպի գետին և համրացա։</w:t>
      </w:r>
    </w:p>
    <w:p>
      <w:pPr>
        <w:pStyle w:val="ArticleScripture"/>
        <w:jc w:val="left"/>
      </w:pPr>
      <w:r>
        <w:rPr>
          <w:rFonts w:ascii="Sylfaen" w:hAnsi="Sylfaen" w:eastAsia="Sylfaen" w:cs="Sylfaen"/>
        </w:rPr>
        <w:t>Եվ ահա, մարդու որդիների նմանության պես մեկը դիպավ իմ շրթունքներին. ապա ես բացեցի իմ բերանը և խոսեցի ու ասացի իմ առջև կանգնածին. Ո՛վ իմ տեր, այս տեսիլքով իմ ցավերը եկել են ինձ վրա, և ես ոչ մի զորություն չեմ պահել իմ մեջ։ Որովհետև ինչպե՞ս կարող է այս իմ տիրոջ ծառան խոսել այս իմ տիրոջ հետ. քանզի իմ մեջ իսկույն զորություն չմնաց, և շունչ ևս ինձանում չմնաց։</w:t>
      </w:r>
    </w:p>
    <w:p>
      <w:pPr>
        <w:pStyle w:val="ArticleScripture"/>
        <w:jc w:val="left"/>
      </w:pPr>
      <w:r>
        <w:rPr>
          <w:rFonts w:ascii="Sylfaen" w:hAnsi="Sylfaen" w:eastAsia="Sylfaen" w:cs="Sylfaen"/>
        </w:rPr>
        <w:t>Այնուհետև դարձյալ եկավ ու դիպավ ինձ մեկ ուրիշը, որ մարդու կերպարանք ուներ, և զորացրեց ինձ։ Եվ ասաց. «Ո՜վ շատ սիրված մարդ, մի՛ վախեցիր. խաղաղություն քեզ. զորացի՛ր, այո՛, զորացի՛ր»։ Եվ երբ նա խոսեց ինձ հետ, ես զորացա և ասացի. «Թող իմ տերը խոսի, որովհետև դու զորացրիր ինձ»։ Դանիել 10:5–19։</w:t>
      </w:r>
    </w:p>
    <w:p>
      <w:pPr>
        <w:pStyle w:val="ArticleBody"/>
        <w:jc w:val="left"/>
      </w:pPr>
      <w:r>
        <w:rPr>
          <w:rFonts w:ascii="Sylfaen" w:hAnsi="Sylfaen" w:eastAsia="Sylfaen" w:cs="Sylfaen"/>
        </w:rPr>
        <w:t>Դանիելը քսաներկուերորդ օրը տեսնում է երկնային Քահանայապետի տեսիլքը վերջին օրերում։ Հռոմի՝ տեսիլքը հաստատելու տեսիլքը 2024 թվականի հիմնարար և ալֆա փորձությունն էր, իսկ Քրիստոսի տեսիլքը տաճարի փորձությունն է։ Այն առաջ է բերում այն դասի բաժանումը, որ փախչում է Դանիելից և թաքնվում։ Այդ դասը թաքնվում է ստերի և կեղծիքների տակ, և այդ պատճառով նրանք ընդունում են զորավոր մոլորություն։</w:t>
      </w:r>
    </w:p>
    <w:p>
      <w:pPr>
        <w:pStyle w:val="ArticleBody"/>
        <w:jc w:val="left"/>
      </w:pPr>
      <w:r>
        <w:rPr>
          <w:rFonts w:ascii="Sylfaen" w:hAnsi="Sylfaen" w:eastAsia="Sylfaen" w:cs="Sylfaen"/>
        </w:rPr>
        <w:t>Դանիելին այնուհետև դիպչում են երեք անգամ՝ առաջինը Գաբրիելը, ապա Քրիստոսը, և ապա երրորդ անգամ՝ Գաբրիելը։ Սրբությունների Սրբոցում, երբ Դանիելին երեք անգամ են դիպչում, նա խորհրդանշում է զորացում, որովհետև դա սկսվում է նրանից, որ տեսիլքը տեսնելիս նա ուժ չուներ, սակայն երրորդ դիպչմամբ վերջապես զորացվում է։ Նա զորացվում է՝ հասկանալու, թե ինչ պիտի պատահի Աստծու ժողովրդին վերջին օրերում։ Այն մարգարեական պատգամը, թե ինչ է պատահում Աստծու ժողովրդին վերջին օրերում, այն պատգամն է, որ ներկայացված է տասը կույսերի առակում։</w:t>
      </w:r>
    </w:p>
    <w:p>
      <w:pPr>
        <w:pStyle w:val="ArticleBody"/>
        <w:jc w:val="left"/>
      </w:pPr>
      <w:r>
        <w:rPr>
          <w:rFonts w:ascii="Sylfaen" w:hAnsi="Sylfaen" w:eastAsia="Sylfaen" w:cs="Sylfaen"/>
        </w:rPr>
        <w:t>Դանիելը սկսում է՝ առանց զորության, որովհետև Քրիստոսի տեսիլքը, ինչպես հայելիում արտացոլված, նրան թողեց առանց զորության, բայց երեք հպումների ավարտին նա զորանում է, և «զորացիր, այո՛, զորացիր» հրամանի կրկնությունը մատնանշում է երկրորդ հրեշտակին կամ երկրորդ փորձությունը։ Երկրորդ փորձությունը տաճարի փորձությունն է, որտեղ Աստծո ժողովուրդը զորացվում է՝ հռչակելու Կեսգիշերային աղաղակի լուրը, երբ Էքսեթերի ճամբարական ժողովը ավարտվում է։ Այդ փորձությունը տաճարի փորձությունն է, որտեղ գագաթաքարը, որ հիմնաքարն ու անկյունաքարն էր, դառնում է տաճարի հրաշալի գագաթաքարը՝ այդպիսով նշանավորելով դրա ավարտը։ Դանիելը զորանում է քսաներկուերորդ օրը, երբ հավատքով մտնում է Ամենասուրբ վայրը։ Երբ նա այդպես է անում, Գաբրիելն է դիպչում նրան, ապա Քրիստոսն է դիպչում նրան, և ապա Գաբրիելն է կրկին դիպչում նրան։ Հետևաբար Դանիելը զորացվում է՝ հռչակելու լուրը Ամենասուրբ վայրում, որտեղ նա տեսնում է Քրիստոսին երկու հրեշտակների միջև, և Ամենասուրբ վայրում այն տեղը, որտեղ Քրիստոսը գտնվում է մեջտեղում, քավության աթոռն է՝ երկու ծածկող քերովբեներով, որոնք նայում են դեպի տապանակը, որ լուսավորվում է Իր գահին նստած Քրիստոսի Շեքինայի փառքի լույսից։ Դանիել տասի տեսիլքը մարգարեականորեն կառուցված է այնպես, որ Դանիելը նայում է Քրիստոսի փառքին՝ որպես Շեքինա՝ քավության աթոռի գահի վրա, մինչդեռ երկու ծածկող քերովբեները սևեռվում են տապանակի մեջ։</w:t>
      </w:r>
    </w:p>
    <w:p>
      <w:pPr>
        <w:pStyle w:val="ArticleBody"/>
        <w:jc w:val="left"/>
      </w:pPr>
      <w:r>
        <w:rPr>
          <w:rFonts w:ascii="Sylfaen" w:hAnsi="Sylfaen" w:eastAsia="Sylfaen" w:cs="Sylfaen"/>
        </w:rPr>
        <w:t>Փողերի տօնից առաջ Եղիան պնդում է, որ անձրևի իր լուրը Տիրոջից եկած անձրևի միակ լուրն է, և նա առաջ է բերում մի մարգարեություն, որ իր ավարտին հասնում է մի ցուցադրությամբ, որն ապացուցում է, թե ով է կամ ով չէ պատգամաբերը, և ինչը է կամ ինչը չէ լուրը։ Քարմեղոսից առաջ երեքուկես տարի Աքաաբ թագավորը փնտրում էր Եղիային, որովհետև կա վեճի մի ժամանակաշրջան, որ նախորդում է Քարմեղոսին։ Քարմեղոս լեռը պարզապես այն փորձաքարն է, որտեղ բնավորությունը դրսևորվում է։ Միլլերիտական պատմության մեջ նույն ժամանակաշրջանը պարունակում էր նույն վկայությունը, քանի որ նրանք, ովքեր ատում էին լուրը, հավատարիմներին դուրս էին փակում եկեղեցիներից, և դրանից հետո հավատարիմները բարձրացրին մի լուր, որը մարդկանց կոչ էր անում դուրս գալ ընկած նախկին ուխտի ժողովրդից, որի վրայով անցում էր կատարվում։</w:t>
      </w:r>
    </w:p>
    <w:p>
      <w:pPr>
        <w:pStyle w:val="ArticleBody"/>
        <w:jc w:val="left"/>
      </w:pPr>
      <w:r>
        <w:rPr>
          <w:rFonts w:ascii="Sylfaen" w:hAnsi="Sylfaen" w:eastAsia="Sylfaen" w:cs="Sylfaen"/>
        </w:rPr>
        <w:t>Պետրոսը Հոգեգալստական կիրակնօրյա օրենքի ժամանակ հռչակում է Հովելի պատգամը, ինչը նշանակում է, որ Պետրոսը նույն պատգամն է հռչակում, երբ Կեսգիշերյան աղաղակի ժամանակաշրջանը սկսվում է Էքզեթերի ճամբարային ժողովի ավարտին, որը սկսվել էր այն ժամանակ, երբ Պետրոսի կանխասացությունը ուղղվել էր, ինչպես ուղղվել էին Սնոուի և Լիչի պատգամները։ Վիճաբանությունը միշտ նախորդում է կանխասացության կատարմանը։ Հետևաբար վիճաբանությունը սկսվում է կանխասացության կատարումից առաջ։</w:t>
      </w:r>
    </w:p>
    <w:p>
      <w:pPr>
        <w:pStyle w:val="ArticleBody"/>
        <w:jc w:val="left"/>
      </w:pPr>
      <w:r>
        <w:rPr>
          <w:rFonts w:ascii="Sylfaen" w:hAnsi="Sylfaen" w:eastAsia="Sylfaen" w:cs="Sylfaen"/>
        </w:rPr>
        <w:t>Աքաաբի, Հեզաբելի և նրա մարգարեների, ինչպես նաև Քրիստոսի օրերի բառախաղող հրեաների և Միլլերի շարժման պատմության ընկած բողոքականների համար անհանգստություն պատճառող պատգամը Պետրոսի կողմից նույնացվում է Հովել մարգարեի գրքի հետ։ Մինչև երրորդ քննաքարը, որը նշանավորվում է ավանակի արձակմամբ, Պետրոսի պատգամը ենթարկվում է Լաոդիկեական ադվենտիզմի հարձակմանը, և Պետրոսը, պատասխանելով այդ դիմադրությանը, մատնանշում է, որ պատգամաբերները հարբած չեն, այլ պարզապես Հովելի երեք գլուխների կատարման դրսևորումն են։ Հովելի երեք գլուխները սկսվում են Լաոդիկեական ադվենտիզմի նկատմամբ խիստ ու ջախջախիչ դատապարտությամբ։ Երբ պատգամը հասնի նրանց ականջներին, ովքեր հարբած են թունդ խմիչքից, նրանք կարձագանքեն։ Նրանք դիմակայեցին Քրիստոսին, երբ Նա լեռից իջնում էր դեպի Երուսաղեմ գնալու ճանապարհին, և նորից դիմակայեցին Նրան Երուսաղեմում։</w:t>
      </w:r>
    </w:p>
    <w:p>
      <w:pPr>
        <w:pStyle w:val="ArticleBody"/>
        <w:jc w:val="left"/>
      </w:pPr>
      <w:r>
        <w:rPr>
          <w:rFonts w:ascii="Sylfaen" w:hAnsi="Sylfaen" w:eastAsia="Sylfaen" w:cs="Sylfaen"/>
        </w:rPr>
        <w:t>Էշը արձակվում է, մուտքը սկսվում է. վիճաբանող հրեաները ցանկանում են, որ լուրը լռեցվի։ Հիսուսը շարունակում է, ապա կանգ է առնում և արտասվում է Ադվենտիզմի փորձաշրջանային ժամանակի վերջին օրվա վրա։ Ապա Երուսաղեմում տեղի է ունենում մեկ այլ բախում հրեաների հետ, որոնք ցանկանում են, որ ժողովուրդը դադարեցնի իրենց լուրը։ Երբ այդ օրը արևը մայր մտավ, հրեական ազգի համար փորձաշրջանը հասավ ևս մեկ աստիճանի։ Դիմադրության առաջընթացը շարունակվում է մինչև խաչի մահը, և այն լրջորեն սկսվեց Ղազարոսի հարությամբ, որը նշանավորեց երկրորդ հրեշտակի և հապաղման ժամանակի գալուստը։</w:t>
      </w:r>
    </w:p>
    <w:p>
      <w:pPr>
        <w:pStyle w:val="ArticleScripture"/>
        <w:jc w:val="left"/>
      </w:pPr>
      <w:r>
        <w:rPr>
          <w:rFonts w:ascii="Sylfaen" w:hAnsi="Sylfaen" w:eastAsia="Sylfaen" w:cs="Sylfaen"/>
        </w:rPr>
        <w:t>«Բեթանիան այնքան մոտ էր Երուսաղեմին, որ Ղազարոսի հարության լուրը շուտով հասավ քաղաք։ Հրաշքին ականատես եղած լրտեսների միջոցով հրեական իշխանավորները արագորեն տեղեկացան եղելության մասին։ Անմիջապես գումարվեց Սանհեդրինի ժողով՝ որոշելու, թե ինչ պետք է անել։ Քրիստոսն այժմ լիովին ցույց էր տվել Իր իշխանությունը մահվան և գերեզմանի վրա։ Այդ հզոր հրաշքը մարդկանց Աստծուց մատուցված պսակող վկայությունն էր, որ Նա Իր Որդուն աշխարհ էր ուղարկել նրանց փրկության համար։ Դա աստվածային զորության այնպիսի հայտնություն էր, որը բավարար էր համոզելու յուրաքանչյուր միտք, որ գտնվում էր բանականության և լուսավորված խղճի իշխանության ներքո։ Շատերը, որոնք ականատես եղան Ղազարոսի հարությանը, հավատացին Հիսուսին։ Բայց քահանաների ատելությունը Նրա հանդեպ ավելի սաստկացավ։ Նրանք մերժել էին Նրա աստվածության բոլոր ավելի նվազ վկայությունները, և այս նոր հրաշքը միայն առավել կատաղեցրեց նրանց։ Մեռյալը հարություն էր առել ցերեկվա լիակատար լույսի ներքո և բազմության ներկայությամբ։ Ոչ մի խորամանկություն չէր կարող նման վկայությունը անուժ դարձնել։ Հենց այդ պատճառով էլ քահանաների թշնամությունն ավելի մահաբեր դարձավ։ Նրանք առավել քան երբևէ վճռել էին վերջ դնել Քրիստոսի գործին»։</w:t>
      </w:r>
    </w:p>
    <w:p>
      <w:pPr>
        <w:pStyle w:val="ArticleScripture"/>
        <w:jc w:val="left"/>
      </w:pPr>
      <w:r>
        <w:rPr>
          <w:rFonts w:ascii="Sylfaen" w:hAnsi="Sylfaen" w:eastAsia="Sylfaen" w:cs="Sylfaen"/>
        </w:rPr>
        <w:t>«Սադուկեցիները, թեև Քրիստոսի նկատմամբ բարեհաճ չէին, սակայն Նրա հանդեպ այնքան չարությամբ լեցուն չէին, որքան փարիսեցիները։ Նրանց ատելությունն այնքան դառը չէր։ Բայց այժմ նրանք լիովին տագնապի մեջ էին։ Նրանք չէին հավատում մեռելների հարությանը։ Առաջ բերելով այսպես կոչված գիտություն՝ նրանք դատել էին, թե մահացած մարմինը կյանքի բերելն անհնարինություն կլիներ։ Բայց Քրիստոսի մի քանի խոսքերով նրանց տեսությունը տապալվեց։ Նրանց ցույց տրվեց, որ անգետ են թե՛ Գրքերին, թե՛ Աստծու զորությանը։ Նրանք չէին տեսնում որևէ հնարավորություն վերացնելու այն տպավորությունը, որ հրաշքը գործել էր ժողովրդի վրա։ Ինչպե՞ս կարելի էր մարդկանց հեռացնել Նրանից, Ով հաղթահարել էր գերեզմանը՝ նրանից խլելու իր մեռելներին։ Սուտ լուրեր տարածվեցին, բայց հրաշքը չէր կարելի ուրանալ, և թե ինչպես հակազդել դրա ազդեցությանը, նրանք չգիտեին։ Մինչ այդ սադուկեցիները չէին խրախուսել Քրիստոսին մահվան մատնելու ծրագիրը։ Բայց Ղազարոսի հարությունից հետո նրանք վճռեցին, որ միայն Նրա մահով կարող էին լռեցնել իրենց դեմ ուղղված Նրա անվախ դատապարտումները»։ Դարերի Փափագը, 537։</w:t>
      </w:r>
    </w:p>
    <w:p>
      <w:pPr>
        <w:pStyle w:val="ArticleBody"/>
        <w:jc w:val="left"/>
      </w:pPr>
      <w:r>
        <w:rPr>
          <w:rFonts w:ascii="Sylfaen" w:hAnsi="Sylfaen" w:eastAsia="Sylfaen" w:cs="Sylfaen"/>
        </w:rPr>
        <w:t>Ղազարոսի մահը նշանավորեց այն չորս օրերի սկիզբը, որոնց ընթացքում Հիսուսը հապաղեց։ Նրա մահը ներկայացնում էր երկրորդ հրեշտակի գալուստը, որը նշանավորում է հապաղման ժամանակի սկիզբը։ Նրա հարությունը նշանավորում է երկու վկաների հարությունը 2023 թվականի դեկտեմբերի 31-ին՝ 9/11-ից քսաներկու տարի անց։ Նրա հարությունը նշանավորում է Եզեկիելի մեռած ցամաքած ոսկորների հարությունը։ Նրա հարությունը նախապատկերվեց Ադամի արարմամբ, որը բաղկացած էր մարդկությունից՝ ներկայացված կավով, միավորված Աստվածությանը՝ ներկայացված կյանքի շնչով։</w:t>
      </w:r>
    </w:p>
    <w:p>
      <w:pPr>
        <w:pStyle w:val="ArticleScripture"/>
        <w:jc w:val="left"/>
      </w:pPr>
      <w:r>
        <w:rPr>
          <w:rFonts w:ascii="Sylfaen" w:hAnsi="Sylfaen" w:eastAsia="Sylfaen" w:cs="Sylfaen"/>
        </w:rPr>
        <w:t>«Հրեաների քահանաներն ու իշխանավորները ատում էին Հիսուսին, սակայն բազմությունները խուռներամ հավաքվում էին՝ լսելու Նրա իմաստության խոսքերը և ականատես լինելու Նրա հզոր գործերին։ Ժողովուրդը խորագույն հետաքրքրությամբ էր հուզված և տագնապալի սպասումով հետևում էր Հիսուսին՝ լսելու այս սքանչելի Վարդապետի խրատները։ Իշխանավորներից շատերը հավատացին Նրան, բայց չէին համարձակվում խոստովանել իրենց հավատը, որպեսզի ժողովարանից դուրս չհանվեն։ Քահանաներն ու ծերերը վճռեցին, որ պետք է մի բան անել՝ ժողովրդի ուշադրությունը Հիսուսից շեղելու համար։ Նրանք վախենում էին, որ բոլոր մարդիկ կհավատան Նրան։ Իրենց համար նրանք ոչ մի ապահովություն չէին տեսնում։ Կամ պիտի կորցնեին իրենց դիրքը, կամ պիտի Հիսուսին մահվան մատնեին։ Եվ այն բանից հետո, երբ Նրան մահվան մատնեին, դեռևս կմնային Նրա զորության կենդանի հուշարձաններ։ Հիսուսը Ղազարոսին հարություն էր տվել մեռելներից, և նրանք վախենում էին, որ եթե սպանեն Հիսուսին, Ղազարոսը կվկայի Նրա հզոր զորության մասին։ Ժողովուրդը հոծ բազմությամբ գնում էր տեսնելու նրան, ով հարություն էր առել մեռելներից, և իշխանավորները վճռեցին սպանել նաև Ղազարոսին և ճնշել այդ հուզմունքը։ Ապա նրանք ժողովրդին դարձյալ կդարձնեին մարդկանց ավանդություններին ու վարդապետություններին, անանուխից ու սադափից տասանորդ տալուն, և նորից ազդեցություն կունենային նրանց վրա։ Նրանք համաձայնեցին բռնել Հիսուսին, երբ Նա մենակ լինի. որովհետև եթե փորձեին բռնել Նրան ժողովրդի բազմության մեջ, երբ ժողովրդի մտքերը ամբողջովին Նրանով էին զբաղված, իրենք կքարարկվեին»։ Վաղ Գրություններ, 165։</w:t>
      </w:r>
    </w:p>
    <w:p>
      <w:pPr>
        <w:pStyle w:val="ArticleBody"/>
        <w:jc w:val="left"/>
      </w:pPr>
      <w:r>
        <w:rPr>
          <w:rFonts w:ascii="Sylfaen" w:hAnsi="Sylfaen" w:eastAsia="Sylfaen" w:cs="Sylfaen"/>
        </w:rPr>
        <w:t>2020 թվականի հուլիսի 18-ին Հայտնության գրքի երկու վկաները սպանվեցին, և եկավ երկրորդ հրեշտակը և հապաղման ժամանակը։ 2023 թվականի դեկտեմբերի 31-ին սկսվեց հարության երկքայլ գործընթացը։ Առաջին քայլը հիմքն էր, երկրորդ քայլը՝ տաճարի կանգնեցումը հիմքի վրա։ Լաոդիկեական Յոթներորդ օրվա ադվենտիստական եկեղեցին ատեց այս լուրը այն ծնվելու ժամանակից՝ 1989 թվականից սկսած, և մինչ այժմ էլ ատում է այն։ Այժմ, երբ այն ատելի վկաները, որոնց մեռած էին համարում, կրկին կենդանի են, նրանք ավելի՛ ևս պիտի ատեն այդ լուրը։ Նրանք 2020 թվականի հուլիսի 18-ի կանխասության դեմ պիտի վիճեն այնպիսի թունոտ չարությամբ, ինչպիսին հրեաներն ունեին Ղազարոսի հարության հանդեպ։ Տաճարի փորձության պատմության մեջ Պետրոսը պիտի պատասխանի նրանց մոլորական մեղադրանքներին՝ մատնացույց անելով Հովելի գիրքը՝ որպես նրանց բոլոր ստերի պատասխանը։</w:t>
      </w:r>
    </w:p>
    <w:p>
      <w:pPr>
        <w:pStyle w:val="ArticleBody"/>
        <w:jc w:val="left"/>
      </w:pPr>
      <w:r>
        <w:rPr>
          <w:rFonts w:ascii="Sylfaen" w:hAnsi="Sylfaen" w:eastAsia="Sylfaen" w:cs="Sylfaen"/>
        </w:rPr>
        <w:t>Այս ուսումնասիրությունը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Յոթներորդ-օրյա Ադվենտիստ Եկեղեցին - Քառասունվեցերորդ համար</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