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տասնմեկ</w:t>
      </w:r>
    </w:p>
    <w:p>
      <w:pPr>
        <w:pStyle w:val="ArticleSubtitle"/>
        <w:jc w:val="left"/>
      </w:pPr>
      <w:r>
        <w:rPr>
          <w:rFonts w:ascii="Sylfaen" w:hAnsi="Sylfaen" w:eastAsia="Sylfaen" w:cs="Sylfaen"/>
        </w:rPr>
        <w:t>Գազանի պատկերը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2023-11-05</w:t>
      </w:r>
    </w:p>
    <w:p>
      <w:pPr>
        <w:pStyle w:val="ArticleScripture"/>
        <w:jc w:val="left"/>
      </w:pPr>
      <w:r>
        <w:rPr>
          <w:rFonts w:ascii="Sylfaen" w:hAnsi="Sylfaen" w:eastAsia="Sylfaen" w:cs="Sylfaen"/>
        </w:rPr>
        <w:t>Եվ երկնքում երևաց մի այլ նշան՝ ահա մի մեծ կարմիր վիշապ, որ ուներ յոթ գլուխ և տասը եղջյուր, և նրա գլուխների վրա՝ յոթ պսակ։ Եվ նրա պոչը քաշեց երկնքի աստղերի երրորդ մասը և գցեց նրանց երկրի վրա։ Եվ վիշապը կանգնեց այն կնոջ առաջ, որ պատրաստ էր ծննդաբերելու, որպեսզի նրա զավակին ծնվելուն պես լափի։ Եվ նա ծնեց արու զավակ, որ պիտի հովուէր բոլոր ազգերին երկաթե գավազանով. և նրա զավակը հափշտակվեց առ Աստված և դեպի Նրա աթոռը։ Եվ կինը փախավ անապատ, ուր Աստծուց պատրաստված մի տեղ ուներ, որպեսզի այնտեղ նրան կերակրեն հազար երկու հարյուր վաթսուն օր։ Եվ պատերազմ եղավ երկնքում. Միքայելը և նրա հրեշտակները պատերազմեցին վիշապի դեմ, և վիշապը պատերազմեց ու նրա հրեշտակները, բայց չհաղթեցին, և այլևս նրանց տեղը չգտնվեց երկնքում։ Եվ մեծ վիշապը՝ այն հին օձը, որ կոչվում է Սատանա և Բանսարկու, որ մոլորեցնում է ամբողջ աշխարհը, վայր գցվեց երկրի վրա, և նրա հրեշտակներն էլ նրա հետ վայր գցվեցին։ Եվ լսեցի մի բարձր ձայն, որ ասում էր երկնքում. «Այժմ եկավ փրկությունը, զորությունը, և մեր Աստծու արքայությունը, և Նրա Քրիստոսի իշխանությունը. որովհետև վայր գցվեց մեր եղբայրների մեղադրողը, որ նրանց մեղադրում էր մեր Աստծու առաջ գիշեր ու ցերեկ։ Եվ նրանք հաղթեցին նրան Գառան արյամբ և իրենց վկայության խոսքով, և իրենց կյանքը չսիրեցին մինչև մահ։ Դրա համար ուրախացե՛ք, ո՛վ երկինքներ, և դուք, որ բնակվում եք դրանցում։ Վա՜յ երկրի և ծովի բնակիչներին, որովհետև սատանան իջել է ձեզ մոտ մեծ բարկությամբ, որովհետև գիտի, թե քիչ ժամանակ ունի»։ Եվ երբ վիշապը տեսավ, որ երկրի վրա էր վայր գցվել, հալածեց այն կնոջը, որ ծնեց արու զավակին։ Եվ կնոջը տրվեցին մեծ արծվի երկու թևեր, որպեսզի թռչի անապատ՝ իր տեղը, ուր նա սնվում է մի ժամանակ, ժամանակներ և կես ժամանակ՝ օձի երեսից հեռու։ Եվ օձը իր բերանից ջուր արձակեց կնոջ հետևից՝ գետի պես, որպեսզի նրան հեղեղով քշի տանի։ Բայց երկիրը օգնեց կնոջը, և երկիրը բացեց իր բերանը և կուլ տվեց այն հեղեղը, որ վիշապը դուրս էր թափել իր բերանից։ Եվ վիշապը բարկացավ կնոջ վրա ու գնաց պատերազմելու նրա սերնդի մնացորդի դեմ, որոնք պահում են Աստծու պատվիրանները և ունեն Հիսուս Քրիստոսի վկայությունը։ Հայտնություն 12:1–17.</w:t>
      </w:r>
    </w:p>
    <w:p>
      <w:pPr>
        <w:pStyle w:val="ArticleBody"/>
        <w:jc w:val="left"/>
      </w:pPr>
      <w:r>
        <w:rPr>
          <w:rFonts w:ascii="Sylfaen" w:hAnsi="Sylfaen" w:eastAsia="Sylfaen" w:cs="Sylfaen"/>
        </w:rPr>
        <w:t>Քրիստոսի և Սատանայի միջև մեծ պայքարի առաջին ճակատամարտը սկսվեց երրորդ երկնքում՝ Լյուցիֆերի ապստամբությամբ, և այդ առաջին ճակատամարտը նախատիպում է վերջին ճակատամարտը առաջին երկնքում։ Պատերազմը դեռ շարունակվում է, որովհետև հազարամյա ժամանակաշրջանի ավարտին Սատանան կարձակվի կարճ ժամանակով և հարձակում կգործի Երուսաղեմի դեմ, բայց այդ ճակատամարտում հաղթանակի որևէ հնարավորություն չկա։ Սկզբում երրորդ երկնքում տեղի ունեցած ճակատամարտը, որը ներկայացնում է վերջում առաջին երկնքում տեղի ունեցող ճակատամարտը, մղվում էր այն ժամանակ, երբ շնորհի ժամանակը դեռ բաց էր։</w:t>
      </w:r>
    </w:p>
    <w:p>
      <w:pPr>
        <w:pStyle w:val="ArticleBody"/>
        <w:jc w:val="left"/>
      </w:pPr>
      <w:r>
        <w:rPr>
          <w:rFonts w:ascii="Sylfaen" w:hAnsi="Sylfaen" w:eastAsia="Sylfaen" w:cs="Sylfaen"/>
        </w:rPr>
        <w:t>«Կինը», որ հղի է մանկամբ, ներկայացնում է Աստծո եկեղեցին պատմության ողջ ընթացքում, և Քրիստոսի պատմության մեջ նա պատրաստվում էր ծննդաբերել արու զավակին՝ Հիսուսին։ Վերջին օրերին նա երկվորյակներ է ծնում։ Կիրակնօրյա օրենքից անմիջապես առաջ նա ծնում է Հայտնություն յոթերորդ գլխի հարյուր քառասունչորս հազարը, իսկ կիրակնօրյա օրենքի ժամանակ նա սկսում է երկունքը՝ ծնելու Հայտնություն յոթերորդ գլխի մեծ բազմությանը։ Նրա երկվորյակները միանման չեն, սակայն նրանք երկվորյակներ են, և առաջնեկը Եղիան է, իսկ կրտսեր որդին՝ Մովսեսը։</w:t>
      </w:r>
    </w:p>
    <w:p>
      <w:pPr>
        <w:pStyle w:val="ArticleBody"/>
        <w:jc w:val="left"/>
      </w:pPr>
      <w:r>
        <w:rPr>
          <w:rFonts w:ascii="Sylfaen" w:hAnsi="Sylfaen" w:eastAsia="Sylfaen" w:cs="Sylfaen"/>
        </w:rPr>
        <w:t>Հոգևոր Իսրայելի սկզբում հեթանոսական Հռոմի վիշապը սպասում էր կուլ տալու արու զավակ Հիսուսին, իսկ ժամանակակից Հռոմի վիշապը այժմ սպասում է կուլ տալու հարյուր քառասունչորս հազարի արու զավակին։ Ինչպես հեթանոսական Հռոմը հալածեց վաղ քրիստոնեական եկեղեցուն, այնպես էլ ժամանակակից Հռոմը կկրկնի հալածանքը կիրակնօրյա օրենքի ճգնաժամի ժամանակ։ Վաղ քրիստոնեական եկեղեցում կինը փախավ անապատ՝ հազար երկու հարյուր վաթսուն բառացի տարիների համար, և կիրակնօրյա օրենքի ճգնաժամի հալածանքը խորհրդանշված է Հայտնության տասներեքերորդ գլխի հինգերորդ համարի քառասուներկու ամիսներով։ Անապատում Աստծո ժողովրդի համար մի տեղ է պատրաստված, ուր նրանք կերակրվում և սնվում են։</w:t>
      </w:r>
    </w:p>
    <w:p>
      <w:pPr>
        <w:pStyle w:val="ArticleBody"/>
        <w:jc w:val="left"/>
      </w:pPr>
      <w:r>
        <w:rPr>
          <w:rFonts w:ascii="Sylfaen" w:hAnsi="Sylfaen" w:eastAsia="Sylfaen" w:cs="Sylfaen"/>
        </w:rPr>
        <w:t>Հայտնության ութերորդ գլխի տասներեքերորդ խոսքում վերջին երեք փողերը ներկայացվում են որպես երեք վայեր։ Հայտնության գրքում վայերը ներկայացնում են իսլամի փողային դատաստանները այն զորությունների դեմ, որոնք կիրակնօրյա օրենքներ են հաստատում։ Տասներկուերորդ գլխում պատկերված պատերազմի մեջ իսլամի դերը ճանաչվում է այն խոսքերով, երբ ասվում է. «Վա՜յ երկրի և ծովի բնակիչներին, որովհետև սատանան իջել է ձեզ մոտ՝ մեծ բարկությամբ, քանի որ գիտե, թե իրեն քիչ ժամանակ է մնացել»։ Այն հալածանքը, որ Հեզաբելը իրականացնում է իր ուրացած ամուսին Աքաաբի միջոցով, ուղղված է «երկրի» գազանին և «ծովի» գազանին։</w:t>
      </w:r>
    </w:p>
    <w:p>
      <w:pPr>
        <w:pStyle w:val="ArticleBody"/>
        <w:jc w:val="left"/>
      </w:pPr>
      <w:r>
        <w:rPr>
          <w:rFonts w:ascii="Sylfaen" w:hAnsi="Sylfaen" w:eastAsia="Sylfaen" w:cs="Sylfaen"/>
        </w:rPr>
        <w:t>Հայտնության տասնութերորդ գլխի հզոր հրեշտակի շարժումը, ինչպես յուրաքանչյուր բարեփոխչական շարժում, ունի չորս հիմնական նշաձողեր, որոնք տանում են դեպի դատաստանը և ներառում են այն։ Առաջին հրեշտակի շարժման համար այդ չորս նշաձողերն էին՝ 1840 թվականի օգոստոսի 11-ը, 1843 թվականի գարնանը եղած առաջին հիասթափությունը, 1844 թվականին օգոստոսի 12-ից 17-ը Կեսգիշերային աղաղակի լուրի հասնելը, և 1844 թվականի հոկտեմբերի 22-ին դատաստանի բացվելը։ Այդ չորս նշաձողերից յուրաքանչյուրն ուներ նույն համընդգրկուն թեման՝ «ժամանակը»։ 1840 թվականի օգոստոսի 11-ը Հայտնության իններորդ գլխի 15-րդ խոսքի ժամանակային մարգարեության կատարմամբ էր։ 1843 թվականի առաջին հիասթափությունը ներկայացնում էր ժամանակի վերաբերյալ ձախողված կանխագուշակում։ Կեսգիշերային աղաղակի լուրը նախկինում ձախողված ժամանակային կանխագուշակման ուղղումն էր, իսկ 1844 թվականի հոկտեմբերի 22-ը Կեսգիշերային աղաղակի լուրում կանխասված ժամանակի կատարումն էր։</w:t>
      </w:r>
    </w:p>
    <w:p>
      <w:pPr>
        <w:pStyle w:val="ArticleBody"/>
        <w:jc w:val="left"/>
      </w:pPr>
      <w:r>
        <w:rPr>
          <w:rFonts w:ascii="Sylfaen" w:hAnsi="Sylfaen" w:eastAsia="Sylfaen" w:cs="Sylfaen"/>
        </w:rPr>
        <w:t>Երրորդ հրեշտակի շարժումն ունի նույն այդ չորս սահմանաքարերը, որովհետև դրանք առկա են յուրաքանչյուր բարեփոխչական գծում, և ինչպես յուրաքանչյուր բարեփոխչական գծի այդ չորս սահմանաքարերից յուրաքանչյուրի դեպքում, յուրաքանչյուր սահմանաքար կրում է նույն մարգարեական թեման։ Երրորդ վայի իսլամը չորս սահմանաքարերի թեման է հարյուր քառասունչորս հազարի շարժման մեջ։ 2001 թվականի սեպտեմբերի 11-ին երրորդ վայի իսլամը արձակվեց, ապա զսպվեց։ 2020 թվականի հուլիսի 18-ի չիրականացած կանխատեսումը մատնանշեց իսլամական հարձակում Նեշվիլի, Թենեսի նահանգի վրա և ներկայացնում էր երրորդ վայի իսլամը։ Այն պատգամը, որ արթնացնում է Հայտնություն տասնմեկի փողոցում գտնվող չոր մեռյալ ոսկորներին, Կեսգիշերյան աղաղակի պատգամի կատարյալ և վերջնական իրականացումն է, և այն ներկայացնում է Նեշվիլի կանխատեսման ուղղումը (առանց ժամանակի տարրի)։ Այն պիտի կատարվի չորրորդ սահմանաքարի մոտ, այսինքն՝ կիրակնօրյա օրենքի ժամանակ, երբ երրորդ վայի իսլամը կհարվածի Միացյալ Նահանգներին՝ նրա կողմից շուտով գալիք կիրակնօրյա օրենքի գործադրման պատճառով։</w:t>
      </w:r>
    </w:p>
    <w:p>
      <w:pPr>
        <w:pStyle w:val="ArticleBody"/>
        <w:jc w:val="left"/>
      </w:pPr>
      <w:r>
        <w:rPr>
          <w:rFonts w:ascii="Sylfaen" w:hAnsi="Sylfaen" w:eastAsia="Sylfaen" w:cs="Sylfaen"/>
        </w:rPr>
        <w:t>Երբ այս ճշմարտությունը ճանաչվում է՝ այն փաստի հետ միասին, որ երրորդ հրեշտակի հզոր շարժումը վերահաս դատաստանի նախազգուշացում է, երրորդ վայով ներկայացված իսլամական դատաստանը կարող է հեշտությամբ հասկացվել որպես այն «վայ»-ը, որ բերվում է «երկրի» և «ծովի» վրա։</w:t>
      </w:r>
    </w:p>
    <w:p>
      <w:pPr>
        <w:pStyle w:val="ArticleBody"/>
        <w:jc w:val="left"/>
      </w:pPr>
      <w:r>
        <w:rPr>
          <w:rFonts w:ascii="Sylfaen" w:hAnsi="Sylfaen" w:eastAsia="Sylfaen" w:cs="Sylfaen"/>
        </w:rPr>
        <w:t>Կենդանիների դատաստանը սկսվեց 2001 թվականի սեպտեմբերի 11-ին, և այդ պահից մինչև շուտով եկող կիրակնօրյա օրենքը՝ գազանի պատկերի կազմավորման փորձությունը տեղի է ունենում Միացյալ Նահանգներում։ Կիրակնօրյա օրենքից մինչև Միքայելի կանգնելը և մարդկային փորձաշրջանի փակվելը, ապա աշխարհի մնացած մասը ևս պիտի փորձվի գազանի պատկերի կազմավորմամբ։ Անկախ նրանից՝ Միացյալ Նահանգներում փորձվում են Յոթերորդ օրվա ադվենտիստնե՞րը, թե կիրակնօրյա օրենքից հետո փորձվում է ամբողջ աշխարհի՞ն, այդ փորձությունը սահմանվում է որպես այն փորձությունը, որի մեջ պիտի որոշվի մեր հավիտենական ճակատագիրը։ Այն նաև այն փորձությունն է, որը մենք պետք է հաղթահարենք, նախքան փորձաշրջանը փակվի կիրակնօրյա օրենքի ժամանակ։ Մարգարեական այն երևույթը, ըստ որի գազանի պատկերի փորձությունը նախ տեղի է ունենում Միացյալ Նահանգներում, իսկ ապա կրկին՝ աշխարհում, էական է ճիշտ հասկանալու համար։</w:t>
      </w:r>
    </w:p>
    <w:p>
      <w:pPr>
        <w:pStyle w:val="ArticleScripture"/>
        <w:jc w:val="left"/>
      </w:pPr>
      <w:r>
        <w:rPr>
          <w:rFonts w:ascii="Sylfaen" w:hAnsi="Sylfaen" w:eastAsia="Sylfaen" w:cs="Sylfaen"/>
        </w:rPr>
        <w:t>«Երբ Ամերիկան՝ կրոնական ազատության երկիրը, միանա Պապականությանը՝ խղճին բռնություն գործադրելով և մարդկանց հարկադրելով պատիվ տալ կեղծ շաբաթին, ապա երկրագնդի վրա գտնվող ամեն երկրի ժողովուրդները կուղղվեն հետևելու նրա օրինակին»։ Վկայություններ, հատոր 6, էջ 18։</w:t>
      </w:r>
    </w:p>
    <w:p>
      <w:pPr>
        <w:pStyle w:val="ArticleBody"/>
        <w:jc w:val="left"/>
      </w:pPr>
      <w:r>
        <w:rPr>
          <w:rFonts w:ascii="Sylfaen" w:hAnsi="Sylfaen" w:eastAsia="Sylfaen" w:cs="Sylfaen"/>
        </w:rPr>
        <w:t>Երբ խորհրդանիշները հասկացվում են, ապա Հայտնություն տասներեքերորդ գլխում այն հատվածը, որը վերաբերում է գազանի պատկերի այս երկու հաջորդական, սակայն նույնական փորձություններին, կարելի է հեշտությամբ ճանաչել։ Սա կարևոր է բազմաթիվ պատճառներով։ Պատճառներից մեկն այն է, որ աղավաղված հաղորդակցությունները, որոնք Ղուկասը գործածեց երրորդ երկնքում տեղի ունեցած առաջին պատերազմում, ցույց են տալիս, թե ինչպես Սատանայի աղավաղված հաղորդակցությունները կրկին դրսևորվելու են առաջին երկնքում տեղի ունենալիք վերջին պատերազմում։</w:t>
      </w:r>
    </w:p>
    <w:p>
      <w:pPr>
        <w:pStyle w:val="ArticleBody"/>
        <w:jc w:val="left"/>
      </w:pPr>
      <w:r>
        <w:rPr>
          <w:rFonts w:ascii="Sylfaen" w:hAnsi="Sylfaen" w:eastAsia="Sylfaen" w:cs="Sylfaen"/>
        </w:rPr>
        <w:t>Առաջին երկնքի պատերազմը, որ սկսվում է կիրակնօրյա օրենքի ժամանակ, իրականացվում է գազանի պատկերի փորձության ժամանակահատվածում ամբողջ աշխարհի համար։ 2001 թվականի սեպտեմբերի 11-ից ի վեր Միացյալ Նահանգներում տեղի է ունենում գազանի պատկերի փորձության ժամանակահատվածը։ Երբ մենք այս երկու փորձության ժամանակահատվածները ճանաչում ենք որպես հաջորդական՝ սկսվելով Միացյալ Նահանգներից և ապա՝ աշխարհով մեկ,—այնժամ կարող ենք Հայտնություն տասներկուերորդ գլխի պատերազմում ներկայացված ճշմարտությունները ներմուծել դեպի 2001 թվականի պատմությունը՝ մինչև իսկ դեպի կիրակնօրյա օրենքը։ Որպես օրինակ՝ Լյուցիֆերի ապականված հաղորդակցությունները, որոնք սահմանվում են որպես հիպնոզ, ժամանակակից կիրառությամբ գործադրվելու են վիշապի իշխանության կողմից Հայտնություն տասներկուերորդ գլխի առաջին երկնքի պատերազմի ժամանակ։ Այդ պատմության մեջ վիշապի կողմից գործադրվող հիպնոզի նպատակը նրանց սպանելն է, ում Հեզաբելը նույնացրել է որպես հերետիկոսներ։</w:t>
      </w:r>
    </w:p>
    <w:p>
      <w:pPr>
        <w:pStyle w:val="ArticleBody"/>
        <w:jc w:val="left"/>
      </w:pPr>
      <w:r>
        <w:rPr>
          <w:rFonts w:ascii="Sylfaen" w:hAnsi="Sylfaen" w:eastAsia="Sylfaen" w:cs="Sylfaen"/>
        </w:rPr>
        <w:t>2001 թվականի պատմության մեջ, Կիրակնօրյա օրենքին, երկու վկաները սպանվեցին Սոդոմի և Եգիպտոսի փողոցում։ Հայտնություն տասնմեկերորդ գլխի առաջին կատարման մեջ Սոդոմով և Եգիպտոսով ներկայացված ազգը Ֆրանսիան էր։ Ֆրանսիան մարգարեական ազգ է, որը բաղկացած է երկու իշխանություններից, ինչպես Մարա-Պարսկական կայսրությունը, ինչպես հին Իսրայելը՝ իր բաժանված թագավորություններով, և ինչպես Հուդայի երկու ցեղերը՝ ներկայացված Հուդայով և Բենիամինով։ Բոլոր երկեղջյուր ազգերը խորհրդանշորեն ներկայացնում են Միացյալ Նահանգների երկեղջյուր ազգը։</w:t>
      </w:r>
    </w:p>
    <w:p>
      <w:pPr>
        <w:pStyle w:val="ArticleBody"/>
        <w:jc w:val="left"/>
      </w:pPr>
      <w:r>
        <w:rPr>
          <w:rFonts w:ascii="Sylfaen" w:hAnsi="Sylfaen" w:eastAsia="Sylfaen" w:cs="Sylfaen"/>
        </w:rPr>
        <w:t>Սոդոմ քաղաքը և Եգիպտոսի ազգը ներկայացնում են հանրապետականության (Եգիպտոս) և բողոքականության (Սոդոմ) երկու եղջյուրները։ 2020 թվականին սպանվեցին երկու եղջյուրներ՝ հանրապետականության եղջյուրը և բողոքականության եղջյուրը։ Ապա գլոբալիստական վիշապական ուժերի կողմից գործադրված հիպնոսը, համաշխարհային սարդոստայնի միջոցավ, կիրառվեց նույն կերպ, ինչպես այն կիրառվելու է առաջիկա առաջին երկնքի պատերազմում։ Վերահսկելով այն պատգամը, որ տարածում էր համաշխարհային սարդոստայնը, 2020 թվականի ընտրությունը գիտականորեն մանիպուլացվեց՝ առաջ բերելու մի արդյունք, որը համահունչ էր գլոբալիզմի փիլիսոփայությանը։ Սա պարզապես օրինակ է այն անհրաժեշտության, որ հասկանանք՝ գազանի պատկերի փորձությունը նախ իրականացվում է Միացյալ Նահանգներում, ապա՝ աշխարհում։</w:t>
      </w:r>
    </w:p>
    <w:p>
      <w:pPr>
        <w:pStyle w:val="ArticleScripture"/>
        <w:jc w:val="left"/>
      </w:pPr>
      <w:r>
        <w:rPr>
          <w:rFonts w:ascii="Sylfaen" w:hAnsi="Sylfaen" w:eastAsia="Sylfaen" w:cs="Sylfaen"/>
        </w:rPr>
        <w:t>«Տէրը ինձ յստակ ցոյց է տուել, որ գազանի պատկերը պիտի կազմուի նախքան շնորհքի ժամանակի փակուիլը, որովհետեւ այն պէտք է ըլլայ Աստուծոյ ժողովրդի համար այն մեծ փորձութիւնը, որով պիտի որոշուի անոնց յաւիտենական ճակատագիրը։ Ձեր դիրքորոշումը այնպիսի հակասութիւններու խառնաշփոթ մըն է, որ միայն շատ քչեր պիտի խաբուին։»</w:t>
      </w:r>
    </w:p>
    <w:p>
      <w:pPr>
        <w:pStyle w:val="ArticleScripture"/>
        <w:jc w:val="left"/>
      </w:pPr>
      <w:r>
        <w:rPr>
          <w:rFonts w:ascii="Sylfaen" w:hAnsi="Sylfaen" w:eastAsia="Sylfaen" w:cs="Sylfaen"/>
        </w:rPr>
        <w:t>«Հայտնություն 13»-ում այս թեման պարզորեն ներկայացված է. [Հայտնություն 13.11–17, մեջբերված]։</w:t>
      </w:r>
    </w:p>
    <w:p>
      <w:pPr>
        <w:pStyle w:val="ArticleScripture"/>
        <w:jc w:val="left"/>
      </w:pPr>
      <w:r>
        <w:rPr>
          <w:rFonts w:ascii="Sylfaen" w:hAnsi="Sylfaen" w:eastAsia="Sylfaen" w:cs="Sylfaen"/>
        </w:rPr>
        <w:t>«Սա այն փորձությունն է, որ Աստծո ժողովուրդը պիտի ունենա նախքան կնքվելը։ Բոլոր նրանք, ովքեր իրենց հավատարմությունը Աստծուն ապացուցել են՝ պահելով Նրա օրենքը և հրաժարվելով ընդունել կեղծ շաբաթը, պիտի կանգնեն Տեր Աստված Եհովայի դրոշի ներքո և պիտի ստանան կենդանի Աստծո կնիքը։ Նրանք, ովքեր երկնային ծագում ունեցող ճշմարտությունը զիջում են և ընդունում կիրակնօրյա շաբաթը, պիտի ստանան գազանի դրոշմը»։ Manuscript Releases, հատոր 15, էջ 15։</w:t>
      </w:r>
    </w:p>
    <w:p>
      <w:pPr>
        <w:pStyle w:val="ArticleBody"/>
        <w:jc w:val="left"/>
      </w:pPr>
      <w:r>
        <w:rPr>
          <w:rFonts w:ascii="Sylfaen" w:hAnsi="Sylfaen" w:eastAsia="Sylfaen" w:cs="Sylfaen"/>
        </w:rPr>
        <w:t>Յոթներորդ օրվա ադվենտիստների համար փորձաշրջանը փակվում է կիրակնօրյա օրենքի պարտադրման ժամանակ։ Այն երկրները, որոնք կհետևեն Միացյալ Նահանգների օրինակին, կփակեն իրենց փորձաշրջանը, ինչպես արեցին Միացյալ Նահանգները։</w:t>
      </w:r>
    </w:p>
    <w:p>
      <w:pPr>
        <w:pStyle w:val="ArticleScripture"/>
        <w:jc w:val="left"/>
      </w:pPr>
      <w:r>
        <w:rPr>
          <w:rFonts w:ascii="Sylfaen" w:hAnsi="Sylfaen" w:eastAsia="Sylfaen" w:cs="Sylfaen"/>
        </w:rPr>
        <w:t>«Օտար ազգերը պիտի հետևեն Միացյալ Նահանգների օրինակին։ Թեև նա է առաջնորդում, սակայն նույն ճգնաժամը պիտի գա մեր ժողովրդի վրա աշխարհի բոլոր մասերում»։ Վկայություններ, հատոր 6, 395։</w:t>
      </w:r>
    </w:p>
    <w:p>
      <w:pPr>
        <w:pStyle w:val="ArticleBody"/>
        <w:jc w:val="left"/>
      </w:pPr>
      <w:r>
        <w:rPr>
          <w:rFonts w:ascii="Sylfaen" w:hAnsi="Sylfaen" w:eastAsia="Sylfaen" w:cs="Sylfaen"/>
        </w:rPr>
        <w:t>Վերջին շարժումները արագընթաց են։</w:t>
      </w:r>
    </w:p>
    <w:p>
      <w:pPr>
        <w:pStyle w:val="ArticleScripture"/>
        <w:jc w:val="left"/>
      </w:pPr>
      <w:r>
        <w:rPr>
          <w:rFonts w:ascii="Sylfaen" w:hAnsi="Sylfaen" w:eastAsia="Sylfaen" w:cs="Sylfaen"/>
        </w:rPr>
        <w:t>«Չարի գործակալները միավորում են իրենց ուժերը և համախմբվում։ Նրանք զորանում են վերջին մեծ ճգնաժամի համար։ Շուտով մեծ փոփոխություններ պիտի տեղի ունենան մեր աշխարհում, և վերջին շարժումները պիտի լինեն արագընթաց»։ Testimonies, volume 9, 11.</w:t>
      </w:r>
    </w:p>
    <w:p>
      <w:pPr>
        <w:pStyle w:val="ArticleBody"/>
        <w:jc w:val="left"/>
      </w:pPr>
      <w:r>
        <w:rPr>
          <w:rFonts w:ascii="Sylfaen" w:hAnsi="Sylfaen" w:eastAsia="Sylfaen" w:cs="Sylfaen"/>
        </w:rPr>
        <w:t>Գազանի պատկերի փորձությունը հասկանալու համար պահանջվում է մարգարեական կիրառության որոշակի տեխնիկական ըմբռնում։ Նախ և առաջ, գազանի նշանն ու գազանի պատկերը երկու տարբեր խորհրդանիշներ են։</w:t>
      </w:r>
    </w:p>
    <w:p>
      <w:pPr>
        <w:pStyle w:val="ArticleScripture"/>
        <w:jc w:val="left"/>
      </w:pPr>
      <w:r>
        <w:rPr>
          <w:rFonts w:ascii="Sylfaen" w:hAnsi="Sylfaen" w:eastAsia="Sylfaen" w:cs="Sylfaen"/>
        </w:rPr>
        <w:t>««Գազանին պատկեր»-ը ներկայացնում է ուխտադրուժ բողոքականության այն ձևը, որը պիտի զարգանա, երբ բողոքական եկեղեցիները դիմեն քաղաքացիական իշխանության օգնությանը՝ իրենց դավանանքների պարտադրման համար։ «Գազանի նշանը» դեռևս մնում է որոշարկվելիք»։ The Great Controversy, 445.</w:t>
      </w:r>
    </w:p>
    <w:p>
      <w:pPr>
        <w:pStyle w:val="ArticleBody"/>
        <w:jc w:val="left"/>
      </w:pPr>
      <w:r>
        <w:rPr>
          <w:rFonts w:ascii="Sylfaen" w:hAnsi="Sylfaen" w:eastAsia="Sylfaen" w:cs="Sylfaen"/>
        </w:rPr>
        <w:t>Գազանի նշանն է կիրակի օրվա պահպանումը, իսկ գազանի պատկերը այն եկեղեցին է, որ իր կրոնական վարդապետությունները պարտադրելու համար գործադրում է քաղաքացիական իշխանությունը։</w:t>
      </w:r>
    </w:p>
    <w:p>
      <w:pPr>
        <w:pStyle w:val="ArticleScripture"/>
        <w:jc w:val="left"/>
      </w:pPr>
      <w:r>
        <w:rPr>
          <w:rFonts w:ascii="Sylfaen" w:hAnsi="Sylfaen" w:eastAsia="Sylfaen" w:cs="Sylfaen"/>
        </w:rPr>
        <w:t>«Կիրակիի պահպանումը բողոքական եկեղեցիների կողմից պարտադրելը պապականության՝ գազանի պաշտամունքի պարտադրում է։ Նրանք, ովքեր, հասկանալով չորրորդ պատվիրանի պահանջները, ընտրում են ճշմարիտ Շաբաթի փոխարեն պահել կեղծը, դրանով իսկ պատիվ են մատուցում այն իշխանությանը, որի կողմից միայն դա պատվիրված է։ Սակայն հենց այն գործողությամբ, որով աշխարհիկ իշխանության միջոցով պարտադրվում է կրոնական պարտականություն, եկեղեցիներն իրենք գազանի պատկեր կձևավորեն. հետևաբար, Միացյալ Նահանգներում կիրակիի պահպանումը պարտադրելը կլինի գազանի և նրա պատկերի պաշտամունքի պարտադրում»։ The Great Controversy, 448, 449.</w:t>
      </w:r>
    </w:p>
    <w:p>
      <w:pPr>
        <w:pStyle w:val="ArticleBody"/>
        <w:jc w:val="left"/>
      </w:pPr>
      <w:r>
        <w:rPr>
          <w:rFonts w:ascii="Sylfaen" w:hAnsi="Sylfaen" w:eastAsia="Sylfaen" w:cs="Sylfaen"/>
        </w:rPr>
        <w:t>Գազանի պատկերը ներկայացնում է եկեղեցու և պետության միավորումը, որտեղ եկեղեցին է վերահսկում այդ հարաբերությունը։ Հեզաբելը իշխում էր Աքաբի վրա, ինչպես Հերովդիան իշխում էր Հերովդեսի վրա։ Գազանի նշանը կիրակին պահելն է։ Գազանի պատկերը ձևավորվում է որոշակի ժամանակահատվածի ընթացքում։ Գազանի նշանը ներկայացնում է ժամանակի մի կետ։ Գազանի պատկերը զարգանում է աստիճանաբար, սակայն իր լիակատար հասունությանը հասնում է միայն այն ժամանակ, երբ ունի պետությանը հարկադրելու զորություն, որպեսզի վերջինս ընդունի նրա կրոնական դոգմաները։ Փորձությունը կապված է պատկերի «ձևավորման» հետ։</w:t>
      </w:r>
    </w:p>
    <w:p>
      <w:pPr>
        <w:pStyle w:val="ArticleScripture"/>
        <w:jc w:val="left"/>
      </w:pPr>
      <w:r>
        <w:rPr>
          <w:rFonts w:ascii="Sylfaen" w:hAnsi="Sylfaen" w:eastAsia="Sylfaen" w:cs="Sylfaen"/>
        </w:rPr>
        <w:t>«Բայց ի՞նչ է «գազանին պատկերը», և ինչպե՞ս պետք է այն կազմավորվի։ Պատկերը ստեղծվում է երկեղջյուր գազանի կողմից և գազանին պատկեր է։ Այն նաև կոչվում է գազանի պատկեր։ Ուրեմն, իմանալու համար, թե ինչպիսին է պատկերը և ինչպես պետք է այն կազմավորվի, մենք պետք է ուսումնասիրենք հենց գազանի՝ պապության առանձնահատկությունները։»</w:t>
      </w:r>
    </w:p>
    <w:p>
      <w:pPr>
        <w:pStyle w:val="ArticleScripture"/>
        <w:jc w:val="left"/>
      </w:pPr>
      <w:r>
        <w:rPr>
          <w:rFonts w:ascii="Sylfaen" w:hAnsi="Sylfaen" w:eastAsia="Sylfaen" w:cs="Sylfaen"/>
        </w:rPr>
        <w:t>«Երբ վաղ եկեղեցին ապականվեց՝ հեռանալով ավետարանի պարզությունից և ընդունելով հեթանոսական ծեսերն ու սովորույթները, նա կորցրեց Աստծո Հոգին և զորությունը. և ժողովրդի խղճերը վերահսկելու համար նա որոնեց աշխարհիկ իշխանության աջակցությունը։ Արդյունքը եղավ պապականությունը՝ մի եկեղեցի, որը վերահսկում էր պետության իշխանությունը և այն գործադրում էր իր սեփական նպատակներն առաջ մղելու համար, հատկապես՝ «հերձվածության» պատժման համար։ Որպեսզի Միացյալ Նահանգները գազանի պատկերը կազմավորի, կրոնական իշխանությունը պետք է այն աստիճան վերահսկի քաղաքացիական կառավարությունը, որ պետության իշխանությունը ևս եկեղեցու կողմից գործադրվի՝ իր սեփական նպատակներն իրականացնելու համար»։ The Great Controversy, 443.</w:t>
      </w:r>
    </w:p>
    <w:p>
      <w:pPr>
        <w:pStyle w:val="ArticleBody"/>
        <w:jc w:val="left"/>
      </w:pPr>
      <w:r>
        <w:rPr>
          <w:rFonts w:ascii="Sylfaen" w:hAnsi="Sylfaen" w:eastAsia="Sylfaen" w:cs="Sylfaen"/>
        </w:rPr>
        <w:t>Գազանի պատկերի և գազանի նշանի միջև եղած տարբերակումը համեմատաբար ավանդական ադվենտիստական հասկացողություն է։ Այն, որտեղ ադվենտիզմն ընդհանրապես մոլորվում է այս թեմայի շուրջ, Հայտնություն տասներեքում է։ Նրանք ինչ-որ կերպ խառնում են այն գործունեությունը, որ Միացյալ Նահանգները ծավալում է կիրակնօրյա օրենքից հետո, երբ աշխարհին հարկադրում է կանգնեցնել գազանի պատկերը, գազանի պատկերի՝ Միացյալ Նահանգներում կանգնեցման հետ։ Դրանք երկու տարբեր մարգարեական ժամանակաշրջաններ են։</w:t>
      </w:r>
    </w:p>
    <w:p>
      <w:pPr>
        <w:pStyle w:val="ArticleBody"/>
        <w:jc w:val="left"/>
      </w:pPr>
      <w:r>
        <w:rPr>
          <w:rFonts w:ascii="Sylfaen" w:hAnsi="Sylfaen" w:eastAsia="Sylfaen" w:cs="Sylfaen"/>
        </w:rPr>
        <w:t>Քրիստոսը եկավ՝ շատերի հետ ուխտը հաստատելու մեկ շաբաթվա համար, և շաբաթվա կեսին Նա խաչվեց։ Այսպիսով, այդ շաբաթը նախատիպում է այն ժամանակի երկու ժամանակահատվածները, երբ գազանի պատկերը ձևավորվում է։ Քրիստոսի շաբաթը բաժանված էր երկու նույնական ժամանակահատվածների՝ ներկայացնելով Քրիստոսի պատկերը։ Վերջին օրերի փորձության ժամանակի այդ երկու ժամանակահատվածները ներկայացնում են նեռի պատկերը։</w:t>
      </w:r>
    </w:p>
    <w:p>
      <w:pPr>
        <w:pStyle w:val="ArticleBody"/>
        <w:jc w:val="left"/>
      </w:pPr>
      <w:r>
        <w:rPr>
          <w:rFonts w:ascii="Sylfaen" w:hAnsi="Sylfaen" w:eastAsia="Sylfaen" w:cs="Sylfaen"/>
        </w:rPr>
        <w:t>Առաջին հազար երկու հարյուր վաթսուն օրերի ընթացքում Քրիստոսը կրեց Իր սեփական վկայությունը, ապա խաչի վրա մեռավ։ Այնուհետև եղավ նույնական հազար երկու հարյուր վաթսուն օրերի մի շրջան, որի ընթացքում աշակերտները վկայեցին, մինչև որ Միքայելը կանգնեց Ստեփանոսի քարկոծության ժամանակ։ Խաչը նախապատկերում է կիրակնօրյա օրենքը։ Փորձության այդ երկու շրջանները, որոնք առնչվում են գազանի պատկերի կազմավորմանը, նույնացնում են առաջին շրջանը հարյուր քառասունչորս հազարի հետ, որոնք նախապատկերված են Քրիստոսով, և այդ շրջանն ավարտվում է կիրակնօրյա օրենքով, որը նախապատկերված է խաչով։ Փորձության վերջին նույնական շրջանը, որ ներկայացված էր աշակերտների ծառայությամբ Քրիստոսի օրերում, կենտրոնանում է մեծ բազմության վրա, և այն ավարտվում է, երբ Միքայելը կանգնում է՝ ոչ թե Ստեփանոսի քարկոծության ժամանակ, այլ մարդկային փորձաշրջանի ավարտին՝ Դանիել 12:1-ում։</w:t>
      </w:r>
    </w:p>
    <w:p>
      <w:pPr>
        <w:pStyle w:val="ArticleBody"/>
        <w:jc w:val="left"/>
      </w:pPr>
      <w:r>
        <w:rPr>
          <w:rFonts w:ascii="Sylfaen" w:hAnsi="Sylfaen" w:eastAsia="Sylfaen" w:cs="Sylfaen"/>
        </w:rPr>
        <w:t>Ոմանք չեն կարողանում տեսնել Հայտնություն տասներեքերորդ գլխի տասնմեկերորդ համարից սկսվող իրադարձությունների իրական հաջորդականությունը, որովհետև հաճախ թվում է, թե կա մի դիտավորյալ անպատրաստակամություն՝ ընդունելու, որ երբ Միացյալ Նահանգները խոսում են վիշապի պես, դա ներկայացնում է գազանի պատկերի ամբողջական կազմավորումը Միացյալ Նահանգներում։ Որպեսզի Միացյալ Նահանգները կիրակնօրյա օրենք ընդունեն, գազանի պատկերը Միացյալ Նահանգներում պետք է կազմավորվի նախքան կիրակնօրյա օրենքը։ Կրկին կարդացե՛ք հենց նոր մեջբերված՝ Մեծ պայքար գրքից վերցված մի քանի նախորդ հատվածները, եթե միտքը չեք հասկանում։</w:t>
      </w:r>
    </w:p>
    <w:p>
      <w:pPr>
        <w:pStyle w:val="ArticleBody"/>
        <w:jc w:val="left"/>
      </w:pPr>
      <w:r>
        <w:rPr>
          <w:rFonts w:ascii="Sylfaen" w:hAnsi="Sylfaen" w:eastAsia="Sylfaen" w:cs="Sylfaen"/>
        </w:rPr>
        <w:t>Երբ տասներեքերորդ գլխի տասնմեկերորդ համարում Միացյալ Նահանգները խոսում է վիշապի պես, դա ներկայացնում է օրենսդիր և դատական իշխանությունների այն գործելակերպը, որով նրանք Միացյալ Նահանգներում ուրացած եկեղեցիների հրահանգով ընդունում են կիրակի օրվա օրենք։ Կիրակի օրվա օրենքի հրովարտակը դուրս է գալիս Միացյալ Նահանգների բերանից։</w:t>
      </w:r>
    </w:p>
    <w:p>
      <w:pPr>
        <w:pStyle w:val="ArticleScripture"/>
        <w:jc w:val="left"/>
      </w:pPr>
      <w:r>
        <w:rPr>
          <w:rFonts w:ascii="Sylfaen" w:hAnsi="Sylfaen" w:eastAsia="Sylfaen" w:cs="Sylfaen"/>
        </w:rPr>
        <w:t>«Ես տեսա, որ երկու եղջյուր ունեցող գազանը ուներ վիշապի բերան, և որ նրա իշխանությունը նրա գլխի մեջ էր, և որ հրամանագիրը պիտի ելներ նրա բերանից»։ Spalding and Magan, 1.</w:t>
      </w:r>
    </w:p>
    <w:p>
      <w:pPr>
        <w:pStyle w:val="ArticleBody"/>
        <w:jc w:val="left"/>
      </w:pPr>
      <w:r>
        <w:rPr>
          <w:rFonts w:ascii="Sylfaen" w:hAnsi="Sylfaen" w:eastAsia="Sylfaen" w:cs="Sylfaen"/>
        </w:rPr>
        <w:t>Ինձ միշտ զարմացրել է այն, որ ադվենտիզմը դժվարությամբ է ճանաչում, որ երբ երկրի երկու եղջյուր ունեցող գազանը խոսում է վիշապի պես, դա պարզապես չի նշանավորում Միացյալ Նահանգներում կիրակնօրյա օրենքը, այլ նաև նշանավորում է, որ պապական ծովային գազանի պատկերը լիովին կազմավորվել է։ Որպեսզի Միացյալ Նահանգները ընդունի կիրակնօրյա օրենքը, եկեղեցու և պետության միությունը նախ պետք է լիովին զարգացած լինի։ Միացյալ Նահանգների հավատուրաց եկեղեցիները պարզապես չեն միավորվում երկուշաբթի օրը, ապա երեքշաբթի գնում Կոնգրես և Կոնգրեսին ասում, որ ցանկանում են, որպեսզի չորեքշաբթի օրը ընդունվի կիրակնօրյա օրենսդրություն։ Եկեղեցու և պետության միջև տեղի ունեցող միավորման գործընթացը ներկայացված է որպես գազանի պատկերի «կազմավորում», ինչպես Դանիել 3-րդ գլխի ոսկե պատկերի «կազմավորումը». այն կառուցվելու համար որոշ ժամանակ կպահանջի։ Գազանի պատկերը այն համակարգն է, որն օգտագործել է պապականությունը՝ Խավար դարերում միլիոնավոր նահատակների սպանելու համար, և անհրաժեշտ են հասարակական, քաղաքական, կրոնական և տնտեսական զարգացումներ՝ այն հասարակական միջավայրը և իրավական նախադեպերը ստեղծելու համար, որոնք անհրաժեշտ են կիրակնօրյա օրենքի գործադրման համար։ Այդ զարգացումները ներկայացնում են գազանի պատկերի փորձությունը, որով «մեր հավիտենական ճակատագիրը կորոշվի», և դրանք ներկայացնում են այն փորձությունը, որ մենք պետք է հաղթահարենք «մինչև որ կնիքվենք»։</w:t>
      </w:r>
    </w:p>
    <w:p>
      <w:pPr>
        <w:pStyle w:val="ArticleScripture"/>
        <w:jc w:val="left"/>
      </w:pPr>
      <w:r>
        <w:rPr>
          <w:rFonts w:ascii="Sylfaen" w:hAnsi="Sylfaen" w:eastAsia="Sylfaen" w:cs="Sylfaen"/>
        </w:rPr>
        <w:t>«Տերն ինձ հստակ ցույց է տվել, որ գազանի պատկերը կձևավորվի նախքան փորձաշրջանի փակվելը, որովհետև այն լինելու է Աստծո ժողովրդի համար այն մեծ փորձությունը, որով պիտի որոշվի նրանց հավիտենական ճակատագիրը.... Սա այն փորձությունն է, որ Աստծո ժողովուրդը պետք է ունենա նախքան կնիքվելը»։ Manuscript Releases, հատոր 15, 15.</w:t>
      </w:r>
    </w:p>
    <w:p>
      <w:pPr>
        <w:pStyle w:val="ArticleBody"/>
        <w:jc w:val="left"/>
      </w:pPr>
      <w:r>
        <w:rPr>
          <w:rFonts w:ascii="Sylfaen" w:hAnsi="Sylfaen" w:eastAsia="Sylfaen" w:cs="Sylfaen"/>
        </w:rPr>
        <w:t>Կիրակնօրյա օրենքը կեսգիշերյան ճգնաժամն է, որը գտնում է տասը կույսերի առակի իր վերջնական կատարյալ իրագործումը։ Այդ կեսգիշերյան ճգնաժամում կհայտնվի, թե արդյոք մենք իմաստուն փիլադելփիական կույսե՞ր ենք, թե հիմար լաոդիկեական կույսեր։ Հիմարները ստանում են գազանի նշանը, իսկ իմաստունները՝ Աստծո կնիքը։ Ամեն ոք, որ երբևէ միացել է Յոթերորդ օրվա ադվենտիստների եկեղեցուն, անդամ դառնալուց առաջ համաձայնել է վարդապետական ճշմարտությունների ցանկին, և հետևաբար յուրաքանչյուր Յոթերորդ օրվա ադվենտիստի ներկայացվել է շաբաթի ճշմարտության լույսը։</w:t>
      </w:r>
    </w:p>
    <w:p>
      <w:pPr>
        <w:pStyle w:val="ArticleScripture"/>
        <w:jc w:val="left"/>
      </w:pPr>
      <w:r>
        <w:rPr>
          <w:rFonts w:ascii="Sylfaen" w:hAnsi="Sylfaen" w:eastAsia="Sylfaen" w:cs="Sylfaen"/>
        </w:rPr>
        <w:t>«Եթե ճշմարտության լույսը ներկայացվել է ձեզ, բացահայտելով չորրորդ պատվիրանի շաբաթը և ցույց տալով, որ Աստծո Խոսքի մեջ կիրակի պահելու համար ոչ մի հիմք չկա, և դուք, այնուամենայնիվ, շարունակում եք կառչած մնալ կեղծ շաբաթից՝ հրաժարվելով սուրբ պահել այն շաբաթը, որ Աստված կոչում է «իմ սուրբ օրը», դուք ընդունում եք գազանի դրոշմը։ Ե՞րբ է դա տեղի ունենում։—Երբ դուք հնազանդվում եք այն հրամանագրին, որը ձեզ պատվիրում է դադարեցնել աշխատանքը կիրակի օրը և երկրպագել Աստծուն, մինչդեռ գիտեք, որ Աստվածաշնչում չկա անգամ մի խոսք, որ ցույց տա, թե կիրակին այլ բան է, քան սովորական աշխատանքային օր, դուք համաձայնում եք ընդունել գազանի դրոշմը և մերժում եք Աստծո կնիքը։ Եթե մենք ընդունենք այս դրոշմը մեր ճակատներին կամ մեր ձեռքերի վրա, անհնազանդների դեմ արտասանված դատաստանները պիտի հասնեն մեզ։ Բայց կենդանի Աստծո կնիքը դրվում է նրանց վրա, ովքեր խղճմտորեն պահում են Տիրոջ շաբաթը»։ Review and Herald, April 27, 1911.</w:t>
      </w:r>
    </w:p>
    <w:p>
      <w:pPr>
        <w:pStyle w:val="ArticleBody"/>
        <w:jc w:val="left"/>
      </w:pPr>
      <w:r>
        <w:rPr>
          <w:rFonts w:ascii="Sylfaen" w:hAnsi="Sylfaen" w:eastAsia="Sylfaen" w:cs="Sylfaen"/>
        </w:rPr>
        <w:t>Գազանի պատկերի կազմավորումը Միացյալ Նահանգներում մարգարեաբար սկսվեց 2001 թվականի սեպտեմբերի 11-ին։ Այս փաստը հաստատող մի քանի մարգարեական վկաներ կան։ Այդ պահից մինչև շուտով գալիք կիրակնօրյա օրենքը, Յոթներորդ օրվա ադվենտիստները որոշում են իրենց հավիտենական ճակատագիրը՝ հիմնված այն բանի վրա, թե արդյոք նրանք անցնում են գազանի պատկերի փորձությունը, թե տապալվում են գազանի պատկերի փորձության մեջ։ Ես կպնդեի, որ Յոթներորդ օրվա ադվենտիստներից շատ քչերը նույնիսկ գիտեն, որ գազանի պատկերը փորձություն է։ Քչերը, եթե ընդհանրապես կան այդպիսիք, գիտեն, թե ինչպես այն կարող է լինել փորձություն, և, առավել կարևորն, նրանք չգիտեն, թե ինչ է պահանջվում այդ փորձությունը հաղթահարելու համար։ Մենք դատվում ենք ոչ միայն այն լույսով, որ ունենք, այլև այն լույսով, որ կարող էինք ունենալ, եթե ջանք թափեինք հասկանալու գիտելիքի ավելացումը։ Ուստի Լաոդիկեայի կուրությունը մեղքի վեց հազար տարիների ընթացքում ամենամեծ կուրությունն է։</w:t>
      </w:r>
    </w:p>
    <w:p>
      <w:pPr>
        <w:pStyle w:val="ArticleScripture"/>
        <w:jc w:val="left"/>
      </w:pPr>
      <w:r>
        <w:rPr>
          <w:rFonts w:ascii="Sylfaen" w:hAnsi="Sylfaen" w:eastAsia="Sylfaen" w:cs="Sylfaen"/>
        </w:rPr>
        <w:t>Իմ ժողովուրդը կործանվում է գիտության պակասից. քանի որ դու մերժեցիր գիտությունը, Ես էլ կմերժեմ քեզ, որպեսզի այլևս Ինձ համար քահանա չլինես. քանի որ մոռացար քո Աստծու օրենքը, Ես էլ կմոռանամ քո որդիներին։ Ովսեա 4:6.</w:t>
      </w:r>
    </w:p>
    <w:p>
      <w:pPr>
        <w:pStyle w:val="ArticleBody"/>
        <w:jc w:val="left"/>
      </w:pPr>
      <w:r>
        <w:rPr>
          <w:rFonts w:ascii="Sylfaen" w:hAnsi="Sylfaen" w:eastAsia="Sylfaen" w:cs="Sylfaen"/>
        </w:rPr>
        <w:t>Գազանի պատկերի կազմավորման փորձությունը ավարտվում է շուտով եկող կիրակնօրյա օրենքով, և եթե մենք չանցնենք այդ փորձությունը, ապա գազանի դրոշմը կընդունենք մյուս բոլոր անմիտ լաոդիկիական կույսերի հետ, որոնք հրաժարվեցին ձեռք բերել յուղը։ Ես այստեղ չեմ պաշտպանում, թե ինչու եմ հասկանում, որ գազանի պատկերի փորձությունը սկսվեց 2001 թվականի սեպտեմբերի 11-ին և ավարտվում է կիրակնօրյա օրենքով։ Ես պարզապես մատնանշում եմ այն մարգարեական տրամաբանությունը, որն անհրաժեշտ է հասկանալու համար Միացյալ Նահանգների դերը, ինչպես այն նույնացված է Հայտնություն տասներեքում, այն բանից հետո, երբ այն կիրակնօրյա օրենքն անցկացնի։ Տասնմեկերորդ համարում այն խոսում է վիշապի պես, և այդ պահից սկսած կարևոր է հետևել «նա» բառին։ Գազանի պատկերը, որը Միացյալ Նահանգներն այնուհետև պարտադրում է աշխարհին կանգնեցնել, Միացյալ Նահանգներում եղած գազանի պատկերը չէ, որովհետև դա արդեն անցյալում է։</w:t>
      </w:r>
    </w:p>
    <w:p>
      <w:pPr>
        <w:pStyle w:val="ArticleScripture"/>
        <w:jc w:val="left"/>
      </w:pPr>
      <w:r>
        <w:rPr>
          <w:rFonts w:ascii="Sylfaen" w:hAnsi="Sylfaen" w:eastAsia="Sylfaen" w:cs="Sylfaen"/>
        </w:rPr>
        <w:t>Եվ ես տեսա մի ուրիշ գազանի, որ դուրս էր գալիս երկրից. և նա ուներ երկու եղջյուր՝ գառան նման, և խոսում էր վիշապի պես։ Եվ նա գործադրում է առաջին գազանի ամբողջ իշխանությունը նրա առաջ, և պատճառում է, որ երկիրը և նրա վրա բնակվողները երկրպագեն առաջին գազանին, որի մահացու վերքը բժշկված էր։ Եվ նա մեծ նշաններ է գործում, այնպես որ մարդկանց աչքի առաջ անգամ կրակ է իջեցնում երկնքից երկրի վրա, և խաբում է երկրի վրա բնակվողներին այն նշանների միջոցով, որ իշխանություն ուներ գործելու գազանի առաջ՝ ասելով երկրի վրա բնակվողներին, որ պատկեր շինեն այն գազանի համար, որ սրից վերք էր ստացել և կենդանի մնացել։ Եվ նրան իշխանություն տրվեց շունչ տալու գազանի պատկերին, որպեսզի գազանի պատկերը և՛ խոսի, և՛ պատճառի, որ սպանվեն բոլոր նրանք, ովքեր չեն երկրպագում գազանի պատկերին։ Եվ նա ստիպում է բոլորին՝ փոքրերին և մեծերին, հարուստներին և աղքատներին, ազատներին և ծառաներին, նշան առնել իրենց աջ ձեռքի վրա կամ իրենց ճակատների վրա, որպեսզի ոչ ոք չկարողանա գնել կամ վաճառել, եթե չունենա այդ նշանը, կամ գազանի անունը, կամ նրա անվան թիվը։ Հայտնություն 13:11–17.</w:t>
      </w:r>
    </w:p>
    <w:p>
      <w:pPr>
        <w:pStyle w:val="ArticleBody"/>
        <w:jc w:val="left"/>
      </w:pPr>
      <w:r>
        <w:rPr>
          <w:rFonts w:ascii="Sylfaen" w:hAnsi="Sylfaen" w:eastAsia="Sylfaen" w:cs="Sylfaen"/>
        </w:rPr>
        <w:t>Այդ յոթ համարներում «նա» բառը հանդիպում է ութ անգամ։ Ամեն անգամ, երբ գործածվում է «նա» բառը, այն վերադառնում է սկզբնական «նա»-ին՝ նրան, «որ վիշապի պես խոսում էր», Միացյալ Նահանգներում կիրակնօրյա օրենքի ժամանակ։ Գազանի պատկերի փորձությունը, որ Միացյալ Նահանգներում ադվենտիստները կա՛մ հաղթահարեցին, կա՛մ տապալվեցին, երբ Միացյալ Նահանգները խոսեց վիշապի պես, ապա կրկնվում է աշխարհի մյուս ազգերի ադվենտիստների համար, ինչպես նաև Աստծու մյուս զավակների համար, որոնք դեռ Բաբելոնում են։ Հայտնություն տասներեքում Միացյալ Նահանգների վերաբերյալ մեր քննությունը կշարունակենք հաջորդ հոդվածում, սակայն թույլ տվեք ձեզ հիշեցնել, թե ինչու ենք մենք այս ժամանակ քննում այս ճշմարտությունը։</w:t>
      </w:r>
    </w:p>
    <w:p>
      <w:pPr>
        <w:pStyle w:val="ArticleBody"/>
        <w:jc w:val="left"/>
      </w:pPr>
      <w:r>
        <w:rPr>
          <w:rFonts w:ascii="Sylfaen" w:hAnsi="Sylfaen" w:eastAsia="Sylfaen" w:cs="Sylfaen"/>
        </w:rPr>
        <w:t>Երրորդ երկնքում Լյուցիֆերով սկսված պատերազմը նախատիպում է այն պատերազմը, որ առաջին երկնքում սկսվում է կիրակնօրյա օրենքի ժամանակ։ Վիշապի ապականված հաղորդակցությունները ներկայացված են երկու պատերազմներում էլ։ Սատանայի ապականված հաղորդակցությունների ժամանակակից դրսևորումը ներկայացնում է այն հիպնոտիկ տրանսը, որին երկիր մոլորակը ենթարկվում է շուտով գալիք կիրակնօրյա օրենքից հետո եղող պատմության ընթացքում։ Այդ մոլորությունը իրականացվում է համաշխարհային սարդոստայնի կողմից՝ այն բանի վերահսկման միջոցով, ինչ կոչվում է «տեղեկատվական գերմայրուղի»։ «Տեղեկատվական գերմայրուղու» այդ զանազան ուղիները սոցիալական, տնտեսական, կրոնական, այսպես կոչված գիտության, զվարճանքի և, առավել կարևոր, լրատվամիջոցների ուղին են։</w:t>
      </w:r>
    </w:p>
    <w:p>
      <w:pPr>
        <w:pStyle w:val="ArticleBody"/>
        <w:jc w:val="left"/>
      </w:pPr>
      <w:r>
        <w:rPr>
          <w:rFonts w:ascii="Sylfaen" w:hAnsi="Sylfaen" w:eastAsia="Sylfaen" w:cs="Sylfaen"/>
        </w:rPr>
        <w:t>Երբ ճանաչվում է այն ճշմարտությունը, որ «տեղեկատվական գերարագ մայրուղին» սատանայական հիպնոտիկ հաղորդակցությունների ժամանակակից դրսևորումն է, ինչպես նաև այն նուրբ հիպնոսը, որ Սատանան գործադրեց երրորդ երկնքում՝ հրեշտակների պատերազմի ժամանակ, այդժամ կարող ենք հաստատել, որ «տեղեկատվական գերարագ մայրուղին» գազանի «վերջին» պատկերի փորձության մի տարրն է աշխարհի համար, որը տեղի է ունենում կիրակնօրյա օրենքից հետո։ Այնժամ հեշտ կլինի ճանաչել, որ Միացյալ Նահանգների համար գազանի «առաջին» պատկերի փորձությունը պետք է ունենա նույն ապականված սատանայական հաղորդակցությունները, ինչ վերջինը։ Սատանայի գործի վկայությունը՝ «տեղեկատվական գերարագ մայրուղին» ապականելու կիրակնօրյա օրենքից մինչև փորձության ժամկետի փակվելը, ներկայացնում է այն բանի ապացույցը, թե ինչպես իրականացվեց հանրապետականության երկու եղջյուրների և ճշմարիտ բողոքականության մնացորդի սպանությունը երկրի գազանի վրա 2020 թվականին։ Դա իրականացվեց «տեղեկատվական գերարագ մայրուղու» միջոցով, որը Հովհաննեսը Հայտնություն տասնմեկում կոչում է «փողոց»։</w:t>
      </w:r>
    </w:p>
    <w:p>
      <w:pPr>
        <w:pStyle w:val="ArticleBody"/>
        <w:jc w:val="left"/>
      </w:pPr>
      <w:r>
        <w:rPr>
          <w:rFonts w:ascii="Sylfaen" w:hAnsi="Sylfaen" w:eastAsia="Sylfaen" w:cs="Sylfaen"/>
        </w:rPr>
        <w:t>Այս մարգարեական փաստերի կնիքների բացվելը մի մասն է այն բանի, ինչը հարկ է հասկացվի նրանց կողմից, ովքեր մտադիր են անցնելու գազանի պատկերի փորձությունը, որը մարգարեուհու կողմից հստակ տեսնվեց որպես այն, ինչը պիտի կազմավորվի նախքան շնորհի ժամանակի փակվելը և նախքան հարյուր քառասունչորս հազարների կնքվելը։</w:t>
      </w:r>
    </w:p>
    <w:p>
      <w:pPr>
        <w:pStyle w:val="ArticleScripture"/>
        <w:jc w:val="left"/>
      </w:pPr>
      <w:r>
        <w:rPr>
          <w:rFonts w:ascii="Sylfaen" w:hAnsi="Sylfaen" w:eastAsia="Sylfaen" w:cs="Sylfaen"/>
        </w:rPr>
        <w:t>«Երբ հրամանը արձակվի և դրոշմը դրվի, նրանց բնավորությունը հավիտյան կմնա մաքուր և անարատ»։ Վկայություններ, հ. 5, էջ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տասնմեկ</dc:title>
  <dc:subject>Գազանի պատկերը</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