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Akụkọ Ihe Mere Eme Zoro Ezo nke Amaokwu Nke Iri Anọ — Nọmba Iri Abụọ na Abụọ</w:t>
      </w:r>
    </w:p>
    <w:p>
      <w:pPr>
        <w:pStyle w:val="ArticleSubtitle"/>
        <w:jc w:val="left"/>
      </w:pPr>
      <w:r>
        <w:rPr>
          <w:rFonts w:ascii="Arial" w:hAnsi="Arial" w:eastAsia="Arial" w:cs="Arial"/>
        </w:rPr>
        <w:t>Ezikiel Nọmba Atọ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Ezikiel bụ onye nchụàjà n’oge a na-akanye akara n’isi ndị otu narị puku iri anọ na anọ ahụ. N’isi nke mbụ, a kpọbatara Ezikiel n’ebe nsọ.</w:t>
      </w:r>
    </w:p>
    <w:p>
      <w:pPr>
        <w:pStyle w:val="ArticleScripture"/>
        <w:jc w:val="left"/>
      </w:pPr>
      <w:r>
        <w:rPr>
          <w:rFonts w:ascii="Times New Roman" w:hAnsi="Times New Roman" w:eastAsia="Times New Roman" w:cs="Times New Roman"/>
        </w:rPr>
        <w:t>Ma o wee ruo n’afọ nke iri atọ, n’ọnwa nke anọ, n’ụbọchị nke ise nke ọnwa ahụ, mgbe m nọ n’etiti ndị a dọọrọ n’agha n’akụkụ osimiri Kebar, ka e meghere eluigwe, m wee hụ ọhụụ nile nke Chineke. N’ụbọchị nke ise nke ọnwa ahụ, nke bụ afọ nke ise nke ndọta n’agha e dọọrọ eze Jehoiakin, okwu nke Onyenwe anyị bịakwutere Ezikiel, onye nchụàjà, nwa Buzi, n’ala ndị Kaldia n’akụkụ osimiri Kebar; aka nke Onyenwe anyị dịkwara n’ebe ahụ n’elu ya.</w:t>
      </w:r>
    </w:p>
    <w:p>
      <w:pPr>
        <w:pStyle w:val="ArticleScripture"/>
        <w:jc w:val="left"/>
      </w:pPr>
      <w:r>
        <w:rPr>
          <w:rFonts w:ascii="Times New Roman" w:hAnsi="Times New Roman" w:eastAsia="Times New Roman" w:cs="Times New Roman"/>
        </w:rPr>
        <w:t>M wee lee, ma, le, ifufe-ọma si n’ugwu bịara, otu nnukwu igwe ojii, na ọkụ na-agbakọta onwe ya ọnụ, ìhè na-enwukwa ya gburugburu, ma site n’etiti ya pụta ihe dị ka ụcha amba, site n’etiti ọkụ ahụ. Sitekwa n’etiti ya pụta oyiyi nke ihe anọ dị ndụ. Nke a bụkwa ọdịdị ha; ha nwere oyiyi nke mmadụ. Onye ọ bụla n’ime ha nwere ihu anọ, onye ọ bụla nwekwara nku anọ. Ụkwụ ha bụ ụkwụ kwụ ọtọ; ọbụ ụkwụ ha dịkwa ka ọbụ ụkwụ nwa ehi: ha na-enwu kwa ka ụcha ọla kọpa a sachapụrụ nke ọma. Ha nwekwara aka mmadụ n’okpuru nku ha n’akụkụ anọ ha; ha anọ ahụ nwekwara ihu ha na nku ha. Nku ha jikọtara otu na ibe ya; ha echighị mgbe ha na-aga; onye ọ bụla gara n’ihu ya kpọmkwem. Banyere oyiyi nke ihu ha, ha anọ ahụ nwere ihu mmadụ, na ihu ọdụm, n’akụkụ aka nri: ha anọ ahụ nwekwara ihu ehi n’akụkụ aka ekpe; ha anọ ahụ nwekwara ihu ugo. Otu a ka ihu ha dị: e setịkwara nku ha elu; nku abụọ nke onye ọ bụla jikọtara otu na ibe ya, nku abụọ ọzọ kpuchikwara ahụ ha.</w:t>
      </w:r>
    </w:p>
    <w:p>
      <w:pPr>
        <w:pStyle w:val="ArticleScripture"/>
        <w:jc w:val="left"/>
      </w:pPr>
      <w:r>
        <w:rPr>
          <w:rFonts w:ascii="Times New Roman" w:hAnsi="Times New Roman" w:eastAsia="Times New Roman" w:cs="Times New Roman"/>
        </w:rPr>
        <w:t>Ha na-agakwa onye ọ bụla n’ihu kpọmkwem: ebe mmụọ ahụ ga-aga, n’ebe ahụ ka ha na-aga; ha atụgharịghịkwa mgbe ha na-aga. Banyere oyiyi nke ihe ndị ahụ dị ndụ, ọdịdị ha dị ka icheku ọkụ na-ere ere, dịkwa ka ọdịdị oriọna: ọ na-arịgo ma na-ada n’etiti ihe ndị ahụ dị ndụ; ọkụ ahụ na-enwu gbaa, sitekwa n’ọkụ ahụ ka amụma pụta. Ihe ndị ahụ dị ndụ na-agba ọsọ ma na-alaghachi dịka ọdịdị nke amụma àmụmà. Ugbu a, ka m nọ na-ele ihe ndị ahụ dị ndụ, lee, otu ụkwụ-ụgbọala dị n’elu ụwa n’akụkụ ihe ndị ahụ dị ndụ, n’ihu ha anọ. Ọdịdị nke ụkwụ-ụgbọala ndị ahụ na arụpụta ha dị ka agba nkume beril: ha anọ nwekwara otu oyiyi; ọdịdị ha na arụpụta ha dị ka a ga-asị na otu ụkwụ-ụgbọala dị n’etiti otu ụkwụ-ụgbọala ọzọ. Mgbe ha na-aga, ha na-aga n’akụkụ ha anọ: ha atụgharịghịkwa mgbe ha na-aga. Banyere mgbanaka ha, ha dị elu nke ukwuu nke mere na ha na-atụ egwu; mgbanaka ha juputakwara n’anya gburugburu ha anọ. Ma mgbe ihe ndị ahụ dị ndụ na-aga, ụkwụ-ụgbọala ndị ahụ na-aga n’akụkụ ha: ma mgbe a buliri ihe ndị ahụ dị ndụ elu n’ala, a bulikwara ụkwụ-ụgbọala ndị ahụ elu. Ebe ọbụla mmụọ ahụ ga-aga, n’ebe ahụ ka ha na-aga, n’ebe ahụ ka mmụọ ha ga-aga; a na-ebulikwa ụkwụ-ụgbọala ndị ahụ elu n’ihu ha: n’ihi na mmụọ nke ihe ahụ dị ndụ dị n’ime ụkwụ-ụgbọala ndị ahụ.</w:t>
      </w:r>
    </w:p>
    <w:p>
      <w:pPr>
        <w:pStyle w:val="ArticleScripture"/>
        <w:jc w:val="left"/>
      </w:pPr>
      <w:r>
        <w:rPr>
          <w:rFonts w:ascii="Times New Roman" w:hAnsi="Times New Roman" w:eastAsia="Times New Roman" w:cs="Times New Roman"/>
        </w:rPr>
        <w:t>Mgbe ndị ahụ gara, ndị a sokwa; ma mgbe ndị ahụ kwụsịrị, ndị a kwụsịrịkwa; ma mgbe e weliri ndị ahụ elu site n’ala, e weliri ụkwụ ndị ahụ elu n’akụkụ ha: n’ihi na mmụọ nke ihe ndị dị ndụ ahụ dị n’ime ụkwụ ndị ahụ. Ma oyiyi mbara-elu-igwe nke dị n’elu isi ihe ndị dị ndụ ahụ dị ka agba nke kristal dị egwu, agbatịwo n’elu isi ha n’elu. Ma n’okpuru mbara-elu-igwe ahụ ka nku ha dị kwụ ọtọ, otu n’ebe ibe ya nọ: onye ọ bụla nwere abụọ, nke ji kpuchie n’akụkụ a, onye ọ bụla nwekwara abụọ, nke ji kpuchie n’akụkụ nke ọzọ, ahụ ha. Ma mgbe ha gara, anụrị m ụda nku ha, dịka ụda nnukwu mmiri, dịka olu nke Onye Pụrụ Ime Ihe Niile, olu okwu, dịka ụda nke usuu ndị agha: mgbe ha kwụsịrị, ha wedara nku ha ala. Ma olu sitere na mbara-elu-igwe nke dị n’elu isi ha bịara, mgbe ha kwụsịrị, ma wedata nku ha ala. Ma n’elu mbara-elu-igwe nke dị n’elu isi ha ka oyiyi ocheeze dị, dịka ọdịdị nkume safaya: ma n’elu oyiyi ocheeze ahụ ka oyiyi dị, dịka ọdịdị mmadụ n’elu ya. Ma ahụrụ m dịka agba amba, dịka ọdịdị ọkụ gburugburu n’ime ya, site n’ọdịdị úkwù ya gawa n’elu, ma site n’ọdịdị úkwù ya gawa n’ala, ahụrụ m dịka a ga-asị na ọ bụ ọdịdị ọkụ, ọ nwekwara ìhè gburugburu. Dịka ọdịdị eke-na-igwe nke dị n’urukpu n’ụbọchị mmiri ozuzo, otu a ka ọdịdị ìhè ahụ gbara ya gburugburu dị. Nke a bụ ọdịdị oyiyi ebube nke Jehova. Ma mgbe m hụrụ ya, adara m n’ihu m, anụrị m olu nke onye na-ekwu okwu. Ezikiel 1:1–28.</w:t>
      </w:r>
    </w:p>
    <w:p>
      <w:pPr>
        <w:pStyle w:val="ArticleScripture"/>
        <w:jc w:val="left"/>
      </w:pPr>
      <w:r>
        <w:rPr>
          <w:rFonts w:ascii="Times New Roman" w:hAnsi="Times New Roman" w:eastAsia="Times New Roman" w:cs="Times New Roman"/>
        </w:rPr>
        <w:t>“Izikiel, onye-amụma ahụ e mere ka ọ bụrụ onye mbịarambịa nke iru uju, n’ala ndị Kaldia, natara ọhụụ nke kụziri otu ihe mmụta ahụ banyere okwukwe n’ime Chineke dị ike nke Izrel. Ka ọ nọ n’akụkụ osimiri Kebar, ifufe oké ifufe yiri ka ọ si n’ugwu bịa, ‘igwe ojii ukwu, na ọkụ na-apịakwa onwe ya n’ime onwe ya, na nchapụta dị ya gburugburu, ma site n’etiti ya pụta ihe dị ka agba amba.’ E nwere ọtụtụ ụkwụ ígwè ndị ọdịdị ha dị ịtụnanya, na-abanyechikọta ibe ha, nke ihe e kere eke anọ dị ndụ na-akpụgharị. N’elu ihe ndị a niile nke ukwuu ka e nwere ‘oyiyi nke ocheeze, dị ka ọdịdị nkume safaya: ma n’elu oyiyi nke ocheeze ahụ ka e nwere oyiyi dị ka ọdịdị mmadụ nọ n’elu ya.’ ‘Ma banyere oyiyi nke ihe ndị dị ndụ ahụ, ọdịdị ha dị ka icheku ọkụ na-enwu enwu, na dịka ọdịdị oriọna: ọ na-arịgo ma na-agbada n’etiti ihe ndị dị ndụ ahụ; ọkụ ahụ kwa na-enwu gbaa, ma site n’ọkụ ahụ ka amụma pụta.’ ‘Ma e wee hụ n’etiti ndị cherubim ụdị aka mmadụ n’okpuru nku ha.’”</w:t>
      </w:r>
    </w:p>
    <w:p>
      <w:pPr>
        <w:pStyle w:val="ArticleScripture"/>
        <w:jc w:val="left"/>
      </w:pPr>
      <w:r>
        <w:rPr>
          <w:rFonts w:ascii="Times New Roman" w:hAnsi="Times New Roman" w:eastAsia="Times New Roman" w:cs="Times New Roman"/>
        </w:rPr>
        <w:t>“E nwere wheel n’ime wheel ndị e debere n’usoro dị mgbagwoju anya nke ukwuu nke na, n’ile ha anya mbụ, ha pụtara n’ihu Ezikiel dịka ihe nile nọ n’ọgbaaghara. Ma mgbe ha na-agagharị, ọ bụ n’ịdị ziri ezi mara mma na n’ime nkwekọ zuru oke ka ha si emegharị. Ndị bi n’eluigwe na-akpali wheel ndị a, ma, karịa ihe nile, n’elu ocheeze sapphire dị ebube ahụ, Onye Ebighị Ebi nọ; ebe gbara ocheeze ahụ gburugburu ka egwurugwu gbara ya gburugburu nọ, ihe nnọchianya nke amara na ịhụnanya. N’ịbụ onye ebube dị egwu nke ihe ahụ o hụrụ mere ka o daa mbà, Ezikiel dara n’ala n’ihu ya, mgbe olu gwara ya ka o bilie ma nụ okwu nke Onyenwe anyị. Mgbe ahụ ka e nyere ya ozi ịdọ aka ná ntị maka Izrel.” Testimonies, 751.</w:t>
      </w:r>
    </w:p>
    <w:p>
      <w:pPr>
        <w:pStyle w:val="ArticleScripture"/>
        <w:jc w:val="left"/>
      </w:pPr>
      <w:r>
        <w:rPr>
          <w:rFonts w:ascii="Times New Roman" w:hAnsi="Times New Roman" w:eastAsia="Times New Roman" w:cs="Times New Roman"/>
        </w:rPr>
        <w:t>N’afọ eze Uzaịa nwụrụ ka m hụkwara Onyenwe anyị ka ọ nọ ọdụ n’ocheeze, dị elu ma e bulie ya elu, uwe-ya na-adọkpụkwa jupụtara n’ụlọ nsọ. N’elu ya ka ndị serafim guzo; onye ọbụla nwere nku isii; n’ime abụọ o jiri kpuchie ihu ya, n’ime abụọ o jiri kpuchie ụkwụ ya, n’ime abụọkwa ka o jiri fee. Otu wee tie mkpu kpọkuo ibe ya, sị, Nsọ, nsọ, nsọ, ka Jehova nke ndị agha bụ; ụwa dum jupụtara n’ebube ya. Ogidi ọnụ ụzọ ahụ wee maa jijiji n’olu onye ahụ nke tiri mkpu, ụlọ ahụ wee jupụta n’anwụrụ ọkụ. Mgbe ahụ ka m sịrị, Ahụhụ adịrị m! n’ihi na alaala m n’iyi; n’ihi na abụ m nwoke egbugbere ọnụ ya na-adịghị ọcha, anọkwa m n’etiti ndị egbugbere ọnụ ha na-adịghị ọcha: n’ihi na anya m ahụwo Eze, Jehova nke ndị agha. Mgbe ahụ otu n’ime ndị serafim fere bịakwute m, o ji icheku ọkụ dị ndụ n’aka ya, nke o ji ngwa eji atụtụ icheku si n’elu ebe ịchụàjà were: O wee metụ ya n’ọnụ m, sị, Lee, nke a emetụla egbugbere ọnụ gị aka; ewepụwo ajọ omume gị, meekwa ka mmehie gị dị ọcha. M wee nụkwa olu Onyenwe anyị, ka ọ na-asị, Ònye ka m ga-eziga, ònye ga-agakwara anyị? Mgbe ahụ ka m sịrị, Lee m; zipụ m. Aịsaịa 6:1–8.</w:t>
      </w:r>
    </w:p>
    <w:p>
      <w:pPr>
        <w:pStyle w:val="ArticleScripture"/>
        <w:jc w:val="left"/>
      </w:pPr>
      <w:r>
        <w:rPr>
          <w:rFonts w:ascii="Times New Roman" w:hAnsi="Times New Roman" w:eastAsia="Times New Roman" w:cs="Times New Roman"/>
        </w:rPr>
        <w:t>“E nyere Ịzikiel ọhụ a n’oge uche ya juputara n’amụma ọchịchịrị nke ihe ọjọọ na-abịa. Ọ hụrụ ala nna nna ya ka ọ tọgbọrọ n’efu. Obodo ahụ nke juru ndị mmadụ n’otu mgbe adịkwaghị onye bi n’ime ya. A naghị anụkwa olu ọṅụ na abụ otuto n’ime mgbidi ya. Onye amụma ahụ n’onwe ya bụ onye ọbịa n’ala ọzọ, ebe ọchịchọ ukwu na-enweghị ókè na obi ọjọọ anụ ọhịa na-achị n’ike kachasị elu. Ihe ndị ọ hụrụ ma nụ banyere ọchịchị aka ike na ajọ mmegbu nke mmadụ wutere mkpụrụobi ya nke ukwuu, o wee kwaa ákwá nke ilu ehihie na abalị. Ma ihe ịrịba ama ndị dị ebube e gosiri ya n’ihu ya n’akụkụ osimiri Kebar kpughere ike na-achị achị nke karịrị nke ndị ọchịchị ụwa n’ike. N’elu ndị eze mpako na obi ọjọọ nke Asiria na Babilọn ka Chineke nke ebere na eziokwu nọkwasịrị n’ocheeze.”</w:t>
      </w:r>
    </w:p>
    <w:p>
      <w:pPr>
        <w:pStyle w:val="ArticleScripture"/>
        <w:jc w:val="left"/>
      </w:pPr>
      <w:r>
        <w:rPr>
          <w:rFonts w:ascii="Times New Roman" w:hAnsi="Times New Roman" w:eastAsia="Times New Roman" w:cs="Times New Roman"/>
        </w:rPr>
        <w:t>“Mgbagwoju anya ndị yiri wiil ahụ, nke pụtara n’ihu onye-amụma ka ha nọ n’etiti nnukwu ọgba aghara dị otu a, nọ n’okpuru nduzi nke aka na-enweghị nsọtụ. Mmụọ nke Chineke, nke ekpughere ya dịka Onye na-akpali ma na-eduzi wiil ndị a, wepụtara nkwekọrịta site n’ime ọgba aghara; ya mere ụwa nile nọ n’okpuru ọchịchị Ya. Ọtụtụ myriads nke ndị e mere ka ha dị ebube dị njikere, n’okwu Ya, igbochi ike na amụma ọjọọ nke ndị ajọ mmadụ, ma wetara ndị Ya ndị kwere ntụkwasị obi ezi ihe.”</w:t>
      </w:r>
    </w:p>
    <w:p>
      <w:pPr>
        <w:pStyle w:val="ArticleScripture"/>
        <w:jc w:val="left"/>
      </w:pPr>
      <w:r>
        <w:rPr>
          <w:rFonts w:ascii="Times New Roman" w:hAnsi="Times New Roman" w:eastAsia="Times New Roman" w:cs="Times New Roman"/>
        </w:rPr>
        <w:t>“N’otu aka ahụkwa, mgbe Chineke na-achọ imeghe Jọn, onye a hụrụ n’anya, akụkọ ihe mere eme nke nzukọ maka ọgbọ ndị ga-abịa, O nyere ya nkwenye banyere mmasị na nlekọta Onye Nzọpụta nwere n’ebe ndị Ya nọ site n’ịkpugheere ya ‘Onye yiri Nwa nke mmadụ,’ na-aga ije n’etiti ihe ndọba oriọna ndị ahụ, nke nọchiri anya nzukọ asaa ahụ. Mgbe e gosiri Jọn ọgụ ikpeazụ ukwu nke nzukọ ga-alụ megide ọchịchị ụwa, e kwekwara ya ka ọ hụ mmeri ikpeazụ na nnapụta nke ndị kwesịrị ntụkwasị obi. Ọ hụrụ nzukọ ahụ ka e webatara ya n’ọgụ na-egbu egbu megide anụ ọhịa ahụ na onyinyo ya, na ka a na-amanye ife anụ ọhịa ahụ n’okpuru egwu ọnwụ. Ma ka ọ na-ele gafee anwụrụ na mkpọtụ agha ahụ, ọ hụrụ otu ìgwè mmadụ n’elu Ugwu Zayọn ha na Nwa Atụrụ ahụ nọ, ndị, kama inwe akara anụ ọhịa ahụ, nwere ‘aha Nna ya ka e dere n’egedege ihu ha.’ Ọzọkwa, ọ hụrụ ‘ndị ahụ meriri anụ ọhịa ahụ, na onyinyo ya, na akara ya, na ọnụ ọgụgụ aha ya, ka ha guzo n’elu oke osimiri iko ahụ, na-ejide ụbọ akwara Chineke’ ma na-abụ abụ Mozis na nke Nwa Atụrụ ahụ.”</w:t>
      </w:r>
    </w:p>
    <w:p>
      <w:pPr>
        <w:pStyle w:val="ArticleScripture"/>
        <w:jc w:val="left"/>
      </w:pPr>
      <w:r>
        <w:rPr>
          <w:rFonts w:ascii="Times New Roman" w:hAnsi="Times New Roman" w:eastAsia="Times New Roman" w:cs="Times New Roman"/>
        </w:rPr>
        <w:t>“Nkuzi ndị a bụ maka uru anyị. Anyị kwesịrị ime ka okwukwe anyị guzosie ike n’ebe Chineke nọ, n’ihi na e nwere oge dị nso n’ihu anyị nke ga-anwa mkpụrụ obi mmadụ. Kraịst, mgbe Ọ nọ n’Ugwu Olive, kọwara n’usoro ikpe ndị ahụ dị egwu nke ga-ebute mbata nke ugboro abụọ ya: ‘Unu ga-anụ maka agha na asịrị agha.’ ‘Mba ga-ebili imegide mba, alaeze imegidekwa alaeze: a ga-enwekwa ụnwụ, na ọrịa ọjọọ, na ala ọma jijiji, n’ebe dị iche iche. Ihe ndị a niile bụ mmalite nke mwute.’ Ọ bụ ezie na amụma ndị a natara mmezu n’akụkụ ụfọdụ n’oge mbibi nke Jerusalem, ha nwere nkọwa na-emetụta kpọmkwem ụbọchị ikpeazụ.”</w:t>
      </w:r>
    </w:p>
    <w:p>
      <w:pPr>
        <w:pStyle w:val="ArticleScripture"/>
        <w:jc w:val="left"/>
      </w:pPr>
      <w:r>
        <w:rPr>
          <w:rFonts w:ascii="Times New Roman" w:hAnsi="Times New Roman" w:eastAsia="Times New Roman" w:cs="Times New Roman"/>
        </w:rPr>
        <w:t>“Anyị na-eguzo n’ọnụ ụzọ nke nnukwu ihe ndị dị oké njọ. Amụma na-emezu ngwa ngwa. Onyenwe anyị nọ n’ọnụ ụzọ. Oge nke ga-abụ ihe na-adọrọ mmasị nke ukwuu ma na-atụkwa egwu n’obi nye ndị niile dị ndụ ga-emeghe n’ihu anyị n’oge na-adịghị anya. Esemokwu ndị gara aga ka a ga-eme ka ha dịghachi ndụ; esemokwu ọhụrụ ga-apụta. Ihe omume ndị a ga-eme n’ụwa anyị abụghịdị ihe e chepụtala n’uche. Setan na-arụ ọrụ site n’aka ndị mmadụ. Ndị na-agbalị ịgbanwe Iwu Ukwu ma nweta iwu nke ga-amanye idebe ụbọchị Sọnde aghọtaghị nke nta ihe ga-esi na ya pụta. Nsogbu ukwu adịkwalarị n’elu anyị.”</w:t>
      </w:r>
    </w:p>
    <w:p>
      <w:pPr>
        <w:pStyle w:val="ArticleScripture"/>
        <w:jc w:val="left"/>
      </w:pPr>
      <w:r>
        <w:rPr>
          <w:rFonts w:ascii="Times New Roman" w:hAnsi="Times New Roman" w:eastAsia="Times New Roman" w:cs="Times New Roman"/>
        </w:rPr>
        <w:t>“Ma ndị ohu Chineke ekwesịghị ịtụkwasị onwe ha obi n’ime nnukwu ihe mberede a. N’ọhụ ndị e nyere Aịzaịa, na Ịzikiel, na Jọn, anyị na-ahụ otú eluigwe si nwee njikọ chiri anya na ihe omume ndị na-eme n’elu ụwa, nakwa otú nlekọta Chineke si dị ukwuu n’ebe ndị na-eguzosi ike n’ihe nye Ya nọ. Ụwa anọghị n’enweghị onye ọchịchị. Atụmatụ ihe omume ndị na-abịa dị n’aka Onyenwe anyị. Ebube nke eluigwe ejidela akara aka mba dị iche iche, ya na kwa ihe gbasara nzukọ-Ya, n’aka Ya n’onwe Ya.</w:t>
      </w:r>
    </w:p>
    <w:p>
      <w:pPr>
        <w:pStyle w:val="ArticleScripture"/>
        <w:jc w:val="left"/>
      </w:pPr>
      <w:r>
        <w:rPr>
          <w:rFonts w:ascii="Times New Roman" w:hAnsi="Times New Roman" w:eastAsia="Times New Roman" w:cs="Times New Roman"/>
        </w:rPr>
        <w:t>“Anyi na-ekwe ka anyị nwee oke nchegbu, nsogbu, na mgbagwoju anya n’ọrụ Onyenweanyị. A hapụghị ụmụ mmadụ ndị nwere oke ka ha buru ibu ọrụ nke ibu ọrụ. Anyị kwesị ịtụkwasị Chineke obi, ikwere na Ya, ma gaa n’ihu. Nlekọta anya na-adịghị ada mba nke ndị ozi eluigwe, na ọrụ ha na-adịghị akwụsị akwụsị n’ozi ha n’ihe metụtara ndị bi n’ụwa, na-egosi anyị otú aka Chineke si edu wiil dị n’ime wiil. Onye Nkụzi nke eluigwe na-asị onye ọ bụla na-arụ ọrụ Ya, dịka O kwuru na Sairọs n’oge ochie: ‘Ekekwasịwom gị ike, ọ bụ ezie na ị maghị M.’”</w:t>
      </w:r>
    </w:p>
    <w:p>
      <w:pPr>
        <w:pStyle w:val="ArticleScripture"/>
        <w:jc w:val="left"/>
      </w:pPr>
      <w:r>
        <w:rPr>
          <w:rFonts w:ascii="Times New Roman" w:hAnsi="Times New Roman" w:eastAsia="Times New Roman" w:cs="Times New Roman"/>
        </w:rPr>
        <w:t>“N’ọhụụ Ịzikiel, Chineke nwere aka Ya n’okpuru nku ndị cherubim. Nke a bụ iji kụziere ndị odibo Ya na ọ bụ ike nke Chineke na-enye ha ihe ịga nke ọma. Ọ ga-arụkọ ọrụ na ha ma ọ bụrụ na ha ewepụ ajọ omume ma bụrụ ndị dị ọcha n’obi na n’ụzọ ndụ.”</w:t>
      </w:r>
    </w:p>
    <w:p>
      <w:pPr>
        <w:pStyle w:val="ArticleScripture"/>
        <w:jc w:val="left"/>
      </w:pPr>
      <w:r>
        <w:rPr>
          <w:rFonts w:ascii="Times New Roman" w:hAnsi="Times New Roman" w:eastAsia="Times New Roman" w:cs="Times New Roman"/>
        </w:rPr>
        <w:t>“Ìhè ahụ na-enwu gbaa nke na-agagharị n’etiti ndị ahụ dị ndụ, n’osiso dị ka àmụmà, na-anọchi anya ọsọ nke ọrụ a ga-esi n’ikpeazụ gaa n’ihu ruo mgbe e mezuru ya. Onye ahụ na-adịghị arahụ ụra, Onye nọgide na-arụ ọrụ mgbe niile maka mmezu nke nzube Ya, pụrụ ime ka nnukwu ọrụ Ya gaa n’ihu n’ụzọ kwekọrọ n’otu. Nke ahụ nke n’anya uche mmadụ nke nwere oke, nke ihe ya gbakọrọ agbakọ ma sie mgbagwoju anya, aka Onyenwe anyị pụrụ idobe n’usoro zuru okè. Ọ pụrụ ichepụta ụzọ na ihe ga-egbochi ebumnobi nke ndị ajọ omume, Ọ ga-emekwa ka ndụmọdụ nke ndị ahụ na-akpa nkata imebi ndị Ya bụrụ ihe mgbagwoju anya.”</w:t>
      </w:r>
    </w:p>
    <w:p>
      <w:pPr>
        <w:pStyle w:val="ArticleScripture"/>
        <w:jc w:val="left"/>
      </w:pPr>
      <w:r>
        <w:rPr>
          <w:rFonts w:ascii="Times New Roman" w:hAnsi="Times New Roman" w:eastAsia="Times New Roman" w:cs="Times New Roman"/>
        </w:rPr>
        <w:t>“Ụmụnna, oge a abụghịzi oge maka iru újú na nkụda mmụọ, ọ bụghịkwa oge inye ohere nye obi abụọ na ekweghị ekwe. Kraịst abụghịzi ugbu a Onye Nzọpụta nọ n’ílì ọhụrụ Josef, nke e ji nnukwu nkume mechie ma were akara ndị Rom kpuchie ya; anyị nwere Onye Nzọpụta ahụ bilitere n’ọnwụ. Ọ bụ Eze, Onyenwe ndị agha; Ọ nọ ọdụ n’etiti ndị cherubim; ma n’etiti ọgụ na ọgba aghara nke mba dị iche iche Ọ ka na-echebe ndị Ya. Onye ahụ na-achị n’eluigwe bụ Onye Nzọpụta anyị. Ọ na-atụle ọnwụnwa ọ bụla. Ọ na-elekọta ọkụ nke ite-ọkụ ahụ nke ga-anwale mkpụrụobi ọ bụla. Mgbe a ga-akwatu ebe e wusiri ike nke ndị eze, mgbe akụ́ nke ọnụma Chineke ga-adụfuo n’obi ndị iro Ya, ndị Ya ga-adị nchebe n’aka Ya.” Testimonies, volume 5, 752–754.</w:t>
      </w:r>
    </w:p>
    <w:p>
      <w:pPr>
        <w:pStyle w:val="ArticleBody"/>
        <w:jc w:val="left"/>
      </w:pPr>
      <w:r>
        <w:rPr>
          <w:rFonts w:ascii="Times New Roman" w:hAnsi="Times New Roman" w:eastAsia="Times New Roman" w:cs="Times New Roman"/>
        </w:rPr>
        <w:t>Ezikiel na-anọchi anya ndị a na-akwadebe ịbụ ndị otu narị puku iri anọ na anọ ahụ, ma n’ahịrị n’ahịrị ahụmahụ ya n’ebe nsọ ahụ na-adakọ n’otu n’otu na ahụmahụ Aịzaya na nke Jọn n’ime ebe nsọ ahụ. Anyị nọ ugbu a n’ule ụlọ nsọ ahụ, nke bụ ule nke abụọ n’ime ule atọ ahụ nke na-akà akara ndị otu narị puku iri anọ na anọ ahụ. Oge ahụ bụ ime ka ọ dị ọcha nke Onye Ozi nke Ọgbụgba-ndụ na-arụzu n’ịmezu Malakaị atọ. Usoro ime ka ọ dị ọcha nke ule atọ ahụ bụ “ọkụ” Malakaị, “ọkụ-ọkụ” nke “ga-anwale mkpụrụ obi ọ bụla.” Mgbe mmụọ ozi nke atọ bịarutere na Ọktoba 22, 1844, Onye Ozi nke Ọgbụgba-ndụ bịara na mberede n’ụlọ nsọ Ya ma duru ndị amamihe na-amaghị nwoke nke akụkọ ihe mere eme ahụ banye n’Ebe Kachasị Nsọ, ka O wee kakwaa ndị Ya kwesịrị ntụkwasị obi akara, ma ndị na-amaghị nwoke nke akụkọ ihe mere eme ahụ nupụrụ isi, ma ruo n’afọ 1856 mmegharị Millerite nke Filadelfịa agbanweela bụrụ mmegharị Millerite nke Laodisia, ma n’afọ 1863 ọ ghọrọ ụka Seventh-day Adventist nke Laodisia.</w:t>
      </w:r>
    </w:p>
    <w:p>
      <w:pPr>
        <w:pStyle w:val="ArticleBody"/>
        <w:jc w:val="left"/>
      </w:pPr>
      <w:r>
        <w:rPr>
          <w:rFonts w:ascii="Times New Roman" w:hAnsi="Times New Roman" w:eastAsia="Times New Roman" w:cs="Times New Roman"/>
        </w:rPr>
        <w:t>Mmụọ-ozi nke atọ, onye bịara na mberede n’ụbọchị Ọktoba 22, 1844, wepụrụ ọnụnọ ya n’afọ 1863, ma mesịa laghachi na Septemba 11, 2001. Afọ iri abụọ na ise ka e mesịrị, ule ụlọ nsọ nke e jiri Ọktoba 22, 1844 gosipụta n’ụdị amụma ka a na-emegharị ugbu a. Iri abụọ na ise bụ, n’ihe nnọchianya amụma, otu ụzọ n’iri nke narị abụọ na iri ise; narị abụọ na iri ise bụkwa akara nke akụkọ ihe mere eme nke e gosipụtara n’amaokwu nke iri na otu ruo nke iri na ise nke Daniel iri na otu. Narị abụọ na iri ise, na iri abụọ na ise, bụ wheel dị n’ime ọhụụ ụlọ nsọ nke Ezekiel. Iri abụọ na ise bụ akara nke nkewa nke ndị amamihe na ndị ajọ omume, n’ime mmezu nke usoro ule nke nzọụkwụ atọ nke a nọchiri anya ya n’ọrụ nsacha nke Onye Ozi nke Ọgbụgba ndụ na-arụzu.</w:t>
      </w:r>
    </w:p>
    <w:p>
      <w:pPr>
        <w:pStyle w:val="ArticleBody"/>
        <w:jc w:val="left"/>
      </w:pPr>
      <w:r>
        <w:rPr>
          <w:rFonts w:ascii="Times New Roman" w:hAnsi="Times New Roman" w:eastAsia="Times New Roman" w:cs="Times New Roman"/>
        </w:rPr>
        <w:t>Matiu iri abụọ na ise nwere ilu atọ, ilu nke ọ bụla na-akọwapụta nkewa nke ndị amamihe na ndị ajọ omume n’oge ịka akara nke puku narị anọ na iri anọ na anọ ahụ. Olileanya nke ndị Chineke nke a na-anọchi anya n’isi nke a bụ na ha wee bụrụ amaghị nwanyị nwere amamihe, nke nwere mmanụ nke ozi nke mkpu etiti abalị. Olileanya ha bụ na a ga-ekpe ha ikpe dị ka ohu kwesịrị ntụkwasị obi n’ọrụ nlekọta ha nke iji nkà pụrụ iche ndị ahụ e nyere ha rụọ ọrụ n’oge ule onwe ha. Olileanya ha bụ na a ga-ekpe ha ikpe dịka atụrụ nke ebe ịta nri Chineke, ndị e debere n’aka nri Ya, ọ bụghị dị ka ewu n’aka ekpe Ya. Iri abụọ na ise bụ akara nke nkewa nke ndị amamihe na ndị ajọ omume n’oge ịka akara nke puku narị anọ na iri anọ na anọ ahụ. Iri abụọ na ise bụ otu n’ime wheel Ezikiel.</w:t>
      </w:r>
    </w:p>
    <w:p>
      <w:pPr>
        <w:pStyle w:val="ArticleScripture"/>
        <w:jc w:val="left"/>
      </w:pPr>
      <w:r>
        <w:rPr>
          <w:rFonts w:ascii="Times New Roman" w:hAnsi="Times New Roman" w:eastAsia="Times New Roman" w:cs="Times New Roman"/>
        </w:rPr>
        <w:t>N’afọ nke iri abụọ na ise nke ndọta anyị n’agha, na mbido afọ, n’ụbọchị nke iri nke ọnwa, n’afọ nke iri na anọ mgbe e tigburu obodo ahụ, n’otu ụbọchị ahụ ka aka nke Onyenwe anyị dịkwasịrị m, wee kpọga m n’ebe ahụ. Ezekiel 40:1.</w:t>
      </w:r>
    </w:p>
    <w:p>
      <w:pPr>
        <w:pStyle w:val="ArticleBody"/>
        <w:jc w:val="left"/>
      </w:pPr>
      <w:r>
        <w:rPr>
          <w:rFonts w:ascii="Times New Roman" w:hAnsi="Times New Roman" w:eastAsia="Times New Roman" w:cs="Times New Roman"/>
        </w:rPr>
        <w:t>Afọ nke iri abụọ na ise nke ndọrọ n’agha ka a na-anọchi anya ya site n’Ụbọchị Ọktoba 22, nke a na-anọchikwa anya site n’imechi ọnụ ụzọ nke nkesaoge amara. N’Ụbọchị Ọktoba 22, 1844, e meghere otu ọnụ ụzọ, e mechikwakwa otu ọnụ ụzọ, ka e kewara klaasị abụọ.</w:t>
      </w:r>
    </w:p>
    <w:p>
      <w:pPr>
        <w:pStyle w:val="ArticleScripture"/>
        <w:jc w:val="left"/>
      </w:pPr>
      <w:r>
        <w:rPr>
          <w:rFonts w:ascii="Times New Roman" w:hAnsi="Times New Roman" w:eastAsia="Times New Roman" w:cs="Times New Roman"/>
        </w:rPr>
        <w:t>Dee degaara mmụọ-ozi nke nzukọ dị na Filadelfia, sị; Ihe ndị a ka Onye ahụ dị nsọ, Onye ahụ bụ eziokwu, Onye ahụ nwere mkpịsị ugodi Devid, Onye na-emepe, ọ dịghịkwa onye ọ bụla na-emechi; Onye na-emechi, ọ dịghịkwa onye ọ bụla na-emepe, na-ekwu; Amaara m ọrụ gị nile: lee, edobewom ụzọ e meghere emeghe n’ihu gị, nke ọ dịghị onye ọ bụla pụrụ imechi ya: n’ihi na i nwere ntakịrị ike, i debe-kwa-ra okwu m, ị gọnarịghịkwa aha m. Mkpughe 3:7, 8.</w:t>
      </w:r>
    </w:p>
    <w:p>
      <w:pPr>
        <w:pStyle w:val="ArticleBody"/>
        <w:jc w:val="left"/>
      </w:pPr>
      <w:r>
        <w:rPr>
          <w:rFonts w:ascii="Times New Roman" w:hAnsi="Times New Roman" w:eastAsia="Times New Roman" w:cs="Times New Roman"/>
        </w:rPr>
        <w:t>Kraịst gwara mmụọ ozi nke Filadelfia na Ọ maara ọrụ ha, na O debeworị n’ihu nzukọ Kraịst nke Filadelfia ọnụ ụzọ meghere emepe. E ji “igodo Devid” meghee ọnụ ụzọ ahụ, bụ igodo e debere n’elu Eliakim.</w:t>
      </w:r>
    </w:p>
    <w:p>
      <w:pPr>
        <w:pStyle w:val="ArticleScripture"/>
        <w:jc w:val="left"/>
      </w:pPr>
      <w:r>
        <w:rPr>
          <w:rFonts w:ascii="Times New Roman" w:hAnsi="Times New Roman" w:eastAsia="Times New Roman" w:cs="Times New Roman"/>
        </w:rPr>
        <w:t>Ọ ga-erukwa n’ụbọchị ahụ, na m ga-akpọ ọ̀dò m, bụ́ Eliakim nwa Hilkaya: M ga-eyikwasị ya uwe mwụda gị, were ihe-ọkiké gị mee ka ọ sie ike, ma nyefee ọchịchị gị n’aka ya: ọ ga-abụkwa nna nye ndị bi na Jerusalem, na nye ụlọ Juda. M ga-edobekwa mkpịsị ugodo nke ụlọ Devid n’ubu ya; otú a ka ọ ga-emepe, ma ọ dịghị onye ga-emechi; ọ ga-emechikwa, ma ọ dịghị onye ga-emepe. Aịsaịa 22:20–22.</w:t>
      </w:r>
    </w:p>
    <w:p>
      <w:pPr>
        <w:pStyle w:val="ArticleBody"/>
        <w:jc w:val="left"/>
      </w:pPr>
      <w:r>
        <w:rPr>
          <w:rFonts w:ascii="Times New Roman" w:hAnsi="Times New Roman" w:eastAsia="Times New Roman" w:cs="Times New Roman"/>
        </w:rPr>
        <w:t>N’ụbọchị a kpọrọ Eliakim, e kewapụrụ ya n’ebe Shebna ajọ omume nọ.</w:t>
      </w:r>
    </w:p>
    <w:p>
      <w:pPr>
        <w:pStyle w:val="ArticleScripture"/>
        <w:jc w:val="left"/>
      </w:pPr>
      <w:r>
        <w:rPr>
          <w:rFonts w:ascii="Times New Roman" w:hAnsi="Times New Roman" w:eastAsia="Times New Roman" w:cs="Times New Roman"/>
        </w:rPr>
        <w:t>Otú a ka Onye-nwe anyị, Chineke nke ụsụụ ndị agha, si kwuo, Gaa, jee gakwuru onye na-edebe akụ a, ya bụ Shebna, onye nọ n’isi ụlọ, sị ya, Gịnị ka i nwere ebe a? ònye kwa ka i nwere ebe a, na i were kpụrụ onwe gị ili n’ebe a, dịka onye na-akpụụrụ onwe ya ili n’elu, nke na-awara onwe ya ebe obibi n’ime nkume? Lee, Onye-nwe anyị ga-ebupụ gị n’ime ndọta siri ike, ọ ga-ekpuchikwa gị n’ezie. N’ezie, ọ ga-atụgharị gị ike, tụfuo gị dịka bọl n’ala sara mbara: n’ebe ahụ ka ị ga-anwụ, n’ebe ahụkwa ka ụgbọ-ịnyịnya nke ebube gị ga-abụ ihere nke ụlọ nke nna gị ukwu. Aịzaya 22:15–18.</w:t>
      </w:r>
    </w:p>
    <w:p>
      <w:pPr>
        <w:pStyle w:val="ArticleBody"/>
        <w:jc w:val="left"/>
      </w:pPr>
      <w:r>
        <w:rPr>
          <w:rFonts w:ascii="Times New Roman" w:hAnsi="Times New Roman" w:eastAsia="Times New Roman" w:cs="Times New Roman"/>
        </w:rPr>
        <w:t>Nkewa nke ụmụ agbọghọ amamihe na ndị nzuzu nke mezuru ihe atụ nke Shebna na Eliakim mezuru n’October 22, 1844, ma mezukwakwa n’afọ nke iri abụọ na ise nke ndọta n’agha Jehoiachin, nke bụ October 22, 573 BC. N’isi nke asatọ nke Ezekiel, a na-anọchi anya ndị ajọ omume nọ n’ime Adventism, nke Jerusalem na-anọchi anya ha, site n’aka ndị ikom iri abụọ na ise na-akpọ isiala nye anyanwụ. Mbibi nke Jerusalem na-anọchi anya iwu Sunday, nke bụkwa ihe ịrịba ama nke na-emechi oge nke ịka akara nke puku mmadụ otu narị na iri anọ na anọ. Oge ahụ nke ịka akara malitere na September 11, 2001, ma Jizọs bụ ma Alfa ma Omega, ya mere September 11, 2001 dị ka mmalite nke ịka akara na-egosi ọgwụgwụ ya, n’oge iwu Sunday.</w:t>
      </w:r>
    </w:p>
    <w:p>
      <w:pPr>
        <w:pStyle w:val="ArticleBody"/>
        <w:jc w:val="left"/>
      </w:pPr>
      <w:r>
        <w:rPr>
          <w:rFonts w:ascii="Times New Roman" w:hAnsi="Times New Roman" w:eastAsia="Times New Roman" w:cs="Times New Roman"/>
        </w:rPr>
        <w:t>A kọwara Septemba 11, 2001 n’ụdị nnọchianya site n’ọgbakọ Minneapolis nke afọ 1888, n’ihi na Nwannaanyị White na-akọwa na mgbe nnukwu ụlọ ndị dị na New York dara n’oge 9/11, e mezuru Mkpughe 18:1–3. N’oge ahụ, dịka n’afọ 1888, ọ kọwara na mmụọ ozi nke Mkpughe iri na asatọ si n’eluigwe rịdata ime ka ụwa wee site n’ebube Ya mụọ ìhè. O jikọtara nnupụisi nke 1888 na nnupụisi Kora, Datan na Abiram, ndị kwa nwere narị mmadụ abụọ na iri ise ndị a ma ama sonyere ha n’ịdapụ n’ezi okwukwe ha. Ndị nnupụisi narị abụọ na iri ise ahụ n’nnupụisi Kora na ndị otu ya n’akụkọ mmalite nke Izrel oge ochie nọchiri anya ndị ikom iri abụọ na ise ahụ ndị na-akpọrọ anyanwụ isiala n’oge njedebe nke Izrel oge ochie.</w:t>
      </w:r>
    </w:p>
    <w:p>
      <w:pPr>
        <w:pStyle w:val="ArticleBody"/>
        <w:jc w:val="left"/>
      </w:pPr>
      <w:r>
        <w:rPr>
          <w:rFonts w:ascii="Times New Roman" w:hAnsi="Times New Roman" w:eastAsia="Times New Roman" w:cs="Times New Roman"/>
        </w:rPr>
        <w:t>Ndị-ndú iri abụọ na ise nke Adventizim Laodisia na-akpọ isi n’ihu iwu Ụbọchị Sọnde, na ndị narị abụọ na iri ise na 9/11, na-egosi oge nke ịkpọ akara, site n’akara amụma nke iri abụọ na ise, (akara nke nkewa nke ndị amamihe na ndị ajọ omume) iji gosi mmalite na njedebe nke oge nke ịkpọ akara. Ma ọ bụ ndị nnupụisi narị abụọ na iri ise n’oge Mozis, ma ọ bụ ndị ikom iri abụọ na ise nọ n’isi nke asatọ nke Ezekiel, ma ọ bụ ndị akaebe atọ nke nkewa dị na isi nke iri abụọ na ise nke Matiu, ma ọ bụ afọ nke iri abụọ na ise nke ndọta n’agha dị na Ezekiel iri anọ; ngosipụta niile nke akara iri abụọ na ise kwekọrọ na oge atọ nke narị afọ abụọ na iri ise nke rutere na njedebe ha n’afọ 207 T.K., 313 na 2026 n’usoro ha.</w:t>
      </w:r>
    </w:p>
    <w:p>
      <w:pPr>
        <w:pStyle w:val="ArticleBody"/>
        <w:jc w:val="left"/>
      </w:pPr>
      <w:r>
        <w:rPr>
          <w:rFonts w:ascii="Times New Roman" w:hAnsi="Times New Roman" w:eastAsia="Times New Roman" w:cs="Times New Roman"/>
        </w:rPr>
        <w:t>Iri abụọ na ise bụ, dị ka a pụrụ isi kwuo ya, otu axle nke iri abụọ na ise nke na-eweta ahịrị niile nke iri abụọ na ise n’izu oke. Ọ na-aghọ otu n’ime mkpịsị ugodi amụma nke alaeze e nyere Pita iji weta ìhè n’ime akụkọ ihe mere eme zoro ezo nke amaokwu iri anọ. E guzobeworị ya ugboro ugboro n’elu ihe karịrị ndị àmà atọ na amaokwu iri ruo iri na ise nke Daniel iri na otu na-anọchi anya otu ahịrị nke na-ekpuchi akụkọ ihe mere eme site n’afọ 1989 ruo n’iwu ụbọchị Sọnde, nke bụ akụkọ ihe mere eme zoro ezo nke amaokwu iri anọ. Ọdụm nke ebo Juda ugbu a na-ewepụ akara n’elu wiil ndị ahụ nke Ezekiel ka Ọ na-emepe akụkọ ihe mere eme zoro ezo nke ga-emecha ozi nke Mkpu Etiti Abalị nke ụbọchị ikpeazụ.</w:t>
      </w:r>
    </w:p>
    <w:p>
      <w:pPr>
        <w:pStyle w:val="ArticleBody"/>
        <w:jc w:val="left"/>
      </w:pPr>
      <w:r>
        <w:rPr>
          <w:rFonts w:ascii="Times New Roman" w:hAnsi="Times New Roman" w:eastAsia="Times New Roman" w:cs="Times New Roman"/>
        </w:rPr>
        <w:t>N’isiokwu ndị na-esonụ anyị ga-aga n’ihu ịmata wiil Ezikiel nke na-anọchi anya mgbagwoju mmekọrịta nke ndị mmadụ n’ụbọchị ikpeazụ. Isi nke mbụ nke Ezikiel, nke e debere ná mmalite nke isiokwu a, na akụkụ ya na-eso ya sitere na Testimonies, mpịakọta nke ise, ga-abụ ihe anyị ga na-ezo aka na ya ka anyị na-aga n’ihu n’isiokwu ndị a. Mgbe e debere wiil ndị ahụ n’ọnọdụ ha ziri ezi, nakwa n’ụzọ njikọta ha kwesịrị ekwesị na wiil ndị ọzọ nke akụkọ amụma, anyị ga-egosi na afọ narị atọ na iri itoolu na otu na ụbọchị iri na ise ahụ nke nyere mmụọ-ozi mbụ ike n’ụbọchị Ọgọọst 11, 1840, bụkwa ihe Ezikiel na-anọchi anya ya dịka afọ narị atọ na iri itoolu, nke ejikọtara na otu afọ na ọkara nke nnọchibido Jerusalem; nakwa na mbata nke ìhè amụma a na-akọwapụta ibuli ọkọlọtọ nke puku mmadụ otu narị na iri anọ na anọ ahụ.</w:t>
      </w:r>
    </w:p>
    <w:p>
      <w:pPr>
        <w:pStyle w:val="ArticleBody"/>
        <w:jc w:val="left"/>
      </w:pPr>
      <w:r>
        <w:rPr>
          <w:rFonts w:ascii="Times New Roman" w:hAnsi="Times New Roman" w:eastAsia="Times New Roman" w:cs="Times New Roman"/>
        </w:rPr>
        <w:t>Julaị 27, 1299 ruo 1337 na-anọchi anya afọ iri atọ na asatọ n’mmalite nke otu narị afọ iri ise (ọnwa ise) nke Mkpughe itoolu, amaokwu iri. Otu narị afọ iri ise ahụ jikọtara na afọ narị atọ na iri itoolu na otu na ụbọchị iri na ise nke amaokwu iri na ise. Ya mere, mmalite nke oge abụọ ahụ mejupụtara otu ahịrị amụma nke mechiri na mmezu nke amụma Josiah Litch nke 1838 na 1840, ma bụrụkwa ihe ama ama nke ibili elu na inye ike nye ngagharị Millerite. Akụkọ ihe mere eme ahụ n’mmalite nke Adventism na-akara ibili elu nke otu narị puku iri anọ na anọ dịka ọkọlọtọ tupu iwu Sọnde abịa. N’ihi ya, afọ narị atọ na iri itoolu nke Ezikiel, na otu ntụpọ afọ ise (1.5) nke nnọchibido Jerusalem, na-akara njedebe nke ahịrị amụma ahụ nke malitere na 1299.</w:t>
      </w:r>
    </w:p>
    <w:p>
      <w:pPr>
        <w:pStyle w:val="ArticleBody"/>
        <w:jc w:val="left"/>
      </w:pPr>
      <w:r>
        <w:rPr>
          <w:rFonts w:ascii="Times New Roman" w:hAnsi="Times New Roman" w:eastAsia="Times New Roman" w:cs="Times New Roman"/>
        </w:rPr>
        <w:t>Ọ ga-abụ ihe bara uru ịtụle akụkụ ahụ sitere na Testimonies, mpịakọta nke ise, tupu isiokwu na-esote.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Akụkọ Ihe Mere Eme Zoro Ezo nke Amaokwu Nke Iri Anọ — Nọmba Iri Abụọ na Abụọ</dc:title>
  <dc:subject>Ezikiel Nọmba Atọ</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