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Akụkọ Nzuzo nke Amaokwu Nke Iri Anọ — Ọnụọgụ Nke Iri Abụọ na Atọ</w:t>
      </w:r>
    </w:p>
    <w:p>
      <w:pPr>
        <w:pStyle w:val="ArticleSubtitle"/>
        <w:jc w:val="left"/>
      </w:pPr>
      <w:r>
        <w:rPr>
          <w:rFonts w:ascii="Arial" w:hAnsi="Arial" w:eastAsia="Arial" w:cs="Arial"/>
        </w:rPr>
        <w:t>Nọmba Anọ nke Ezikiel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A na-akọwa Ezikiel dị ka “onye-amụma nke iru uju” n’ihi na ọ bụ ihe nnọchianya nke narị puku otu na iri anọ na anọ, ndị nọ n’isi nke itoolu nke akwụkwọ ya na-eru uju (na-asụ ude ma na-ebe ákwá) n’ihi arụ ndị ahụ jọgburu onwe ha e mere n’ala ahụ na n’ime ụka. N’akụkụ ahụ sitere na Testimonies anyị kpọtụrụ n’edemede gara aga, Sister White dere, sị, “Onye-amụma ahụ n’onwe ya bụ ọbịa n’ala ọzọ, ebe agụụ ọchịchị na-enweghị ókè na obi ọjọọ anụ ọhịa nọ n’oche kachasị elu. Ihe ndị ahụ ọ hụrụ ma nụ banyere ọchịchị aka ike na mmehie nke mmadụ mere ka mkpụrụ obi ya nwee nnukwu mwute, o wee ruo uju nke ukwuu ehihie na abalị.”</w:t>
      </w:r>
    </w:p>
    <w:p>
      <w:pPr>
        <w:pStyle w:val="ArticleBody"/>
        <w:jc w:val="left"/>
      </w:pPr>
      <w:r>
        <w:rPr>
          <w:rFonts w:ascii="Times New Roman" w:hAnsi="Times New Roman" w:eastAsia="Times New Roman" w:cs="Times New Roman"/>
        </w:rPr>
        <w:t>Ndị puku iri na anọ na narị anọ na anọ bụ “ndị a chụpụrụ n’Izrel,” ndị a gbasasịrị, dị ka e si gosi ya n’ịkpọrọ Ezikiel n’agha n’ala ọzọ. Usoro nke ịkụ akara e gosiri n’Ezikiel isi nke itoolu bụ otu ihe ahụ dị na Mkpughe isi nke asaa, a na-egosikwa isiakwụkwọ abụọ ahụ dịka ihe na-eme n’ụbọchị ikpeazụ.</w:t>
      </w:r>
    </w:p>
    <w:p>
      <w:pPr>
        <w:pStyle w:val="ArticleScripture"/>
        <w:jc w:val="left"/>
      </w:pPr>
      <w:r>
        <w:rPr>
          <w:rFonts w:ascii="Times New Roman" w:hAnsi="Times New Roman" w:eastAsia="Times New Roman" w:cs="Times New Roman"/>
        </w:rPr>
        <w:t>“Akara a nke ndị ohu Chineke a bụ otu ihe ahụ e gosiri Ezikiel n’ọhụụ.” Testimonies to Ministers, 445.</w:t>
      </w:r>
    </w:p>
    <w:p>
      <w:pPr>
        <w:pStyle w:val="ArticleBody"/>
        <w:jc w:val="left"/>
      </w:pPr>
      <w:r>
        <w:rPr>
          <w:rFonts w:ascii="Times New Roman" w:hAnsi="Times New Roman" w:eastAsia="Times New Roman" w:cs="Times New Roman"/>
        </w:rPr>
        <w:t>Site n’oche-eze, Chineke na-edu ndị cherubim, ndị na-achịkwa wiil ndị ahụ n’aka nke ha. Ekwesịrị ka Ezikiel ghọta site n’ọhụ ahụ na Chineke nọ n’ịchịkwa ihe niile, ọbụna n’oge mgbe ihe niile yiri ka ha nọ n’ọgbaaghara. Nwanneanyị White na-ekwu “n’ụzọ dị otu a” mgbe o kwuchara usoro nke Chineke n’oche-eze, na-edu ndị cherubim ndị na-elekọta ihe omume nke ụwa, dịka ọ na-akọwa Jọn n’ebe nsọ ebe Kraịst na-ejegharị n’etiti ụka asaa ahụ. Ezikiel na Jọn bụ ihe nnọchianya nke ndị ahụ na-adị ndụ n’oge nke ịkàrà akara nke otu narị na iri anọ na anọ puku ahụ, ndị, dịka mkpughe si dekọọ ya, “Ihe ndị a ga-eme n’ụwa anyị adịghị ọbụna abata n’uche nrọ mmadụ.”</w:t>
      </w:r>
    </w:p>
    <w:p>
      <w:pPr>
        <w:pStyle w:val="ArticleBody"/>
        <w:jc w:val="left"/>
      </w:pPr>
      <w:r>
        <w:rPr>
          <w:rFonts w:ascii="Times New Roman" w:hAnsi="Times New Roman" w:eastAsia="Times New Roman" w:cs="Times New Roman"/>
        </w:rPr>
        <w:t>N’ezie, mgbe Nwanyị White dere okwu ndị ahụ, okwu ndị ahụ bụ eziokwu; ma n’oge nke ịkà akara, ha na-enweta mmezu ha zuru oke. Ihe dị ka afọ iri abụọ gara aga ma ọ bụ otú ahụ, ọ̀ ga-abụ na unu ga-echewo na ihe na-eme ugbu a n’ụwa, n’ihe metụtara ịgbakọ ọnụ nke igurube nke Islam, ga-eme? Igurube, dị ka ihe nnọchianya nke Islam n’isi nke itoolu nke Mkpughe, gụnyere ịkwaga nke igurube nke ugwu Afrika n’ụdị okike. Igurube ndị ahụ na-agbakọ ọnụ n’ụzọ mbugharị Afrika kwekọrọ na ọdịdị ala nke Islam jidere. Islam sitere n’ọmụmụ Ishmael, nne Ishmael bụkwa Hegar. Hegar pụtara “ịgbapụ” ma ọ bụ “ịla ọsọ.” N’asụsụ Arabik, a na-edekarị aha ahụ dị ka Hajar (هاجر), a na-ejikọkwa ya na otu mgbọrọgwụ ahụ nke na-enye anyị Hijra (mbugharị/ịgbapụ nke Muhammad). Mgbọrọgwụ nke Islam ejikọtaghị naanị na ịgbakọ ọnụ nke igurube, kama mgbọrọgwụ ndị ahụ gụnyekwara ihe pụtara mbugharị. Ò nwere onye ọbụla rọrọ nrọ na mbata ndị mmadụ n’enweghị iwu bụ ngosipụta nke igurube nke Islam?</w:t>
      </w:r>
    </w:p>
    <w:p>
      <w:pPr>
        <w:pStyle w:val="ArticleBody"/>
        <w:jc w:val="left"/>
      </w:pPr>
      <w:r>
        <w:rPr>
          <w:rFonts w:ascii="Times New Roman" w:hAnsi="Times New Roman" w:eastAsia="Times New Roman" w:cs="Times New Roman"/>
        </w:rPr>
        <w:t>Ọ̀ dị onye ọ bụla rọrọ nrọ na ndị Kọmunist zuru ụwa ọnụ ga-esoro ìgwè mmadụ Islam mepụta njikọ? Ma Islam ma ike dragọn nke ndị ụwa ọnụ na-arịpụta site n’olulu enweghi ngwụcha n’Mkpughe 9/11 n’otu n’otu, olu enweghi ngwụcha ahụkwa na-anọchi anya ngosipụta nke ike Setan. Dị ka Akwụkwọ Nsọ nke eziokwu si kwuo, ndị mmekọ abụọ a nke ugbu a bụ ngwá ọrụ Setan.</w:t>
      </w:r>
    </w:p>
    <w:p>
      <w:pPr>
        <w:pStyle w:val="ArticleScripture"/>
        <w:jc w:val="left"/>
      </w:pPr>
      <w:r>
        <w:rPr>
          <w:rFonts w:ascii="Times New Roman" w:hAnsi="Times New Roman" w:eastAsia="Times New Roman" w:cs="Times New Roman"/>
        </w:rPr>
        <w:t>“‘Mgbe ha ga-emezuo [na-emecha] àmà ha.’ Oge nke ndị àmà abụọ ahụ ga-ebu amụma yi uwe ákwà-nkpe gwụrụ na 1798. Ka ha na-abịaru nso n’ókè njedebe nke ọrụ ha n’ime ọchịchịrị, a ga-alụ agha imegide ha site n’ike ahụ a kọwara dịka ‘anụ ọhịa nke na-arịgo site n’olulu omimi.’ N’ọtụtụ mba dị na Europe, ike ndị na-achị n’Ụka na n’Ọchịchị, kemgbe ọtụtụ narị afọ, Setan ejirila ha chịkwaa site n’usoro papacy. Ma ebe a, a na-eme ka a hụ ngosipụta ọhụrụ nke ike Setan.” The Great Controversy, 268.</w:t>
      </w:r>
    </w:p>
    <w:p>
      <w:pPr>
        <w:pStyle w:val="ArticleBody"/>
        <w:jc w:val="left"/>
      </w:pPr>
      <w:r>
        <w:rPr>
          <w:rFonts w:ascii="Times New Roman" w:hAnsi="Times New Roman" w:eastAsia="Times New Roman" w:cs="Times New Roman"/>
        </w:rPr>
        <w:t>Nwannaanyị White ebe a na-akọwapụta mbata nke mmekọrịta mmadụ na ibe ya nke a na-akpọ socialism n’oge Mgbanwe Obodo France, ebe ọ na-arịbakwa ama na Setan na-achịkwa ike nke papacykwa. Ike papacy ahụkwa si n’olulu enweghị ngwụcha pụta na Mkpughe isi nke iri na asaa, ma n’isi nke itoolu nke Mkpughe, Alakụba bụ anwụrụ nke si n’olulu enweghị ngwụcha pụta. Isi okwu ahụ ka dịgide; ọ̀ bụ n’ezie na Mmụọ Nsọ pụtara, “Ihe ndị a ga-eme n’ụwa anyị ka a naghịdị arọ nrọ banyere ha”? Ònye rọrọ nrọ na Alakụba ga-agbasasị ugbu a n’ofe Europe ma ugbu a na-arịdata n’elu Amerịka? Ì rọrọ nrọ na ndị igurube ga-agbasasị n’ofe ụwa site n’aka ndị globalist nke United Nations, European Union, na Democratic Party nke United States?</w:t>
      </w:r>
    </w:p>
    <w:p>
      <w:pPr>
        <w:pStyle w:val="ArticleBody"/>
        <w:jc w:val="left"/>
      </w:pPr>
      <w:r>
        <w:rPr>
          <w:rFonts w:ascii="Times New Roman" w:hAnsi="Times New Roman" w:eastAsia="Times New Roman" w:cs="Times New Roman"/>
        </w:rPr>
        <w:t>Ònye ka rọrọ nrọ na njikọ Kọmunist na nke Alakụba ga-emeri ụlọ ọrụ agụmakwụkwọ, bụ nke a na-akwụ ugbu a site n’ego ụtụ isi nke ụmụ amaala ndị na-atụghị anya na a ga-eji ego ụtụ isi ha bibie mba ahụ nke na-enye ego ụtụ isi ahụ.</w:t>
      </w:r>
    </w:p>
    <w:p>
      <w:pPr>
        <w:pStyle w:val="ArticleBody"/>
        <w:jc w:val="left"/>
      </w:pPr>
      <w:r>
        <w:rPr>
          <w:rFonts w:ascii="Times New Roman" w:hAnsi="Times New Roman" w:eastAsia="Times New Roman" w:cs="Times New Roman"/>
        </w:rPr>
        <w:t>Ònye gaara arọ nrọ na Great Britain ga-akwalite ma kwado ka a na-edina ụmụ agbọghọ ọcha n’ìgwè, na-atọrọ ha, na-etinye ha n’ụlọ mkpọrọ, ma na-egbukwa ha n’aha Islam? Ọtụtụ ndị na-akọwapụta eziokwu ahụ na usoro kọmunist ọ bụla e guzobeworo n’akụkọ ihe mere eme nke mmadụ abụrụla ọdịda zuru ezu; ma mkpụrụ nke soshalizim Britain bụkwa ikpe mara soshalizim n’otu aka ahụ ọdịda nke nkà ihe ọmụma akụ na ụba na ndọrọ ndọrọ ọchịchị nke usoro ahụ si bụrụ ya.</w:t>
      </w:r>
    </w:p>
    <w:p>
      <w:pPr>
        <w:pStyle w:val="ArticleBody"/>
        <w:jc w:val="left"/>
      </w:pPr>
      <w:r>
        <w:rPr>
          <w:rFonts w:ascii="Times New Roman" w:hAnsi="Times New Roman" w:eastAsia="Times New Roman" w:cs="Times New Roman"/>
        </w:rPr>
        <w:t>Ònye gaara eche n’echiche na a ga-ekwe ka ndị na-azụ ahịa nke ụwa webata nsi iji mee ogbugbu mmadụ n’ìgwè nke gafere nde mmadụ iri na asaa?</w:t>
      </w:r>
    </w:p>
    <w:p>
      <w:pPr>
        <w:pStyle w:val="ArticleBody"/>
        <w:jc w:val="left"/>
      </w:pPr>
      <w:r>
        <w:rPr>
          <w:rFonts w:ascii="Times New Roman" w:hAnsi="Times New Roman" w:eastAsia="Times New Roman" w:cs="Times New Roman"/>
        </w:rPr>
        <w:t>Ònye rọrọ nrọ na a ga-ekwe ka ndị mmadụ dị ka George Soros, Bill Gates na Anthony Fauci mezuo omume ọjọọ ha nke ndị mmụọ ọjọọ n’enweghị nsonaazụ ọbụla?</w:t>
      </w:r>
    </w:p>
    <w:p>
      <w:pPr>
        <w:pStyle w:val="ArticleBody"/>
        <w:jc w:val="left"/>
      </w:pPr>
      <w:r>
        <w:rPr>
          <w:rFonts w:ascii="Times New Roman" w:hAnsi="Times New Roman" w:eastAsia="Times New Roman" w:cs="Times New Roman"/>
        </w:rPr>
        <w:t>Mgbe Nwanyị White kwuru na a gaghị ewere ihe ndị a ga-eme dị ka nrọ, o kwuru nke a n’ihe gbasara oge nke ịkàrà akara nke otu narị puku na iri anọ na anọ. Ọ na-aga n’ihu n’ihe ọ na-ekwu banyere ịdọ aka ná ntị nke Kraịst n’ime Matiu iri abụọ na anọ ebe ọ dere, “Nkuzi ndị a bụ maka uru anyị. Anyị kwesịrị ịkwadobe okwukwe anyị n’ebe Chineke nọ, n’ihi na e nwere oge dị n’ihu anyị nke ga-anwale mkpụrụobi mmadụ. Kraịst, n’elu Ugwu Oliv, kọwara ikpe ndị ahụ dị egwu nke ga-ebute ọbịbịa Ya nke abụọ ụzọ.”</w:t>
      </w:r>
    </w:p>
    <w:p>
      <w:pPr>
        <w:pStyle w:val="ArticleBody"/>
        <w:jc w:val="left"/>
      </w:pPr>
      <w:r>
        <w:rPr>
          <w:rFonts w:ascii="Times New Roman" w:hAnsi="Times New Roman" w:eastAsia="Times New Roman" w:cs="Times New Roman"/>
        </w:rPr>
        <w:t>Ihe ọmụmụ ndị ahụ ọ kpọtụrụrịrị bụ ihe oyiyi nke ma Ịzikiel ma Jọn n’ebe nsọ, na-amụta ịghọta na Chineke nọ n’aka ijikwa ihe niile. N’etiti mgbagwoju anya na nnupụisi nke na-aga n’ihu ugbu a, mgbagwoju anya na nnupụisi nke ga na-akawanye njọ naanị ka akụkọ ihe mere eme na-aga n’ihu, ndị bụ ndị ozi Chineke, dịka e sere ha anya ọ bụghị naanị na Ịzikiel na Jọn n’ụlọ nsọ, kama kwa na Aịsaịa, ga-enwe ike ịgabiga n’akụkọ ihe mere eme n’ụzọ nke na-enye Onyenwe anyị otuto naanị ma ọ bụrụ na ha aghọta na ọbụna ihe ndị anyị na-atụghị nrọ ọ bụla banyere ha ka nọkwa n’okpuru ọchịchị Chineke.</w:t>
      </w:r>
    </w:p>
    <w:p>
      <w:pPr>
        <w:pStyle w:val="ArticleBody"/>
        <w:jc w:val="left"/>
      </w:pPr>
      <w:r>
        <w:rPr>
          <w:rFonts w:ascii="Times New Roman" w:hAnsi="Times New Roman" w:eastAsia="Times New Roman" w:cs="Times New Roman"/>
        </w:rPr>
        <w:t>Ụkwụ ndị ahụ na-agafe n’etiti ụkwụ ndị ọzọ gụnyere ihe omume ndị a na-atụghị anya ha ọbụna n’echiche, ma ha bụkwa ihe omume ndị na-eme n’oge nke ịkà akara ahụ nke malitere na 9/11. Nkuzi ndị kwesịrị ịmụ bụ naanị ndị ahụ na-amụta ha bụ ndị site n’okwukwe na-abanye n’Ebe Kachasị Nsọ ma hụ Kraịst na ìhè Ya ka ọ na-enwu site n’elu Igbe ahụ. Mgbe a na-ahụ ebube ahụ dịka Daniel nọchiri ya anya n’isi nke iri, a na-ekewapụ òtù ahụ nke ìhè ahụ baara uru n’aka ndị gbapụrụ n’ihu ọhụụ ahụ.</w:t>
      </w:r>
    </w:p>
    <w:p>
      <w:pPr>
        <w:pStyle w:val="ArticleScripture"/>
        <w:jc w:val="left"/>
      </w:pPr>
      <w:r>
        <w:rPr>
          <w:rFonts w:ascii="Times New Roman" w:hAnsi="Times New Roman" w:eastAsia="Times New Roman" w:cs="Times New Roman"/>
        </w:rPr>
        <w:t>Mụ onwe m, Daniel, naanị m hụrụ ọhụụ ahụ; n’ihi na ndị ikom ndị nọnyere m ahụghị ọhụụ ahụ; ma oke ịma jijiji dakwasịrị ha, nke mere na ha gbapụrụ zoo onwe ha. Daniel 10:7.</w:t>
      </w:r>
    </w:p>
    <w:p>
      <w:pPr>
        <w:pStyle w:val="ArticleBody"/>
        <w:jc w:val="left"/>
      </w:pPr>
      <w:r>
        <w:rPr>
          <w:rFonts w:ascii="Times New Roman" w:hAnsi="Times New Roman" w:eastAsia="Times New Roman" w:cs="Times New Roman"/>
        </w:rPr>
        <w:t>E nwere ọtụtụ ihe ọzọ a ga-enweta n’akụkụ Akwụkwọ Nsọ ahụ e kwuru n’isiokwu gara aga, ma anyị ga-atụle otu wheel ka anyị na-emechi isiokwu a. Anyị achọpụtala n’isiokwu ikpeazụ ihe nnọchianya nke ọnụọgụgụ iri abụọ na ise, ma tupu nke ahụ, anyị were oge tụlee ọnụọgụgụ iri atọ. Ìhè nke si n’akwụkwọ Ezikiel apụta abụghị naanị ọnụọgụgụ nnọchianya, ma ọ bara uru ka mmadụ buru ụzọ mara ụfọdụ n’ime ihe nnọchianya ọnụọgụgụ ndị ahụ nke ọma tupu amalite iweta ụfọdụ nghọta doro anya site n’etiti ọgba aghara ahụ.</w:t>
      </w:r>
    </w:p>
    <w:p>
      <w:pPr>
        <w:pStyle w:val="ArticleHeading"/>
        <w:jc w:val="left"/>
      </w:pPr>
      <w:r>
        <w:rPr>
          <w:rFonts w:ascii="Arial" w:hAnsi="Arial" w:eastAsia="Arial" w:cs="Arial"/>
        </w:rPr>
        <w:t>Iri na Asaa</w:t>
      </w:r>
    </w:p>
    <w:p>
      <w:pPr>
        <w:pStyle w:val="ArticleBody"/>
        <w:jc w:val="left"/>
      </w:pPr>
      <w:r>
        <w:rPr>
          <w:rFonts w:ascii="Times New Roman" w:hAnsi="Times New Roman" w:eastAsia="Times New Roman" w:cs="Times New Roman"/>
        </w:rPr>
        <w:t>Amụma atọ nke afọ narị abụọ na iri ise na-akọwapụta oge afọ iri na asaa nke na-amalite na njedebe nke akụkọ ihe mere eme nke nzukọ-nsọ nke Smaina. Site n’afọ 313 ruo n’afọ 330, afọ iri na asaa na-anọchite anya iguzobe onyinyo nke anụ ọhịa ahụ.</w:t>
      </w:r>
    </w:p>
    <w:p>
      <w:pPr>
        <w:pStyle w:val="ArticleBody"/>
        <w:jc w:val="left"/>
      </w:pPr>
      <w:r>
        <w:rPr>
          <w:rFonts w:ascii="Times New Roman" w:hAnsi="Times New Roman" w:eastAsia="Times New Roman" w:cs="Times New Roman"/>
        </w:rPr>
        <w:t>Afọ narị abụọ na iri ise ahụ nke malitere na 457 T.K. bịara na njedebe na 207 T.K., afọ asaa mgbe agha Raphia gasịrị, na afọ iri tupu agha Panium. Site na Raphia ruo Panium bụ afọ iri na asaa, ma nke a na-anọchi anya akụkọ ihe mere eme zoro ezo nke amaokwu nke iri anọ dịka e si kọwaa ya n’amaokwu nke iri na otu ruo nke iri na ise nke Daniel isi nke iri na otu.</w:t>
      </w:r>
    </w:p>
    <w:p>
      <w:pPr>
        <w:pStyle w:val="ArticleBody"/>
        <w:jc w:val="left"/>
      </w:pPr>
      <w:r>
        <w:rPr>
          <w:rFonts w:ascii="Times New Roman" w:hAnsi="Times New Roman" w:eastAsia="Times New Roman" w:cs="Times New Roman"/>
        </w:rPr>
        <w:t>Ptolemy IV Philopator (a makwaara ya dika Ptolemy IV) bụ onye ọchịchị ahụ nke meriri n’Agha Raphia n’afọ 217 T.K. Ọ chịrị dịka eze (na Fero) nke Ijipt Ptolemaic site n’afọ 221 T.K. ruo n’afọ 204 T.K.; ya mere, ọ chịrị afọ iri na asaa. Ọ malitere ọchịchị ya tupu Agha Raphia, ma ọ nwụrụ tupu Agha Panium.</w:t>
      </w:r>
    </w:p>
    <w:p>
      <w:pPr>
        <w:pStyle w:val="ArticleBody"/>
        <w:jc w:val="left"/>
      </w:pPr>
      <w:r>
        <w:rPr>
          <w:rFonts w:ascii="Times New Roman" w:hAnsi="Times New Roman" w:eastAsia="Times New Roman" w:cs="Times New Roman"/>
        </w:rPr>
        <w:t>Agha Raphia nke na-anọchi anya Agha Ukraine malitere n’afọ 2014 mgbe United States kpatara mgbanwe agba na Ukraine. Ptolemy nke anọ, eze nke ndịda, na-anọchi anya Vladimir Putin, onye malitere ọchịchị ya n’afọ 2000, bụ afọ tupu ịkàrà nke puku narị anọ na iri anọ na anọ amalite n’afọ 2001. Dị ka o mere n’ihe banyere Ptolemy, Putin malitere ịchị tupu agha Ukraine, nke agha Raphia malitere n’afọ 2014 na-anọchi anya ya. Tupu Panium, a ga-ewepụ Putin, dịka Ptolemy si bụrụ ihe atụ ya. Putin malitere ịchị n’afọ 2000, si otu a kwekọọ na mmalite oge ịkàrà nke malitere n’afọ na-esote ya, 2001. Afọ iri na asaa nke ihe nnọchianya, dịka Ptolemy siri nọchite anya ya, na-akọwa oge Putin ga-achị, ọ na-emekwa nke a n’oge ịkàrà.</w:t>
      </w:r>
    </w:p>
    <w:p>
      <w:pPr>
        <w:pStyle w:val="ArticleBody"/>
        <w:jc w:val="left"/>
      </w:pPr>
      <w:r>
        <w:rPr>
          <w:rFonts w:ascii="Times New Roman" w:hAnsi="Times New Roman" w:eastAsia="Times New Roman" w:cs="Times New Roman"/>
        </w:rPr>
        <w:t>Trump, nke njedebe nke afọ narị abụọ na iri ise ahụ nke malitere na 457 BC nọchiri anya ya, dị n’ime otu akụkọ ihe mere eme zoro ezo ahụ dịka Putin, bụ akụkọ ihe mere eme nke ogologo ya bụ afọ iri na asaa malite na agha Raphia. Dragọn ahụ (Putin) na onye amụma ụgha ahụ (Trump) dị n’ime akụkọ ihe mere eme zoro ezo ahụ. N’ime akụkọ ihe mere eme ahụ, anụ ọhịa ahụ, nke e gosiri dịka “ndị ohi nke ndị gị” nke na-anọchi anya ike papacy, dị na njedebe nke afọ iri na asaa ahụ site na Raphia ruo Panium.</w:t>
      </w:r>
    </w:p>
    <w:p>
      <w:pPr>
        <w:pStyle w:val="ArticleBody"/>
        <w:jc w:val="left"/>
      </w:pPr>
      <w:r>
        <w:rPr>
          <w:rFonts w:ascii="Times New Roman" w:hAnsi="Times New Roman" w:eastAsia="Times New Roman" w:cs="Times New Roman"/>
        </w:rPr>
        <w:t>Afọ 321 na-anọchite anya iwu ụbọchị Sọnde n’ime United States, ma 321 dị n’ime oge afọ iri na asaa sitere na Iwu Milan na 313 ruo n’ịkewa alaeze ukwu ahụ na 330.</w:t>
      </w:r>
    </w:p>
    <w:p>
      <w:pPr>
        <w:pStyle w:val="ArticleBody"/>
        <w:jc w:val="left"/>
      </w:pPr>
      <w:r>
        <w:rPr>
          <w:rFonts w:ascii="Times New Roman" w:hAnsi="Times New Roman" w:eastAsia="Times New Roman" w:cs="Times New Roman"/>
        </w:rPr>
        <w:t>Akụkọ ihe mere eme a na-anọchi anya ya site n’Ememme Ngabiga Ukwu Josaya, dịka a na-akpọ ya, na-amalite okirikiri Jubili nke iri na asaa nke ndị Juu. Site n’Ememme Ngabiga Josaya, nke bụ mgbake kasị ukwuu n’Agba Ochie, ruo October 22, na-anọchi anya akụkọ ihe mere eme nke ndị Millerite site n’August 11, 1840 ruo October 22, 1844; ma nke ka mkpa, ọ na-anọchi anya akụkọ ihe mere eme site na 9/11 ruo n’iwu Sọnde. Oge nke ịkachi akara nke otu narị puku iri anọ na anọ na-anọchi anya ya site n’okirikiri Jubili nke iri na asaa site n’oge Josaya ruo October 22. Iri na asaa bụ akara a na-ejikọta na ihe omume ndị bụ isi nke oge ịkachi akara ahụ, ma ọnụọgụ iri na asaa bụ ebe wiil Izikiel na-ezukọ.</w:t>
      </w:r>
    </w:p>
    <w:p>
      <w:pPr>
        <w:pStyle w:val="ArticleBody"/>
        <w:jc w:val="left"/>
      </w:pPr>
      <w:r>
        <w:rPr>
          <w:rFonts w:ascii="Times New Roman" w:hAnsi="Times New Roman" w:eastAsia="Times New Roman" w:cs="Times New Roman"/>
        </w:rPr>
        <w:t>N’akụkọ ihe mere eme zoro ezo nke amaokwu nke iri anọ nke Daniel, dịka e si gosi ya n’amaokwu nke iri ruo nke iri na ise nke otu isi ahụ, a na-ejikọta dragọn ahụ na ọnụọgụ “17” site n’oge ọchịchị Ptolemy. Akụkọ ihe mere eme sitere n’agha Raphia nke amaokwu nke iri na otu ruo n’agha Raphia nke amaokwu nke iri na ise bụ afọ “17”. Akụkọ ihe mere eme ahụ na-etinye Donald Trump n’etiti afọ iri na asaa ahụ e ji agha abụọ ahụ nọchite anya. A na-anọchi anya oyiyi nke anụ ọhịa ahụ, nke Trump kpụrụ ma guzobe na United States, site n’afọ “17” site na 313 ruo 330. N’amaokwu mbụ nke isi nke mbụ, Ezekiel nọ n’afọ nke iri atọ nke okirikiri Jubili nke “17”. Ị hụtụla nrọ na ọnụọgụ iri na asaa nọchiri anya otu n’ime wheel ndị ahụ Ezekiel hụrụ n’Ebe Kachasị Nsọ?</w:t>
      </w:r>
    </w:p>
    <w:p>
      <w:pPr>
        <w:pStyle w:val="ArticleBody"/>
        <w:jc w:val="left"/>
      </w:pPr>
      <w:r>
        <w:rPr>
          <w:rFonts w:ascii="Times New Roman" w:hAnsi="Times New Roman" w:eastAsia="Times New Roman" w:cs="Times New Roman"/>
        </w:rPr>
        <w:t>Ezikiel bụ ihe nnọchianya nke ndị ahụ n’oge a na-eme akara, bụ́ ndị site n’okwukwe abanyeworola n’ebe Kachasị Nsọ. Ha bụ ndị nchụàjà Pita.</w:t>
      </w:r>
    </w:p>
    <w:p>
      <w:pPr>
        <w:pStyle w:val="ArticleScripture"/>
        <w:jc w:val="left"/>
      </w:pPr>
      <w:r>
        <w:rPr>
          <w:rFonts w:ascii="Times New Roman" w:hAnsi="Times New Roman" w:eastAsia="Times New Roman" w:cs="Times New Roman"/>
        </w:rPr>
        <w:t>Unu onwe-unu kwa, dika nkume di ndu, ka a na-ewuli unu ka unu buru ulo ime mmuo, ndi nchụ-aja di nsọ, ka unu we n’achu aja ime mmuo, nke anabatara n’ihu Chineke site n’aka Jisus Kraist. 1 Pita 2:5.</w:t>
      </w:r>
    </w:p>
    <w:p>
      <w:pPr>
        <w:pStyle w:val="ArticleBody"/>
        <w:jc w:val="left"/>
      </w:pPr>
      <w:r>
        <w:rPr>
          <w:rFonts w:ascii="Times New Roman" w:hAnsi="Times New Roman" w:eastAsia="Times New Roman" w:cs="Times New Roman"/>
        </w:rPr>
        <w:t>E nyewo ha ozi ka ha wetara ndị bụbu ndị nke ọgbụgba ndụ Chineke ozi, ndị a na-agabiga n’oge ahụ, n’agbanyeghị na a dọrọ ha aka ná ntị tupu oge eruo na ndị bụbu ndị nke ọgbụgba ndụ Chineke agaghị ahụ ma ọ bụ nụ.</w:t>
      </w:r>
    </w:p>
    <w:p>
      <w:pPr>
        <w:pStyle w:val="ArticleScripture"/>
        <w:jc w:val="left"/>
      </w:pPr>
      <w:r>
        <w:rPr>
          <w:rFonts w:ascii="Times New Roman" w:hAnsi="Times New Roman" w:eastAsia="Times New Roman" w:cs="Times New Roman"/>
        </w:rPr>
        <w:t>Ọ si m, Nwa nke mmadụ, mee ka afọ gị rie, jupụtakwa eriri afọ gị n’akwụkwọ mpịakọta a nke m na-enye gị. Mgbe ahụ, m riri ya; ọ dịkwa m n’ọnụ dị ka mmanụ aṅụ n’ịtọ ụtọ ya. Ọ si m, Nwa nke mmadụ, gawa, jee n’ụlọ Izrel, were okwu m gwa ha. N’ihi na e zigaghị gị n’ebe ndị nwere okwu mba ọzọ na asụsụ siri ike nọ, kama n’ụlọ Izrel; ọ bụghịkwa n’ebe ọtụtụ ndị nwere okwu mba ọzọ na asụsụ siri ike nọ, ndị ị na-apụghị ịghọta okwu ha. N’ezie, a sị na m zigaara gị ha, ha gaara ege gị ntị. Ma ụlọ Izrel agaghị ege gị ntị; n’ihi na ha agaghị ege m ntị: n’ihi na ụlọ Izrel dum bụ ndị isi-ike na ndị obi-ike. Lee, emewo m ka ihu gị sie ike imegide ihu ha, meekwa ka ọkpọiso gị sie ike imegide ọkpọiso ha. Dị ka diamond nke siri ike karịa nkume ọku ka m meworo ọkpọiso gị: atụla ha egwu, ekwekwala ka ihu ha mee ka i daa mba, ọ bụ ezie na ha bụ ụlọ nnupụisi. Ezekiel 3:3–9.</w:t>
      </w:r>
    </w:p>
    <w:p>
      <w:pPr>
        <w:pStyle w:val="ArticleBody"/>
        <w:jc w:val="left"/>
      </w:pPr>
      <w:r>
        <w:rPr>
          <w:rFonts w:ascii="Times New Roman" w:hAnsi="Times New Roman" w:eastAsia="Times New Roman" w:cs="Times New Roman"/>
        </w:rPr>
        <w:t>A na-enye Ezikiel iwu ikwusa ozi nye ndị bụbu ndị ọgbụgba ndụ ahụ, ndị ndị Protestant nke akụkọ ihe mere eme Millerite na chọọchị Seventh-day Adventist nke Laodisia n’ụbọchị ikpeazụ nọchiri anya. Ọ bụrụ na ọ jụ ikwusa ozi ahụ, ọbara nke ndị a hapụrụ n’enweghị ịdọ aka ná ntị ga-adị n’isi ya.</w:t>
      </w:r>
    </w:p>
    <w:p>
      <w:pPr>
        <w:pStyle w:val="ArticleScripture"/>
        <w:jc w:val="left"/>
      </w:pPr>
      <w:r>
        <w:rPr>
          <w:rFonts w:ascii="Times New Roman" w:hAnsi="Times New Roman" w:eastAsia="Times New Roman" w:cs="Times New Roman"/>
        </w:rPr>
        <w:t>Nwa nke mmadụ, emewo m ka ị bụrụ onye nche nye ụlọ Izrel: ya mere nụrụ okwu si n’ọnụ m pụta, ma si n’aka m dọọ ha aka ná ntị. Mgbe m sịrị onye ajọ omume, Ị ga-anwụ n’ezie; ma ị dọghị ya aka ná ntị, ma ọ bụkwanụ kwuo iji dọọ onye ajọ omume aka ná ntị ka ọ si n’ụzọ ajọ ya laghachi, iji zọpụta ndụ ya; otu onye ajọ omume ahụ ga-anwụ n’ajọ omume ya; ma ọbara ya ka m ga-achọ n’aka gị. Ma ọ bụrụ na ị dọọ onye ajọ omume aka ná ntị, ma ọ laghachighị n’ajọ omume ya, ma ọ bụ n’ụzọ ajọ ya, ọ ga-anwụ n’ajọ omume ya; ma ị azọpụtala mkpụrụ obi gị. Ọzọkwa, mgbe onye ezi omume si n’ezi omume ya chigharia, ma mee ajọ omume, m tinyeekwa ihe ịsụ ngọngọ n’ihu ya, ọ ga-anwụ: n’ihi na ị dọghị ya aka ná ntị, ọ ga-anwụ na mmehie ya, a gaghịkwa echeta ezi omume ya ndị o mere; ma ọbara ya ka m ga-achọ n’aka gị. Otú ọ dị, ọ bụrụ na ị dọọ onye ezi omume aka ná ntị ka onye ezi omume ahụ ghara ime mmehie, ma ọ naghị eme mmehie, ọ ga-adị ndụ n’ezie, n’ihi na a dọrọ ya aka ná ntị; gị onwe gị kwa azọpụtala mkpụrụ obi gị. Ezikiel 3:17–21.</w:t>
      </w:r>
    </w:p>
    <w:p>
      <w:pPr>
        <w:pStyle w:val="ArticleBody"/>
        <w:jc w:val="left"/>
      </w:pPr>
      <w:r>
        <w:rPr>
          <w:rFonts w:ascii="Times New Roman" w:hAnsi="Times New Roman" w:eastAsia="Times New Roman" w:cs="Times New Roman"/>
        </w:rPr>
        <w:t>N’ime isi nke mbụ iri na otu nke Ezikiel, e gosiri ya mbibi Jerusalem, nke e ji ọhụụ ndị dị n’akụkụ osimiri Keba, n’ala dị larịị na na Jerusalem kọwaa. E nyere ya ọrụ ikwusa ịdọ aka ná ntị banyere ikpe na-abịanụ n’elu Jerusalem. Ozi ịdọ aka ná ntị banyere ikpe ahụ na-abịanụ n’elu Jerusalem bụ ịdọ aka ná ntị e nyere mbụ ụka Adventist Ụbọchị nke Asaa nke Laodisia. Ịdọ aka ná ntị ahụ na-akọwapụta ikpe na ịjụ ndị nke Chineke nọ na Jerusalem, ndị na-enweghị akara nke Chineke. Ịdọ aka ná ntị nke Ezikiel nọchiri anya ya n’ụdị amụma bụ ịdọ aka ná ntị banyere iwu Ụka ka e debe ụbọchị Sọnde nke na-abịa n’oge na-adịghị anya.</w:t>
      </w:r>
    </w:p>
    <w:p>
      <w:pPr>
        <w:pStyle w:val="ArticleBody"/>
        <w:jc w:val="left"/>
      </w:pPr>
      <w:r>
        <w:rPr>
          <w:rFonts w:ascii="Times New Roman" w:hAnsi="Times New Roman" w:eastAsia="Times New Roman" w:cs="Times New Roman"/>
        </w:rPr>
        <w:t>N’ime isi iri na otu mbụ ahụ ebe e kpughere eziokwu ndị a, e mere ka Ezikiel bụrụ onye ogbi, ọ naghịkwa ekwu okwu ma e wezụga mgbe Chineke meghere ọnụ ya kpọmkwem; nke a wee gara n’ihu ruo mgbe mbibi nke Jerusalem, mgbe ọ ga-ekwekwa ọzọ ikwu okwu.</w:t>
      </w:r>
    </w:p>
    <w:p>
      <w:pPr>
        <w:pStyle w:val="ArticleScripture"/>
        <w:jc w:val="left"/>
      </w:pPr>
      <w:r>
        <w:rPr>
          <w:rFonts w:ascii="Times New Roman" w:hAnsi="Times New Roman" w:eastAsia="Times New Roman" w:cs="Times New Roman"/>
        </w:rPr>
        <w:t>Mgbe ahụ, Mmụọ ahụ batara n’ime m, guzobe m n’ụkwụ m abụọ, gwa m okwu, sị m, Gaa, kpọchie onwe gị n’ime ụlọ gị. Ma gị onwe gị, nwa nke mmadụ, lee, ha ga-atụkwasị gị agbụ, were ha kee gị, ị gaghịkwa apụ n’etiti ha: M ga-emekwa ka ire gị rapara n’elu ọnụ gị, ka ị bụrụ onye ogbi, ghara ịbụkwa onye na-abara ha mba: n’ihi na ha bụ ụlọ nnupụisi. Ma mgbe m gwara gị okwu, M ga-emepe ọnụ gị, ị ga-asịkwa ha, Otu a ka Onyenwe anyị Chineke kwuru; onye na-anụ, ya nụ; onye jụkwara, ya jụ: n’ihi na ha bụ ụlọ nnupụisi. Ezikiel 3:24–27.</w:t>
      </w:r>
    </w:p>
    <w:p>
      <w:pPr>
        <w:pStyle w:val="ArticleBody"/>
        <w:jc w:val="left"/>
      </w:pPr>
      <w:r>
        <w:rPr>
          <w:rFonts w:ascii="Times New Roman" w:hAnsi="Times New Roman" w:eastAsia="Times New Roman" w:cs="Times New Roman"/>
        </w:rPr>
        <w:t>Mgbe Jerusalem dara, Ezikiel nwere ike ikwu okwu ọzọ.</w:t>
      </w:r>
    </w:p>
    <w:p>
      <w:pPr>
        <w:pStyle w:val="ArticleScripture"/>
        <w:jc w:val="left"/>
      </w:pPr>
      <w:r>
        <w:rPr>
          <w:rFonts w:ascii="Times New Roman" w:hAnsi="Times New Roman" w:eastAsia="Times New Roman" w:cs="Times New Roman"/>
        </w:rPr>
        <w:t>O wee ruo n’afọ nke iri na abụọ nke ndọta anyị n’agha, n’ọnwa nke iri, n’ụbọchị nke ise nke ọnwa ahụ, na otu onye gbapụrụ site na Jerusalem bịakwutere m, sị, E tigburu obodo ahụ. Ugbu a aka Onyenwe anyị dịkwasịrị m n’anyasị, tupu onye ahụ gbapụrụ bịaruo; O mepekwara ọnụ m ruo mgbe ọ bịakwutere m n’ụtụtụ; e mepere ọnụ m, ma abụghị mzi onye ogbi. Ezekiel 33:21, 22.</w:t>
      </w:r>
    </w:p>
    <w:p>
      <w:pPr>
        <w:pStyle w:val="ArticleBody"/>
        <w:jc w:val="left"/>
      </w:pPr>
      <w:r>
        <w:rPr>
          <w:rFonts w:ascii="Times New Roman" w:hAnsi="Times New Roman" w:eastAsia="Times New Roman" w:cs="Times New Roman"/>
        </w:rPr>
        <w:t>Ọdịda nke Jerusalem na-anọchite anya ọdịda nke ụka Seventh-day Adventist nke Laodisia n’ụbọchị ikpeazụ. Ọdịda ahụ na-eme n’oge ndị ahụ e mere akara n’elu ha na Jerusalem n’isi nke itoolu ka e mechara ebuli ha elu dịka ụka nke na-emeri emeri. A na-ewepụ ndị Laodisia nọ n’ime Jerusalem, a na-ebulikwa otu narị puku iri anọ na anọ puku elu ka alaeze nke ebube na-eguzobe. E gosipụtara alaeze ahụ nke ebube n’ụdị site n’iguzobe alaeze nke amara n’elu obe. Alaeze nke amara n’elu obe kwekọrọ na alaeze nke ebube n’oge iwu ụbọchị Sọnde, a na-etinyekwa alaeze abụọ ahụ n’usoro akụkọ ihe mere eme amụma nke dị n’akwụkwọ Ezekiel. Isi nke mbụ ruo nke iri na otu, mgbe a na-etinye Ezekiel n’ime ọnọdụ nke ebe nsọ, bụ banyere ime ka ụka Chineke dị ọcha ka ndị Ya na-agbanwe site n’ụka agha, nke a kọwara dịka nke e ji ọka wit na ahịhịa ọjọọ mejupụtara, banye n’ụka nke na-emeri emeri, nke e ji onyinye ọka wit nke Pentikọst mejupụtara.</w:t>
      </w:r>
    </w:p>
    <w:p>
      <w:pPr>
        <w:pStyle w:val="ArticleScripture"/>
        <w:jc w:val="left"/>
      </w:pPr>
      <w:r>
        <w:rPr>
          <w:rFonts w:ascii="Times New Roman" w:hAnsi="Times New Roman" w:eastAsia="Times New Roman" w:cs="Times New Roman"/>
        </w:rPr>
        <w:t>Ma gị onwe gị, onye isi Izrel rụrụ arụ, onye ajọ omume, onye ụbọchị ya bịaruteworị, mgbe ajọ omume ga-eru ọgwụgwụ, otu a ka Onye-nwe Chineke kwuru: Wepụ okpu eze, wepụkwa okpueze ahụ: ihe a agaghị adịkwa otu ọ dịbu: bulie onye dị ala, wedakwa onye dị elu. Aga m akwatu ya, akwatu ya, akwatu ya: ọ gaghị adịkwa ọzọ, ruo mgbe onye o kwesịrị ya ga-abịa; m ga-enye ya ya. Ezikiel 21:25–27.</w:t>
      </w:r>
    </w:p>
    <w:p>
      <w:pPr>
        <w:pStyle w:val="ArticleBody"/>
        <w:jc w:val="left"/>
      </w:pPr>
      <w:r>
        <w:rPr>
          <w:rFonts w:ascii="Times New Roman" w:hAnsi="Times New Roman" w:eastAsia="Times New Roman" w:cs="Times New Roman"/>
        </w:rPr>
        <w:t>Zedekaya bụ eze ikpeazụ nke Juda, ọ bụkwa ya bụ “onye-isi ajọ omume nke Izrel, onye ụbọchị ya abịala” a kpọrọ n’amaokwu ndị ahụ. Nebukadneza dị njikere ịnapụta Jerusalem, a ga-ewepụkwa okpueze Zedekaya site n’aka Babilọn, nke ndị Midia na ndị Peasia ga-akwatu; ndị Grik ga-akwatu ha n’aka nke ha; Rom ga-emesịa kwatuo ndị Grik. Nkpuatu nke atọ rutere na Rom, nke bụ akụkọ ihe mere eme mgbe Eze ahụ “onye ọ bụ ikike ya” ga-anata okpueze nke alaeze amara n’ịtọlite alaeze ahụ n’obe.</w:t>
      </w:r>
    </w:p>
    <w:p>
      <w:pPr>
        <w:pStyle w:val="ArticleScripture"/>
        <w:jc w:val="left"/>
      </w:pPr>
      <w:r>
        <w:rPr>
          <w:rFonts w:ascii="Times New Roman" w:hAnsi="Times New Roman" w:eastAsia="Times New Roman" w:cs="Times New Roman"/>
        </w:rPr>
        <w:t>“Nye ‘onye-isi ajọ omume nke emerụrụ emerụ’ ụbọchị nke ikpeazụ ịza ajụjụ abịawo. ‘Wepụ okpu eze nchụ-àjà ahụ,’ ka Onyenwe anyị nyere n’iwu, ‘werekwa okpueze ahụ pụọ.’ Ọ bụghị ruo mgbe Kraịst N’onwe Ya ga-eme ka alaeze Ya guzobe ka a ga-ekwe Juda ọzọ inwe eze. ‘Aga m atụgharị ya, atụgharị ya, atụgharị ya,’ ka iwu nsọ ahụ kwuru banyere ocheeze nke ụlọ Devid; ‘ma ọ gaghị adịkwa ọzọ, ruo mgbe Onye o kwesịrị ya ga-abịa; m ga-enyekwa Ya ya.’ Ezekiel 21:25–27.” Prophets and Kings, 451.</w:t>
      </w:r>
    </w:p>
    <w:p>
      <w:pPr>
        <w:pStyle w:val="ArticleBody"/>
        <w:jc w:val="left"/>
      </w:pPr>
      <w:r>
        <w:rPr>
          <w:rFonts w:ascii="Times New Roman" w:hAnsi="Times New Roman" w:eastAsia="Times New Roman" w:cs="Times New Roman"/>
        </w:rPr>
        <w:t>N’oge mmiri ozuzo ikpeazụ, nke malitere mgbe ikpe nke ndị dị ndụ malitere na 9/11, Kraịst na-eguzobe alaeze nke ebube Ya.</w:t>
      </w:r>
    </w:p>
    <w:p>
      <w:pPr>
        <w:pStyle w:val="ArticleScripture"/>
        <w:jc w:val="left"/>
      </w:pPr>
      <w:r>
        <w:rPr>
          <w:rFonts w:ascii="Times New Roman" w:hAnsi="Times New Roman" w:eastAsia="Times New Roman" w:cs="Times New Roman"/>
        </w:rPr>
        <w:t>“Mgbe ndị mmụọ ozi anọ ahụ hapụrụ, Kraịst ga-eguzobe alaeze Ya.” Spalding and Magan, 3.</w:t>
      </w:r>
    </w:p>
    <w:p>
      <w:pPr>
        <w:pStyle w:val="ArticleBody"/>
        <w:jc w:val="left"/>
      </w:pPr>
      <w:r>
        <w:rPr>
          <w:rFonts w:ascii="Times New Roman" w:hAnsi="Times New Roman" w:eastAsia="Times New Roman" w:cs="Times New Roman"/>
        </w:rPr>
        <w:t>Oge nkwadebe na-amalite na 9/11, ma n’oge iwu Sọnde gasịrị, a na-ebuli ugwu nsọ ahụ dị ebube elu karịa ugwu nta niile na ugwu ukwu niile.</w:t>
      </w:r>
    </w:p>
    <w:p>
      <w:pPr>
        <w:pStyle w:val="ArticleScripture"/>
        <w:jc w:val="left"/>
      </w:pPr>
      <w:r>
        <w:rPr>
          <w:rFonts w:ascii="Times New Roman" w:hAnsi="Times New Roman" w:eastAsia="Times New Roman" w:cs="Times New Roman"/>
        </w:rPr>
        <w:t>Okwu ahụ Aịzaịa nwa Emọz hụrụ banyere Juda na Jerusalem. Ọ ga-erukwa n’ụbọchị ikpeazụ, na a ga-eme ka ugwu ụlọ Onyenwe anyị guzosie ike n’elu ugwu niile, a ga-ebulikwa ya elu karịa ugwu nta niile; mba niile ga-asọbakwa na ya. Ọtụtụ ndị mmadụ ga-aga sị, Bịanụ, ka anyị rigoo n’ugwu Onyenwe anyị, n’ụlọ Chineke nke Jekọb; ọ ga-akụzikwara anyị ụzọ ya nile, anyị ga-ejekwa ije n’ụzọ ya: n’ihi na n’ime Zayọn ka iwu ga-esi pụta, na okwu Onyenwe anyị site na Jerusalem. Aịzaịa 2:1–3.</w:t>
      </w:r>
    </w:p>
    <w:p>
      <w:pPr>
        <w:pStyle w:val="ArticleBody"/>
        <w:jc w:val="left"/>
      </w:pPr>
      <w:r>
        <w:rPr>
          <w:rFonts w:ascii="Times New Roman" w:hAnsi="Times New Roman" w:eastAsia="Times New Roman" w:cs="Times New Roman"/>
        </w:rPr>
        <w:t>N’ụbọchị 9/11 a tọhapụrụ ifufe ndị ahụ ma emesịa e jide ha azụ, si otu a kpọọ akara mmalite nke iwulite alaeze ahụ nke Daniel abụọ, nke e ji nkume e si n’ugwu bepụ anya n’ihu gosipụta, bụ nke na-ejupụta ụwa nile.</w:t>
      </w:r>
    </w:p>
    <w:p>
      <w:pPr>
        <w:pStyle w:val="ArticleScripture"/>
        <w:jc w:val="left"/>
      </w:pPr>
      <w:r>
        <w:rPr>
          <w:rFonts w:ascii="Times New Roman" w:hAnsi="Times New Roman" w:eastAsia="Times New Roman" w:cs="Times New Roman"/>
        </w:rPr>
        <w:t>“E nyere ọhụụ a n’afọ 1847 mgbe naanị mmadụ ole na ole n’ime ụmụnna ndị Advent ka na-edebe Ụbọchị Izuike, ma n’ime ndị a kwa, ọ bụ nanị ole na ole ka chere na idebe ya dị oke mkpa nke ga-adọta ahịrị nkewa n’etiti ndị nke Chineke na ndị na-ekweghị ekwe. Ugbu a, amalitela ịhụ mmezu nke ọhụụ ahụ. ‘Mbido nke oge ahụ nke nsogbu,’ a kpọrọ aha ya ebe a, adịghị ezo aka n’oge ọrịa ndị ahụ ga-amalite ịwụsa, kama ọ na-ezo aka n’oge dị mkpirikpi tupu a wụsa ha, mgbe Kraịst ka nọ n’ebe nsọ ahụ. N’oge ahụ, ka ọrụ nzọpụta na-eru mmechi, nsogbu ga na-abịa n’elu ụwa, mba dị iche iche ga-ewekwa iwe, ma a ga-egbochi ha ka ha ghara igbochi ọrụ nke mmụọ ozi nke atọ. N’oge ahụ ka ‘mmiri ozuzo ikpeazụ ahụ,’ ma ọ bụ ume ọhụrụ sitere n’ihu Onyenwe anyị, ga-abịa, iji nye ike n’oké olu ahụ nke mmụọ ozi nke atọ, ma kwadebe ndị nsọ ka ha guzosie ike n’oge a ga-awụsa ọrịa asaa ikpeazụ ahụ.” Early Writings, 85.</w:t>
      </w:r>
    </w:p>
    <w:p>
      <w:pPr>
        <w:pStyle w:val="ArticleBody"/>
        <w:jc w:val="left"/>
      </w:pPr>
      <w:r>
        <w:rPr>
          <w:rFonts w:ascii="Times New Roman" w:hAnsi="Times New Roman" w:eastAsia="Times New Roman" w:cs="Times New Roman"/>
        </w:rPr>
        <w:t>Kraịst na-eguzobe alaeze Ya ebighị ebi n’oge mmiri ikpeazụ; alaeze Ya gụnyekwara alaeze nke amara nke e guzobere n’obe, nakwa alaeze nke ebube Ya n’oge iwu Sọnde. Zedekaịa ruo Babịlọn (alaeze nke mbụ), ruo Midia na Peasia (alaeze nke abụọ), ruo Gris (alaeze nke atọ), ma gaa n’ihu ruo Rom nke ndị na-ekpere arụsị (alaeze nke anọ), na-akọwapụta akụkọ ihe mere eme nke na-eduga n’alaeze nke amara. Akụkọ ihe mere eme ahụ na-akọwapụta usoro akụkọ ihe mere eme yiri ya site na Rom nke Pope (Babịlọn ime mmụọ, alaeze nke ise), ruo United States (Midia na Peasia ime mmụọ, alaeze nke isii), ruo United Nations (Gris ime mmụọ, alaeze nke asaa), ma gaa n’ihu ruo njikọ atọ ahụ nke dragọn ahụ, anụ ọhịa ahụ, na onye amụma ụgha ahụ, ndị ọnụ na-eru ọnụ mejupụtara Rom nke oge a (Rom ime mmụọ, alaeze nke asatọ nke si n’asaa ahụ pụta).</w:t>
      </w:r>
    </w:p>
    <w:p>
      <w:pPr>
        <w:pStyle w:val="ArticleBody"/>
        <w:jc w:val="left"/>
      </w:pPr>
      <w:r>
        <w:rPr>
          <w:rFonts w:ascii="Times New Roman" w:hAnsi="Times New Roman" w:eastAsia="Times New Roman" w:cs="Times New Roman"/>
        </w:rPr>
        <w:t>Mmeri nke alaeze ahụ n’ime Daniel abụọ ka e ji nkume nọchite anya ya, ndị kwesịrị ntụkwasị obi nke Chineke bụkwa nkume n’ụlọ nsọ ahụ.</w:t>
      </w:r>
    </w:p>
    <w:p>
      <w:pPr>
        <w:pStyle w:val="ArticleScripture"/>
        <w:jc w:val="left"/>
      </w:pPr>
      <w:r>
        <w:rPr>
          <w:rFonts w:ascii="Times New Roman" w:hAnsi="Times New Roman" w:eastAsia="Times New Roman" w:cs="Times New Roman"/>
        </w:rPr>
        <w:t>Unu onwe-unu kwa, dika nkume di ndu, a na-ewuli unu elu ibu ulo nke Muo, ubu-nchu-aja di nso, ka unu were chua aja nile nke Muo, nke Chineke nānara site n’aka Jisus Kraist. 1 Pita 2:5.</w:t>
      </w:r>
    </w:p>
    <w:p>
      <w:pPr>
        <w:pStyle w:val="ArticleBody"/>
        <w:jc w:val="left"/>
      </w:pPr>
      <w:r>
        <w:rPr>
          <w:rFonts w:ascii="Times New Roman" w:hAnsi="Times New Roman" w:eastAsia="Times New Roman" w:cs="Times New Roman"/>
        </w:rPr>
        <w:t>Nke ahụ ebighị ebi na-emeri alaeze niile nke ụwa ma jupụta ụwa dum. N’Ezikiel isi nke iri anọ ruo na njedebe nke akwụkwọ ya, e ji otu alaeze ahụ kọwaa ya dịka ụlọ nsọ nke na-eji mmiri nke ndụ jupụta ụwa.</w:t>
      </w:r>
    </w:p>
    <w:p>
      <w:pPr>
        <w:pStyle w:val="ArticleBody"/>
        <w:jc w:val="left"/>
      </w:pPr>
      <w:r>
        <w:rPr>
          <w:rFonts w:ascii="Times New Roman" w:hAnsi="Times New Roman" w:eastAsia="Times New Roman" w:cs="Times New Roman"/>
        </w:rPr>
        <w:t>Anyị ga-aga n’ihu n’ihe ndị a n’isiokwu na-esote.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Akụkọ Nzuzo nke Amaokwu Nke Iri Anọ — Ọnụọgụ Nke Iri Abụọ na Atọ</dc:title>
  <dc:subject>Nọmba Anọ nke Ezikiel</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