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Ihe Mere E Zoro Ezo nke Amaokwu Nke Iri Anọ — Ọnụ Ọgụgụ Nke Iri Abụọ na Anọ</w:t>
      </w:r>
    </w:p>
    <w:p>
      <w:pPr>
        <w:pStyle w:val="ArticleSubtitle"/>
        <w:jc w:val="left"/>
      </w:pPr>
      <w:r>
        <w:rPr>
          <w:rFonts w:ascii="Arial" w:hAnsi="Arial" w:eastAsia="Arial" w:cs="Arial"/>
        </w:rPr>
        <w:t>Izikiel Nọmba Ise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N’akụkụ a sitere na Testimonies, mpịakọta nke ise, nke anyị na-atụle ugbu a kemgbe edemede ole na ole gara aga; a gwara anyị banyere ọhụụ nke ụlọ nsọ e nyere Ezikiel, Aịsaịa na Jọn:</w:t>
      </w:r>
    </w:p>
    <w:p>
      <w:pPr>
        <w:pStyle w:val="ArticleScripture"/>
        <w:jc w:val="left"/>
      </w:pPr>
      <w:r>
        <w:rPr>
          <w:rFonts w:ascii="Times New Roman" w:hAnsi="Times New Roman" w:eastAsia="Times New Roman" w:cs="Times New Roman"/>
        </w:rPr>
        <w:t>“Nkuzi ndị a bụ maka uru anyị. Anyị kwesịrị ịtụkwasị okwukwe anyị n’ebe Chineke nọ, n’ihi na e nwere oge dị nnọọ n’ihu anyị nke ga-anwale mkpụrụ obi mmadụ. Kraịst, n’elu Ugwu Oliv, kọwara ọzọ ikpe ndị ahụ na-atụ egwu nke ga-ebute ọbịbịa nke ugboro abụọ Ya: ‘Unu ga-anụ agha na asịrị agha.’ ‘Mba ga-ebili imegide mba, alaeze ga-ebilikwa imegide alaeze: a ga-enwekwa ụnwụ, na ọrịa otiti, na ala ọma jijiji, n’ebe dị iche iche. Ihe ndị a niile bụ mmalite ihe mgbu.’ Ọ bụ ezie na amụma ndị a nwetara mmezu n’akụkụ ụfọdụ n’oge mbibi Jerusalem, ha metụtara ụbọchị ikpeazụ n’ụzọ kpọmkwem karị.”</w:t>
      </w:r>
    </w:p>
    <w:p>
      <w:pPr>
        <w:pStyle w:val="ArticleHeading"/>
        <w:jc w:val="left"/>
      </w:pPr>
      <w:r>
        <w:rPr>
          <w:rFonts w:ascii="Arial" w:hAnsi="Arial" w:eastAsia="Arial" w:cs="Arial"/>
        </w:rPr>
        <w:t>Nke Itoolu nke Av</w:t>
      </w:r>
    </w:p>
    <w:p>
      <w:pPr>
        <w:pStyle w:val="ArticleBody"/>
        <w:jc w:val="left"/>
      </w:pPr>
      <w:r>
        <w:rPr>
          <w:rFonts w:ascii="Times New Roman" w:hAnsi="Times New Roman" w:eastAsia="Times New Roman" w:cs="Times New Roman"/>
        </w:rPr>
        <w:t>Tisha B’Av, nke pụtara “Ụbọchị nke Itoolu nke Av” n’asụsụ Hibru, bụ ụbọchị ndị Juu ji echeta mbibi nke Ụlọ Nsọ Mbụ site n’aka ndị Babilọn n’afọ 586 T.K., na nke Ụlọ Nsọ nke Abụọ site n’aka Taịtọs n’afọ 70. Mbibi abụọ ahụ mere n’otu ụbọchị ahụ n’akara ụbọchị kalenda—ụbọchị nke 9 nke ọnwa Hibru a na-akpọ Av (nke na-adakarị n’ọnwa Julaị ma ọ bụ Ọgọọst n’akara ụbọchị Gregorian). Mgbe Sister White jikọtara mbibi nke Jerusalem na “oge ahụ nke ga-anwale mkpụrụ obi mmadụ” n’ụbọchị ikpeazụ, ọ na-akọwa mbibi abụọ nke ha abụọ na-egosi iwu ụbọchị Sọnde nke na-abịa n’oge na-adịghị anya.</w:t>
      </w:r>
    </w:p>
    <w:p>
      <w:pPr>
        <w:pStyle w:val="ArticleBody"/>
        <w:jc w:val="left"/>
      </w:pPr>
      <w:r>
        <w:rPr>
          <w:rFonts w:ascii="Times New Roman" w:hAnsi="Times New Roman" w:eastAsia="Times New Roman" w:cs="Times New Roman"/>
        </w:rPr>
        <w:t>Amaokwu nke iri na isii nke Daniel iri na otu na-anọchi anya iwu Sọnde ahụ, ma kwekọọ na amaokwu nke iri anọ na otu. N’akwụkwọ Ezikiel, a na-eji mbibi nke Jerusalem gosi nkewa nke ụmụ agbọghọ amamihe na ndị nzuzu n’oge iwu Sọnde ahụ. Ezikiel bụ onye a dọtara n’agha n’ala Babilọn mgbe e buliri ya n’ụzọ ọrụ ebube gaa Jerusalem ka ọ hụ nkewa ahụ kpọmkwem n’isi nke asatọ ruo iri na otu.</w:t>
      </w:r>
    </w:p>
    <w:p>
      <w:pPr>
        <w:pStyle w:val="ArticleScripture"/>
        <w:jc w:val="left"/>
      </w:pPr>
      <w:r>
        <w:rPr>
          <w:rFonts w:ascii="Times New Roman" w:hAnsi="Times New Roman" w:eastAsia="Times New Roman" w:cs="Times New Roman"/>
        </w:rPr>
        <w:t>O wee ruo n’afọ nke isii, n’ọnwa nke isii, n’ụbọchị nke ise nke ọnwa ahụ, ka m nọ ọdụ n’ụlọ m, ndị okenye Juda nọkwa ọdụ n’ihu m, na aka Onyenweanyị Chineke dakwasịrị m n’ebe ahụ. M wee lee anya, ma, le, oyiyi dị ka ọdịdị ọkụ: site n’ọdịdị ukwu ya gaa n’ala, ọkụ; sitekwa n’ukwu ya gaa n’elu, dị ka ọdịdị ìhè, dịka ụcha amba. O wee setịpụ ọdịdị aka, jide m n’otu agịga isi m; Mmụọ wee bulie m elu n’etiti ụwa na eluigwe, wee kpọbata m na Jerusalem n’ọhụụ nile nke Chineke, ruo n’ọnụ ụzọ ámá ime nke na-eche ihu n’ebe ugwu; ebe oche oyiyi ekworo ahụ dị, nke na-akpalite ekworo. Ezikiel 8:1–3.</w:t>
      </w:r>
    </w:p>
    <w:p>
      <w:pPr>
        <w:pStyle w:val="ArticleBody"/>
        <w:jc w:val="left"/>
      </w:pPr>
      <w:r>
        <w:rPr>
          <w:rFonts w:ascii="Times New Roman" w:hAnsi="Times New Roman" w:eastAsia="Times New Roman" w:cs="Times New Roman"/>
        </w:rPr>
        <w:t>Isi anọ nke isi nke asatọ ruo nke iri na otu bụ nkọwa banyere nkewa ahụ, ma Nwanyị White, mgbe ọ na-ekwu maka Ezikiel itoolu, ọ bụghị naanị na ọ na-akọwa na ọ bụ otu ịka-akara ahụ dị ka nke Mkpughe isi nke asaa, kama kwa na Jerusalem na-anọchi anya ụka Seventh-day Adventist nke Laodisia n’ụbọchị ikpeazụ.</w:t>
      </w:r>
    </w:p>
    <w:p>
      <w:pPr>
        <w:pStyle w:val="ArticleScripture"/>
        <w:jc w:val="left"/>
      </w:pPr>
      <w:r>
        <w:rPr>
          <w:rFonts w:ascii="Times New Roman" w:hAnsi="Times New Roman" w:eastAsia="Times New Roman" w:cs="Times New Roman"/>
        </w:rPr>
        <w:t>“Ndị òtù ahụ ndị na-adịghị enwe mwute n’ihi ndọda ime mmụọ nke onwe ha, ma ọ bụ kwa ndị na-adịghị akwa ákwá n’ihi mmehie nke ndị ọzọ, ka a ga-ahapụ n’enweghị akara nke Chineke. Onye-nwe na-enye ndị ozi Ya, ndị ikom ji ngwá agha igbummadu n’aka ha, iwu, sị: ‘Gaanụ n’azụ ya gafee obodo ahụ, tigbuanụ: ka anya unu ghara ịhapụ, ka unu ghara inwekwa ọmịiko: gbuchaanụ kpamkpam ndị agadi na ndị ntorobịa, ma ụmụ agbọghọ, na ụmụntakịrị, na ndị inyom: ma unu abịakụla nso n’ebe nwoke ọbụla nọ nke akara ahụ dị n’ahụ ya; malitekwa n’ebe nsọ M. Mgbe ahụ, ha malitere n’ebe ndị agadi ahụ nọ ndị nọ n’ihu ụlọ ahụ.’”</w:t>
      </w:r>
    </w:p>
    <w:p>
      <w:pPr>
        <w:pStyle w:val="ArticleScripture"/>
        <w:jc w:val="left"/>
      </w:pPr>
      <w:r>
        <w:rPr>
          <w:rFonts w:ascii="Times New Roman" w:hAnsi="Times New Roman" w:eastAsia="Times New Roman" w:cs="Times New Roman"/>
        </w:rPr>
        <w:t>“N'ebe a anyị na-ahụ na chọọchị—ebe nsọ nke Onyenwe anyị—bụ nke mbụ nwetara iti ahụ nke iwe Chineke. Ndị ikom ochie ahụ, bụ́ ndị Chineke nyere nnukwu ìhè, ndị guzokwa dị ka ndị nche nke ọdịmma ime mmụọ nke ndị mmadụ, aghọgbula ntụkwasị obi e nyere ha. Ha ewerewo ọnọdụ na ọ dịghị mkpa ka anyị na-atụ anya ọrụ ebube na ngosipụta pụtara ìhè nke ike Chineke dị ka n’ụbọchị ndị gara aga. Oge agbanweela. Okwu ndị a na-eme ka ekweghị ekwe ha sie ike, ha wee na-asị: Onyenwe anyị agaghị eme ezi ihe, Ọ gaghịkwa eme ihe ọjọọ. Ọ juputara n’ebere nke ukwuu nke na Ọ gaghị eleta ndị Ya na ikpe. N’otu a, ‘Udo na nchekwa’ bụ mkpu si n’ọnụ ndị ikom ndị na-agaghị emekwa ọzọ welie olu ha elu dịka opi igosi ndị Chineke mmehie ha na ụlọ Jekọb mmehie ha. Nkịta ndị a dara ogbi nke na-adịghị akwa ákwá bụ ndị ahụ na-anata mmegwara ziri ezi nke Chineke e kpasuru iwe. Ndị ikom, ụmụ agbọghọ, na ụmụntakịrị niile na-ala n’iyi ọnụ.”</w:t>
      </w:r>
    </w:p>
    <w:p>
      <w:pPr>
        <w:pStyle w:val="ArticleScripture"/>
        <w:jc w:val="left"/>
      </w:pPr>
      <w:r>
        <w:rPr>
          <w:rFonts w:ascii="Times New Roman" w:hAnsi="Times New Roman" w:eastAsia="Times New Roman" w:cs="Times New Roman"/>
        </w:rPr>
        <w:t>“Ihe-árú nile ndị ndị kwesị ntụkwasị obi na-asụ ude ma na-eti mkpu n’ihi ha bụ naanị ihe anya mmadụ nwere oke pụrụ ịmata, ma mmehie ndị kasị njọ n’ebe dị anya, ndị kpaliri ekworo nke Chineke dị ọcha ma dị nsọ, ka e kpughebeghị. Onye ukwu ahụ na-enyocha obi maara mmehie ọ bụla ndị na-arụ ajọ omume mere n’ime nzuzo. Ndị a na-amalite inwe mmetụta nke nchekwa n’ime aghụghọ ha, ma n’ihi ntachi-obi Ya, ha na-ekwu na Onyenwe anyị ahụghị, wee meekwa dị ka a ga-asị na Ọ hapụwo ụwa. Ma Ọ ga-achọpụta ihu abụọ ha, Ọ ga-emeghekwa n’ihu ndị ọzọ mmehie ndị ahụ ha lekọtara anya nke ukwuu izo.”</w:t>
      </w:r>
    </w:p>
    <w:p>
      <w:pPr>
        <w:pStyle w:val="ArticleScripture"/>
        <w:jc w:val="left"/>
      </w:pPr>
      <w:r>
        <w:rPr>
          <w:rFonts w:ascii="Times New Roman" w:hAnsi="Times New Roman" w:eastAsia="Times New Roman" w:cs="Times New Roman"/>
        </w:rPr>
        <w:t>“Ọ dịghị ịdị elu n’ọkwa, ma ọ bụ nsọpụrụ, ma ọ bụ amamihe nke ụwa, ọ dịghịkwa ọnọdụ ọ bụla n’ọrụ dị nsọ, ga-echebe mmadụ ka ọ ghara ịtụ ụkpụrụ n’àjà mgbe a hapụrụ ya n’aka obi aghụghọ nke ya. Ndị e lere anya dị ka ndị kwesiri ekwesi na ndị ezi omume na-egosi na ha bụ ndị ndu n’ndapụ n’ezi okwukwe, bụrụkwa ihe atụ n’ileghara anya na n’iji ebere Chineke eme ihe n’ụzọ ọjọọ. Ọ gaghị anagide ụzọ ọjọọ ha ọzọ, ma n’iwe Ya Ọ na-emeso ha enweghị ebere.</w:t>
      </w:r>
    </w:p>
    <w:p>
      <w:pPr>
        <w:pStyle w:val="ArticleScripture"/>
        <w:jc w:val="left"/>
      </w:pPr>
      <w:r>
        <w:rPr>
          <w:rFonts w:ascii="Times New Roman" w:hAnsi="Times New Roman" w:eastAsia="Times New Roman" w:cs="Times New Roman"/>
        </w:rPr>
        <w:t>“Ọ bụ n’ịla azụ ka Onyenwe anyị na-ewepụ ọnụnọ Ya n’ebe ndị ahụ nọ ndị e gọziri site n’ìhè dị ukwuu ma bụrụkwa ndị nwetara ike nke okwu ahụ n’ọrụ ịkesa ya nye ndị ọzọ. Otu mgbe ha bụ ndị-ozi Ya kwesịrị ntụkwasị obi, ndị e nyere amara nke ọnụnọ Ya na nduzi Ya; ma ha si n’ebe Ya nọ pụọ, durukwa ndị ọzọ banye n’ụgha, ya mere a kpọbatara ha n’okpuru iwe Chineke.” Testimonies, volume 5, 211, 212.</w:t>
      </w:r>
    </w:p>
    <w:p>
      <w:pPr>
        <w:pStyle w:val="ArticleBody"/>
        <w:jc w:val="left"/>
      </w:pPr>
      <w:r>
        <w:rPr>
          <w:rFonts w:ascii="Times New Roman" w:hAnsi="Times New Roman" w:eastAsia="Times New Roman" w:cs="Times New Roman"/>
        </w:rPr>
        <w:t>Akwụkwọ Ezekiel dum dị n’ime onodu mbibi Jerusalem. N’ịgba-ama Ezekiel, a kapịrị akara nke ọma banyere nnọchibido Nebukadneza nke dị otu afọ na ọkara, ma “itinye ya n’ọrụ n'ụzọ kpọmkwem karị” nke ịdọ aka ná ntị Jisọs dị na Matiu isi nke iri abụọ na anọ bụ n’ụbọchị ikpeazụ. N’akwụkwọ Ezekiel, a hụrụ ahịrị eziokwu ahụ n’isi nke iri abụọ na anọ.</w:t>
      </w:r>
    </w:p>
    <w:p>
      <w:pPr>
        <w:pStyle w:val="ArticleHeading"/>
        <w:jc w:val="left"/>
      </w:pPr>
      <w:r>
        <w:rPr>
          <w:rFonts w:ascii="Arial" w:hAnsi="Arial" w:eastAsia="Arial" w:cs="Arial"/>
        </w:rPr>
        <w:t>Jenụwarị 15, 588 T.K.</w:t>
      </w:r>
    </w:p>
    <w:p>
      <w:pPr>
        <w:pStyle w:val="ArticleScripture"/>
        <w:jc w:val="left"/>
      </w:pPr>
      <w:r>
        <w:rPr>
          <w:rFonts w:ascii="Times New Roman" w:hAnsi="Times New Roman" w:eastAsia="Times New Roman" w:cs="Times New Roman"/>
        </w:rPr>
        <w:t>Ọzọkwa, n’afọ nke itoolu, n’ọnwa nke iri, n’ụbọchị nke iri nke ọnwa ahụ, okwu nke Onyenwe anyị bịakwutere m, sị, Nwa nke mmadụ, deere onwe gị aha ụbọchị a, ọbụna nke ụbọchị a n’onwe ya: eze Babilọn bịara ịlụso Jerusalem ọgụ n’ụbọchị a n’onwe ya. Ezikiel 24:1, 2.</w:t>
      </w:r>
    </w:p>
    <w:p>
      <w:pPr>
        <w:pStyle w:val="ArticleBody"/>
        <w:jc w:val="left"/>
      </w:pPr>
      <w:r>
        <w:rPr>
          <w:rFonts w:ascii="Times New Roman" w:hAnsi="Times New Roman" w:eastAsia="Times New Roman" w:cs="Times New Roman"/>
        </w:rPr>
        <w:t>N’ụbọchị a, nke e guzoberekwa site n’aka ndị àmà ndị ọzọ nke Akwụkwọ Nsọ, nnọchibido nke ọnwa iri na asatọ malitere. Okwu nke Onyenwe anyị nke bịakwutere Ezikiel n’ụbọchị ahụ bụ ilu banyere obodo ọbara, nke e ji ite na-esi esi nke ọkụ ukwu sochiri kọwaa ya. Ilu ahụ n’ụzọ doro anya na-anọchi anya ikpe a ga-ekpe Jerusalem, e wee soro ya n’isiakwụkwọ ahụ kwa, site n’ịla nwunye Ezikiel n’izuike n’ihi ọrịa mberede, dị ka ihe nnọchianya na nnọchibido ahụ nke ga-emecha bibie ebe nsọ ahụ amalitelarị.</w:t>
      </w:r>
    </w:p>
    <w:p>
      <w:pPr>
        <w:pStyle w:val="ArticleScripture"/>
        <w:jc w:val="left"/>
      </w:pPr>
      <w:r>
        <w:rPr>
          <w:rFonts w:ascii="Times New Roman" w:hAnsi="Times New Roman" w:eastAsia="Times New Roman" w:cs="Times New Roman"/>
        </w:rPr>
        <w:t>Okwu nke Onyenwe anyị bịakwutere m ọzọ, sị, Nwa nke mmadụ, lee, ana m eji otù ntiwapụ napụ gị ihe agụụ anya gị; ma ị gaghị eru uju, ị gaghịkwa akwa ákwá, anya mmiri gị agaghịkwa asọpụta. Zere ikwa ákwá, emela iru uju maka onye nwụrụ anwụ, kee ihe mkpuchi isi gị n’isi, yikwasịkwa akpụkpọ ụkwụ gị n’ụkwụ, ekpuchila egbugbere ọnụ gị, erikwala achịcha nke mmadụ. Ya mere, agwara m ndị mmadụ okwu ahụ n’ụtụtụ; ma n’anyasị nwunye m nwụrụ; emekwara m n’ụtụtụ dịka e nyere m iwu. Ezikiel 24:15–18.</w:t>
      </w:r>
    </w:p>
    <w:p>
      <w:pPr>
        <w:pStyle w:val="ArticleBody"/>
        <w:jc w:val="left"/>
      </w:pPr>
      <w:r>
        <w:rPr>
          <w:rFonts w:ascii="Times New Roman" w:hAnsi="Times New Roman" w:eastAsia="Times New Roman" w:cs="Times New Roman"/>
        </w:rPr>
        <w:t>Mgbe ahụ, ndị gbara Ịzikiel gburugburu jụrụ ya ihe ilu ahụ na ọnwụ nwunye ya pụtara.</w:t>
      </w:r>
    </w:p>
    <w:p>
      <w:pPr>
        <w:pStyle w:val="ArticleScripture"/>
        <w:jc w:val="left"/>
      </w:pPr>
      <w:r>
        <w:rPr>
          <w:rFonts w:ascii="Times New Roman" w:hAnsi="Times New Roman" w:eastAsia="Times New Roman" w:cs="Times New Roman"/>
        </w:rPr>
        <w:t>Ndị mmadụ wee sị m, Ị gaghị agwa anyị ihe ihe ndị a bụ n’ebe anyị nọ, ebe ị na-eme otu a? Mgbe ahụ, azara m ha, Okwu nke Onyenwe anyị bịakwutere m, sị, Gwa ụlọ Izrel, Otu a ka Onye-nwe Jehova kwuru; Lee, aga m emerụ ebe nsọ m, ọmarịcha ike unu, ihe anya unu na-achọsi ike, na ihe mkpụrụ obi unu na-enwe ọmịiko n’ebe ọ dị; ụmụ unu ndị ikom na ụmụ unu ndị inyom ndị unu hapụrụ ga-ada site na mma agha. Ezekiel 24:19–21.</w:t>
      </w:r>
    </w:p>
    <w:p>
      <w:pPr>
        <w:pStyle w:val="ArticleBody"/>
        <w:jc w:val="left"/>
      </w:pPr>
      <w:r>
        <w:rPr>
          <w:rFonts w:ascii="Times New Roman" w:hAnsi="Times New Roman" w:eastAsia="Times New Roman" w:cs="Times New Roman"/>
        </w:rPr>
        <w:t>A na-akpọ ma nwunye Ezikiel ma ebe nsọ ahụ “ihe anya gị na-achọsi ike” n’akụkụ Akwụkwọ Nsọ a. Ndị na-amụ akụkọ ihe mere eme nke Akwụkwọ Nsọ na-egosi na nnọchibido ahụ diri ọnwa iri na asatọ, ebe nnọchibido nke Sestiọs na Taịtọs diri afọ anọ, site n’afọ 66 ruo n’afọ 70. Ịgụ oge ahụ nke ọma site na nnọchibido mbụ nke Sestiọs ruo n’mbibi ahụ bụ afọ atọ na ọkara, ma mgbe etinyere “inclusive reckoning,” nke bụ usoro ịgụ a na-ejikarịkarị eme ihe n’Akwụkwọ Nsọ, ọ bụrụ afọ anọ. Ịmara na ụzọ ịgụ abụọ ahụ ziri ezi na-enye anyị ohere ịhụ ma afọ atọ na ọkara site n’aka Sestiọs ruo n’aka Taịtọs, ma kwa afọ anọ.</w:t>
      </w:r>
    </w:p>
    <w:p>
      <w:pPr>
        <w:pStyle w:val="ArticleBody"/>
        <w:jc w:val="left"/>
      </w:pPr>
      <w:r>
        <w:rPr>
          <w:rFonts w:ascii="Times New Roman" w:hAnsi="Times New Roman" w:eastAsia="Times New Roman" w:cs="Times New Roman"/>
        </w:rPr>
        <w:t>Anyị nwere àmà abụọ banyere iwu Ụka n’ụbọchị Sọnde n’ime mbibi abụọ nke Jerusalem, a ga-etinyekwa nkọwa nke akụkọ abụọ ahụ n’iwu Sọnde na-abịa n’oge na-adịghị anya—ebe a na-agbọpụta Laodisia n’ọnụ Onyenwe anyị. A na-akara mmalite nke nnọchibido Nebukadneza site n’ọnwụ nwunye Ezikiel. N’ọnwụ ya, e nyere Ezikiel iwu ka ọ ghara iru uju n’ihu ọha, n’ihi na ọ bụ ihe-iriba-ama nke ndị Juu a na-ebuga n’agha n’ịdọkpụ n’agha.</w:t>
      </w:r>
    </w:p>
    <w:p>
      <w:pPr>
        <w:pStyle w:val="ArticleBody"/>
        <w:jc w:val="left"/>
      </w:pPr>
      <w:r>
        <w:rPr>
          <w:rFonts w:ascii="Times New Roman" w:hAnsi="Times New Roman" w:eastAsia="Times New Roman" w:cs="Times New Roman"/>
        </w:rPr>
        <w:t>A na-akara mmalite nke oge afọ anọ ahụ, site n’afọ 66 ruo 70, site n’akara nke arụ arụ nke mbibi, nke bụ akara e nyere Ndị Kraịst nọ na Jerusalem ka ha gbapụ.</w:t>
      </w:r>
    </w:p>
    <w:p>
      <w:pPr>
        <w:pStyle w:val="ArticleScripture"/>
        <w:jc w:val="left"/>
      </w:pPr>
      <w:r>
        <w:rPr>
          <w:rFonts w:ascii="Times New Roman" w:hAnsi="Times New Roman" w:eastAsia="Times New Roman" w:cs="Times New Roman"/>
        </w:rPr>
        <w:t>Ya mere, mgbe unu ga-ahụ ihe arụ nke mbibi ahụ, nke Daniel onye amụma kwuru okwu ya, ka ọ na-eguzo n’ebe nsọ, (onye na-agụ ya, ya ghọta:) mgbe ahụ, ka ndị nọ na Judia gbaga n’ugwu. Matiu 24:15,16.</w:t>
      </w:r>
    </w:p>
    <w:p>
      <w:pPr>
        <w:pStyle w:val="ArticleBody"/>
        <w:jc w:val="left"/>
      </w:pPr>
      <w:r>
        <w:rPr>
          <w:rFonts w:ascii="Times New Roman" w:hAnsi="Times New Roman" w:eastAsia="Times New Roman" w:cs="Times New Roman"/>
        </w:rPr>
        <w:t>Ibi agha mgbochi obodo abụọ nke na-adaba nke ọma n’otu ahịrị, ma agha mgbochi obodo abụọ ahụ nwekwara “ihe ịrịba ama” n’mmalite nke agha mgbochi obodo ahụ. Mgbe Ezikiel kọwara ihe ọnwụ nwunye ya pụtara na ihe kpatara na o meghị iru uju n’akụkụ ya, ọ kọwara ya ma dekọọkwa, kwuru:</w:t>
      </w:r>
    </w:p>
    <w:p>
      <w:pPr>
        <w:pStyle w:val="ArticleScripture"/>
        <w:jc w:val="left"/>
      </w:pPr>
      <w:r>
        <w:rPr>
          <w:rFonts w:ascii="Times New Roman" w:hAnsi="Times New Roman" w:eastAsia="Times New Roman" w:cs="Times New Roman"/>
        </w:rPr>
        <w:t>Ya mere, Ịzikiel bụụrụ unu ihe ịrịba ama: dịka ihe niile o mere si dị, otu a ka unu ga-eme: ma mgbe nke a bịara, unu ga-ama na Abụ m Onyenweanyị Jehova. Ịzikiel 24:24.</w:t>
      </w:r>
    </w:p>
    <w:p>
      <w:pPr>
        <w:pStyle w:val="ArticleBody"/>
        <w:jc w:val="left"/>
      </w:pPr>
      <w:r>
        <w:rPr>
          <w:rFonts w:ascii="Times New Roman" w:hAnsi="Times New Roman" w:eastAsia="Times New Roman" w:cs="Times New Roman"/>
        </w:rPr>
        <w:t>Ihe ịrịba ama nke ọnwụ nwunye Ezikiel bụ njirimara nke mbibi na-abịa n’oge na-adịghị anya nke Jerusalem na ụlọ nsọ ahụ, na ndọrọ n’agha sochirinụ n’ime Babilọn. Ihe ịrịba ama nke arụ arụrụala nke mbibi, nke Daniel kwuru maka ya, bụ ịdọ aka ná ntị ka a gbanahụ mbibi ahụ, ma mwakpo nnọchibido ha abụọ nwere ihe ịrịba ama n’mmalite.</w:t>
      </w:r>
    </w:p>
    <w:p>
      <w:pPr>
        <w:pStyle w:val="ArticleBody"/>
        <w:jc w:val="left"/>
      </w:pPr>
      <w:r>
        <w:rPr>
          <w:rFonts w:ascii="Times New Roman" w:hAnsi="Times New Roman" w:eastAsia="Times New Roman" w:cs="Times New Roman"/>
        </w:rPr>
        <w:t>A ga-enwe nnọchibido amụma tupu iwu Ụka ga-abịa n’oge na-adịghị anya, ma ọnwụ nwunye Ezikiel bụ ihe nnọchianya na e nyefewo ụka Seventh-day Adventist nke Laodisia n’aka kpamkpam; ebe, Ezikiel bụ ihe nnọchianya nke otu narị puku iri anọ na anọ, ma bụrụkwa ihe nnọchianya nke ọkọlọtọ a na-ebuli elu na mmalite nke nnọchibido ahụ. Ezikiel bụ ọkọlọtọ nke otu narị puku iri anọ na anọ na mmalite nke nnọchibido Babilọn, ma ihe ịrịba ama nke arụ-alu nke mbibi na mmalite bụ “ihe ịrịba ama” nke Rom. Otu ihe ịrịba ama na-ekwu maka ịdọ aka ná ntị nke ime, nke ọzọkwa banyere ịdọ aka ná ntị nke mpụga. N’eziokwu, e nwere ịdọ aka ná ntị nye Ndị Kraịst n’afọ 66, ma ihe ịrịba ama ịdọ aka ná ntị ahụ bụ Rom. Ihe ịrịba ama ahụ n’ime mbibi Babilọn bụ nwunye Ezikiel. Rom bụ ọgbọ ndị na-anata akara nke anụ ọhịa ahụ, Ezikielkwa bụ ihe ịrịba ama nke ndị na-anata akara-aka nke Chineke.</w:t>
      </w:r>
    </w:p>
    <w:p>
      <w:pPr>
        <w:pStyle w:val="ArticleHeading"/>
        <w:jc w:val="left"/>
      </w:pPr>
      <w:r>
        <w:rPr>
          <w:rFonts w:ascii="Arial" w:hAnsi="Arial" w:eastAsia="Arial" w:cs="Arial"/>
        </w:rPr>
        <w:t>Oge Mmechi Abụọ</w:t>
      </w:r>
    </w:p>
    <w:p>
      <w:pPr>
        <w:pStyle w:val="ArticleBody"/>
        <w:jc w:val="left"/>
      </w:pPr>
      <w:r>
        <w:rPr>
          <w:rFonts w:ascii="Times New Roman" w:hAnsi="Times New Roman" w:eastAsia="Times New Roman" w:cs="Times New Roman"/>
        </w:rPr>
        <w:t>Nnọchibido mbụ dịruru ọnwa iri na asatọ, ma nnọchibido nke abụọ dịruru afọ anọ. Nnọchibido abụọ ahụ chọtara mmezu ha “kacha doo anya” n’ụbọchị ikpeazụ, ma nnọchibido abụọ ahụ jikọrọ ozugbo na amụma nke afọ narị atọ na iri itoolu na otu na ụbọchị iri na ise nke dị na Mkpughe 9:15.</w:t>
      </w:r>
    </w:p>
    <w:p>
      <w:pPr>
        <w:pStyle w:val="ArticleBody"/>
        <w:jc w:val="left"/>
      </w:pPr>
      <w:r>
        <w:rPr>
          <w:rFonts w:ascii="Times New Roman" w:hAnsi="Times New Roman" w:eastAsia="Times New Roman" w:cs="Times New Roman"/>
        </w:rPr>
        <w:t>Mmalite nke ọnwa ise ahụ nke Mkpughe isi nke itoolu, amaokwu nke iri, gụnyere akụkọ ihe mere eme nke na-akara oge afọ iri atọ na asatọ, nke na-ejedebe n’ime nnọchibido afọ anọ, nke e jikọtara ya na ọnụọgụ iri atọ na asatọ, ma kpọpụta ịrị elu nke Alakụba. Nnọchibido afọ anọ ahụ na-achọta ihe ya na ya hà n’akụkọ ihe mere eme nke malitere mgbe (ọnwa ise) afọ otu narị na iri ise ahụ gwụchara, ma afọ narị atọ na iri itoolu na otu na ụbọchị iri na ise amalite. Ọ malitere na July 27, 1449, ma afọ anọ ka e mesịrị, Alakụba wetara nnọchibido ụbọchị iri ise na ise imegide Constantinople nke kwụsịrị na 29 May 1453.</w:t>
      </w:r>
    </w:p>
    <w:p>
      <w:pPr>
        <w:pStyle w:val="ArticleBody"/>
        <w:jc w:val="left"/>
      </w:pPr>
      <w:r>
        <w:rPr>
          <w:rFonts w:ascii="Times New Roman" w:hAnsi="Times New Roman" w:eastAsia="Times New Roman" w:cs="Times New Roman"/>
        </w:rPr>
        <w:t>Mgbe amụma oge ahụ nke malitere na July 27, 1449 ruru ọgwụgwụ na August 11, 1844, afọ anọ nke mmegharị nke mmụọ ozi mbụ na nke abụọ site na 1840 ruo 1844 dakọtara na nnọchibido afọ anọ nke 1333 ruo 1337, ma otu a kwa na oge afọ anọ site na 1449 ruo 1453. Ndị akaebe atọ ahụ, ndị ha niile bụ akụkụ kpọmkwem nke otu ahịrị amụma ahụ, na-anọchi anya oge afọ anọ nke ihe nnọchianya, mgbe a na-emegharị mmegharị nke mmụọ ozi mbụ na nke abụọ nke 1840 ruo 1844 n’akụkọ ihe mere eme nke mmegharị nke mmụọ ozi nke atọ. Ndị akaebe atọ ahụ na-anọchi anya nnọchibido afọ anọ n’akụkọ ihe mere eme nke otu narị puku na iri anọ na anọ. A na-egosikwa oge afọ anọ ahụ site na nnọchibido Jerusalem n’afọ 66 na 70.</w:t>
      </w:r>
    </w:p>
    <w:p>
      <w:pPr>
        <w:pStyle w:val="ArticleBody"/>
        <w:jc w:val="left"/>
      </w:pPr>
      <w:r>
        <w:rPr>
          <w:rFonts w:ascii="Times New Roman" w:hAnsi="Times New Roman" w:eastAsia="Times New Roman" w:cs="Times New Roman"/>
        </w:rPr>
        <w:t>Mmalite nke nnọchibido afọ anọ ahụ site n’aka Cestius n’afọ 66, ma emesịa mmechi ya site n’aka Titus n’afọ 70, na-emepụta akara alfa na akara omega nye oge nke afọ anọ. Otu oge ahụ ka a na-anọchikwa anya dịka afọ atọ na ọkara, nke n’aka nke ya kwekọrọ na afọ amụma atọ na ọkara ndị Rom nke onyeisi ụka pope zọpịara ebe nsọ.</w:t>
      </w:r>
    </w:p>
    <w:p>
      <w:pPr>
        <w:pStyle w:val="ArticleScripture"/>
        <w:jc w:val="left"/>
      </w:pPr>
      <w:r>
        <w:rPr>
          <w:rFonts w:ascii="Times New Roman" w:hAnsi="Times New Roman" w:eastAsia="Times New Roman" w:cs="Times New Roman"/>
        </w:rPr>
        <w:t>Ma ogige nke dị n’èzí ụlọ nsọ ahụ, hapụ ya n’èzí, atụkwala ya; n’ihi na e nyewo ya ndị mba ọzọ: ha ga-azọkwa obodo nsọ ahụ n’okpuru ụkwụ ọnwa iri anọ na abụọ. M ga-enyekwa ndị akaebe m abụọ ike, ha ga-ebukwa amụma otu puku narị abụọ na ụbọchị iri isii, yi uwe akwa-nchegharị. Mkpughe 11: 2, 3.</w:t>
      </w:r>
    </w:p>
    <w:p>
      <w:pPr>
        <w:pStyle w:val="ArticleScripture"/>
        <w:jc w:val="left"/>
      </w:pPr>
      <w:r>
        <w:rPr>
          <w:rFonts w:ascii="Times New Roman" w:hAnsi="Times New Roman" w:eastAsia="Times New Roman" w:cs="Times New Roman"/>
        </w:rPr>
        <w:t>Ha ga-ada n’ọnụ mma-agha, a ga-ebukwa ha dọrọ n’agha n’etiti mba niile: a ga-azọkwa Jerusalem n’okpuru ụkwụ ndị mba ọzọ, ruo mgbe oge ndị mba ọzọ ga-ezu. Luke 21:24.</w:t>
      </w:r>
    </w:p>
    <w:p>
      <w:pPr>
        <w:pStyle w:val="ArticleBody"/>
        <w:jc w:val="left"/>
      </w:pPr>
      <w:r>
        <w:rPr>
          <w:rFonts w:ascii="Times New Roman" w:hAnsi="Times New Roman" w:eastAsia="Times New Roman" w:cs="Times New Roman"/>
        </w:rPr>
        <w:t>Ọ dị mkpa nke ukwuu ịrịba ama na ana m eji ma ngụkọ “nsonye” ma ngụkọ “mwepụ” n’ihe gbasara oge ahụ akara alfa nke Cestius nọchiri anya ya ruo n’akara omega nke Taịtọs. Nke a na-egosi na e ji otu akụkọ ihe mere eme nọchite anya ngwa-ọrụ oge abụọ. Anyị ewereela ụkpụrụ Akwụkwọ Nsọ a mgbe anyị tụlere (n’ọtụtụ isiokwu gara aga) oge dị n’etiti nleta Jizọs gara Siza-ria Filipaị (Panium) na njem Ya gara n’Ugwu Ntughari. Ndị dere Akwụkwọ Nsọ abụọ dekọrọ ụbọchị isii, otu onye dekọkwara ụbọchị asatọ.</w:t>
      </w:r>
    </w:p>
    <w:p>
      <w:pPr>
        <w:pStyle w:val="ArticleScripture"/>
        <w:jc w:val="left"/>
      </w:pPr>
      <w:r>
        <w:rPr>
          <w:rFonts w:ascii="Times New Roman" w:hAnsi="Times New Roman" w:eastAsia="Times New Roman" w:cs="Times New Roman"/>
        </w:rPr>
        <w:t>Ma mgbe ụbọchị isii gasịrị, Jizọs weere Pita, Jems, na Jọn nwanne ya, duru ha gaa n’elu ugwu dị elu iche. Matiu 17:1.</w:t>
      </w:r>
    </w:p>
    <w:p>
      <w:pPr>
        <w:pStyle w:val="ArticleScripture"/>
        <w:jc w:val="left"/>
      </w:pPr>
      <w:r>
        <w:rPr>
          <w:rFonts w:ascii="Times New Roman" w:hAnsi="Times New Roman" w:eastAsia="Times New Roman" w:cs="Times New Roman"/>
        </w:rPr>
        <w:t>Ma mgbe ụbọchị isii gasịrị, Jisọs kpọọrọ Pita, na Jemis, na Jọn, duru ha n’elu ugwu dị elu, naanị ha n’onwe ha: e wee gbanwee ọdịdị Ya n’ihu ha. Mak 9:2.</w:t>
      </w:r>
    </w:p>
    <w:p>
      <w:pPr>
        <w:pStyle w:val="ArticleScripture"/>
        <w:jc w:val="left"/>
      </w:pPr>
      <w:r>
        <w:rPr>
          <w:rFonts w:ascii="Times New Roman" w:hAnsi="Times New Roman" w:eastAsia="Times New Roman" w:cs="Times New Roman"/>
        </w:rPr>
        <w:t>Ma o wee ruo ihe dị ka ụbọchị asatọ mgbe okwu ndị a gasịrị, Ọ kpọrọ Pita na Jọn na Jems, wee rigoro n’ugwu ka O kpee ekpere. Luk 9:28.</w:t>
      </w:r>
    </w:p>
    <w:p>
      <w:pPr>
        <w:pStyle w:val="ArticleBody"/>
        <w:jc w:val="left"/>
      </w:pPr>
      <w:r>
        <w:rPr>
          <w:rFonts w:ascii="Times New Roman" w:hAnsi="Times New Roman" w:eastAsia="Times New Roman" w:cs="Times New Roman"/>
        </w:rPr>
        <w:t>Mbibi nke Jerusalem nwere “ngwa nke na-eru nso karị” n’ụbọchị ikpeazụ, ma mbibi ahụ bụ ndị-àmà abụọ e ji Babilọn na Rom nọchie anya. Ndị-àmà abụọ ahụ na-adaba n’otu na ibe ha, ma ha na-enye àgwà amụma dị iche iche ma dị mkpa iji mee ka eziokwu ahụ pụta ìhè karịa. Nnọchibido nke Rom (66 ruo 70) bụ afọ anọ nke na-anọchikwa anya afọ atọ na ọkara. Afọ atọ na ọkara ahụ jikọtara ya na ịzọda ebe nsọ na usuu ndị agha, nke ndị ọgọ mmụọ na ọchịchị popu mezuru. Ịzọda ahụ nke ọchịchị popu mere dịruo afọ atọ na ọkara nke ihe nnọchianya, dịka e gosiri ya n’ụdị ya site n’afọ atọ na ọkara nkịtị n’nnọchibido nke Rom.</w:t>
      </w:r>
    </w:p>
    <w:p>
      <w:pPr>
        <w:pStyle w:val="ArticleBody"/>
        <w:jc w:val="left"/>
      </w:pPr>
      <w:r>
        <w:rPr>
          <w:rFonts w:ascii="Times New Roman" w:hAnsi="Times New Roman" w:eastAsia="Times New Roman" w:cs="Times New Roman"/>
        </w:rPr>
        <w:t>Nnọchibido afọ anọ ahụ jikọtara kwa na oge afọ anọ ndị e jikọtara na ahịrị amụma nke na-akọwapụta ibuli Islam elu, ma emesịa ibuli mmegharị nke ma mmụọ ozi mbụ na nke abụọ, wee bụrụ nke atọ. Site n’oge Cestius ruo Titus na-agafegharị na wiil nke Rom ndị popu ma na wiil nke Islam. Wiil nke Rom na afọ atọ na ọkara nke Cestius na Titus na-agafegharị na afọ atọ na ọkara ihe nnọchianya nke Rom ndị popu, si otu a na-akọwapụta ihe abụọ ahụ, ya bụ Rom ndị ọgọ mmụọ na Rom ndị popu. Wiil nke Islam jikọtara site n’otu akụkọ ihe mere eme ahụ mgbe a ghọtara ya dịka afọ anọ, ma dịka o siri dịkwa na wiil nke Rom n’akụkọ ihe mere eme ahụ, a na-ejikọta Islam na ike nke abụọ nke dị n’okpuru wiil nke Islam—nke ahụ bụ Adventism. Oge afọ atọ na ọkara na-anọchi anya Rom n’akụkụ ya abụọ, oge afọ anọ na-anọchi anya Islam na Adventism. A pụghị ikewa Rom ndị ọgọ mmụọ na Rom ndị popu n’ụzọ amụma, a pụghịkwa ikewa Islam na Adventism.</w:t>
      </w:r>
    </w:p>
    <w:p>
      <w:pPr>
        <w:pStyle w:val="ArticleBody"/>
        <w:jc w:val="left"/>
      </w:pPr>
      <w:r>
        <w:rPr>
          <w:rFonts w:ascii="Times New Roman" w:hAnsi="Times New Roman" w:eastAsia="Times New Roman" w:cs="Times New Roman"/>
        </w:rPr>
        <w:t>Nke a na-achọ n’amụma bụ na, mgbe anyị na-atụle nnọchibido Babilọn, a ga-ahụ nghọta abụọ banyere oge n’ihe atụ nke nnọchibido ọnwa iri na asatọ ahụ. Nnọchi anya abụọ nke oge n’ime nnọchibido nke Rom wetara, n’amụma, na-achọkwa ka e nwee nnọchi anya abụọ nke oge n’ime nnọchibido nke Nebukadneza wetara. A pụkwara ịghọta nnọchibido Nebukadneza nke ọnwa iri na asatọ dịka akara nke otu afọ na ọkara. Ọnwa iri na asatọ bụ otu afọ na ọkara, a pụkwara ikwupụta otu na ọkara dịka afọ 1.5. Nnọchibido Nebukadneza ahụ bụ ma ọnwa iri na asatọ ma otu ihe ise (1.5) afọ.</w:t>
      </w:r>
    </w:p>
    <w:p>
      <w:pPr>
        <w:pStyle w:val="ArticleBody"/>
        <w:jc w:val="left"/>
      </w:pPr>
      <w:r>
        <w:rPr>
          <w:rFonts w:ascii="Times New Roman" w:hAnsi="Times New Roman" w:eastAsia="Times New Roman" w:cs="Times New Roman"/>
        </w:rPr>
        <w:t>Ọnwa iri na asatọ ahụ na-ekwu maka ike ahụ nke ga-azọda Jerusalem n’ala, ma afọ 1.5 ahụ na-ekwu maka Alakụba. Ọkpụkpụ amụma nke mgbakọ oge nke na-achọpụta ọnwa iri na asatọ na-achọpụta Babilọn, ma ọkpụkpụ amụma ọzọ nke mgbakọ oge na-achọpụta Alakụba. Anyị etinyebeghị n’ihu nkọwa banyere otú anyị si eru na itinye afọ 1.5 n’ihe metụtara Alakụba, ma a ghaghị iburu n’uche na mgbakọ oge abụọ ahụ n’mbibi nke Rom wetara, jikọtara na ọkpụkpụ amụma nke Rom, (ma nke ndị ọgọ mmụọ ma nke ndị pope), na mgbakọ ọzọ ahụ jikọtara na ọkpụkpụ amụma nke Alakụba. A na-ahụ njirimara ndị a n’ime ma mbibi alfa ma nke omega nke Jerusalem.</w:t>
      </w:r>
    </w:p>
    <w:p>
      <w:pPr>
        <w:pStyle w:val="ArticleBody"/>
        <w:jc w:val="left"/>
      </w:pPr>
      <w:r>
        <w:rPr>
          <w:rFonts w:ascii="Times New Roman" w:hAnsi="Times New Roman" w:eastAsia="Times New Roman" w:cs="Times New Roman"/>
        </w:rPr>
        <w:t>Nnọchibido Jerusalem nke afọ anọ ya na Cestius na Titus na-anọchi anya njedebe nke ahịrị amụma nke malitere site n’oge afọ iri atọ na asatọ nke kwụsịrị n’nnọchibido nke afọ anọ na-anọchi anya ibuli Islam elu, ma oge ikpeazụ nke afọ anọ n’ime otu ahịrị ahụ kpọmkwem na-anọchi anya ibuli ọkọlọtọ nke narị puku iri anọ na anọ ahụ elu.</w:t>
      </w:r>
    </w:p>
    <w:p>
      <w:pPr>
        <w:pStyle w:val="ArticleBody"/>
        <w:jc w:val="left"/>
      </w:pPr>
      <w:r>
        <w:rPr>
          <w:rFonts w:ascii="Times New Roman" w:hAnsi="Times New Roman" w:eastAsia="Times New Roman" w:cs="Times New Roman"/>
        </w:rPr>
        <w:t>Anyị ga-aga n’ihu n’ihe ndị a n’isiokwu na-esonụ.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Ihe Mere E Zoro Ezo nke Amaokwu Nke Iri Anọ — Ọnụ Ọgụgụ Nke Iri Abụọ na Anọ</dc:title>
  <dc:subject>Izikiel Nọmba Ise</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