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Akụkọ Nzuzo nke Amaokwu Iri Anọ — Nọmba Iri Atọ na Otu</w:t>
      </w:r>
    </w:p>
    <w:p>
      <w:pPr>
        <w:pStyle w:val="ArticleSubtitle"/>
        <w:jc w:val="left"/>
      </w:pPr>
      <w:r>
        <w:rPr>
          <w:rFonts w:ascii="Arial" w:hAnsi="Arial" w:eastAsia="Arial" w:cs="Arial"/>
        </w:rPr>
        <w:t>Ezikiel Nọmba Iri na Abụọ</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Edemede isiokwu gara aga na paragraf a nke na-agụ, “Alụmdi na nwunye nkwekọrịta nke afọ 313 na-anọchi anya alụmdi na nwunye nkwekọrịta ikpeazụ nke ike papal na United States—eze kachasị n’ime ndị eze iri nke Mkpughe iri na asaa; ike mpi abụọ nke ike mpi abụọ nke France na-anọchite anya. Akụkọ ihe mere eme nke malitere na Clovis n’afọ 496 ma n’ikpeazụ duru ruo n’iwu Justinian n’afọ 533 na itinye papacy n’oche eze n’afọ 538, na-anọchi anya akụkọ ihe mere eme site n’afọ 1989 ruo n’iwu ụbọchị Sọnde.”</w:t>
      </w:r>
    </w:p>
    <w:p>
      <w:pPr>
        <w:pStyle w:val="ArticleBody"/>
        <w:jc w:val="left"/>
      </w:pPr>
      <w:r>
        <w:rPr>
          <w:rFonts w:ascii="Times New Roman" w:hAnsi="Times New Roman" w:eastAsia="Times New Roman" w:cs="Times New Roman"/>
        </w:rPr>
        <w:t>E jiri Clovis n’afọ 496 kọwaa Ronald Reagan n’ụzọ amụma, a na-ejikwa Justinian n’afọ 533 kọwaa Donald Trump. Iwu Justinian bịara afọ ise tupu ọchịchị popu arịgoro n’ocheeze n’afọ 538, ma Iwu Milan bịara afọ asatọ tupu iwu mbụ nke Sọnde nke afọ 321. Ma iwu ahụ na edict ahụ abụọ kwekọrọ dị ka akara ụzọ nke na-ebute tupu iwu Sọnde.</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N’afọ 1870, ndị agha Itali jidere Rom (20 Septemba 1870). Obodo ndị Papal kwụsịrị ịdị adị dị ka steeti nke ókèala, ma Pope Pius IX ghọrọ “onye mkpọrọ n’ime Vatican.” Ebe ọ dịkwaghị ókèala papal fọdụrụ nke a na-amata dị ka steeti nwere ọbụbụeze, United States (dị ka ọtụtụ mba ndị ọzọ) akwụsịkwaghị inwe mmekọrịta ndọrọ ndọrọ ọchịchị gọọmenti na Pope dịka onye ọchịchị nke ike ụwa. N’Ọktoba nke 1951, President Harry S. Truman họpụtara General Mark W. Clark dịka U.S. Ambassador to the Vatican. Nnukwu mmegide bilitere ngwa ngwa site n’aka ọtụtụ ụka na òtù Protestant, ndị kwuru na ịhọpụta ahụ mebiri nkewa dị n’etiti ụka na steeti. N’Jenụwarị nke 1952, General Clark wepụrụ aha ya.</w:t>
      </w:r>
    </w:p>
    <w:p>
      <w:pPr>
        <w:pStyle w:val="ArticleBody"/>
        <w:jc w:val="left"/>
      </w:pPr>
      <w:r>
        <w:rPr>
          <w:rFonts w:ascii="Times New Roman" w:hAnsi="Times New Roman" w:eastAsia="Times New Roman" w:cs="Times New Roman"/>
        </w:rPr>
        <w:t>Na Jenụwarị 10, 1984, Onye isi ala Ronald Reagan na Pope John Paul II kwetara n’ụzọ gọọmentị iguzobe mmekọrịta dipụlomatị zuru oke n’etiti United States na Holy See. Na Eprel 9, 1984, William A. Wilson (onye na-ejegharịrịrị ozi dị ka onye nnọchi anya nke Reagan n’onwe ya) nyefere akwụkwọ nkwenye ya ma bụrụ onye mbụ U.S. Ambassador to the Holy See.</w:t>
      </w:r>
    </w:p>
    <w:p>
      <w:pPr>
        <w:pStyle w:val="ArticleBody"/>
        <w:jc w:val="left"/>
      </w:pPr>
      <w:r>
        <w:rPr>
          <w:rFonts w:ascii="Times New Roman" w:hAnsi="Times New Roman" w:eastAsia="Times New Roman" w:cs="Times New Roman"/>
        </w:rPr>
        <w:t>N’ime afọ iri atọ na atọ site na 1951 ruo 1984, nguzogide Protestantism megide Katọlik gbazee. “Ogwe-aka” ndị ahụ nke guzochiri anya ọchịchị papacy na 496 n’oge Clovis na-anọchi anya Reagan na 1984 ruo n’ihu ruo 1989. Clovis nọchiri anya iwepụ okpukpe ahụ (paganism) nke na-egbochi papacy ịrịghachi n’ike, ma ka ọ na-erule 1984, e wepụrụla nguzogide Protestantism megide ịrị elu papacy. E wepụrụ “ihe a na-eme kwa ụbọchị” (paganism), Pọl na-akọwa iwepụ ahụ nke nguzogide paganism megide papacy dịka “ndapụ n’ezi okwukwe.”</w:t>
      </w:r>
    </w:p>
    <w:p>
      <w:pPr>
        <w:pStyle w:val="ArticleBody"/>
        <w:jc w:val="left"/>
      </w:pPr>
      <w:r>
        <w:rPr>
          <w:rFonts w:ascii="Times New Roman" w:hAnsi="Times New Roman" w:eastAsia="Times New Roman" w:cs="Times New Roman"/>
        </w:rPr>
        <w:t>Nzuko ihe nnọchianya ya bụ nke nkwekọrịta na ndakọrịta, nke Constantine the Great na akụkọ ihe mere eme site n’afọ 313 ruo 538 nọchiri anya ya, gosipụtara oge otu nzukọ chọọchị kpaghasịrị onwe ya ma dapụ n’ezi okwukwe. Okpukpe nke “508” nọchiri anya ya, nke n’oge gara aga gbochiri mbata na ịgbasawanye nke ike papal, kpọrọ n’ihu ọdịda na ịdapụ nke ndị Protestant nọ na United States. Reagan nọchiri anya ya site n’aka Clovis. N’afọ 496, Clovis nyere papacy “ike” ya, si otú a kpọọ n’ihu “njikọ na-adịghị nsọ” nke mezuru n’afọ ndị Reagan. Clovis nọchikwara anya iwepụ “daily” na 508. 508 kpọrọ n’ihu 1984.</w:t>
      </w:r>
    </w:p>
    <w:p>
      <w:pPr>
        <w:pStyle w:val="ArticleScripture"/>
        <w:jc w:val="left"/>
      </w:pPr>
      <w:r>
        <w:rPr>
          <w:rFonts w:ascii="Times New Roman" w:hAnsi="Times New Roman" w:eastAsia="Times New Roman" w:cs="Times New Roman"/>
        </w:rPr>
        <w:t>“Nkwenye a e mere n’etiti ikpere arụsị na Kraịstianiti butere mmepe nke ‘nwoke nke mmehie’ ahụ e buru amụma banyere ya dị ka onye na-emegide Chineke ma na-ebuli onwe ya elu karịa Chineke. Usoro ukwu ahụ nke okpukpe ụgha bụ ọkaibe nke ike Setan—ihe ncheta nke mgbalị ya ime ka o nọrọ n’ocheeze ka o jiri ọchịchọ ya chịkwaa ụwa.” The Great Controversy, 50.</w:t>
      </w:r>
    </w:p>
    <w:p>
      <w:pPr>
        <w:pStyle w:val="ArticleBody"/>
        <w:jc w:val="left"/>
      </w:pPr>
      <w:r>
        <w:rPr>
          <w:rFonts w:ascii="Times New Roman" w:hAnsi="Times New Roman" w:eastAsia="Times New Roman" w:cs="Times New Roman"/>
        </w:rPr>
        <w:t>N’okwu a ma ama o kwuru n’afọ 1983, Reagan kpọrọ Soviet Union “alaeze ọjọọ,” ma lee komunizim na-ekweghị na Chineke anya dị ka nnukwu ihe iyi egwu nke omume na nke mmụọ. Ya na John Paul II guzobere mmekọrịta chiri anya nke onwe na nke ndọrọ ndọrọ ọchịchị megide komunizim Soviet. Ndị ikom abụọ ahụ hụrụ ọgụ ahụ n’usoro omume, ọbụna n’usoro nduzi nke Chineke; Reagan kwurula n’ime nzuzo banyere “Atụmatụ Chineke” iji kwatuo komunizim. Reagan nwere mmasị n’ihe ngosi Fatima (ịdọ aka ná ntị ahụ na “Russia ga-agbasa njehie ya”), ndị ndu abụọ ahụ kwurịtara mmetụta ha jikọrọ ọnụ na Chineke hapụrụ ndụ ha (ha abụọ lanarịrị mgbalị igbu ha n’afọ 1981) n’ihi nzube metụtara imeri komunizim.</w:t>
      </w:r>
    </w:p>
    <w:p>
      <w:pPr>
        <w:pStyle w:val="ArticleHeading"/>
        <w:jc w:val="left"/>
      </w:pPr>
      <w:r>
        <w:rPr>
          <w:rFonts w:ascii="Arial" w:hAnsi="Arial" w:eastAsia="Arial" w:cs="Arial"/>
        </w:rPr>
        <w:t>Ndị Na-eso Ụzọ Kraịst</w:t>
      </w:r>
    </w:p>
    <w:p>
      <w:pPr>
        <w:pStyle w:val="ArticleBody"/>
        <w:jc w:val="left"/>
      </w:pPr>
      <w:r>
        <w:rPr>
          <w:rFonts w:ascii="Times New Roman" w:hAnsi="Times New Roman" w:eastAsia="Times New Roman" w:cs="Times New Roman"/>
        </w:rPr>
        <w:t>A zụlitere Reagan n’okwukwe òtù Disciples of Christ, nke ndị nna guzobere ya kụziri ozugbo na poopu nke Katọlik bụ onye ahụ na-emegide Kraịst. Alexander Campbell, onye ndu mbụ a kacha pụta ìhè nke ụka Disciples of Christ, kpọrọ ọchịchị ndị poopu ugboro ugboro onye ahụ na-emegide Kraịst. N’ihe gbasara arụmụka na n’ihe odide ya, o kwusiri ike na mpi nta ahụ nke Daniel 7, anụ ọhịa ahụ nke Mkpughe 13, na nwoke mmehie ahụ nke 2 Thessalonians 2, ha niile na-atụ aka n’ebe ndị poopu nke Rom nọ. O ji nkwupụta ndị a eme ihe n’arụmụka ọha (gụnyere nke ya na Bishọp Katọlik John B. Purcell na 1837). Barton W. Stone kpọrọ ọchịchị nke Poopu onye ahụ na-emegide Kraịst n’ezie nakwa “nwoke mmehie ahụ.” Walter Scott (onye ọzọ bụ onye nkwusa ozioma mbụ nke mmegharị ahụ) dere na nwoke mmehie ahụ, ya bụ, Poopu nke Rom, ga-apụta n’ime ụka Ndị Kraịst ma bulie onwe ya elu karịa Chineke.</w:t>
      </w:r>
    </w:p>
    <w:p>
      <w:pPr>
        <w:pStyle w:val="ArticleBody"/>
        <w:jc w:val="left"/>
      </w:pPr>
      <w:r>
        <w:rPr>
          <w:rFonts w:ascii="Times New Roman" w:hAnsi="Times New Roman" w:eastAsia="Times New Roman" w:cs="Times New Roman"/>
        </w:rPr>
        <w:t>Nne Reagan, bụ Nelle, bụ onye na-ekpe okpukpe nke ọma n’otu ụka Disciples of Christ, ma bụrụkwa isi mmetụta okpukpe kasịnụ n’oge nwata ya. E mere Reagan baptizim n’ụlọ ụka Disciples of Christ dị na Dixon, Illinois, mgbe ọ dị afọ iri na otu, ma o sonyekwara nke ọma n’ọrụ ebe ahụ mgbe ọ bụ nwata nwoke toro eto (gụnyere ịkụzi ụlọ akwụkwọ ụbọchị Sọnde). Ọ gara mahadum Eureka College, nke nwere njikọ na Disciples of Christ.</w:t>
      </w:r>
    </w:p>
    <w:p>
      <w:pPr>
        <w:pStyle w:val="ArticleScripture"/>
        <w:jc w:val="left"/>
      </w:pPr>
      <w:r>
        <w:rPr>
          <w:rFonts w:ascii="Times New Roman" w:hAnsi="Times New Roman" w:eastAsia="Times New Roman" w:cs="Times New Roman"/>
        </w:rPr>
        <w:t>“Ndị ndị na-enwe mgbagwoju anya n’ịghọta okwu ahụ, ndị na-adịghị ahụ ihe antikraịst pụtara, ga-edobe onwe ha n’ezie n’akụkụ antikraịst. Oge adịghịzi ugbu a ka anyị sonye n’ihe nke ụwa.” Kress Collection, 105.</w:t>
      </w:r>
    </w:p>
    <w:p>
      <w:pPr>
        <w:pStyle w:val="ArticleBody"/>
        <w:jc w:val="left"/>
      </w:pPr>
      <w:r>
        <w:rPr>
          <w:rFonts w:ascii="Times New Roman" w:hAnsi="Times New Roman" w:eastAsia="Times New Roman" w:cs="Times New Roman"/>
        </w:rPr>
        <w:t>A kọwara Reagan site n’ụdị Clovis nakwa nkwekọrịta Constantine Ukwu. Reagan bụkwa onye mbụ n’ime ndị isi ala asatọ ikpeazụ kemgbe oge ọgwụgwụ bidoro n’afọ 1989. Dị ka onye mbụ n’ime ndị isi ala asatọ ikpeazụ ahụ, ọ na-anọchi anya Donald Trump, onye, dị ka Reagan, nọ n’oké mgbagwoju anya banyere ezi ebumnobi nke papacy, na onye papacy bụ.</w:t>
      </w:r>
    </w:p>
    <w:p>
      <w:pPr>
        <w:pStyle w:val="ArticleScripture"/>
        <w:jc w:val="left"/>
      </w:pPr>
      <w:r>
        <w:rPr>
          <w:rFonts w:ascii="Times New Roman" w:hAnsi="Times New Roman" w:eastAsia="Times New Roman" w:cs="Times New Roman"/>
        </w:rPr>
        <w:t>Ị̀ ga-ekwe omume ka mmadụ abụọ soro ọnụ na-eje ije, ma ọ bụrụ na ha ekweghị ibe ha? Emọs 3:3.</w:t>
      </w:r>
    </w:p>
    <w:p>
      <w:pPr>
        <w:pStyle w:val="ArticleBody"/>
        <w:jc w:val="left"/>
      </w:pPr>
      <w:r>
        <w:rPr>
          <w:rFonts w:ascii="Times New Roman" w:hAnsi="Times New Roman" w:eastAsia="Times New Roman" w:cs="Times New Roman"/>
        </w:rPr>
        <w:t>Alụmdi na nwunye nkwekọrịta nke isii na nke ikpeazụ n’isi nke iri na otu nke Daniel na-apụta n’akụkọ ihe mere eme nke na-amalite n’oge ọgwụgwụ na 1989, ma na-ejedebe n’akụkọ ihe mere eme nke Donald Trump.</w:t>
      </w:r>
    </w:p>
    <w:p>
      <w:pPr>
        <w:pStyle w:val="ArticleScripture"/>
        <w:jc w:val="left"/>
      </w:pPr>
      <w:r>
        <w:rPr>
          <w:rFonts w:ascii="Times New Roman" w:hAnsi="Times New Roman" w:eastAsia="Times New Roman" w:cs="Times New Roman"/>
        </w:rPr>
        <w:t>“N’ihe mmegharị ndị a na-eme ugbu a na United States iji nweta nkwado steeti nye ụlọọrụ na omenala nke ụka, ndị Protestant na-agbaso nzọụkwụ ndị Papist. Ee, nke ka nke, ha na-emepe ụzọ ka Papacy weghachite n’ime America Protestant ịdị elu ọchịchị ahụ ọ tufuru n’Ụwa Ochie.” The Great Controversy, 573.</w:t>
      </w:r>
    </w:p>
    <w:p>
      <w:pPr>
        <w:pStyle w:val="ArticleBody"/>
        <w:jc w:val="left"/>
      </w:pPr>
      <w:r>
        <w:rPr>
          <w:rFonts w:ascii="Times New Roman" w:hAnsi="Times New Roman" w:eastAsia="Times New Roman" w:cs="Times New Roman"/>
        </w:rPr>
        <w:t>Nkwekọrịta alụmdi na nwunye nke 313 na Iwu nke Milan kwekọrọ n’akụkọ ihe mere eme nke 533, ma iwu Justinian nyere n’afọ 533 ga-emekwa ọzọ site n’aka ọchịchị na-ekwupụta onwe ya dị ka nke Ndị Kraịst, nke na-amaghịzi na ịmata ike ọchịchị popu dịka ụlọọrụ Ndị Kraịst bụ, n’ọnọdụ kacha mma, nkwupụta na-emegiderịta onwe ya, ma n’ọnọdụ kacha njọ, aghụghọ na-egbu egbu.</w:t>
      </w:r>
    </w:p>
    <w:p>
      <w:pPr>
        <w:pStyle w:val="ArticleHeading"/>
        <w:jc w:val="left"/>
      </w:pPr>
      <w:r>
        <w:rPr>
          <w:rFonts w:ascii="Arial" w:hAnsi="Arial" w:eastAsia="Arial" w:cs="Arial"/>
        </w:rPr>
        <w:t>Ụka na Ọchịchị</w:t>
      </w:r>
    </w:p>
    <w:p>
      <w:pPr>
        <w:pStyle w:val="ArticleBody"/>
        <w:jc w:val="left"/>
      </w:pPr>
      <w:r>
        <w:rPr>
          <w:rFonts w:ascii="Times New Roman" w:hAnsi="Times New Roman" w:eastAsia="Times New Roman" w:cs="Times New Roman"/>
        </w:rPr>
        <w:t>N’afọ 457 T.K., iwu nke atọ nke Ataksaksis weghachiri ọchịchị mba n’onwe ya maka ikike ndọrọ ndọrọ ọchịchị na nke okpukpe.</w:t>
      </w:r>
    </w:p>
    <w:p>
      <w:pPr>
        <w:pStyle w:val="ArticleScripture"/>
        <w:jc w:val="left"/>
      </w:pPr>
      <w:r>
        <w:rPr>
          <w:rFonts w:ascii="Times New Roman" w:hAnsi="Times New Roman" w:eastAsia="Times New Roman" w:cs="Times New Roman"/>
        </w:rPr>
        <w:t>Ma gị onwe gị, Ezra, dịka amamihe nke Chineke gị si dị, nke dị n’aka gị, họpụta ndị-ikpe na ndịikpe, ka ha wee kpee mmadụ nile nọ n’ofe osimiri ikpe, ya bụ, ndị nile maara iwu Chineke gị; kụzikwaaranụ ndị na-amaghị ha. Ma onye ọ bụla nke na-agaghị eme iwu Chineke gị, na iwu eze, ka e mee ya ikpe ngwa ngwa, ma ọ bụrụ na ọ bụ ruo ọnwụ, ma ọ bụ ruo nchụpụ, ma ọ bụ ruo inara akụ ya, ma ọ bụ ruo mkpọrọ. Ezra 7:25, 26.</w:t>
      </w:r>
    </w:p>
    <w:p>
      <w:pPr>
        <w:pStyle w:val="ArticleBody"/>
        <w:jc w:val="left"/>
      </w:pPr>
      <w:r>
        <w:rPr>
          <w:rFonts w:ascii="Times New Roman" w:hAnsi="Times New Roman" w:eastAsia="Times New Roman" w:cs="Times New Roman"/>
        </w:rPr>
        <w:t>Iwu nke atọ nyere ikike imezu ikpe na ntaramahụhụ maka ma iwu Chineke ma iwu eze. Iwu ahụ kpọpụtara mmalite nke amụma afọ puku abụọ na narị atọ, nke mechiri na Ọktoba 22, 1844, mgbe Kraịst bịara na mberede n’ụlọ nsọ Ya. Ọ kpọpụtakwara mmalite nke amụma afọ narị abụọ na iri ise, nke kwụsịrị na 207 T.K., n’akụkọ ihe mere eme dị n’etiti ọgụ Raphia na 217 T.K. na Panium na 200 T.K. Mweghachi nke ọbụbụeze obodo na nke okpukpe na 457 T.K. na-egosi alfa ụzọ abụọ nke na-achọta mmezu omega abụọ. Mmezu omega abụọ ahụ abụọ na-anọchi anya ụzọ e mechiri emechi; otu maka mpi Protestant, nke ọzọkwa maka mpi Republican.</w:t>
      </w:r>
    </w:p>
    <w:p>
      <w:pPr>
        <w:pStyle w:val="ArticleBody"/>
        <w:jc w:val="left"/>
      </w:pPr>
      <w:r>
        <w:rPr>
          <w:rFonts w:ascii="Times New Roman" w:hAnsi="Times New Roman" w:eastAsia="Times New Roman" w:cs="Times New Roman"/>
        </w:rPr>
        <w:t>Amụma mbụ nke afọ puku abụọ na narị atọ nọchiri anya iwu nile nke Chineke, amụma nke afọ narị abụọ na iri ise nọchikwara anya iwu nile nke eze. Amụma abụọ ahụ na-akọwapụta mpi nke Protestantism na mpi nke Republicanism n’elu anụ ọhịa nke ụwa nke Mkpughe iri na atọ. A na-etinye mpi Republican nke anụ ọhịa nke ụwa n’etiti amaokwu iri na otu ruo iri na isii nke Daniel iri na otu. Oge afọ iri na asaa dị n’etiti Raphia na Panium ka otu mpi sitere n’amụma abụọ nke iwu nke atọ n’afọ 457 BC na-agafe. Amụma ahụ nke nwere akụkụ abụọ na-akọwapụta ma ikpe nke ndị ikpeazụ nke ọgbụgba ndụ ahụ, ma kwa ikpe nke mba ebe ndị ahụ nke ọgbụgba ndụ ahụ sitere na mgbọrọgwụ ha.</w:t>
      </w:r>
    </w:p>
    <w:p>
      <w:pPr>
        <w:pStyle w:val="ArticleScripture"/>
        <w:jc w:val="left"/>
      </w:pPr>
      <w:r>
        <w:rPr>
          <w:rFonts w:ascii="Times New Roman" w:hAnsi="Times New Roman" w:eastAsia="Times New Roman" w:cs="Times New Roman"/>
        </w:rPr>
        <w:t>O wee gwa Abram, Mara n’ezie na mkpụrụ gị ga-abụ ndị ọbịa n’ala nke na-abụghị nke ha, ha ga-ejere ha ozi; ha ga-emegbukwa ha afọ narị anọ; Ma mba ahụkwa, nke ha ga-ejere ozi, ka M ga-ekpe ikpe: emesịa ha ga-apụ na nnukwu akụ. Jenesis 15:13, 14.</w:t>
      </w:r>
    </w:p>
    <w:p>
      <w:pPr>
        <w:pStyle w:val="ArticleBody"/>
        <w:jc w:val="left"/>
      </w:pPr>
      <w:r>
        <w:rPr>
          <w:rFonts w:ascii="Times New Roman" w:hAnsi="Times New Roman" w:eastAsia="Times New Roman" w:cs="Times New Roman"/>
        </w:rPr>
        <w:t>N’akwụkwọ Ezikiel, Ọktoba 22, 1844 ka e ji Ọktoba 22, 573 T.K. sere onyinyo. Otu ụbọchị na-akọwa mmalite nke ikpe nyocha, ebe nke ọzọ na-akọwa ịfụ opi Jubili ma na mmalite ma na njedebe nke usoro ikpe ahụ. Ụbọchị abụọ ahụ kwekọrọ, ha abụọ kwa na-akọwa ọnụ ụzọ e mechiri emechi. 1844 na-anọchi anya mmechi nke ọnụ ụzọ ebe nsọ ahụ, dịka Kraịst siri banye n’Ebe Kachasị Nsọ. 573 T.K. na-akọwa njedebe nke oge ebere mmadụ, mgbe a na-enye ndị ohu nke mmehie ndị a gbapụtara nnwere onwe ha, na ụwa ọhụrụ ka ha bie n’ime ya.</w:t>
      </w:r>
    </w:p>
    <w:p>
      <w:pPr>
        <w:pStyle w:val="ArticleScripture"/>
        <w:jc w:val="left"/>
      </w:pPr>
      <w:r>
        <w:rPr>
          <w:rFonts w:ascii="Times New Roman" w:hAnsi="Times New Roman" w:eastAsia="Times New Roman" w:cs="Times New Roman"/>
        </w:rPr>
        <w:t>Ma ọ bụrụkwa na a napụghị ya n’ime afọ ndị a, mgbe ahụ ọ ga-apụ n’afọ jubili, ya onwe ya na ụmụ ya ya na ha. N’ihi na ụmụ Izrel bụ ndị ohu m; ha bụ ndị ohu m ndị m si n’ala Ijipt kpọpụta: Abụ m Onyenwe anyị Chineke unu. Levitikọs 25:54, 55.</w:t>
      </w:r>
    </w:p>
    <w:p>
      <w:pPr>
        <w:pStyle w:val="ArticleBody"/>
        <w:jc w:val="left"/>
      </w:pPr>
      <w:r>
        <w:rPr>
          <w:rFonts w:ascii="Times New Roman" w:hAnsi="Times New Roman" w:eastAsia="Times New Roman" w:cs="Times New Roman"/>
        </w:rPr>
        <w:t>Ha abụọ nke Ọktoba 22 na-anọchi anya ọnụ ụzọ e mechiri emechi nke iwu Sọnde nke na-abịa n’oge na-adịghị anya. Oge ule e nyere Ọgbakọ Adventist bidoro n’afọ 1844 ma na-agwụ na iwu Sọnde nke na-abịa n’oge na-adịghị anya, ma oge ule e nyere United States na-agwụkwa na iwu Sọnde nke na-abịa n’oge na-adịghị anya. Ngwụcha abụọ ahụ na-adakọ n’otu na ndị àmà abụọ nke Ọktoba 22 banyere afọ 2,300 na narị afọ abụọ na iri ise.</w:t>
      </w:r>
    </w:p>
    <w:p>
      <w:pPr>
        <w:pStyle w:val="ArticleBody"/>
        <w:jc w:val="left"/>
      </w:pPr>
      <w:r>
        <w:rPr>
          <w:rFonts w:ascii="Times New Roman" w:hAnsi="Times New Roman" w:eastAsia="Times New Roman" w:cs="Times New Roman"/>
        </w:rPr>
        <w:t>Afọ narị abụọ na iri ise nke na-ejedebe n’akụkọ ihe mere eme n’etiti Raphia na Panium na-ekewa oge ọgụ abụọ ahụ n’ọnụọgụ ihe nnọchianya abụọ, ndị, mgbe ejikọrọ ọnụ, nwere ihe ha pụtara pụrụ iche nke ha. Afọ iri mgbe Raphia gachara, nke pụtara ókè-ala, na afọ asaa tupu Panium, nke bụ ọgụ e lụrụ n’elu ala dị larịị ma kwụsị na nnọchibido. Iri na asaa, dịka ihe nnọchianya, na-akọwa ike dragọn ahụ n’elu ọtụtụ ndị àmà. 207 T.K. na-etinye Trump, ihe nnọchianya nke anụ ọhịa nke ụwa, n’etiti amaokwu iri na otu na iri na ise nke Daniel iri na otu, n’ụzọ amụma na-akwadebe ikwu okwu dịka dragọn, dịka e gosipụtara ya site n’ijikọta ọnụọgụ iri na ọnụọgụ asaa.</w:t>
      </w:r>
    </w:p>
    <w:p>
      <w:pPr>
        <w:pStyle w:val="ArticleBody"/>
        <w:jc w:val="left"/>
      </w:pPr>
      <w:r>
        <w:rPr>
          <w:rFonts w:ascii="Times New Roman" w:hAnsi="Times New Roman" w:eastAsia="Times New Roman" w:cs="Times New Roman"/>
        </w:rPr>
        <w:t>Iri na asaa na-anọchikwa kwa ihe nnọchianya, ọ na-agbatịkwa akụkọ ihe mere eme site na Raphia ruo Panium gafee Panium, ma bụrụkwa tupu Raphia. Ptolemy IV Philopator chịrị dịka eze Ijipt nke Ptolemaic site na 221 BC ruo 204 BC, o wee merie Antiochus Magnus na Raphia n’afọ 217 BC. Ptolemy malitere ịchị tupu Raphia, ma ọ chịrị afọ “iri na asaa.” Ọnụọgụ iri na asaa na-anọchi anya oge akụkọ ihe mere eme nke malitere tupu Raphia, nke na-agbatịkwa gafee agha Panium na nnọchibido Saịdọn ruo na njedebe nke oge e nyere mmadụ maka ịtụgharị uche, dịka afọ 330 si anọchi anya ya. Amụma afọ narị abụọ na iri ise maka oge ụka Smaina malitere na 64 ma kwụsị na Iwu Milan na nkwekọrịta alụmdi na nwunye nke 313.</w:t>
      </w:r>
    </w:p>
    <w:p>
      <w:pPr>
        <w:pStyle w:val="ArticleBody"/>
        <w:jc w:val="left"/>
      </w:pPr>
      <w:r>
        <w:rPr>
          <w:rFonts w:ascii="Times New Roman" w:hAnsi="Times New Roman" w:eastAsia="Times New Roman" w:cs="Times New Roman"/>
        </w:rPr>
        <w:t>Kọstantain Onye Ukwu na-anọchite anya akụkọ ihe mere eme nke ụka nke Pəgamos, akụkọ ahụ wee malite n’afọ 313 ma kwụsị n’afọ 538. “Afọ iri na asaa” mbụ sochiri njedebe amụma afọ narị abụọ na iri ise n’afọ 313 nwere akara ụzọ atọ. Afọ 313 bụ Iwu Milan, afọ 321 bụ iwu Sọnde mbụ, a na-egosikwa nkewa nke alaeze ahụ n’afọ 330. Afọ 330 na-anọchite anya iwu Sọnde ikpeazụ nke na-akara mmechi nke ohere ule mmadụ. Ya mere, ọnụọgụgụ iri na asaa na-amalite tupu Raphia ma kwụsị ogologo oge mgbe mkpọsa agha Panium na Saịdọn gasịrị. Amaokwu nke iri na isii n’ime Daniel iri na otu na-anọchite anya iwu Sọnde dị na United States.</w:t>
      </w:r>
    </w:p>
    <w:p>
      <w:pPr>
        <w:pStyle w:val="ArticleBody"/>
        <w:jc w:val="left"/>
      </w:pPr>
      <w:r>
        <w:rPr>
          <w:rFonts w:ascii="Times New Roman" w:hAnsi="Times New Roman" w:eastAsia="Times New Roman" w:cs="Times New Roman"/>
        </w:rPr>
        <w:t>Amụma nke Smaịna na-akọwapụta ihe ịrịba ama nke nnọchibido ahụ, nke bụ isi obi nke ozi ịdọ aka ná ntị nke Ezikiel. Ihe àmà nke na-ebute iwu Ụka, dịka e si nọchite ya anya n’ihe atụ abụọ banyere mbibi Jerusalem, bụ nnọchibido ahụ; ma ọ bụkwa Iwu Milan, nke na-amalite iwulite oyiyi nke anụ ọhịa ahụ.</w:t>
      </w:r>
    </w:p>
    <w:p>
      <w:pPr>
        <w:pStyle w:val="ArticleBody"/>
        <w:jc w:val="left"/>
      </w:pPr>
      <w:r>
        <w:rPr>
          <w:rFonts w:ascii="Times New Roman" w:hAnsi="Times New Roman" w:eastAsia="Times New Roman" w:cs="Times New Roman"/>
        </w:rPr>
        <w:t>N’oge nnọchibido ahu, a gēme njem alụmdi-na-nwunye nke ọgbụgba-ndụ. Ọ bụ fractal nke njem alụmdi-na-nwunye ahụ nke malitere na Reagan, dịka e si mee ka ọ pụta ìhè n’aka Clovis n’afọ 496, ma njem ikpeazụ ahụ ruo n’alụmdi-na-nwunye amalite n’oge nnọchibido ahụ, na-adakọ na iwu Justinian nke afọ 533, nakwa na Iwu nke Milan n’afọ 313. Ma akara ụzọ abụọ ahụ na-ebute iwu Sọnde ụzọ. Afọ 313 buru ụzọ tupu iwu Sọnde mbụ nke afọ 321, iwu nke afọ 533 kwa buru ụzọ tupu iwu Sọnde ahụ n’Ọgbakọ nke Atọ nke Orleans n’afọ 538. Ụdị iwu ụfọdụ ga-emezu njirimara amụma nke ma iwu Justinian ma Iwu nke Milan, ebe a ga-edobe kwa ụdị alụmdi-na-nwunye ọgbụgba-ndụ nke ihe nnọchianya.</w:t>
      </w:r>
    </w:p>
    <w:p>
      <w:pPr>
        <w:pStyle w:val="ArticleBody"/>
        <w:jc w:val="left"/>
      </w:pPr>
      <w:r>
        <w:rPr>
          <w:rFonts w:ascii="Times New Roman" w:hAnsi="Times New Roman" w:eastAsia="Times New Roman" w:cs="Times New Roman"/>
        </w:rPr>
        <w:t>Mgbe e mere iwu ahụ, ọ ga-abụla oge agafewo iji kwadebe onwe, n’ihi na a ga-emechi ụzọ oge amara n’elu mpi Protestant n’ezie dịka e mechiri ya n’oge Emume Ngabiga mbụ n’Ijipt. Mgbe nke ahụ gasịrị, iwu Ụka, nke bụ akara ụzọ sochirinụ, na-egosi ọ bụghị naanị na e mewo onyinyo anụ ọhịa ahụ kpamkpam, kama na a na-amanye kwa akara anụ ọhịa ahụ. Iwu Ụka na-akara njedebe nke oge amara maka mpi Republican, anụ ọhịa nke ụwa nke Mkpughe iri na atọ, n’ezie dịka Fero na ndị agha ya nwụrụ n’Oké Osimiri Uhie mgbe Emume Ngabiga gasịrị.</w:t>
      </w:r>
    </w:p>
    <w:p>
      <w:pPr>
        <w:pStyle w:val="ArticleBody"/>
        <w:jc w:val="left"/>
      </w:pPr>
      <w:r>
        <w:rPr>
          <w:rFonts w:ascii="Times New Roman" w:hAnsi="Times New Roman" w:eastAsia="Times New Roman" w:cs="Times New Roman"/>
        </w:rPr>
        <w:t>Afọ narị abụọ na iri ise nke na-ejedebe na 207 BC na-akọwapụta Donald Trump, dịka Antiochus Magnus na-anọchi anya ya, ka ọ na-akwadebe maka agha na-abịa nke na-amalite n’ala dị larịị nke Panium ma na-ejedebe na nnọchibido Sidon. Mgbe Agha Panium gasịrị, ọchịagha Ptolemaic, Scopas onye Aetolia, gbapụrụ ya na ihe dị ka ndị agha 10,000 fọdụrụ ndụ gaa n’obodo Sidon. Antiochus chụpụrụ ya ma tinye Sidon n’“nnọchibido.” Gọọmenti Ptolemaic dị na Alexandria zipụrụ ndị agha enyemaka, ma ha dara. N’ihu agụụ ọnwụ, Scopas nyefere obodo ahụ. Antiochus kwere ka Scopas pụọ; Scopas mechara laghachi n’Ijipt, ebe e mesịrị gbuo ya n’ihi ebubo nke ịrara ọchịchị nye ndị iro na izu ohi ego. Nnọchibido Sidon mezuru mmeri Antiochus meriri Coele-Syria mgbe Panium gasịrị.</w:t>
      </w:r>
    </w:p>
    <w:p>
      <w:pPr>
        <w:pStyle w:val="ArticleBody"/>
        <w:jc w:val="left"/>
      </w:pPr>
      <w:r>
        <w:rPr>
          <w:rFonts w:ascii="Times New Roman" w:hAnsi="Times New Roman" w:eastAsia="Times New Roman" w:cs="Times New Roman"/>
        </w:rPr>
        <w:t>Nwanneanyị White kọwara akwụkwọ Uriah Smith, Daniel and the Revelation, dịka “aka enyemaka nke Chineke.” Smith kọwara mkpọsa nzọụkwụ abụọ nke Antiochus n’ihe nkọwa ya banyere amaokwu nke iri na anọ na nke iri na ise nke Daniel iri na otu.</w:t>
      </w:r>
    </w:p>
    <w:p>
      <w:pPr>
        <w:pStyle w:val="ArticleScripture"/>
        <w:jc w:val="left"/>
      </w:pPr>
      <w:r>
        <w:rPr>
          <w:rFonts w:ascii="Times New Roman" w:hAnsi="Times New Roman" w:eastAsia="Times New Roman" w:cs="Times New Roman"/>
        </w:rPr>
        <w:t>E nyere M. Emilius Lepidus nlekọta na nduzi nke eze nta nke Ijipt n’aka Ụlọikpe Ukwu Rom, onye họpụtara Aristomenes, otu okenye na onye ozi ahụmahụ nke ụlọikpe ahụ, ka ọ bụrụ onye nlekọta ya. Omume mbụ ya bụ ịkwado ihe ga-egbochi mwakpo a na-eyikwasị egwu ya nke ndị eze abụọ ahụ jikọrọ aka, Filip na Antiokus.</w:t>
      </w:r>
    </w:p>
    <w:p>
      <w:pPr>
        <w:pStyle w:val="ArticleScripture"/>
        <w:jc w:val="left"/>
      </w:pPr>
      <w:r>
        <w:rPr>
          <w:rFonts w:ascii="Times New Roman" w:hAnsi="Times New Roman" w:eastAsia="Times New Roman" w:cs="Times New Roman"/>
        </w:rPr>
        <w:t>“N’ihi nke a, o zigaara Scopas, ọchịagha a ma ama nke AEtolia, onye n’oge ahụ nọ n’ozi ndị Ijipt, ka ọ gaa n’ala nna ya ịkpọkọta ndị agha mgbakwunye maka ndị agha ahụ. Mgbe o kwadebere ndị agha, o mere ngagharị banye na Palestine na Coele-Syria (ebe Antiochus nọ na-alụ agha megide Attalus na Lesser Asia), ma wedata Judia dum n’okpuru ọchịchị Ijipt.”</w:t>
      </w:r>
    </w:p>
    <w:p>
      <w:pPr>
        <w:pStyle w:val="ArticleScripture"/>
        <w:jc w:val="left"/>
      </w:pPr>
      <w:r>
        <w:rPr>
          <w:rFonts w:ascii="Times New Roman" w:hAnsi="Times New Roman" w:eastAsia="Times New Roman" w:cs="Times New Roman"/>
        </w:rPr>
        <w:t>“Otú a ka si mee ihe n’ọnọdụ maka mmezu nke amaokwu ahụ dị n’ihu anyị. N’ihi na Antiochus, ebe ọ kwụsịrị agha ya megide Attalus site n’iwu ndị Rom, mere ngwa ngwa iji weghachite Palestine na Coele-Syria n’aka ndị Ijipt. E zigara Scopas ka o guzogide ya. N’akụkụ isi iyi Jọdan, ndị agha abụọ ahụ zutere onwe ha. [Panium] E meriri Scopas, chụso ya ruo Saịdọn, ma n’ebe ahụ a gbara ya gburugburu n’ụzọ siri ike. E zigara ndị isi agha atọ kachasị nwee nkà nke Ijipt, tinyere ndị agha ha kacha mma, ka ha tọhapụ nnọchibido ahụ, ma ha enweghi ihe ịga nke ọma. N’ikpeazụ, mgbe Scopas zutere, n’ime onyinyo ahụ dara ogbenye ma a na-apụghị imetụ aka nke ụnwụ, onye iro nke ọ na-enweghị ike iguzogide, a manyere ya ịrara onwe ya nye n’okpuru ọnọdụ ihere nke ndụ naanị; ya mere, e kwere ya na ndị ikom ya iri puku ka ha pụọ, ebe a napụrụ ha ihe niile ma hapụ ha n’ịgba ọtọ. N’ebe a ka e nwere ịnara obodo ndị e wusiri ike nke ukwuu site n’aka eze ugwu; n’ihi na Saịdọn bụ, ma n’ọnọdụ ya ma n’ihe nchebe ya, otu n’ime obodo ndị kasị sie ike n’oge ndị ahụ. N’ebe a ka e nwere ọdịda nke ngwa agha ndịda iguzogide, na ọdịda kwa nke ndị ahụ eze ndịda họpụtara; ya bụ, Scopas na ndị agha Aetolia ya.” Daniel and the Revelation, 257, 258.</w:t>
      </w:r>
    </w:p>
    <w:p>
      <w:pPr>
        <w:pStyle w:val="ArticleBody"/>
        <w:jc w:val="left"/>
      </w:pPr>
      <w:r>
        <w:rPr>
          <w:rFonts w:ascii="Times New Roman" w:hAnsi="Times New Roman" w:eastAsia="Times New Roman" w:cs="Times New Roman"/>
        </w:rPr>
        <w:t>Afọ narị abụọ na iri ise nke na-ejedebe na 207 T.K. na-akọwapụta Donald Trump. Amụma afọ narị abụọ na iri ise nke na-ejedebe na 313, na alụmdi-na-nwunye nkwekọrịta nke ọwụwa anyanwụ na ọdịda anyanwụ, na Iwu Milan, na-akọwapụta ịkpụzi onyinyo nke anụ ọhịa ahụ na United States. Nzukọ Pergamos, nke malitere na 313, na-anọchi anya akụkọ ihe mere eme ebe Iso Ụzọ Kraịst dapụrụ n’eziokwu site n’ime nkwekọrịta ya na okpukpe nke ikpere arụsị, tupu ike ọchịchị ndị pàpà ewere ocheeze. Pergamos na afọ 313 bụ ihe nnọchianya nke nkwekọrịta ahụ nke a na-anọchi anya ya site n’ịkpụzi onyinyo nke anụ ọhịa ahụ na United States. Ọ na-anọchi anya nkwekọrịta dị n’etiti Iso Ụzọ Kraịst na Rome nke ndị pàpà, n’ihi na okpukpe Katọlik abụghị ihe ọzọ ma ọ bụ ihe na-erughị ikpere arụsị nke e ji uwe ụlọọrụ Iso Ụzọ Kraịst kpuchie. Amụma afọ narị abụọ na iri ise nke malitere na 1776 ma na-ejedebe n’afọ a na-ekwu kwa banyere United States. Ya mere, amụma afọ narị abụọ na iri ise atọ ahụ niile na-ekwu banyere akụkụ amụma ụfọdụ nke anụ ọhịa ala ahụ nke Mkpughe iri na atọ, ma ha atọ niile na-ejedebe n’ime ahịrị amụma ndị ọnụọgụ iri na asaa na-anọchi anya.</w:t>
      </w:r>
    </w:p>
    <w:p>
      <w:pPr>
        <w:pStyle w:val="ArticleBody"/>
        <w:jc w:val="left"/>
      </w:pPr>
      <w:r>
        <w:rPr>
          <w:rFonts w:ascii="Times New Roman" w:hAnsi="Times New Roman" w:eastAsia="Times New Roman" w:cs="Times New Roman"/>
        </w:rPr>
        <w:t>Iwu nke Ụka bụ mgbe United States ga-ekwu okwu dịka dragọn, ma ikwu okwu nke mba bụ omume nke ndị ọchịchị ya na ndịikpe ya.</w:t>
      </w:r>
    </w:p>
    <w:p>
      <w:pPr>
        <w:pStyle w:val="ArticleScripture"/>
        <w:jc w:val="left"/>
      </w:pPr>
      <w:r>
        <w:rPr>
          <w:rFonts w:ascii="Times New Roman" w:hAnsi="Times New Roman" w:eastAsia="Times New Roman" w:cs="Times New Roman"/>
        </w:rPr>
        <w:t>“Ikwu okwu” nke mba ahụ bụ omume nke ndị ọchịchị ya n’iwu na n’ikpe. The Great Controversy, 442.</w:t>
      </w:r>
    </w:p>
    <w:p>
      <w:pPr>
        <w:pStyle w:val="ArticleBody"/>
        <w:jc w:val="left"/>
      </w:pPr>
      <w:r>
        <w:rPr>
          <w:rFonts w:ascii="Times New Roman" w:hAnsi="Times New Roman" w:eastAsia="Times New Roman" w:cs="Times New Roman"/>
        </w:rPr>
        <w:t>Trump abụghị ikike ikpe ma ọ bụ nke omeiwu, ya mere, iwu Ụka nke Sọnde nke na-abịa ngwa ngwa ka Kongres na-emezu. Ma omume ọ bụla nke na-enye nkwado nye ike papal ahụ, na-anọchi anya iwu Sọnde ahụ. Iwu nke 533, na iwu eze nke 313, na-egosi mmalite nke oge a na-akpụ ihe oyiyi anụ ọhịa ahụ. Mmechi ya bụ iwu Sọnde nke na-abịa ngwa ngwa, ma Jizọs na-egosipụtakwa mgbe nile njedebe site ná mmalite, ya mere omume Trump site n’iwu nchịkwa nke ga-enye “nkwekorita” ọ bụla nye onye na-emegide Kraịst nke amụma Baịbụl ga-anọchi anya alfa nke mmegharị ahụ nke na-agwụ naanị na omega, mgbe United States “ga-ajụkpamkpam ụkpụrụ nke ọchịchị ya ruo n’ókè nke ịme iwu Sọnde.”</w:t>
      </w:r>
    </w:p>
    <w:p>
      <w:pPr>
        <w:pStyle w:val="ArticleScripture"/>
        <w:jc w:val="left"/>
      </w:pPr>
      <w:r>
        <w:rPr>
          <w:rFonts w:ascii="Times New Roman" w:hAnsi="Times New Roman" w:eastAsia="Times New Roman" w:cs="Times New Roman"/>
        </w:rPr>
        <w:t>“E nwere ọtụtụ ndị, ọbụna n’etiti ndị na-arụ ọrụ n’ime mmegharị a maka ime ka e debe Sọnde n’iwu, ndị e kpuworo ìsì n’ihe gbasara nsonaazụ ga-eso omume a. Ha anaghị ahụ na ha na-akụ kpọmkwem megide nnwere onwe okpukpe. E nwere ọtụtụ ndị ndị na-amabeghị ihe Bible na-ekwu banyere Ụbọchị Izu Ike nke Akwụkwọ Nsọ na ntọala ụgha nke emume Sọnde guzosiri n’elu ya. Mmegharị ọ bụla na-akwado iwu gbasara okpukpe bụ n’ezie omume nke inye papacy ohere, nke ruo ọtụtụ ọgbọ na-alụ agha mgbe niile megide nnwere onwe nke akọ na uche. Idebe Sọnde ji ịdị adị ya dị ka ihe a na-akpọ ọgbakọ Kraịst n’aka ‘ihe omimi nke ajọ omume;’ ma ime ka e debe ya n’iwu ga-abụ n’ezie ịnakwere ụkpụrụ ndị bụ nkume isi nkuku nke Romanism. Mgbe mba anyị ga-ajụ otu a ụkpụrụ ọchịchị ya ruo n’ókè nke imepụta iwu Sọnde, Protestantism ga-esonye n’omume a kee aka na popery; ọ gaghị abụ ihe ọzọ ma ọ bụghị inye ndụ n’aka ọchịchị aka ike nke nọwo ogologo oge na-ele anya n’agụụ maka ohere ya ka ọ pụta ọzọ n’ime ọchịchị aka ike na-arụsi ọrụ ike.” Testimonies, mpịakọta nke 5, 711.</w:t>
      </w:r>
    </w:p>
    <w:p>
      <w:pPr>
        <w:pStyle w:val="ArticleBody"/>
        <w:jc w:val="left"/>
      </w:pPr>
      <w:r>
        <w:rPr>
          <w:rFonts w:ascii="Times New Roman" w:hAnsi="Times New Roman" w:eastAsia="Times New Roman" w:cs="Times New Roman"/>
        </w:rPr>
        <w:t>Mmegharị ọ bụla “nke na-akwado iwu gbasara okpukpe bụ n’eziokwu omume nke ime nkwekọrịta n’ihu ọchịchị papal,” ma mmegharị ndị ahụ na-eme tupu iwu ụbọchị Ụka nke ga-abịa n’oge na-adịghị anya.</w:t>
      </w:r>
    </w:p>
    <w:p>
      <w:pPr>
        <w:pStyle w:val="ArticleScripture"/>
        <w:jc w:val="left"/>
      </w:pPr>
      <w:r>
        <w:rPr>
          <w:rFonts w:ascii="Times New Roman" w:hAnsi="Times New Roman" w:eastAsia="Times New Roman" w:cs="Times New Roman"/>
        </w:rPr>
        <w:t>“Iwu nke na-amanye ife ofufe ụbọchị a ga-apụta gawa ụwa dum. N’ogo nta, ọ apụtaworị. N’ọtụtụ ebe, ike ọchịchị obodo na-ekwu okwu n’olu nke dragọn, dịka eze ndị na-ekpere arụsị siri gwa ndị Juu a dọọrọ n’agha.” Signs of the Times, May 6, 1897.</w:t>
      </w:r>
    </w:p>
    <w:p>
      <w:pPr>
        <w:pStyle w:val="ArticleBody"/>
        <w:jc w:val="left"/>
      </w:pPr>
      <w:r>
        <w:rPr>
          <w:rFonts w:ascii="Times New Roman" w:hAnsi="Times New Roman" w:eastAsia="Times New Roman" w:cs="Times New Roman"/>
        </w:rPr>
        <w:t>Anyị ga-aga n’ihu n’ihe ndị a n’isiokwu na-esonụ.</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Akụkọ Nzuzo nke Amaokwu Iri Anọ — Nọmba Iri Atọ na Otu</dc:title>
  <dc:subject>Ezikiel Nọmba Iri na Abụọ</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