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თოთხმეტი</w:t>
      </w:r>
    </w:p>
    <w:p>
      <w:pPr>
        <w:pStyle w:val="ArticleSubtitle"/>
        <w:jc w:val="left"/>
      </w:pPr>
      <w:r>
        <w:rPr>
          <w:rFonts w:ascii="Sylfaen" w:hAnsi="Sylfaen" w:eastAsia="Sylfaen" w:cs="Sylfaen"/>
        </w:rPr>
        <w:t>უკანასკნელი თაობა: ეზეკიელის წინასწარმეტყველური აღსრულების და 144,000-ის დაბეჭდვის გამოცხადება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2024-03-03</w:t>
      </w:r>
    </w:p>
    <w:p>
      <w:pPr>
        <w:pStyle w:val="ArticleBody"/>
        <w:jc w:val="left"/>
      </w:pPr>
      <w:r>
        <w:rPr>
          <w:rFonts w:ascii="Sylfaen" w:hAnsi="Sylfaen" w:eastAsia="Sylfaen" w:cs="Sylfaen"/>
        </w:rPr>
        <w:t>თაობა, რომელმაც მესამე ვაის მოსვლა იხილა 2001 წლის 11 სექტემბერს, დედამიწის ისტორიის უკანასკნელი თაობაა. ეზეკიელიდან მონაკვეთი, რომელიც ამ ჭეშმარიტებას ადასტურებს, მილერიტებს ესმოდათ, როგორც უშუალოდ დაკავშირებული ათი ქალწულის იგავთან და, შესაბამისად, აბაკუმის მეორე თავთან. იმ ისტორიაში აბაკუმის მეორე თავის ხილვა, რომელიც „აღარ დაყოვნდებოდა“ და რომელიც აღსრულდა 1844 წლის 22 ოქტომბერს, წინასწარ გამოსახავდა შეერთებულ შტატებში მალე მოსაღლავ კვირის კანონს. მაგრამ ეზეკიელის წინასწარმეტყველება იმ ხილვის შესახებ, რომელიც აღარ გაგრძელდებოდა, სრულყოფილად აღსრულებულია ას ორმოცდაოთხი ათასის დაბეჭდვის ისტორიაში, რომელიც დაიწყო მესამე ვაის მოსვლით 2001 წლის 11 სექტემბერს.</w:t>
      </w:r>
    </w:p>
    <w:p>
      <w:pPr>
        <w:pStyle w:val="ArticleScripture"/>
        <w:jc w:val="left"/>
      </w:pPr>
      <w:r>
        <w:rPr>
          <w:rFonts w:ascii="Sylfaen" w:hAnsi="Sylfaen" w:eastAsia="Sylfaen" w:cs="Sylfaen"/>
        </w:rPr>
        <w:t>და იყო უფლის სიტყვა ჩემს მიმართ ნათქვამი: კაცის ძეო, რა არის ეს იგავი, რომელიც გაქვთ ისრაელის მიწაზე და ამბობთ: დღეები გაიწელა და ყოველი ხილვა ფუჭდება? ამიტომ უთხარი მათ: ასე ამბობს უფალი ღმერთი: მოვსპობ ამ იგავს და აღარ გამოიყენებენ მას იგავად ისრაელში; არამედ უთხარი მათ: დღეები მოახლოებულია და ყოველი ხილვის აღსრულებაც. რადგან აღარ იქნება ისრაელის სახლში არც ერთი ამაო ხილვა და არც მაამებელი მკითხაობა. რადგან მე ვარ უფალი: ვილაპარაკებ, და სიტყვა, რომელსაც ვიტყვი, აღსრულდება; მეტად აღარ გაიწელება; რადგან თქვენს დღეებში, ურჩო სახლო, ვიტყვი სიტყვას და აღვასრულებ მას, ამბობს უფალი ღმერთი. კვლავ იყო უფლის სიტყვა ჩემს მიმართ ნათქვამი: კაცის ძეო, აჰა, ისრაელის სახლი ამბობს: ხილვა, რომელსაც იგი ხედავს, მრავალი მომავალი დღისათვის არის, და ის შორეულ ჟამებზე წინასწარმეტყველებს. ამიტომ უთხარი მათ: ასე ამბობს უფალი ღმერთი: ჩემი სიტყვებიდან აღარაფერი გაიწელება მეტად, არამედ სიტყვა, რომელიც მე ვთქვი, აღსრულდება, ამბობს უფალი ღმერთი. ეზეკიელი 12:21–28.</w:t>
      </w:r>
    </w:p>
    <w:p>
      <w:pPr>
        <w:pStyle w:val="ArticleBody"/>
        <w:jc w:val="left"/>
      </w:pPr>
      <w:r>
        <w:rPr>
          <w:rFonts w:ascii="Sylfaen" w:hAnsi="Sylfaen" w:eastAsia="Sylfaen" w:cs="Sylfaen"/>
        </w:rPr>
        <w:t>ყველა წინასწარმეტყველი უკანასკნელ დღეებზე ლაპარაკობს, ხოლო „ფუჭი ხილვა“ და „მაცდური მისნობა“ „ისრაელის სახლს შორის“ არის ყალბი გვიანი წვიმა, „მშვიდობისა და უშიშროების“ უწყება, რომელიც ამტკიცებს, რომ „ხილვა, რომელსაც იგი ხედავს, მრავალი დღის შემდეგისთვის არის, და ის წინასწარმეტყველებს შორეულ დროებზე.“ ეს არის აბაკუმის „დავა“, რადგან ისინი, ვინც „ფუჭ ხილვას“ წარმოადგენენ, „ხილვას, რომელსაც იგი ხედავს“-ს ეწინააღმდეგებიან. ისინი ამტკიცებენ, რომ „ხილვა, რომელსაც იგი ხედავს, მრავალი დღის შემდეგისთვის არის, და ის წინასწარმეტყველებს შორეულ დროებზე.“ მშვიდობისა და უშიშროების უწყების მაცნეები აცხადებენ: „დღეები გახანგრძლივდა, და ყოველი ხილვა ცრუვდება,“ ბოლოს და ბოლოს, განა მან არ იწინასწარმეტყველა 2020 წლის 18 ივლისი? „ფუჭი ხილვის“ მაცნეები ეზეკიელის მიერ ამ თავის პირველ ორ მუხლშიც არიან გამოვლენილნი.</w:t>
      </w:r>
    </w:p>
    <w:p>
      <w:pPr>
        <w:pStyle w:val="ArticleScripture"/>
        <w:jc w:val="left"/>
      </w:pPr>
      <w:r>
        <w:rPr>
          <w:rFonts w:ascii="Sylfaen" w:hAnsi="Sylfaen" w:eastAsia="Sylfaen" w:cs="Sylfaen"/>
        </w:rPr>
        <w:t>და უფლის სიტყვა კვლავ მომივიდა და თქვა: ძეო კაცისა, შენ ცხოვრობ ურჩი სახლის შუაგულში, რომელთაც თვალები აქვთ, რომ იხილონ, და ვერ ხედავენ; ყურები აქვთ, რომ ისმინონ, და ვერ ისმენენ; რადგან ისინი ურჩი სახლია. ეზეკიელი 12:1, 2.</w:t>
      </w:r>
    </w:p>
    <w:p>
      <w:pPr>
        <w:pStyle w:val="ArticleBody"/>
        <w:jc w:val="left"/>
      </w:pPr>
      <w:r>
        <w:rPr>
          <w:rFonts w:ascii="Sylfaen" w:hAnsi="Sylfaen" w:eastAsia="Sylfaen" w:cs="Sylfaen"/>
        </w:rPr>
        <w:t>ყველა წინასწარმეტყველი ერთხმად ეთანხმება ერთმანეთს და ყველანი უკანასკნელ დღეებზე ლაპარაკობენ; ხოლო როდესაც ქრისტემ თავისი მსახურების ისტორიაში მოჩხუბარ იუდეველებს მიმართა, მან ესაია მოიხმო, რათა იმ დროს ღმერთისგან განშორებადმიმავალი მოჩხუბარი იუდეველები ამოეცნო როგორც მათ, რომელთაც თვალები ჰქონდათ სანახავად, და მაინც ვერ ხედავდნენ, და ყურები ჰქონდათ სასმენად, და მაინც ვერ ისმენდნენ. ახლა, როგორც მაშინ, ეზეკიელი მიმართავს ლაოდიკიური ადვენტიზმის დამცინავ კაცებს, ჩვენი დროის მოჩხუბარ იუდეველებს, რომლებიც მშვიდობისა და უსაფრთხოების უწყებას აყენებენ უკანასკნელი წვიმის უწყების წინააღმდეგ. იესო იმ წესებით იმართებოდა, რომლებიც თავად ჩადო თავის სიტყვაში, ამიტომ მისი წინასწარმეტყველებებიც უკანასკნელ დღეებს უფრო კონკრეტულად მიემართება, ვიდრე იმ დღეებს, როდესაც მან მოჩხუბარ იუდეველებს მიმართა.</w:t>
      </w:r>
    </w:p>
    <w:p>
      <w:pPr>
        <w:pStyle w:val="ArticleScripture"/>
        <w:jc w:val="left"/>
      </w:pPr>
      <w:r>
        <w:rPr>
          <w:rFonts w:ascii="Sylfaen" w:hAnsi="Sylfaen" w:eastAsia="Sylfaen" w:cs="Sylfaen"/>
        </w:rPr>
        <w:t>ამიტომ მათ იგავებით ველაპარაკები, რადგან ხედავენ და ვერ ხედავენ, ისმენენ და ვერ ისმენენ, არც ესმით. და მათზე სრულდება ესაიას წინასწარმეტყველება, რომელიც ამბობს: სმენით მოისმენთ და ვერ გაიგებთ, ხილვით იხილავთ და ვერ შეიცნობთ; რადგან გასუქდა ამ ხალხის გული, სმენადამძიმებულია მათი ყურები და დახუჭეს თავიანთი თვალები, რათა ოდესმე არ იხილონ თვალებით, არ მოისმინონ ყურებით, არ გაიგონ გულით, არ მოიქცნენ და მე არ განვკურნო ისინი. ხოლო ნეტარნი არიან თქვენი თვალები, რადგან ხედავენ, და თქვენი ყურები, რადგან ისმენენ. რადგან ჭეშმარიტად გეუბნებით თქვენ: მრავალ წინასწარმეტყველსა და მართალს სურდა ეხილა ის, რასაც თქვენ ხედავთ, და ვერ იხილეს; და მოესმინა ის, რასაც თქვენ ისმენთ, და ვერ მოისმინეს. მათე 13:13–17.</w:t>
      </w:r>
    </w:p>
    <w:p>
      <w:pPr>
        <w:pStyle w:val="ArticleBody"/>
        <w:jc w:val="left"/>
      </w:pPr>
      <w:r>
        <w:rPr>
          <w:rFonts w:ascii="Sylfaen" w:hAnsi="Sylfaen" w:eastAsia="Sylfaen" w:cs="Sylfaen"/>
        </w:rPr>
        <w:t>ფენომენი იმისა, რომ ხალხს ესმის, მაგრამ არ ესმის, და ხედავს, მაგრამ ვერ ხედავს, დამახასიათებელია ღვთის ყოფილი ხალხისთვის, რომელნიც გვერდის ავლის პროცესში იმყოფებიან. ეს წინასწარმეტყველური ფენომენი არის ესაიას წინასწარმეტყველების აღსრულება ამგვარი მდგომარეობის შესახებ. როგორც ყველა წინასწარმეტყველის შემთხვევაში, ესაია, ქრისტესთან ერთად, უკანასკნელ დღეებზე საუბრობს.</w:t>
      </w:r>
    </w:p>
    <w:p>
      <w:pPr>
        <w:pStyle w:val="ArticleScripture"/>
        <w:jc w:val="left"/>
      </w:pPr>
      <w:r>
        <w:rPr>
          <w:rFonts w:ascii="Sylfaen" w:hAnsi="Sylfaen" w:eastAsia="Sylfaen" w:cs="Sylfaen"/>
        </w:rPr>
        <w:t>იმ წელს, როდესაც მეფე უზია მოკვდა, ვიხილე უფალი, ტახტზე მჯდომარე, მაღალი და აღმატებული, და მისი სამოსლის კალთა ავსებდა ტაძარს. მის ზემოთ იდგნენ სერაფიმნი; თითოეულს ექვსი ფრთა ჰქონდა: ორით სახეს იფარავდა, ორით ფეხებს იფარავდა, და ორით დაფრინავდა. და ერთიმეორეს შეჰღაღადებდა და ამბობდა: წმიდა, წმიდა, წმიდა არს უფალი საბაოთი; მთელი ქვეყანა სავსეა მისი დიდებით. და შეიძრნენ კარის წირთხლები მღაღადებლის ხმისაგან, და სახლი აივსო კვამლით. მაშინ ვთქვი მე: ვაი მე, რადგან დავიღუპე! რადგან მე ვარ უწმიდური ბაგეების კაცი და უწმიდური ბაგეების ხალხის შუაში ვცხოვრობ; რადგან ჩემმა თვალებმა იხილეს მეუფე, უფალი საბაოთი. მაშინ მოფრინდა ჩემთან ერთი სერაფიმთაგანი, რომელსაც ხელში ეჭირა ცეცხლმოდებული ნაკვერცხალი, რომელიც მაშებით აიღო საკურთხევლიდან. და შემახო იგი ჩემს ბაგეებს და თქვა: აჰა, ეს შეეხო შენს ბაგეებს; და მოცილებულია შენი ურჯულოება და განწმედილია შენი ცოდვა. და მოვისმინე უფლის ხმა, რომელიც ამბობდა: ვინ გავგზავნო, და ვინ წავა ჩვენთვის? მაშინ ვთქვი მე: აჰა, მე აქა ვარ; მე გამგზავნე. და მან თქვა: წადი და უთხარი ამ ხალხს: სმენით მოისმენთ, მაგრამ ვერ გაიგებთ; და ხილვით იხილავთ, მაგრამ ვერ შეიცნობთ. გაასუქე ამ ხალხის გული, დაუმძიმე მათ ყურები და დაუხუჭე მათ თვალები, რათა არ იხილონ თავიანთი თვალებით, არ ისმინონ თავიანთი ყურებით, არ გაიგონ თავიანთი გულით, არ მოიქცნენ და არ განიკურნონ. ესაია 6:1–10.</w:t>
      </w:r>
    </w:p>
    <w:p>
      <w:pPr>
        <w:pStyle w:val="ArticleBody"/>
        <w:jc w:val="left"/>
      </w:pPr>
      <w:r>
        <w:rPr>
          <w:rFonts w:ascii="Sylfaen" w:hAnsi="Sylfaen" w:eastAsia="Sylfaen" w:cs="Sylfaen"/>
        </w:rPr>
        <w:t>ესაია, ეზეკიელი და ქრისტე ყველა წარმოადგენენ მათ, ვინც უკანასკნელ დღეებში, გვიანი წვიმის ჟამს, იბეჭდებიან, როდესაც გვიანი წვიმის ჭეშმარიტ და ცრუ უწყებას განიხილავენ და ედავებიან, აბაკუმის მეორე თავის აღსრულებით. იესოს თანახმად, იმ დროის მონაკვეთში, როდესაც ეს სრულდება, მართალნი იგავებს „ხედავენ“, რაც წინასწარმეტყველების სიმბოლოა. „გონიერნი“ იგებენ გვიანი წვიმის წინასწარმეტყველურ უწყებას, ხოლო ისინი, რომელთაც კინკლაობის მოყვარული იუდეველები განასახიერებენ, არც ხედავენ და არც ისმენენ; და ეზეკიელის თანახმად, ისინი მშვიდობისა და უსაფრთხოების უწყებას აცხადებენ და ამტკიცებენ, რომ წინასწარმეტყველებათა აღსრულება შორეულ მომავალშია. ისინი წინასწარმეტყველებებს არ უარყოფენ; კინკლაობის მოყვარულმა იუდეველებმა მომავალი მესიის წინასწარმეტყველებას მხოლოდ ბაგეებით მიაგეს პატივი; მაგრამ ეს მოვლენა უბრალოდ შორეულ მომავალში გადაიტანეს. მიუხედავად ამისა, იესომ ნეტარება გამოუცხადა მათ, ვინც თავისი დროის წინასწარმეტყველურ უწყებას „იხილავდა“.</w:t>
      </w:r>
    </w:p>
    <w:p>
      <w:pPr>
        <w:pStyle w:val="ArticleBody"/>
        <w:jc w:val="left"/>
      </w:pPr>
      <w:r>
        <w:rPr>
          <w:rFonts w:ascii="Sylfaen" w:hAnsi="Sylfaen" w:eastAsia="Sylfaen" w:cs="Sylfaen"/>
        </w:rPr>
        <w:t>ქრისტეს დღეებში ეს იყო უწყება, რომელიც მოვიდა მისი ნათლობისას, როდესაც სულიწმიდა გარდამოვიდა. მის ნათლობისას სულიწმიდის გარდამოსვლა წინასწარ გამოსახავდა გამოცხადების მეათე თავის ანგელოზის გარდამოსვლას 1840 წლის 11 აგვისტოს. ღვთიური გარდამოსვლა ორივე ისტორიაში აღნიშნავდა იმ ჟამის აწმყო ჭეშმარიტების უწყების მოსვლას; იესოსთვის ეს იყო მისი სიკვდილისა და აღდგომის უწყება, როგორც ეს მისი ნათლობით იყო წარმოდგენილი. მილერიტებისთვის ეს იყო ისლამის, პირველი და მეორე ვაის უწყება, რომელმაც დაადასტურა დროის წინასწარმეტყველების გამომცდელი უწყება. ეს ორივე ისტორია თანხვედრაშია გვიანი წვიმის გამომცდელი უწყების მოსვლასთან 2001 წლის 11 სექტემბერს. ამიტომაც წერს და უაიტი შემდეგს:</w:t>
      </w:r>
    </w:p>
    <w:p>
      <w:pPr>
        <w:pStyle w:val="ArticleScripture"/>
        <w:jc w:val="left"/>
      </w:pPr>
      <w:r>
        <w:rPr>
          <w:rFonts w:ascii="Sylfaen" w:hAnsi="Sylfaen" w:eastAsia="Sylfaen" w:cs="Sylfaen"/>
        </w:rPr>
        <w:t>„1840–1844 წლებში მოცემული ყველა უწყება ახლა ძალით უნდა იქნეს გაცხადებული, რადგან მრავალი ადამიანია, რომელთაც სწორ გზაზე ორიენტაცია დაკარგეს. ეს უწყებები ყველა ეკლესიას უნდა მიეწოდოს.</w:t>
      </w:r>
    </w:p>
    <w:p>
      <w:pPr>
        <w:pStyle w:val="ArticleScripture"/>
        <w:jc w:val="left"/>
      </w:pPr>
      <w:r>
        <w:rPr>
          <w:rFonts w:ascii="Sylfaen" w:hAnsi="Sylfaen" w:eastAsia="Sylfaen" w:cs="Sylfaen"/>
        </w:rPr>
        <w:t>ქრისტემ თქვა: „ნეტარ არიან თქვენი თვალნი, რადგან ხედავენ; და თქვენი ყურნი, რადგან ისმენენ. რადგან ჭეშმარიტად გეუბნებით თქვენ: მრავალ წინასწარმეტყველსა და მართალ კაცს სურდა ეხილა ის, რასაც თქვენ ხედავთ, და ვერ იხილეს; და ესმინა ის, რასაც თქვენ ისმენთ, და ვერ ესმინათ“ [მათე 13:16, 17]. ნეტარ არიან ის თვალნი, რომლებმაც იხილეს ის, რაც ხილული იყო 1843 და 1844 წლებში.</w:t>
      </w:r>
    </w:p>
    <w:p>
      <w:pPr>
        <w:pStyle w:val="ArticleScripture"/>
        <w:jc w:val="left"/>
      </w:pPr>
      <w:r>
        <w:rPr>
          <w:rFonts w:ascii="Sylfaen" w:hAnsi="Sylfaen" w:eastAsia="Sylfaen" w:cs="Sylfaen"/>
        </w:rPr>
        <w:t>ცნობა იქნა მოცემული. და არ უნდა მოხდეს ამ ცნობის განმეორების დაყოვნება, რადგან ჟამის ნიშნები სრულდება; დასკვნითი საქმე უნდა აღსრულდეს. მოკლე დროში დიდი საქმე აღსრულდება. მალე ღვთის განწესებით მოეცემა ცნობა, რომელიც ძლიერ შეძახილად გადაიქცევა. მაშინ დანიელი დადგება თავის წილში, რათა მისცეს თავისი მოწმობა.</w:t>
      </w:r>
    </w:p>
    <w:p>
      <w:pPr>
        <w:pStyle w:val="ArticleScripture"/>
        <w:jc w:val="left"/>
      </w:pPr>
      <w:r>
        <w:rPr>
          <w:rFonts w:ascii="Sylfaen" w:hAnsi="Sylfaen" w:eastAsia="Sylfaen" w:cs="Sylfaen"/>
        </w:rPr>
        <w:t>„ჩვენი ეკლესიების ყურადღება უნდა აღიძრას. ჩვენ ვდგავართ ქვეყნიერების ისტორიის უდიდესი მოვლენის საზღვარზე, და სატანას არ უნდა მიეცეს ძალაუფლება ღვთის ხალხზე, რათა მათ ძილში ჩააგდოს. პაპობა თავისი ძალით გამოჩნდება. ახლა ყველამ უნდა გამოიღვიძოს და გამოიკვლიოს წერილები, რადგან ღმერთი თავის ერთგულთ გაუცხადებს, რა მოხდება უკანასკნელ ჟამს. უფლის სიტყვა ძალით უნდა მოვიდეს მის ხალხთან....“</w:t>
      </w:r>
    </w:p>
    <w:p>
      <w:pPr>
        <w:pStyle w:val="ArticleScripture"/>
        <w:jc w:val="left"/>
      </w:pPr>
      <w:r>
        <w:rPr>
          <w:rFonts w:ascii="Sylfaen" w:hAnsi="Sylfaen" w:eastAsia="Sylfaen" w:cs="Sylfaen"/>
        </w:rPr>
        <w:t>„აი, რაც მომეცა წარმოდგენილად — რომ ჩვენ მძინარენი ვართ და არ ვიცით ჩვენი მონახულების ჟამი. მაგრამ თუ ღმერთის წინაშე დავიმდაბლებთ თავს და მთელი გულით მოვიძიებთ მას, იგი გვაპოვნინებს თავს.“ Manuscript Releases, ტომი 21, 436–438.</w:t>
      </w:r>
    </w:p>
    <w:p>
      <w:pPr>
        <w:pStyle w:val="ArticleBody"/>
        <w:jc w:val="left"/>
      </w:pPr>
      <w:r>
        <w:rPr>
          <w:rFonts w:ascii="Sylfaen" w:hAnsi="Sylfaen" w:eastAsia="Sylfaen" w:cs="Sylfaen"/>
        </w:rPr>
        <w:t>უწყება, რომელიც სახისმეტყველებით წინასწარ იყო წარმოდგენილი მესიის შესახებ აწმყო ჭეშმარიტების უწყებით ქრისტეს ისტორიაში და 1840-დან 1844 წლამდე აწმყო ჭეშმარიტების უწყებით, მიუთითებს უკანასკნელ დღეებზე, როდესაც მილერიტული უწყება კვლავ განმეორდება. ისინი, ვინც იმ ისტორიებში წარმოდგენილნი არიან როგორც უუნარონი „ხედავდნენ და ესმოდეთ“, „არ იციან თავიანთი მონახულების ჟამი“. როდესაც ესაია წარმოგვიდგენს უკანასკნელი წვიმის ყალბი უწყების მაცნეთა პირველ მოხსენიებას, რომელნიც ხედავენ, მაგრამ ვერ ხედავენ, იგი აღნიშნავს დროს, როდესაც ეს პერიოდი იწყება — იმ პერიოდს, რომლის შესახებაც და უაითმა თქვა: „ღვთის მიერ დადგენილი უწყება, რომელიც ძლიერ ღაღადად გადაიქცევა.“ „ღვთის მიერ დადგენილი“ წარმოადგენს განსაზღვრულ დროს, როდესაც ეს უწყება უნდა მოსულიყო, ხოლო ესაიას მეექვსე თავის მესამე მუხლში ესაია სწორედ ამ დროს ასახელებს.</w:t>
      </w:r>
    </w:p>
    <w:p>
      <w:pPr>
        <w:pStyle w:val="ArticleScripture"/>
        <w:jc w:val="left"/>
      </w:pPr>
      <w:r>
        <w:rPr>
          <w:rFonts w:ascii="Sylfaen" w:hAnsi="Sylfaen" w:eastAsia="Sylfaen" w:cs="Sylfaen"/>
        </w:rPr>
        <w:t>და ერთმა მეორეს შეჰღაღადა და თქვა: წმიდა, წმიდა, წმიდაა ცაბაოთ უფალი; მთელი ქვეყანა სავსეა მისი დიდებით. ესაია 6:3.</w:t>
      </w:r>
    </w:p>
    <w:p>
      <w:pPr>
        <w:pStyle w:val="ArticleBody"/>
        <w:jc w:val="left"/>
      </w:pPr>
      <w:r>
        <w:rPr>
          <w:rFonts w:ascii="Sylfaen" w:hAnsi="Sylfaen" w:eastAsia="Sylfaen" w:cs="Sylfaen"/>
        </w:rPr>
        <w:t>და უაითი აღნიშნავს, რომ როდესაც ანგელოზები ერთმანეთს შესძახებენ: „წმიდა, წმიდა, წმიდა“, იმ მონაკვეთში, სადაც ესაია წარმოადგენს მათ, ვისაც თვალები აქვთ, ხედავენ, მაგრამ ვერ ხედავენ, ეს 2001 წლის 11 სექტემბერს სრულდება.</w:t>
      </w:r>
    </w:p>
    <w:p>
      <w:pPr>
        <w:pStyle w:val="ArticleScripture"/>
        <w:jc w:val="left"/>
      </w:pPr>
      <w:r>
        <w:rPr>
          <w:rFonts w:ascii="Sylfaen" w:hAnsi="Sylfaen" w:eastAsia="Sylfaen" w:cs="Sylfaen"/>
        </w:rPr>
        <w:t>„როდესაც ისინი [ანგელოზები] ხედავენ მომავალს, როცა მთელი დედამიწა აღივსება მისი დიდებით, ქების ტრიუმფალური გალობა მელოდიური საგალობლით გადაეცემა ერთიმეორეს: „წმიდა, წმიდა, წმიდაა უფალი ცაბაოთი.“ ისინი სრულიად კმაყოფილნი არიან ღმერთის განდიდებით; და მის წინაშე, მისი მოწონების ღიმილის ქვეშ, მეტს აღარაფერს ნატრობენ. მის ხატებას ტარებაში, მისი მსახურების აღსრულებასა და მის თაყვანისცემაში მათი უმაღლესი მისწრაფება სრულად აღწეულია.“ Review and Herald, December 22, 1896.</w:t>
      </w:r>
    </w:p>
    <w:p>
      <w:pPr>
        <w:pStyle w:val="ArticleBody"/>
        <w:jc w:val="left"/>
      </w:pPr>
      <w:r>
        <w:rPr>
          <w:rFonts w:ascii="Sylfaen" w:hAnsi="Sylfaen" w:eastAsia="Sylfaen" w:cs="Sylfaen"/>
        </w:rPr>
        <w:t>2001 წლის 11 სექტემბერს დაიწყო ას ორმოცდაოთხი ათასის დაბეჭდვა, და გვიანმა წვიმამ იწყო პკურება, და აბაკუმის პაექრობა დაიწყო იმ დროს, როცა ათი ქალწულის იგავი მეორდებოდა. იმ მომენტში ეზეკიელის წინასწარმეტყველებამ მიაღწია თავის სრულყოფილ აღსრულებას. წინასწარმეტყველური სიტყვა აღარ იქნება დაყოვნებული, და თაობა, რომელმაც 2001 წლის 11 სექტემბერი იხილა, არის პლანეტა დედამიწის უკანასკნელი თაობა, რადგან ადვენტიზმის დასასრულის ხილვა აცხადებს მადლის ვადის დახურვას ქრისტეს მეორედ მოსვლისას. ამ ფაქტის მეორე მოწმე ლუკას წიგნის ოცდამეერთე თავში მოიპოვება.</w:t>
      </w:r>
    </w:p>
    <w:p>
      <w:pPr>
        <w:pStyle w:val="ArticleScripture"/>
        <w:jc w:val="left"/>
      </w:pPr>
      <w:r>
        <w:rPr>
          <w:rFonts w:ascii="Sylfaen" w:hAnsi="Sylfaen" w:eastAsia="Sylfaen" w:cs="Sylfaen"/>
        </w:rPr>
        <w:t>ჭეშმარიტად გეუბნებით თქვენ: ეს თაობა არ გარდავა, ვიდრე ყოველივე აღსრულდებოდეს. ცა და მიწა გარდავლენ, ხოლო ჩემი სიტყვები არ გარდავლენ. ლუკა 21:32, 33.</w:t>
      </w:r>
    </w:p>
    <w:p>
      <w:pPr>
        <w:pStyle w:val="ArticleBody"/>
        <w:jc w:val="left"/>
      </w:pPr>
      <w:r>
        <w:rPr>
          <w:rFonts w:ascii="Sylfaen" w:hAnsi="Sylfaen" w:eastAsia="Sylfaen" w:cs="Sylfaen"/>
        </w:rPr>
        <w:t>ლუკას ოცდამეერთე თავში იესო დედამიწის ისტორიის უკანასკნელ თაობას განსაზღვრავს. მან ახლახან წარმოადგინა თანმიმდევრული ისტორიის მიმოხილვა — იერუსალიმის განადგურებიდან 70 წელს, მილერიტულ ისტორიამდე. შემდეგ იგი წყვეტს ნარატივს წინასწარმეტყველური ისტორიის პირდაპირი განსაზღვრის მხრივ და წარმოთქვამს იგავს, რომელიც უბრალოდ იმეორებს და აფართოებს მის მიერ წარმოდგენილ წინასწარმეტყველურ ისტორიას. ამრიგად, მან ერთი და იმავე ნარატივის ორი შინაგანი მოწმე წარმოადგინა და დასასრულს მიუთითა, რომ „თაობა“, რომელიც ამ მოვლენებს შეესწრო, იცოცხლებდა მის დაბრუნებამდე, რითაც, კონტექსტის მიხედვით, განსაზღვრა ის თაობა, რომელსაც ას ორმოცდაოთხი ათასი წარმოადგენენ.</w:t>
      </w:r>
    </w:p>
    <w:p>
      <w:pPr>
        <w:pStyle w:val="ArticleBody"/>
        <w:jc w:val="left"/>
      </w:pPr>
      <w:r>
        <w:rPr>
          <w:rFonts w:ascii="Sylfaen" w:hAnsi="Sylfaen" w:eastAsia="Sylfaen" w:cs="Sylfaen"/>
        </w:rPr>
        <w:t>ას ორმოცდაოთხი ათასის დაბეჭდვის ისტორია ეხება უკანასკნელ თაობას, და ისინი სიკვდილს არ იგემებენ, თუმცა ცხოვრობენ იმ დროს, როდესაც ცა და დედამიწა გარდავლენ.</w:t>
      </w:r>
    </w:p>
    <w:p>
      <w:pPr>
        <w:pStyle w:val="ArticleScripture"/>
        <w:jc w:val="left"/>
      </w:pPr>
      <w:r>
        <w:rPr>
          <w:rFonts w:ascii="Sylfaen" w:hAnsi="Sylfaen" w:eastAsia="Sylfaen" w:cs="Sylfaen"/>
        </w:rPr>
        <w:t>მაგრამ უფლის დღე მოვა, როგორც ქურდი ღამით; რომელშიც ცანი დიდი გრგვინვით გარდავლენ, ხოლო სტიქიონები ცეცხლოვანი ხურვებით დადნებიან, და მიწაც და მასში არსებული საქმენიც დაიწვებიან. რაკი ყოველივე ეს ასე დაიშლება, როგორ ადამიანებად უნდა იყოთ თქვენ ყოვლად წმიდა ქცევითა და ღვთისმოსაობით, მოელოდეთ რა და ესწრაფოდეთ ღვთის დღის მოსვლას, რომელშიც ცანი, ცეცხლით აღგზნებულნი, დაიშლებიან, ხოლო სტიქიონები ცეცხლოვანი ხურვებით დადნებიან. 2 პეტრე 3:10–12.</w:t>
      </w:r>
    </w:p>
    <w:p>
      <w:pPr>
        <w:pStyle w:val="ArticleBody"/>
        <w:jc w:val="left"/>
      </w:pPr>
      <w:r>
        <w:rPr>
          <w:rFonts w:ascii="Sylfaen" w:hAnsi="Sylfaen" w:eastAsia="Sylfaen" w:cs="Sylfaen"/>
        </w:rPr>
        <w:t>ქრისტეს მეორე მოსვლა წარმოდგენილი იყო ქრისტეს ფერისცვალებაში.</w:t>
      </w:r>
    </w:p>
    <w:p>
      <w:pPr>
        <w:pStyle w:val="ArticleScripture"/>
        <w:jc w:val="left"/>
      </w:pPr>
      <w:r>
        <w:rPr>
          <w:rFonts w:ascii="Sylfaen" w:hAnsi="Sylfaen" w:eastAsia="Sylfaen" w:cs="Sylfaen"/>
        </w:rPr>
        <w:t>„ფერისცვალების მთაზე მოსე იყო ქრისტეს ცოდვასა და სიკვდილზე გამარჯვების მოწმე. იგი განასახიერებდა მათ, ვინც გამოვლენ საფლავიდან მართალთა აღდგომისას. ელია კი, რომელიც ზეცად იქნა ატაცებული სიკვდილის ხილვის გარეშე, განასახიერებდა მათ, ვინც ცოცხალი იქნება დედამიწაზე ქრისტეს მეორედ მოსვლის ჟამს და ვინც „შეიცვლებიან მყის, ერთ თვალის დახამხამებაში, უკანასკნელი საყვირის ხმაზე“; როცა „ამ ხრწნადმა უხრწნელება უნდა შეიმოსოს“ და „ამ მოკვდავმა უკვდავება უნდა შეიმოსოს“. 1 Corinthians 15:51–53. იესო შემოსილი იყო ზეციური ნათლით, როგორც გამოჩნდება მაშინ, როცა მოვა „მეორედ, ცოდვის გარეშე, ხსნისათვის“. რადგან იგი მოვა „თავისი მამის დიდებით წმიდა ანგელოზებთან ერთად“. Hebrews 9:28; Mark 8:38. ამგვარად აღსრულდა ახლა მაცხოვრის აღთქმა მოწაფეების მიმართ. მთაზე მომავალი დიდების სასუფეველი მცირე სახით იყო წარმოდგენილი,—ქრისტე, მეფე; მოსე — აღმდგარი წმიდების წარმომადგენელი; და ელია — გარდაცვალების გარეშე გადაყვანილთა წარმომადგენელი.“ The Desire of Ages, 421.</w:t>
      </w:r>
    </w:p>
    <w:p>
      <w:pPr>
        <w:pStyle w:val="ArticleBody"/>
        <w:jc w:val="left"/>
      </w:pPr>
      <w:r>
        <w:rPr>
          <w:rFonts w:ascii="Sylfaen" w:hAnsi="Sylfaen" w:eastAsia="Sylfaen" w:cs="Sylfaen"/>
        </w:rPr>
        <w:t>ელია, რომელიც არ მომკვდარა, წარმოადგენს იმ ას ორმოცდაოთხ ათასს, რომლებიც არ მოკვდებიან, ხოლო მოსე წარმოადგენს მათ, ვინც მოკვდება. უკანასკნელ დღეებში ეს ორი ჯგუფი წარმოდგენილია გამოცხადების მეშვიდე თავში, როგორც ას ორმოცდაოთხი ათასი და დიდი სიმრავლე. როდესაც გამოცხადების მეექვსე თავში მეხუთე ბეჭედი იხსნება, მათ, ვინც პაპობამ ბნელი საუკუნეების დროს მოკლა, ეძლევათ თეთრი სამოსელი.</w:t>
      </w:r>
    </w:p>
    <w:p>
      <w:pPr>
        <w:pStyle w:val="ArticleScripture"/>
        <w:jc w:val="left"/>
      </w:pPr>
      <w:r>
        <w:rPr>
          <w:rFonts w:ascii="Sylfaen" w:hAnsi="Sylfaen" w:eastAsia="Sylfaen" w:cs="Sylfaen"/>
        </w:rPr>
        <w:t>„და როდესაც მან გახსნა მეხუთე ბეჭედი, ვიხილე სამსხვერპლოს ქვეშ ღმერთის სიტყვისათვის და იმ მოწმობისათვის მოკლულთა სულები, რომელიც მათ ეპყრათ; და ხმამაღალი ხმით შეჰღაღადებდნენ და ამბობდნენ: როდემდე, უფალო, წმიდაო და ჭეშმარიტო, არ განიკითხავ და არ იძიებ ჩვენს სისხლს მათზე, რომელნიც დედამიწაზე მკვიდრობენ? და თითოეულ მათგანს მიეცა თეთრი სამოსელი [მათი სიწმიდე და სიწმინდე იქნა გამოცხადებული]; და ეთქვათ მათ, რომ კიდევ მცირე ხანს დაესვენათ, ვიდრე აღსრულდებოდნენ მათი თანამსახურენიც და მათი ძმანიც, რომელნიც მათსავით უნდა დახოცილიყვნენ“ [გამოცხადება 6:9–11]. აქ იოანეს წინაშე წარმოდგენილი იყო სცენები, რომლებიც იმჟამად რეალობა კი არ იყო, არამედ ის, რაც უნდა მომხდარიყო მომავალში, დროის განსაზღვრულ პერიოდში.“ Manuscript Releases, ტომი 20, 197.</w:t>
      </w:r>
    </w:p>
    <w:p>
      <w:pPr>
        <w:pStyle w:val="ArticleBody"/>
        <w:jc w:val="left"/>
      </w:pPr>
      <w:r>
        <w:rPr>
          <w:rFonts w:ascii="Sylfaen" w:hAnsi="Sylfaen" w:eastAsia="Sylfaen" w:cs="Sylfaen"/>
        </w:rPr>
        <w:t>მოწამეები ეკითხებიან, როდის იძიებს ღმერთი მათ მკვლელობას. მოწამეს იესოს რწმენა ჯერ კიდევ მანამდე ჰქონდა, ვიდრე მოკლავდნენ, რადგან სწორედ ამ რწმენის გამოვლენამ აღძრა პაპობა, რომ იგი მოეკლა. თეთრი სამოსი ქრისტეს სიმართლეს აღნიშნავს, მაგრამ ეს თეთრი სამოსი, რომელიც იმ მოკლულ სულებს მიეცათ, მათ მოწამებრივი სიკვდილის შემდეგ მიეცათ. ეს სამოსი მოწამეობის სიმბოლოა და არა მხოლოდ ქრისტეს სიმართლისა. მოწამეს ქრისტეს სიმართლის სამოსი მანამდე აქვს, ვიდრე მოკლავენ. გამოცხადების მეშვიდე თავში აღწერილ დიდ სიმრავლეს თეთრი სამოსი ეძლევა, რითაც წარმოდგენილნი არიან ისინი, ვინც მომავალი კვირა-კანონის სისხლისღვრაში დაიხოცებიან. ამგვარად, ას ორმოცდაოთხი ათასი წარმოდგენილია ელიათი, ხოლო ისინი, ვინც უფალში ერთგულად კვდებიან — მოსეთი ფერისცვალების მთაზე.</w:t>
      </w:r>
    </w:p>
    <w:p>
      <w:pPr>
        <w:pStyle w:val="ArticleBody"/>
        <w:jc w:val="left"/>
      </w:pPr>
      <w:r>
        <w:rPr>
          <w:rFonts w:ascii="Sylfaen" w:hAnsi="Sylfaen" w:eastAsia="Sylfaen" w:cs="Sylfaen"/>
        </w:rPr>
        <w:t>ასი ორმოცდაოთხი ათასი არის ის თაობა, რომელიც არ კვდება, და ისინი არიან ის თაობა, რომელზედაც ქრისტე მიუთითებს, როგორც ცოცხალზე, როდესაც ზეცანი და დედამიწა გადაივლის ლუკას 21-ე თავში.</w:t>
      </w:r>
    </w:p>
    <w:p>
      <w:pPr>
        <w:pStyle w:val="ArticleBody"/>
        <w:jc w:val="left"/>
      </w:pPr>
      <w:r>
        <w:rPr>
          <w:rFonts w:ascii="Sylfaen" w:hAnsi="Sylfaen" w:eastAsia="Sylfaen" w:cs="Sylfaen"/>
        </w:rPr>
        <w:t>ჩვენ ამ შესწავლას შემდეგ სტატიაში გავაგრძელებთ.</w:t>
      </w:r>
    </w:p>
    <w:p>
      <w:pPr>
        <w:pStyle w:val="ArticleScripture"/>
        <w:jc w:val="left"/>
      </w:pPr>
      <w:r>
        <w:rPr>
          <w:rFonts w:ascii="Sylfaen" w:hAnsi="Sylfaen" w:eastAsia="Sylfaen" w:cs="Sylfaen"/>
        </w:rPr>
        <w:t>„აბელის მკვლელობა იყო პირველი მაგალითი იმ მტრობისა, რომლის არსებობაც ღმერთმა გამოაცხადა გველსა და დედაკაცის თესლს შორის — სატანასა და მის ქვეშევრდომებსა და ქრისტესა და მის მიმდევრებს შორის. ადამიანის ცოდვის გამო სატანამ კაცობრიობაზე ხელმწიფება მოიპოვა, მაგრამ ქრისტე მათ შესაძლებლობას მისცემდა, მოეშორებინათ მისი უღელი. როდესაც, ღვთის კრავისადმი რწმენით, სული უარყოფს ცოდვის მსახურებას, სატანის რისხვა აღიგზნება. აბელის წმიდა ცხოვრება ამოწმებდა სატანის იმ მტკიცების წინააღმდეგ, თითქოს ადამიანისთვის შეუძლებელი იყოს ღვთის რჯულის დაცვა. როდესაც კაენმა, ბოროტის სულით აღძრულმა, დაინახა, რომ აბელს ვერ იმორჩილებდა, ისე განრისხდა, რომ სიცოცხლე მოუსწრაფა. და სადაც კი აღმოჩნდებიან ისინი, ვინც დადგებიან ღვთის რჯულის სიმართლის გასამართლებლად, იგივე სული გამოვლინდება მათ წინააღმდეგ. ეს არის ის სული, რომელმაც ყველა საუკუნის განმავლობაში აღმართა ძელი და ააგიზგიზა კოცონი ქრისტეს მოწაფეთათვის. მაგრამ სისასტიკენი, რომლებიც იესოს მიმდევარს ატყდება თავს, სატანისა და მისი ლაშქრების მიერ არის წაქეზებული, რადგან მათ არ ძალუძთ, აიძულონ იგი, დაემორჩილოს მათ ძალაუფლებას. ეს დამარცხებული მტრის მძვინვარებაა. იესოს ყოველი მოწამე გამარჯვებულად აღესრულა. წინასწარმეტყველი ამბობს: „მათ სძლიეს მას [„იმ ძველ გველს, რომელსაც ეშმაკი და სატანა ჰქვია“] კრავის სისხლით და თავიანთი მოწმობის სიტყვით; და არ შეიყვარეს თავიანთი სიცოცხლე თვით სიკვდილამდეც კი.“ გამოცხადება 12:11, 9.“ Patriarchs and Prophets,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თოთხმეტი</dc:title>
  <dc:subject>უკანასკნელი თაობა: ეზეკიელის წინასწარმეტყველური აღსრულების და 144,000-ის დაბეჭდვის გამოცხადება</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