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თერთმეტი ნომერი</w:t>
      </w:r>
    </w:p>
    <w:p>
      <w:pPr>
        <w:pStyle w:val="ArticleSubtitle"/>
        <w:jc w:val="left"/>
      </w:pPr>
      <w:r>
        <w:rPr>
          <w:rFonts w:ascii="Sylfaen" w:hAnsi="Sylfaen" w:eastAsia="Sylfaen" w:cs="Sylfaen"/>
        </w:rPr>
        <w:t>წინასწარმეტყველური გამოცდები სიბნელეში და ხატის აღმავლობა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2023-12-06</w:t>
      </w:r>
    </w:p>
    <w:p>
      <w:pPr>
        <w:pStyle w:val="ArticleBody"/>
        <w:jc w:val="left"/>
      </w:pPr>
      <w:r>
        <w:rPr>
          <w:rFonts w:ascii="Sylfaen" w:hAnsi="Sylfaen" w:eastAsia="Sylfaen" w:cs="Sylfaen"/>
        </w:rPr>
        <w:t>დანიელის პირველი თავი წარმოადგენს პირველი ანგელოზის უწყებას, ხოლო მეორე თავი წარმოადგენს მეორე ანგელოზის უწყებას. წინასწარმეტყველურ სიმბოლიკაში პირველი უწყებაა — გეშინოდეთ ღმრთისა; მეორე უწყებაა — მიაგეთ ღმერთს დიდება; ხოლო მესამე უწყება მიუთითებს სამსჯავროს ჟამზე. ვიდრე უშუალოდ დანიელის მეორე თავზე გადავიდოდეთ, საჭიროა მცირე მიმოხილვა. მეორე ანგელოზის უწყება უმთავრესად ბაბილონის დაცემას აღნიშნავს.</w:t>
      </w:r>
    </w:p>
    <w:p>
      <w:pPr>
        <w:pStyle w:val="ArticleScripture"/>
        <w:jc w:val="left"/>
      </w:pPr>
      <w:r>
        <w:rPr>
          <w:rFonts w:ascii="Sylfaen" w:hAnsi="Sylfaen" w:eastAsia="Sylfaen" w:cs="Sylfaen"/>
        </w:rPr>
        <w:t>და მოჰყვა მას სხვა ანგელოზი და ამბობდა: დაეცა, დაეცა ბაბილონი, ის დიდი ქალაქი, რადგან თავისი სიძვის რისხვის ღვინით დაათრო ყველა ხალხი. გამოცხადება 14:8.</w:t>
      </w:r>
    </w:p>
    <w:p>
      <w:pPr>
        <w:pStyle w:val="ArticleBody"/>
        <w:jc w:val="left"/>
      </w:pPr>
      <w:r>
        <w:rPr>
          <w:rFonts w:ascii="Sylfaen" w:hAnsi="Sylfaen" w:eastAsia="Sylfaen" w:cs="Sylfaen"/>
        </w:rPr>
        <w:t>მეორე ანგელოზი ბაბილონის დაცემას განსაზღვრავს იმით, რომ მან „ყველა ერს ასვა თავისი სიძვის რისხვის ღვინო“. მისი დაცემა პასუხია იმაზე, რომ მან ყველა ერთან იმრუშა. ეს სიძვა ხორციელდება მისი ცრუ მოძღვრებებით, რომლებიც „ღვინოდ“ არის წარმოდგენილი. კათოლიკური ეკლესია მრავალი ცრუ სწავლებით არის შემდგარი, მაგრამ ის ცრუ მოძღვრება, რომელიც უშუალოდ არის დაკავშირებული მის დაცემასთან, არის ის ცრუ მოძღვრება, რომელიც წარმოშობს მის „რისხვას“. ეს მოძღვრება არის ეკლესიისა და სახელმწიფოს შეერთება, სადაც ურთიერთობას ეკლესია განაგებს. კათოლიკური ეკლესიის რისხვა არის მისი დევნა მათ მიმართ, ვისაც იგი მწვალებლებად მიიჩნევს. მისი რისხვა ხორციელდება დედამიწის მეფეებთან მისი სიძვის მეშვეობით. დედამიწის მეფეებთან მისი კავშირისა და მათზე მისი კონტროლის გარეშე, მას არ ექნებოდა უნარი ედევნა ისინი, ვისაც იგი მწვალებლებად განსაზღვრავს. ამიტომ მისი მეორე დაცემა აღნიშნავს იმ მომავალ მომენტს, როდესაც მას კვლავაც შეეძლება თავისი რისხვის აღსრულება ისე, როგორც წარსულში აკეთებდა, რაც დედამიწის მეფეებთან მისი სიძვის შედეგად ხდება. დედამიწის მეფეები ამ უკანონო ურთიერთობაში შედიან მისი სიცრუის შესმით. ბაბილონის დაცემა საბოლოოდ ცხადდება გამოცხადების მეთვრამეტე თავში.</w:t>
      </w:r>
    </w:p>
    <w:p>
      <w:pPr>
        <w:pStyle w:val="ArticleScripture"/>
        <w:jc w:val="left"/>
      </w:pPr>
      <w:r>
        <w:rPr>
          <w:rFonts w:ascii="Sylfaen" w:hAnsi="Sylfaen" w:eastAsia="Sylfaen" w:cs="Sylfaen"/>
        </w:rPr>
        <w:t>და ამის შემდეგ ვიხილე სხვა ანგელოზი, რომელიც ჩამოდიოდა ზეციდან, დიდი ხელმწიფებით აღჭურვილი; და დედამიწა განათდა მისი დიდებით. და ძლიერად შეჰღაღადა ხმამაღალი ხმით და თქვა: დაეცა, დაეცა ბაბილონი დიდი და გახდა ეშმაკთა სავანე, ყოველი უწმიდური სულის სამყოფელი და ყოველი უწმიდური და საძულველი ფრინველის გალია. რადგან ყველა ერმა შესვა მისი სიძვის რისხვის ღვინო, და ქვეყნის მეფეებმა იმრუშეს მასთან, და ქვეყნის ვაჭრები გამდიდრდნენ მისი განცხრომის სიუხვით. და გავიგონე სხვა ხმა ზეციდან, რომელიც ამბობდა: გამოდით მისგან, ჩემო ერო, რათა არ გახდეთ მისი ცოდვების თანაზიარნი და რათა არ მიიღოთ მისი წყლულები. რადგან მისმა ცოდვებმა ზეცამდე მიაღწია და ღმერთმა გაიხსენა მისი უსამართლობანი. მიუზღეთ მას, როგორც მან მოგიზღოთ თქვენ, და ორმაგად მიაგეთ მას მისი საქმეებისამებრ; იმ სასმისში, რომლითაც აავსო, ორმაგად აუვსეთ მას. გამოცხადება 18:1–6.</w:t>
      </w:r>
    </w:p>
    <w:p>
      <w:pPr>
        <w:pStyle w:val="ArticleBody"/>
        <w:jc w:val="left"/>
      </w:pPr>
      <w:r>
        <w:rPr>
          <w:rFonts w:ascii="Sylfaen" w:hAnsi="Sylfaen" w:eastAsia="Sylfaen" w:cs="Sylfaen"/>
        </w:rPr>
        <w:t>კათოლიკური ეკლესიის გამოცდის დრო 1798 წელს დასრულდა, მაგრამ იგი კვლავ გაიმეორებს იმ დევნას, რომელიც ბნელ საუკუნეებში აღასრულა, მალე მოსალოდნელი საკვირაო კანონის კრიზისის დროს.</w:t>
      </w:r>
    </w:p>
    <w:p>
      <w:pPr>
        <w:pStyle w:val="ArticleScripture"/>
        <w:jc w:val="left"/>
      </w:pPr>
      <w:r>
        <w:rPr>
          <w:rFonts w:ascii="Sylfaen" w:hAnsi="Sylfaen" w:eastAsia="Sylfaen" w:cs="Sylfaen"/>
        </w:rPr>
        <w:t>მაგრამ რამდენიმე რამ მაქვს შენს წინააღმდეგ, რადგან ნებას რთავ იმ ქალს, იეზებელს, რომელიც თავს წინასწარმეტყველად აცხადებს, ასწავლოს და აცდინოს ჩემი მსახურნი, რათა იმრუშონ და კერპთათვის შეწირული ჭამონ. და მივეცი მას დრო, რათა მოენანიებინა თავისი სიძვა, მაგრამ არ მოინანია. აჰა, ჩავაგდებ მას საწოლში, და მათ, რომელნიც მასთან მრუშობენ, დიდ გასაჭირში, თუ არ მოინანიებენ თავიანთ საქმეებს. გამოცხადება 2:20–22.</w:t>
      </w:r>
    </w:p>
    <w:p>
      <w:pPr>
        <w:pStyle w:val="ArticleBody"/>
        <w:jc w:val="left"/>
      </w:pPr>
      <w:r>
        <w:rPr>
          <w:rFonts w:ascii="Sylfaen" w:hAnsi="Sylfaen" w:eastAsia="Sylfaen" w:cs="Sylfaen"/>
        </w:rPr>
        <w:t>მას მიეცა ათას ორას სამოცი წელი სინანულისთვის, მაგრამ მან უარი თქვა. გვალვის სამი-ნახევარი წელი, რომელმაც ქარმელის მთამდე მიიყვანა, იეზებელს მიეცა სინანულისთვის, მაგრამ მანაც უარი თქვა. შეერთებულ შტატებში მალე მოსალოდნელი საკვირაო კანონის დროს, უკანასკნელ დღეებში მასთან მეძაობის მოქმედი დედამიწის მეფეთაგან პირველი არის შეერთებული შტატები, გამოცხადების მეცამეტე თავის მიწის მხეცი. ამით მან თავისი განსაცდელი დროის სასმისი აავსო.</w:t>
      </w:r>
    </w:p>
    <w:p>
      <w:pPr>
        <w:pStyle w:val="ArticleScripture"/>
        <w:jc w:val="left"/>
      </w:pPr>
      <w:r>
        <w:rPr>
          <w:rFonts w:ascii="Sylfaen" w:hAnsi="Sylfaen" w:eastAsia="Sylfaen" w:cs="Sylfaen"/>
        </w:rPr>
        <w:t>„დედამიწაზე უდიდესი და უმეტესად კურთხეული ერი არის შეერთებული შტატები. მადლმოსილმა განგებამ დაიფარა ეს ქვეყანა და მასზე უხვად გადმოღვარა ზეცის რჩეული კურთხევანი. აქ დევნილებმა და ჩაგრულებმა თავშესაფარი ჰპოვეს. აქ ქრისტიანული რწმენა თავისი სიწმინდით იქადაგებოდა. ამ ხალხს დიდი ნათელი და უბადლო წყალობანი ებოძა. მაგრამ ეს ძღვენნი უმადურობითა და ღვთის დავიწყებით იქნა საზღაურებული. უსასრულო ღმერთი ერებთან ანგარიშს აწარმოებს, და მათი დანაშაული იმ ნათლის შესაბამისად იზომება, რომელიც მათ უარყვეს. შიშის მომგვრელი ჩანაწერი ახლა ზეცის წიგნებში ჩვენს ქვეყანას უდგას წინააღმდეგ; მაგრამ დანაშაული, რომელიც აღავსებს მისი ურჯულოების საზომს, იქნება ღვთის კანონის გაუქმება.</w:t>
      </w:r>
    </w:p>
    <w:p>
      <w:pPr>
        <w:pStyle w:val="ArticleScripture"/>
        <w:jc w:val="left"/>
      </w:pPr>
      <w:r>
        <w:rPr>
          <w:rFonts w:ascii="Sylfaen" w:hAnsi="Sylfaen" w:eastAsia="Sylfaen" w:cs="Sylfaen"/>
        </w:rPr>
        <w:t>„ადამიანთა კანონებსა და იეჰოვას მცნებებს შორის მოხდება უკანასკნელი დიდი კონფლიქტი ჭეშმარიტებასა და ცდომილებას შორის მიმდინარე ბრძოლისა. ამ ბრძოლაში ჩვენ ახლა შევდივართ,—ბრძოლაში არა მეტოქე ეკლესიებს შორის, რომლებიც უზენაესობისთვის იბრძვიან, არამედ ბიბლიის რელიგიასა და იგავ-არაკისა და ტრადიციის რელიგიას შორის. ძალები, რომლებიც ამ ბრძოლაში ჭეშმარიტებისა და სიმართლის წინააღმდეგ გაერთიანდებიან, უკვე აქტიურად მოქმედებენ.“ Spirit of Prophecy, ტომი 4, 398.</w:t>
      </w:r>
    </w:p>
    <w:p>
      <w:pPr>
        <w:pStyle w:val="ArticleBody"/>
        <w:jc w:val="left"/>
      </w:pPr>
      <w:r>
        <w:rPr>
          <w:rFonts w:ascii="Sylfaen" w:hAnsi="Sylfaen" w:eastAsia="Sylfaen" w:cs="Sylfaen"/>
        </w:rPr>
        <w:t>კვირის კანონის დროს მხეცის ნიშანი იძულებით ხდება სავალდებულო, რითაც „უქმად იქცევა ღვთის კანონი.“ კვირის კანონამდე მხეცის ხატი ყალიბდება შეერთებულ შტატებში. კვირის კანონი დგება დროის ერთ განსაზღვრულ მომენტში, ხოლო მხეცის ხატის ფორმირება არის დროის ერთიანი პერიოდი. ეს დროითი პერიოდი არის ის წინასწარმეტყველური პერიოდი, რომელიც წარმოდგენილია დანიელის სიცოცხლის ხანგრძლივობით, როგორც ეს გამოხატულია დანიელის პირველი თავის სამოცდაათწლიანი ტყვეობით. ეს სამოცდაათი წელი დაიწყო იეჰოიაკიმით, რაც სიმბოლურად აღნიშნავს იმ დროს, როდესაც პირველი უწყება ძალით აღიჭურვა 2001 წლის 11 სექტემბერს, და დასრულდა ღვთის კანონის გაუქმებით, როგორც ეს წარმოდგენილია კიროსის „ბრძანებით“.</w:t>
      </w:r>
    </w:p>
    <w:p>
      <w:pPr>
        <w:pStyle w:val="ArticleBody"/>
        <w:jc w:val="left"/>
      </w:pPr>
      <w:r>
        <w:rPr>
          <w:rFonts w:ascii="Sylfaen" w:hAnsi="Sylfaen" w:eastAsia="Sylfaen" w:cs="Sylfaen"/>
        </w:rPr>
        <w:t>დანიელის სამოცწლიანი წინასწარმეტყველური ცხოვრების ისტორია რამდენიმე წინასწარმეტყველური ხაზის სიმბოლოს წარმოადგენს. იგი განასახიერებს ას ორმოცდაოთხი ათასის დაბეჭდვის დროს. იგი განასახიერებს სამსაფეხურიან გამოცდის პროცესს, რომელიც გამოხატულია გამოცხადების მეთოთხმეტე თავის სამი ანგელოზით, და წარმოადგენს ებრაული სიტყვის — „ჭეშმარიტება“ — სტრუქტურას. იგი განასახიერებს ლევის ძეთა განწმენდას, რომელსაც აღასრულებს აღთქმის მაცნე. იგი წარმოდგენილია იმითაც, რომ ქრისტემ ტაძარი ორჯერ განწმინდა. იგი წარმოდგენილია აგრეთვე ეზეკიელის მერვე და მეცხრე თავებში იერუსალიმის შიგნით მიმდინარე თანდათანობითი განდგომილებით. იგი ასევე განასახიერებს იმ ისტორიას, როდესაც შეერთებულ შტატებში მხეცის ხატი ყალიბდება.</w:t>
      </w:r>
    </w:p>
    <w:p>
      <w:pPr>
        <w:pStyle w:val="ArticleBody"/>
        <w:jc w:val="left"/>
      </w:pPr>
      <w:r>
        <w:rPr>
          <w:rFonts w:ascii="Sylfaen" w:hAnsi="Sylfaen" w:eastAsia="Sylfaen" w:cs="Sylfaen"/>
        </w:rPr>
        <w:t>მხეცის ხატი აგრეთვე წარმოდგენილია იეზებელის მრუშობით ახაბთან, ჰეროდეს მრუშობით ჰეროდიადასთან, ოქროს ხბოთი აარონის ამბოხში, იერობოამის ორი ყალბი თაყვანისცემის ტაძრით, რომლებიც მდებარეობდა ბეთელსა და დანში, ბაალის წინასწარმეტყველებითა და აშთაროთის წინასწარმეტყველებით ქარმელის მთის ისტორიაში. ელენ უაიტის ნაწერებში მხეცის ხატის ერთადერთი განსაზღვრება არის ეკლესიისა და სახელმწიფოს შეერთება, იმგვარად, რომ ამ ურთიერთობაში ეკლესია აკონტროლებს მდგომარეობას. ეკლესიის მიერ სახელმწიფოზე ბატონობის ეს საკითხი არის სწორედ ის არსი, რისგანაც წმინდა დოკუმენტი, რომელიც არის ამერიკის შეერთებული შტატების კონსტიტუცია, შექმნილი იყო დასაცავად. როდესაც ეკლესიისა და სახელმწიფოს გამიჯვნის პრინციპი უახლოეს მომავალში მოსალოდნელი კვირა დღის კანონის დროს უარყოფილ იქნება მიწის მხეცის მიერ, ამერიკის შეერთებულ შტატებში ეკლესიისა და სახელმწიფოს სრული კავშირი განხორციელებული იქნება.</w:t>
      </w:r>
    </w:p>
    <w:p>
      <w:pPr>
        <w:pStyle w:val="ArticleBody"/>
        <w:jc w:val="left"/>
      </w:pPr>
      <w:r>
        <w:rPr>
          <w:rFonts w:ascii="Sylfaen" w:hAnsi="Sylfaen" w:eastAsia="Sylfaen" w:cs="Sylfaen"/>
        </w:rPr>
        <w:t>2001 წლის 11 სექტემბრიდან ამერიკის შეერთებულ შტატებში საკვირაო კანონის დამკვიდრებამდე არსებობს ხილული გამოცდა, რომელიც დაფუძნებულია იმაზე, რომ წინასწარმეტყველების შემსწავლელებმა ამოიცნონ მხეცის ხატის ჩამოყალიბება. ახლა ჩვენ სწორედ ამ პროცესის უმთავრეს დასასრულს მივადექით. მხეცის ხატის ჩამოყალიბების პროცესში არსებობს რამდენიმე მოძრაობა, რომლებიც თავიანთ წვლილს შეაქვთ მის სრულ განვითარებაში საკვირაო კანონის დროს, როდესაც მხეცის ნიშანი იძულებით აღსრულდება. არსებობს პოლიტიკური მოძრაობები, რელიგიური მოძრაობები, სოციალური მოძრაობები და ფინანსური მოძრაობები. მიაქციეთ ყურადღება იმ მოვლენებს, რომლებზეც მითითებულია მხეცის ხატის ჩამოყალიბებასთან დაკავშირებით მომდევნო მონაკვეთში.</w:t>
      </w:r>
    </w:p>
    <w:p>
      <w:pPr>
        <w:pStyle w:val="ArticleScripture"/>
        <w:jc w:val="left"/>
      </w:pPr>
      <w:r>
        <w:rPr>
          <w:rFonts w:ascii="Sylfaen" w:hAnsi="Sylfaen" w:eastAsia="Sylfaen" w:cs="Sylfaen"/>
        </w:rPr>
        <w:t>„უკვე მზადება წინ მიიწევს და მიმდინარეობს მოქმედებანი, რომლებიც შედეგად მოიტანს მხეცის ხატის შექმნას. დედამიწის ისტორიაში მოხდება მოვლენები, რომლებიც აღასრულებს წინასწარმეტყველების წინასწარ თქმულს ამ უკანასკნელი დღეებისთვის“ The Seventh-day Adventist Bible Commentary, volume 7, 976.</w:t>
      </w:r>
    </w:p>
    <w:p>
      <w:pPr>
        <w:pStyle w:val="ArticleBody"/>
        <w:jc w:val="left"/>
      </w:pPr>
      <w:r>
        <w:rPr>
          <w:rFonts w:ascii="Sylfaen" w:hAnsi="Sylfaen" w:eastAsia="Sylfaen" w:cs="Sylfaen"/>
        </w:rPr>
        <w:t>მხეცის ხატის ჩამოყალიბება მოიცავს წინმსწრებ მომზადებას, რომელიც თავის თავში შეიცავს როგორც „მოვლენებს“, ისე „მოძრაობებს“, და ორივეც მრავლობითშია. ისტორია, რომელსაც დანიელის სამოცდაათწლიანი ტყვეობა წარმოადგენს, იეჰოიაკიმით დაიწყო და კიროსის ბრძანებით დასრულდა. იესო რაიმეს დასასრულს რაიმეს დასაწყისით ასახავს, და არსებობს „ბრძანება“, რომელიც წარმოადგენს იმ პერიოდის დასაწყისს, რომლის ტიპსაც დანიელის სამოცდაათი წინასწარმეტყველური წელი გამოხატავს. ეს „ბრძანება“ იყო USA Patriot Act, რომელიც საჯაროდ დაფუძნებული იყო მესამე ვაის ისლამის თავდასხმაზე. მაგრამ აბრაამ ლინკოლნის სამოქალაქო ომის დროინდელი, ან ფრანკლინ რუზველტის მეორე მსოფლიო ომის დროინდელი დიქტატორული აღმასრულებელი ბრძანებებისაგან განსხვავებით, Patriot Act კვლავ ძალაშია და, დიდი ალბათობით, კიდევ უფრო განმტკიცდება და გაძლიერდება, რამდენადაც გლობალურ ისლამთან მტრობა იმატებს. როგორც სამოქალაქო ომის, ისე მეორე მსოფლიო ომის აღმასრულებელი ბრძანებები საომარი მოქმედებების დასრულებასთან ერთად დასრულდა, მაგრამ გლობალურ ისლამთან მტრობას დასასრული არ ექნება, არამედ მთელ მსოფლიოში მზარდი ტერორისტული თავდასხმები გაგრძელდება.</w:t>
      </w:r>
    </w:p>
    <w:p>
      <w:pPr>
        <w:pStyle w:val="ArticleBody"/>
        <w:jc w:val="left"/>
      </w:pPr>
      <w:r>
        <w:rPr>
          <w:rFonts w:ascii="Sylfaen" w:hAnsi="Sylfaen" w:eastAsia="Sylfaen" w:cs="Sylfaen"/>
        </w:rPr>
        <w:t>დასავლურ კულტურაში არსებობს ორი ძირითადი სამართლებრივი ფილოსოფია: ინგლისური სამართალი და რომაული სამართალი. ინგლისური სამართლის საფუძვლიანი პრინციპი ის არის, რომ ადამიანი უდანაშაულოდ ითვლება, ვიდრე მისი დანაშაული არ დამტკიცდება; ხოლო რომაული სამართლის საფუძვლიანი პრინციპი ის არის, რომ ადამიანი დამნაშავედ ითვლება, ვიდრე მისი უდანაშაულობა არ დამტკიცდება. აშშ-ის „Patriot Act“ რომაული სამართლის კლასიკური მაგალითია და პირდაპირ ეწინააღმდეგება ინგლისურ სამართალს. ეს არის ერთ-ერთი იმ „მოვლენათაგანი“, რომელიც მხეცის ხატის ჩამოყალიბების პროცესში უნდა განხორციელდეს. თუ შეერთებული შტატები უნდა იქცეს კათოლიციზმის ხატად, მაშინ მხეცის ნიშნის აღსრულებამდე შეერთებულ შტატებში წინასწარ უნდა დამკვიდრდეს კათოლიკური რელიგიური და პოლიტიკური ფილოსოფია.</w:t>
      </w:r>
    </w:p>
    <w:p>
      <w:pPr>
        <w:pStyle w:val="ArticleScripture"/>
        <w:jc w:val="left"/>
      </w:pPr>
      <w:r>
        <w:rPr>
          <w:rFonts w:ascii="Sylfaen" w:hAnsi="Sylfaen" w:eastAsia="Sylfaen" w:cs="Sylfaen"/>
        </w:rPr>
        <w:t>„ეს თემა დაჟინებით მედება გულზე. განიხილეთ იგი, რადგან ეს უაღრესად მნიშვნელოვანი საკითხია. ამ ორ ჯგუფთაგან რომელთან დავაკავშირებთ ჩვენს ინტერესს? ჩვენ ახლა ვაკეთებთ ჩვენს არჩევანს და მალე გავარჩევთ ღმერთის მსახურსა და იმას, ვინც მას არ ემსახურება. წაიკითხეთ მალაქიას მეოთხე თავი და სერიოზულად დაფიქრდით მასზე. ღვთის დღე უკვე კარს არის მომდგარი. მსოფლიომ ეკლესია მოაქცია. ორივე თანხმობაშია და მოქმედებს მოკლემხედველური პოლიტიკის მიხედვით. პროტესტანტები იმუშავებენ ქვეყნის მმართველებზე, რათა მიღებულ იქნეს კანონები ცოდვის კაცის დაკარგული უპირატესობის აღსადგენად, იმ კაცისა, რომელიც ზის ღვთის ტაძარში და თავს აჩენს, თითქოს ღმერთი იყოს. რომის კათოლიკური პრინციპები სახელმწიფოს მზრუნველობისა და მფარველობის ქვეშ იქნება აყვანილი. ამ ეროვნულ განდგომილებას მალე ეროვნული დაღუპვა მოჰყვება. ბიბლიური ჭეშმარიტების პროტესტი აღარ იქნება მოთმენილი მათ მიერ, რომელთაც ღვთის კანონი არ გაუხდიათ თავიანთი ცხოვრების წესად. მაშინ გაისმება ხმა მოწამეთა საფლავებიდან, რომლებიც წარმოდგენილნი არიან იმ სულებით, რომლებიც იოანემ იხილა, როგორც ღვთის სიტყვისა და იესო ქრისტეს მოწმობისათვის მოკლულნი, რომელიც მათ ეპყრათ; მაშინ ყოველი ჭეშმარიტი ღვთის შვილისგან აღევლინება ლოცვა: „დროა, უფალო, იმოქმედო, რადგან გააუქმეს შენი კანონი.“ General Conference Daily Bulletin, January 1, 1900.</w:t>
      </w:r>
    </w:p>
    <w:p>
      <w:pPr>
        <w:pStyle w:val="ArticleBody"/>
        <w:jc w:val="left"/>
      </w:pPr>
      <w:r>
        <w:rPr>
          <w:rFonts w:ascii="Sylfaen" w:hAnsi="Sylfaen" w:eastAsia="Sylfaen" w:cs="Sylfaen"/>
        </w:rPr>
        <w:t>წინა მონაკვეთი აღნიშნავს იმ დროს, როდესაც „რომაულ-კათოლიკური პრინციპები სახელმწიფოს მზრუნველობისა და მფარველობის ქვეშ იქნება მოქცეული“, რაც საკვირაო კანონის დროს მოხდება. საკვირაო კანონი არის იმ სიმბოლური პერიოდის დასასრული, რომელიც 2001 წლის 11 სექტემბერს დაიწყო. Patriot Act დასაწყისში წინასწარ განასახიერებს საკვირაო კანონს დასასრულში. იმ მოვლენათაგან ორი, რომლებიც მხეცის ხატის შესაქმნელად იქნა მოყვანილი, იყო მესამე ვაის მოსვლა და მის შემდგომ Patriot Act.</w:t>
      </w:r>
    </w:p>
    <w:p>
      <w:pPr>
        <w:pStyle w:val="ArticleBody"/>
        <w:jc w:val="left"/>
      </w:pPr>
      <w:r>
        <w:rPr>
          <w:rFonts w:ascii="Sylfaen" w:hAnsi="Sylfaen" w:eastAsia="Sylfaen" w:cs="Sylfaen"/>
        </w:rPr>
        <w:t>მხეცის ხატის ჩამოყალიბება ის გამოცდაა, რომელშიც ჩვენი მარადიული ხვედრი განისაზღვრება, და იგი კვირა დღის კანონს წინ უსწრებს. კვირა დღის კანონის დროს ჩვენი გამოსაცდელი ვადა, როგორც მეშვიდე დღის ადვენტისტებისა, იხურება, და სწორედ იქ აღიბეჭდება ხილული ბეჭედი და აღიმართება დროშა. მხეცის ხატის ჩამოყალიბება ხდება კვირა დღის კანონამდე, ხილულ დაბეჭდვამდე და გამოსაცდელი ვადის დახურვამდე.</w:t>
      </w:r>
    </w:p>
    <w:p>
      <w:pPr>
        <w:pStyle w:val="ArticleScripture"/>
        <w:jc w:val="left"/>
      </w:pPr>
      <w:r>
        <w:rPr>
          <w:rFonts w:ascii="Sylfaen" w:hAnsi="Sylfaen" w:eastAsia="Sylfaen" w:cs="Sylfaen"/>
        </w:rPr>
        <w:t>„უფალმა ნათლად მიჩვენა, რომ მხეცის ხატი ჩამოყალიბდება მადლის კარის დახურვამდე; რადგან ის უნდა იყოს ღვთის ხალხისთვის დიდი გამოცდა, რომლის მეშვეობითაც მათი საუკუნო ხვედრი განისაზღვრება. თქვენი პოზიცია ისეთ წინააღმდეგობათა აღრევას წარმოადგენს, რომ მხოლოდ მცირენი თუ იქნებიან მოტყუებულნი.</w:t>
      </w:r>
    </w:p>
    <w:p>
      <w:pPr>
        <w:pStyle w:val="ArticleScripture"/>
        <w:jc w:val="left"/>
      </w:pPr>
      <w:r>
        <w:rPr>
          <w:rFonts w:ascii="Sylfaen" w:hAnsi="Sylfaen" w:eastAsia="Sylfaen" w:cs="Sylfaen"/>
        </w:rPr>
        <w:t>„გამოცხადების 13-ე თავში ეს საკითხი ნათლად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ხალხმა უნდა გაიაროს, ვიდრე დაიბეჭდებიან. ყველა, ვინც ღმერთისადმი თავისი ერთგულება დაამტკიცა მისი რჯულის დაცვით და ყალბი შაბათის მიღებაზე უარის თქმით, უფალი ღმერთის, იეჰოვას, დროშის ქვეშ დადგება და მიიღებს ცოცხალი ღმერთის ბეჭედს. ხოლო ისინი, ვინც ზეციური წარმოშობის ჭეშმარიტებას დათმობენ და მიიღებენ კვირის შაბათს, მიიღებენ მხეცის ნიშანს“ Manuscript Releases, ტომი 15, 15.</w:t>
      </w:r>
    </w:p>
    <w:p>
      <w:pPr>
        <w:pStyle w:val="ArticleBody"/>
        <w:jc w:val="left"/>
      </w:pPr>
      <w:r>
        <w:rPr>
          <w:rFonts w:ascii="Sylfaen" w:hAnsi="Sylfaen" w:eastAsia="Sylfaen" w:cs="Sylfaen"/>
        </w:rPr>
        <w:t>მხეცის ხატის ჩამოყალიბებისათვის განკუთვნილი დროითი პერიოდი წარმოდგენილი იყო დანიელის სამოცდაათწლიანი ტყვეობით. დანიელმა პირველად გაიარა ღვთის შიშის გამოცდა, როცა აირჩია, რომ ეჭამა მხოლოდ ღვთის საკვები. დანიელის პირველი გამოცდა იყო კვებითი გამოცდა. დანიელის მეორე გამოცდა იყო მხედველობითი გამოცდა, რომელიც მოხდა საცდელი ათდღიანი პერიოდის დასასრულს, როდესაც იგი იკვებებოდა ღვთის საკვებით, ბაბილონის საკვებისაგან განსხვავებით. ამ კვების წარმატება გამოიხატა დანიელის გარეგნობაში. მეორე გამოცდა არის მხედველობითი გამოცდა. პირველი გამოცდა არის კვებითი გამოცდა. დანიელმა გამოავლინა თავისი რწმენა და გაიარა პირველი გამოცდა, მაგრამ მეორე გამოცდაში დანიელს წინასწარ არ შეეძლო დაენახა, გამოჩნდებოდა თუ არა იგი „უფრო სუქად და უკეთესად“ მათზე, ვინც ბაბილონის საკვებით იკვებებოდა. ყოველთვის არიან ადამიანები, რომლებიც შესანიშნავად გამოიყურებიან, მაგრამ ნაგავს ჭამენ, და არიან კეთილსინდისიერი ჯანმრთელობის რეფორმის მიმდევარნიც, რომლებიც მოსიარულე სიკვდილს ჰგვანან.</w:t>
      </w:r>
    </w:p>
    <w:p>
      <w:pPr>
        <w:pStyle w:val="ArticleBody"/>
        <w:jc w:val="left"/>
      </w:pPr>
      <w:r>
        <w:rPr>
          <w:rFonts w:ascii="Sylfaen" w:hAnsi="Sylfaen" w:eastAsia="Sylfaen" w:cs="Sylfaen"/>
        </w:rPr>
        <w:t>დანიელის მიერ პირველი გამოცდისას გამოვლენილმა თვითდისციპლინამ და რწმენამ გაატარა იგი მეორე გამოცდაშიც, თუმცა მეორე გამოცდის პერიოდის შედეგი „სიბნელით“ იყო დაბურული. მილერიტებმა, რომლებმაც 1840 წლის 11 აგვისტოს შეჭამეს პატარა წიგნი, ამის შემდეგ განადიდეს ღმერთი შუაღამის ღაღადის უწყების გამოცხადებაში, როდესაც ამ უწყებამ მოქცევის ტალღასავით გადაუარა ქვეყანას. მეორე გამოცდა არის მხედველობითი გამოცდა, რომელსაც წინ უძღვის როგორც პირდაპირი, ისე სულიერი დიეტური გამოცდა, ხოლო მას მოსდევს წინასწარმეტყველური ლაკმუსის გამოცდა. მეორე გამოცდა მოითხოვს იმ რწმენის ხილულ დამტკიცებას, რომელიც პირველი გამოცდისას იყო აღიარებული.</w:t>
      </w:r>
    </w:p>
    <w:p>
      <w:pPr>
        <w:pStyle w:val="ArticleScripture"/>
        <w:jc w:val="left"/>
      </w:pPr>
      <w:r>
        <w:rPr>
          <w:rFonts w:ascii="Sylfaen" w:hAnsi="Sylfaen" w:eastAsia="Sylfaen" w:cs="Sylfaen"/>
        </w:rPr>
        <w:t>ახლა კი რწმენა არის მოსალოდნელთა არსი, უხილავთა დამამტკიცებელი საბუთი. რადგან მისი მეშვეობით უხუცესებმა კეთილი მოწმობა მიიღეს. ებრაელთა 11:1, 2.</w:t>
      </w:r>
    </w:p>
    <w:p>
      <w:pPr>
        <w:pStyle w:val="ArticleBody"/>
        <w:jc w:val="left"/>
      </w:pPr>
      <w:r>
        <w:rPr>
          <w:rFonts w:ascii="Sylfaen" w:hAnsi="Sylfaen" w:eastAsia="Sylfaen" w:cs="Sylfaen"/>
        </w:rPr>
        <w:t>დანიელის მეორე თავი არის ხილვითი გამოცდა, რომელიც მხოლოდ მაშინ სრულდება წარმატებით, თუ პირველ გამოცდაში შერჩეული საზრდო გამოცდის პროცესში ქმედითად არის გამოყენებული.</w:t>
      </w:r>
    </w:p>
    <w:p>
      <w:pPr>
        <w:pStyle w:val="ArticleScripture"/>
        <w:jc w:val="left"/>
      </w:pPr>
      <w:r>
        <w:rPr>
          <w:rFonts w:ascii="Sylfaen" w:hAnsi="Sylfaen" w:eastAsia="Sylfaen" w:cs="Sylfaen"/>
        </w:rPr>
        <w:t>რადგან ხილვა ჯერ კიდევ დანიშნული დროისათვის არის, მაგრამ ბოლოს ილაპარაკებს და არ იცრუებს; თუმცა იგვიანებდეს, ელოდე მას, რადგან უეჭველად მოვა, არ დააყოვნებს. აჰა, ამპარტავნებით აღზევებული მისი სული სწორი არ არის მასში; ხოლო მართალი თავისი რწმენით იცოცხლებს. აბაკუმი 2:3, 4.</w:t>
      </w:r>
    </w:p>
    <w:p>
      <w:pPr>
        <w:pStyle w:val="ArticleBody"/>
        <w:jc w:val="left"/>
      </w:pPr>
      <w:r>
        <w:rPr>
          <w:rFonts w:ascii="Sylfaen" w:hAnsi="Sylfaen" w:eastAsia="Sylfaen" w:cs="Sylfaen"/>
        </w:rPr>
        <w:t>მეორე გამოცდის შედეგი სიბნელეშია დატოვებული, რათა გამოვლინდეს, იყო თუ არა პირველი გამოცდის დროს აღიარებული რწმენა ნამდვილი რწმენა.</w:t>
      </w:r>
    </w:p>
    <w:p>
      <w:pPr>
        <w:pStyle w:val="ArticleScripture"/>
        <w:jc w:val="left"/>
      </w:pPr>
      <w:r>
        <w:rPr>
          <w:rFonts w:ascii="Sylfaen" w:hAnsi="Sylfaen" w:eastAsia="Sylfaen" w:cs="Sylfaen"/>
        </w:rPr>
        <w:t>„იოანესთვის მინიჭებული განსაკუთრებული ნათელი, რომელიც შვიდი ქუხილის სახით გამოიხატა, იყო იმ მოვლენათა მოხაზულობა, რომლებიც უნდა მომხდარიყო პირველი და მეორე ანგელოზის უწყებათა ქვეშ. ხალხისთვის უმჯობესი არ იყო ამ საგნების ცოდნა, ვინაიდან მათი რწმენა აუცილებლად უნდა გამოცდილიყო. ღვთის განგებულების მიხედვით უნდა გამოცხადებულიყო უმშვენიერესი და უმაღლესი ჭეშმარიტებანი. პირველი და მეორე ანგელოზის უწყებები უნდა ქადაგებულიყო, მაგრამ შემდგომი ნათელი არ უნდა გამოცხადებულიყო მანამ, ვიდრე ეს უწყებები თავიანთ განსაკუთრებულ საქმეს შეასრულებდნენ.“ The Seventh-day Adventist Bible Commentary, ტომი 7, 971.</w:t>
      </w:r>
    </w:p>
    <w:p>
      <w:pPr>
        <w:pStyle w:val="ArticleBody"/>
        <w:jc w:val="left"/>
      </w:pPr>
      <w:r>
        <w:rPr>
          <w:rFonts w:ascii="Sylfaen" w:hAnsi="Sylfaen" w:eastAsia="Sylfaen" w:cs="Sylfaen"/>
        </w:rPr>
        <w:t>ღვთიურად შესაფერისია, რომ დანიელის მეორე თავი დაფუძნებულია გამოსახულებაზე, რადგან იგი წარმოადგენს მხეცის ხატის გამოცდას. წინასწარმეტყველების იმ შემსწავლელებმა, რომლებმაც 2001 წლის 11 სექტემბერი წინასწარმეტყველების აღსრულებად შეიცნეს, სიმბოლურად შეჭამეს დაფარული წიგნი. შემდეგ ისინი კვლავ მიჰყვანეს ადვენტიზმის ძველ ბილიკებზე, როგორც ისინი ჩანს პიონერულ 1843 და 1850 წლების სქემებზე. ძველმა ბილიკებმა გამოავლინა პირველი ანგელოზის მოძრაობა, რომლის შესახებაც შემდეგ მათ მიეცათ გაგება, რომ იგი მესამე ანგელოზის მოძრაობას წარმოადგენდა. ყველა ძვირფასი გამოცხადება, რომლის გაგებამდეც ისინი მიჰყავდათ, წარმოშვა იმ წინასწარმეტყველური მეთოდოლოგიის გაგებამ, რომელიც მათ მიიღეს. ეს მეთოდოლოგია წინასახეობრივად წარმოდგენილი იყო უილიამ მილერის მეთოდოლოგიით, რაც დადასტურდა მაშინ, როდესაც მისი ისტორიის პირველი უწყება ძალით აღიჭურვა 1840 წლის 11 აგვისტოს.</w:t>
      </w:r>
    </w:p>
    <w:p>
      <w:pPr>
        <w:pStyle w:val="ArticleScripture"/>
        <w:jc w:val="left"/>
      </w:pPr>
      <w:r>
        <w:rPr>
          <w:rFonts w:ascii="Sylfaen" w:hAnsi="Sylfaen" w:eastAsia="Sylfaen" w:cs="Sylfaen"/>
        </w:rPr>
        <w:t>„1840 წელს წინასწარმეტყველების კიდევ ერთმა ღირსშესანიშნავმა აღსრულებამ ფართო ინტერესი გამოიწვია. ორი წლით ადრე, იოშია ლიჩმა, მეორედ მოსვლის მქადაგებელ ერთ-ერთ წამყვან მსახურმა, გამოაქვეყნა გამოცხადების 9-ე თავის განმარტება, რომელშიც ოსმალეთის იმპერიის დაცემა იწინასწარმეტყველა. მისი გამოთვლების თანახმად, ეს ძალაუფლება უნდა დამხობილიყო... 1840 წლის 11 აგვისტოს, როდესაც კონსტანტინოპოლში ოსმალეთის ძალაუფლების დარღვევა მოსალოდნელია. და მე მწამს, რომ სწორედ ასე აღმოჩნდება.“</w:t>
      </w:r>
    </w:p>
    <w:p>
      <w:pPr>
        <w:pStyle w:val="ArticleScripture"/>
        <w:jc w:val="left"/>
      </w:pPr>
      <w:r>
        <w:rPr>
          <w:rFonts w:ascii="Sylfaen" w:hAnsi="Sylfaen" w:eastAsia="Sylfaen" w:cs="Sylfaen"/>
        </w:rPr>
        <w:t>„ზუსტად იმ დროს, რომელიც იყო განსაზღვრული, თურქეთმა, თავისი ელჩების მეშვეობით, მიიღო ევროპის მოკავშირე ძალთა მფარველობა და ამგვარად თავისი თავი ქრისტიანული ერების კონტროლქვეშ მოაქცია. ამ მოვლენამ წინასწარმეტყველება ზედმიწევნით აღასრულა. როცა ეს ცნობილი გახდა, მრავალნი დარწმუნდნენ იმ წინასწარმეტყველური განმარტების პრინციპების სისწორეში, რომლებიც მილერმა და მისმა თანამოაზრეებმა მიიღეს, და ადვენტურ მოძრაობას საოცარი ბიძგი მიეცა. სწავლულნი და მაღალი მდგომარეობის მქონე კაცნი მილერს შეუერთდნენ როგორც მისი შეხედულებების ქადაგებაში, ისე მათ გამოქვეყნებაში, და 1840-დან 1844 წლამდე საქმე სწრაფად გაფართოვდა.“ The Great Controversy, 334, 335.</w:t>
      </w:r>
    </w:p>
    <w:p>
      <w:pPr>
        <w:pStyle w:val="ArticleBody"/>
        <w:jc w:val="left"/>
      </w:pPr>
      <w:r>
        <w:rPr>
          <w:rFonts w:ascii="Sylfaen" w:hAnsi="Sylfaen" w:eastAsia="Sylfaen" w:cs="Sylfaen"/>
        </w:rPr>
        <w:t>როდესაც ადამიანებმა 2001 წლის 11 სექტემბერი წინასწარმეტყველების აღსრულებად მიიღეს, ისინი ასევე „დარწმუნდნენ წინასწარმეტყველური განმარტების იმ პრინციპების სისწორეში, რომლებიც მიიღო“ Future for America-მ. ანგელოზი ჩამოვიდა დაფარული წიგნით და უბრძანა მათ, ვინც შეჭამდა, ეჭამათ. მილერიტული ისტორიის პატარა წიგნში და ჩვენი მიმდინარე ისტორიის დაფარულ წიგნში მოცემული წინასწარმეტყველური ლოგიკა აუცილებელია, რათა უსაფრთხოდ გავიაროთ მხეცის ხატის ჩამოყალიბების გამოცდა. მაგრამ ჭამის, ანუ წინასწარმეტყველური მეთოდოლოგიის შეთვისების შემდეგ, მოწაფემ ამის შემდგომ თვალსაჩინო დადასტურებით უნდა გამოავლინოს ის, რაც მან წინათ შეჭამა. რწმენის ეს ქმედება უნდა გამოიხატოს გამოცდით, რომელიც გადაილახება შედეგით, რომელიც არის „ბნელი“.</w:t>
      </w:r>
    </w:p>
    <w:p>
      <w:pPr>
        <w:pStyle w:val="ArticleBody"/>
        <w:jc w:val="left"/>
      </w:pPr>
      <w:r>
        <w:rPr>
          <w:rFonts w:ascii="Sylfaen" w:hAnsi="Sylfaen" w:eastAsia="Sylfaen" w:cs="Sylfaen"/>
        </w:rPr>
        <w:t>უილიამ მილერის წინასწარმეტყველური წესები პირველი ანგელოზის ისტორიაში, შერწყმული იმ წინასწარმეტყველურ გასაღებებთან, რომლებიც მესამე ანგელოზის ისტორიაში დამყარდა, წინასწარმეტყველების შემსწავლელებს საშუალებას აძლევს შეიცნონ, რომ გამოცხადების მეთოთხმეტის სამივე ანგელოზს თან მოჰქონდა პატარა წიგნში მოცემული უწყება, რომელიც შეჭმული უნდა ყოფილიყო. მეთოდოლოგია, რომლითაც მათ ამ წიგნის შეჭმა არჩიეს, შემდეგ იმავე შემსწავლელებს აძლევს იმის დანახვის საშუალებას, რომ როდესაც გამოცხადების მეთვრამეტის ანგელოზი 2001 წლის 11 სექტემბერს ჩამოვიდა, მას ხელში ჰქონდა წიგნი, რომელიც უნდა შეჭმულიყო, თუმცა ეს მეთვრამეტე თავში უშუალოდ არ არის ნათქვამი.</w:t>
      </w:r>
    </w:p>
    <w:p>
      <w:pPr>
        <w:pStyle w:val="ArticleBody"/>
        <w:jc w:val="left"/>
      </w:pPr>
      <w:r>
        <w:rPr>
          <w:rFonts w:ascii="Sylfaen" w:hAnsi="Sylfaen" w:eastAsia="Sylfaen" w:cs="Sylfaen"/>
        </w:rPr>
        <w:t>ანგელოზს ხელში დაფარული წიგნი ეჭირა. სწორედ იმ წინასწარმეტყველურ ლოგიკას გამოხატავს დანიელი, როცა მან ბაბილონური საჭმლის უარყოფა აირჩია. სწორედ ეს წინასწარმეტყველური ლოგიკაა აუცილებელი მხეცის ხატის ჩამოყალიბების დასანახად, რადგან თუმცა ჩვენთვის ცნობილია, რომ მხეცის ხატის ჩამოსაყალიბებლად მოიყვანება „მოძრაობები“ და „მოვლენები“, ისიც გვამცნეს, რომ კვირადღის კანონმდებლობის მოძრაობა „სიბნელეში“ მიმდინარეობს. ჩვენ გვჭირდება სულიერი „ღამის ხედვის სათვალეები“, რათა სიბნელეში შევძლოთ მათი მოძრაობების დანახვა, რადგან ეს არის ხატის ჩამოყალიბება, მაგრამ იგი „სიბნელეში“ ყალიბდება. მისი ამოცნობა შესაძლებელი იქნება მხოლოდ იმ წინასწარმეტყველური წესებით, რომლებიც წინასწარმეტყველების შემსწავლელმა მიიღო მაშინ, როცა 2001 წლის 11 სექტემბერი მესამე ვაის მოსვლის აღსრულებად აღიარა.</w:t>
      </w:r>
    </w:p>
    <w:p>
      <w:pPr>
        <w:pStyle w:val="ArticleScripture"/>
        <w:jc w:val="left"/>
      </w:pPr>
      <w:r>
        <w:rPr>
          <w:rFonts w:ascii="Sylfaen" w:hAnsi="Sylfaen" w:eastAsia="Sylfaen" w:cs="Sylfaen"/>
        </w:rPr>
        <w:t>„ღმერთმა გამოაცხადა, რა უნდა მოხდეს უკანასკნელ დღეებში, რათა მისი ერი მზად იყოს, წინ აღუდგეს წინააღმდეგობისა და რისხვის ქარიშხალს. ისინი, ვინც გაფრთხილებულნი არიან მათ წინ მდგარი მოვლენების შესახებ, არ უნდა ისხდნენ მშვიდ მოლოდინში მომავალი ქარიშხლისა და თავს იმით იმშვიდებდნენ, რომ უფალი დაიფარავს თავის ერთგულთ გასაჭირის დღეს. ჩვენ უნდა ვიყოთ, როგორც ადამიანები, რომლებიც თავიანთ უფალს ელიან — არა უქმ მოლოდინში, არამედ გულმოდგინე შრომაში, ურყევი რწმენით. ახლა არ არის დრო, რომ ჩვენს გონებას უმნიშვნელო საგნები იპყრობდეს. მაშინ, როცა ადამიანები სძინავთ, სატანა შეუჩერებლად აწყობს საქმეებს ისე, რომ უფლის ერს არ ერგოს არც წყალობა და არც სამართალი. საკვირაო მოძრაობა ახლა სიბნელეში იკვალავს გზას. წინამძღოლები მალავენ ნამდვილ საკითხს, და მრავალი მათგანი, ვინც ამ მოძრაობას უერთდება, თავადაც ვერ ხედავს, საით მიემართება ეს ფარული დინება. მისი განცხადებები რბილია და მოჩვენებითად ქრისტიანული, მაგრამ როცა იგი ალაპარაკდება, გამოავლენს გველეშაპის სულს. ჩვენი მოვალეობაა, ჩვენი ძალისამებრ ყველაფერი ვიღონოთ მოსალოდნელი საფრთხის ასარიდებლად. უნდა ვეცადოთ, განვაიარაღოთ წინასწარგანწყობა იმით, რომ ხალხის წინაშე სათანადო სახით წარვდგეთ. მათ წინაშე უნდა დავაყენოთ დავის ნამდვილი საკითხი და ამგვარად აღვმართოთ ყველაზე ქმედითი პროტესტი სინდისის თავისუფლების შემზღუდავი ზომების წინააღმდეგ. უნდა ვიკვლევდეთ წმიდა წერილებს და შეგვეძლოს ჩვენი რწმენის საფუძვლის განმარტება. წინასწარმეტყველი ამბობს: „უკეთურნი უკეთურებას მოიმოქმედებენ, და ვერცერთი უკეთური ვერ გაიგებს; ხოლო ბრძენნი გაიგებენ.“ Testimonies, ტომი 5, 452.</w:t>
      </w:r>
    </w:p>
    <w:p>
      <w:pPr>
        <w:pStyle w:val="ArticleBody"/>
        <w:jc w:val="left"/>
      </w:pPr>
      <w:r>
        <w:rPr>
          <w:rFonts w:ascii="Sylfaen" w:hAnsi="Sylfaen" w:eastAsia="Sylfaen" w:cs="Sylfaen"/>
        </w:rPr>
        <w:t>დანიელი წარმოადგენს „ბრძენთ“, რომელთაც შეუძლიათ დაინახონ კვირადღის კანონმდებლობისკენ მიმართული მოძრაობა, მიუხედავად იმისა, რომ იგი „სიბნელეში“ მიმდინარეობს. მას ეს ძალუძს, რადგან მან მხედველობით გამოცდამდე გაიარა საკვებისმიერი გამოცდა. მხედველობითი გამოცდა, რომელიც მხეცის ხატის ჩამოყალიბებას ეხება, „სიბნელეში“ ხდება.</w:t>
      </w:r>
    </w:p>
    <w:p>
      <w:pPr>
        <w:pStyle w:val="ArticleBody"/>
        <w:jc w:val="left"/>
      </w:pPr>
      <w:r>
        <w:rPr>
          <w:rFonts w:ascii="Sylfaen" w:hAnsi="Sylfaen" w:eastAsia="Sylfaen" w:cs="Sylfaen"/>
        </w:rPr>
        <w:t>შემდეგ სტატიაში დავიწყებთ დანიელის მეორე თავის განხილვას, როგორც მეორე ანგელოზის უწყებას.</w:t>
      </w:r>
    </w:p>
    <w:p>
      <w:pPr>
        <w:pStyle w:val="ArticleScripture"/>
        <w:jc w:val="left"/>
      </w:pPr>
      <w:r>
        <w:rPr>
          <w:rFonts w:ascii="Sylfaen" w:hAnsi="Sylfaen" w:eastAsia="Sylfaen" w:cs="Sylfaen"/>
        </w:rPr>
        <w:t>და ბრმებს წავიყვან იმ გზით, რომელიც არ იცოდნენ; ვიხელმძღვანელებ მათ ბილიკებით, რომლებიც არ უცნობიათ; სიბნელეს ნათლად ვაქცევ მათ წინაშე და მრუდეს — სწორად. ამას ვუყოფ მათ და არ მივატოვებ. ესაია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თერთმეტი ნომერი</dc:title>
  <dc:subject>წინასწარმეტყველური გამოცდები სიბნელეში და ხატის აღმავლობა</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