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ოცდაექვსი</w:t>
      </w:r>
    </w:p>
    <w:p>
      <w:pPr>
        <w:pStyle w:val="ArticleSubtitle"/>
        <w:jc w:val="left"/>
      </w:pPr>
      <w:r>
        <w:rPr>
          <w:rFonts w:ascii="Sylfaen" w:hAnsi="Sylfaen" w:eastAsia="Sylfaen" w:cs="Sylfaen"/>
        </w:rPr>
        <w:t>წინასწარმეტყველური თხრობის გამოცხადება: დანიელის მეთერთმეტე თავისა და თანამედროვე მოვლენების კვლევა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2024-03-09</w:t>
      </w:r>
    </w:p>
    <w:p>
      <w:pPr>
        <w:pStyle w:val="ArticleBody"/>
        <w:jc w:val="left"/>
      </w:pPr>
      <w:r>
        <w:rPr>
          <w:rFonts w:ascii="Sylfaen" w:hAnsi="Sylfaen" w:eastAsia="Sylfaen" w:cs="Sylfaen"/>
        </w:rPr>
        <w:t>დანიელის მეთერთმეტე თავის ორმოცე მუხლი დედამიწის მხეცის პროტესტანტული რქის ისტორიას შეუთანხმებს დედამიწის მხეცის რესპუბლიკურ რქას. ორივე რქა იწყება 1798 წელს, და მათი მოწმობა გრძელდება შეერთებულ შტატებში მალე მოსასვლელ კვირადღის კანონამდე. ორივე რქას მიეცა ღვთიური ორმაგი დოკუმენტი, რომელსაც თითოეული რქა უნდა გამოეცადა. მეფე იაკობის ბიბლია (ძველი და ახალი აღთქმები) უნდა ყოფილიყო დედამიწის მხეცის რელიგიური რქის გამოცდა, ხოლო დამოუკიდებლობის დეკლარაცია და ამერიკის შეერთებული შტატების კონსტიტუცია — დედამიწის მხეცის პოლიტიკური რქის გამოცდა. ორმოცე მუხლი არის დედამიწის მხეცის ისტორია, და მისი ისტორიული მოწმობა იწყება 1776 წელს, ხოლო 1798 წლისათვის იგი იწყებს თავისი როლის აღსრულებას, როგორც ბიბლიური წინასწარმეტყველების მეექვსე სამეფო.</w:t>
      </w:r>
    </w:p>
    <w:p>
      <w:pPr>
        <w:pStyle w:val="ArticleBody"/>
        <w:jc w:val="left"/>
      </w:pPr>
      <w:r>
        <w:rPr>
          <w:rFonts w:ascii="Sylfaen" w:hAnsi="Sylfaen" w:eastAsia="Sylfaen" w:cs="Sylfaen"/>
        </w:rPr>
        <w:t>იესო ყოველთვის აღსასრულს დასაწყისით წარმოაჩენს, და ამერიკის შეერთებული შტატების დასასრული მისი დასაწყისის ისტორიაში იყო წარმოდგენილი. ამერიკის შეერთებული შტატების დასასრულის პერიოდი წარმოდგენილია დანიელის მეთერთმეტე თავის მეორე მუხლში, სადაც გამოყვანილია ექვსი პრეზიდენტი, რონალდ რეიგანით დაწყებული. რეიგანი პირველი პრეზიდენტია დედამიწის მხეცის წინასწარმეტყველური ისტორიის უკანასკნელ პერიოდში. ეს პერიოდი დაიწყო აღსასრულის ჟამს, 1989 წელს. მაგრამ მეორე მუხლი მხოლოდ რეიგანს, პირველ ბუშს, კლინტონს, მეორე ბუშს, ობამასა და ტრამპს ეხება. სხვა ხაზებია საჭირო, რათა შეივსოს ის ისტორია, რომელიც მალე მოსალოდნელ საკვირაო კანონს აღწევს. 1989 წლიდან მალე მოსალოდნელ საკვირაო კანონამდე პერიოდი არის კონკრეტული ხაზი დანიელის მეთერთმეტე თავის მეორე მუხლში.</w:t>
      </w:r>
    </w:p>
    <w:p>
      <w:pPr>
        <w:pStyle w:val="ArticleBody"/>
        <w:jc w:val="left"/>
      </w:pPr>
      <w:r>
        <w:rPr>
          <w:rFonts w:ascii="Sylfaen" w:hAnsi="Sylfaen" w:eastAsia="Sylfaen" w:cs="Sylfaen"/>
        </w:rPr>
        <w:t>1798 წელი აღნიშნავს დასაწყისს, ხოლო კვირადღის კანონი აღნიშნავს დასასრულს მიწის მხეცის წინასწარმეტყველური ისტორიისა, როგორც ბიბლიური წინასწარმეტყველების მეექვსე სამეფოსი; და 1798 წელი აღნიშნავს მის დასაწყისს. ორას ოცწლიანი პერიოდი, რომელიც 1776 წელს დაიწყო, მიწის მხეცის კიდევ ერთი წინასწარმეტყველური ხაზია, რომელიც განსაზღვრავს პერიოდს, რომელიც 1776 წელს იწყება და 1996 წელს სრულდება, როდესაც 1989 წელს გაუხსნელი ცოდნიდან მომდინარე უწყება ფორმალიზებულ იქნა. ეს ორას ოცწლიანი პერიოდი მიუთითებს ამერიკის მომავალზე, როდესაც დასაწყისში ევროპელი მეფეების სახელმწიფოებრივი პოლიტიკისაგან და კათოლიციზმის საეკლესიო მმართველობისაგან დამოუკიდებლობა, რომელიც 1776 წელს გამოქვეყნდა, გაუქმებულ იქნება მალე მოსული კვირადღის კანონით. 1776-დან 1989 წლამდე პერიოდი წარმოადგენს მიწის მხეცის წინასწარმეტყველურ ისტორიაში კონკრეტულ ხაზს.</w:t>
      </w:r>
    </w:p>
    <w:p>
      <w:pPr>
        <w:pStyle w:val="ArticleBody"/>
        <w:jc w:val="left"/>
      </w:pPr>
      <w:r>
        <w:rPr>
          <w:rFonts w:ascii="Sylfaen" w:hAnsi="Sylfaen" w:eastAsia="Sylfaen" w:cs="Sylfaen"/>
        </w:rPr>
        <w:t>508 წლიდან 538 წლამდე არსებული ოცდაათწლიანი პერიოდი წარმოადგენს წინასწარმეტყველურ ხანას იმაზე წინ, ვიდრე პაპობა 538 წელს ბიბლიური წინასწარმეტყველების მეხუთე სამეფოდ დამყარდებოდა. შეერთებული შტატები სრულად აყალიბებს მხეცის ხატს მალე მოსალოდნელი საკვირაო კანონის დროს. 538 წელს პაპობის დამყარებისთვის მზადების ოცდაათწლიანი პერიოდი პაპისეული მხეცის ხატის ერთ ელემენტს წარმოადგენს. არსებობდა მზადების პერიოდი, რომელიც 1798 წლამდე მიდიოდა, როცა მიწის მხეცმა ტახტი დაიკავა, როგორც ბიბლიური წინასწარმეტყველების მეექვსე სამეფომ. 1776 წლიდან 1798 წლამდე პერიოდი შეესაბამება 508-დან 538 წლამდე პერიოდს.</w:t>
      </w:r>
    </w:p>
    <w:p>
      <w:pPr>
        <w:pStyle w:val="ArticleBody"/>
        <w:jc w:val="left"/>
      </w:pPr>
      <w:r>
        <w:rPr>
          <w:rFonts w:ascii="Sylfaen" w:hAnsi="Sylfaen" w:eastAsia="Sylfaen" w:cs="Sylfaen"/>
        </w:rPr>
        <w:t>იესო რაიმეს დასასრულს მის დასაწყისთან აჩვენებს; ამიტომ 1776-იდან 1798 წლამდე ისტორიის მიერ წარმოდგენილი წინასწარმეტყველური პერიოდი, რომელსაც მოწმობს 508-იდან 538 წლამდე წინასწარმეტყველური პერიოდი, იძლევა ორ მოწმეს. ეს ორი პერიოდი იძლევა ორ მოწმობას იმ ფაქტზე, რომ არსებობს განსაზღვრული წინასწარმეტყველური პერიოდი, რომელიც უსწრებს ბიბლიური წინასწარმეტყველების სამეფოს ტახტზე აღსაყდრებას. ისინი ერთად ადასტურებენ, რომ 1989 წელს, აღსასრულის დროიდან, კვირის კანონის დადგომამდე არსებული პერიოდი შეესაბამება იმ ორ პერიოდს, რომლებიც წინ უძღოდა 538 და 1798 წლებს.</w:t>
      </w:r>
    </w:p>
    <w:p>
      <w:pPr>
        <w:pStyle w:val="ArticleBody"/>
        <w:jc w:val="left"/>
      </w:pPr>
      <w:r>
        <w:rPr>
          <w:rFonts w:ascii="Sylfaen" w:hAnsi="Sylfaen" w:eastAsia="Sylfaen" w:cs="Sylfaen"/>
        </w:rPr>
        <w:t>წინასწარმეტყველური ისტორია აღსასრულის დროიდან, 1989 წლიდან, დანიელის მეთერთმეტე თავის ორმოცდამეერთე მუხლში აღნიშნულ კვირის კანონის დადგომამდე, წინასახედ იქნა წარმოდგენილი 508 წლიდან 538 წლამდე არსებული ოცდაათწლიანი პერიოდით; აგრეთვე, იგი წინასახედ იყო წარმოდგენილი 1776 წლიდან 1798 წლამდე არსებული ოცდაორწლიანი პერიოდით.</w:t>
      </w:r>
    </w:p>
    <w:p>
      <w:pPr>
        <w:pStyle w:val="ArticleBody"/>
        <w:jc w:val="left"/>
      </w:pPr>
      <w:r>
        <w:rPr>
          <w:rFonts w:ascii="Sylfaen" w:hAnsi="Sylfaen" w:eastAsia="Sylfaen" w:cs="Sylfaen"/>
        </w:rPr>
        <w:t>დანიელის მეთერთმეტე თავის მეორე მუხლი მიუთითებს, რომ როდესაც ტრამპი, ამ წინასწარმეტყველურ პერიოდში ყველა პრეზიდენტზე უმდიდრესი, მოვა, იგი „აღძრავს“, რაც ნიშნავს „გააღვიძებს“, მთელ სამყაროს გლობალისტთა ზრახვების მიმართ, რომლებიც იმჟამად ცდილობენ მსოფლიოს წყობის გადაყვანას ორსაფეხურიან სისტემად, სადაც ელიტები მბრძანებლობენ თავიანთ მშრომელ დრონებზე. „დიდი გადატვირთვის“ — როგორც ისინი ამას უწოდებენ — უპირველესი პრიორიტეტია საშუალო კლასის მოსპობა, რათა ელიტები, რომლებსაც ისტორიულად წარმოადგენენ ისეთი ისტორიული ფიგურები, როგორიცაა მარი ანტუანეტა, იზოლირებულნი და დაცულნი იყვნენ იმ გლეხებისაგან, რომლებმაც მისთვის ნატიფი პურები დაამზადეს.</w:t>
      </w:r>
    </w:p>
    <w:p>
      <w:pPr>
        <w:pStyle w:val="ArticleBody"/>
        <w:jc w:val="left"/>
      </w:pPr>
      <w:r>
        <w:rPr>
          <w:rFonts w:ascii="Sylfaen" w:hAnsi="Sylfaen" w:eastAsia="Sylfaen" w:cs="Sylfaen"/>
        </w:rPr>
        <w:t>გლობალისტის რელიგია არის ნიუ-ეიჯის სპირიტუალიზმი, ხოლო მათი ვოუკიზმისა და მრავალფეროვნების, სამართლიანობისა და ინკლუზიის ფილოსოფიები, შერწყმული კრიტიკული რასის თეორიის გახრწნილ იდეოლოგიასთან და თანმხლები ეგრეთ წოდებული, ცრუმეცნიერული გლობალური დათბობის „მეცნიერებით“, აგრეთვე მათი გენოციდური მოსახლეობის კონტროლის ფარული ძალისხმევით, აშკარად გამოიკვეთა, როდესაც ტრამპი მოვიდა ისტორიაში, რათა მთელი სამეფო აღეძრა საბერძნეთის წინააღმდეგ.</w:t>
      </w:r>
    </w:p>
    <w:p>
      <w:pPr>
        <w:pStyle w:val="ArticleBody"/>
        <w:jc w:val="left"/>
      </w:pPr>
      <w:r>
        <w:rPr>
          <w:rFonts w:ascii="Sylfaen" w:hAnsi="Sylfaen" w:eastAsia="Sylfaen" w:cs="Sylfaen"/>
        </w:rPr>
        <w:t>ტრამპის გამოჩენა 2016 წელს აღნიშნავს ცრუ გაღვიძების (აღძვრის) მოსვლას — სატანის მიერ შეთხზულ ყალბს, რომელიც წინასწარ არის გამიზნული მათეს ოცდამეხუთე თავის ქალწულთა გაღვიძების დასასუსტებლად. გლობალისტები, იქნება ეს მსოფლიო ასპარეზზე თუ შეერთებული შტატების შიგნით, წინასწარმეტყველურად წარმოდგენილნი არიან როგორც გველი. ისინი არიან ათი მეფე, მსოფლიო ბანკირები, გლობალური მილიარდერი ვაჭრები, მასონები და სხვა საიდუმლო საზოგადოებები.</w:t>
      </w:r>
    </w:p>
    <w:p>
      <w:pPr>
        <w:pStyle w:val="ArticleBody"/>
        <w:jc w:val="left"/>
      </w:pPr>
      <w:r>
        <w:rPr>
          <w:rFonts w:ascii="Sylfaen" w:hAnsi="Sylfaen" w:eastAsia="Sylfaen" w:cs="Sylfaen"/>
        </w:rPr>
        <w:t>გლობალისტური დრაკონის ძალები არიან ისინი, ვინც დახელოვნებულნი არიან კანონით ბრძოლაში (ომი კანონების მეშვეობით), როგორც სატანა ხშირად არის წარმოჩენილი ღვთის სიტყვის სამართლებრივ არგუმენტებში. როდესაც ღმერთმა თავისი ერთგულნი წინასწარ გააფრთხილა იმ დევნის შესახებ, რომელიც ყოველთვის თან ახლავს მათ, ვინც ღვთისმოსაობით ცხოვრობს, მან აღუთქვა, რომ ისინი ქვეყნის სამსჯავროებში იქნებოდნენ წაყვანილნი დასამოწმებლად. სატანა არის იმ გახრწნილი მსაჯულების სიმბოლო, იმ გახრწნილი გენერალური პროკურორების, რომლებიც ამჟამად მრავლად არიან იმ ქვეყანაში, რომელიც ტრამპიზმის მიერ არის აღძრული, და ის გახრწნილი სასამართლოები და იურისტები მუდამ მხარს უჭერენ იმ ორგანიზაციებს, რომლებიც ხელს უწყობენ და წარმოშობენ რევოლუციასა და ანარქიას — სატანის ერთ-ერთ უმთავრეს სიმბოლოს მთელი ისტორიის განმავლობაში.</w:t>
      </w:r>
    </w:p>
    <w:p>
      <w:pPr>
        <w:pStyle w:val="ArticleBody"/>
        <w:jc w:val="left"/>
      </w:pPr>
      <w:r>
        <w:rPr>
          <w:rFonts w:ascii="Sylfaen" w:hAnsi="Sylfaen" w:eastAsia="Sylfaen" w:cs="Sylfaen"/>
        </w:rPr>
        <w:t>საბჭოთა კავშირი იყო გველეშაპის წინასწარმეტყველური სიმბოლო, რადგან, სხვა მიზეზებთან ერთად, ფარაონის ათეიზმი გველეშაპის უმთავრესი ნიშან-თვისებაა. ორმოცე მუხლში მოხსენიებული სამხრეთის მეფე არის ებრაული სიტყვის „ნეგევის“ მეფე, რაც ეგვიპტეს ნიშნავს და ამ მუხლში ითარგმნება როგორც „სამხრეთი“. ფარაონი არის ბიბლიური სიმბოლო საფრანგეთის ათეიზმისათვის — აღსასრულის ჟამს, 1798 წელს, სამხრეთის მეფისათვის — და ასევე საბჭოთა კავშირისათვის აღსასრულის ჟამს, 1989 წელს. ორივე გველეშაპის ძალაუფლება იყო და ორივე წარმოსდგა წარმართული რომის, გველეშაპის სამეფოდან.</w:t>
      </w:r>
    </w:p>
    <w:p>
      <w:pPr>
        <w:pStyle w:val="ArticleBody"/>
        <w:jc w:val="left"/>
      </w:pPr>
      <w:r>
        <w:rPr>
          <w:rFonts w:ascii="Sylfaen" w:hAnsi="Sylfaen" w:eastAsia="Sylfaen" w:cs="Sylfaen"/>
        </w:rPr>
        <w:t>ამერიკის შეერთებული შტატები უკანასკნელ დღეებში განდგომილი პროტესტანტიზმის სიმბოლოა, და პაპობამ განდგომილ პროტესტანტიზმსა და საბჭოთა კავშირის დრაკონს შორის ბრძოლით ისარგებლა, რათა გადაელახა სამი დაბრკოლებიდან პირველი, რომელთაც იგი სძლევს, როდესაც დედამიწის ტახტზე ბრუნდება. შემდეგი დაბრკოლება თვით განდგომილი პროტესტანტიზმია, რომელსაც იგი იპყრობს მალე მისაღებ საკვირაო კანონზე.</w:t>
      </w:r>
    </w:p>
    <w:p>
      <w:pPr>
        <w:pStyle w:val="ArticleBody"/>
        <w:jc w:val="left"/>
      </w:pPr>
      <w:r>
        <w:rPr>
          <w:rFonts w:ascii="Sylfaen" w:hAnsi="Sylfaen" w:eastAsia="Sylfaen" w:cs="Sylfaen"/>
        </w:rPr>
        <w:t>პრეზიდენტ ტრამპის სიმტკიცემ და ძალამ სათავე დაუდო გლობალიზმის საფრთხეთა შესახებ გამოღვიძებას, რომელიც გადაიზარდა მსოფლიო მასშტაბის ბრძოლაში გველეშაპსა და განდგომილ პროტესტანტიზმს შორის. პაპობა იყენებს იმავე ორ ძალას შორის ბრძოლას — გველეშაპსა და განდგომილ პროტესტანტიზმს შორის — რათა შექმნას გარემო მეორე გეოგრაფიული დაბრკოლების დასამხობად, ისევე როგორც შექმნა იგი პირველი გეოგრაფიული დაბრკოლების დასამხობად. სწორედ აქ დევს ლოგიკა იმისა, თუ რატომ უთმობს გაერთიანებული ერების ორგანიზაციის მეშვიდე სამეფო (რომელიც გველეშაპის ძალაუფლებაა) ასე სწრაფად თავის სამეფოს მხეცს, მალე მოსალოდნელი კვირა კანონის დროს. იგი ამას აკეთებს, რადგან 1989 წლიდან უკვე დამარცხებული მტერია.</w:t>
      </w:r>
    </w:p>
    <w:p>
      <w:pPr>
        <w:pStyle w:val="ArticleBody"/>
        <w:jc w:val="left"/>
      </w:pPr>
      <w:r>
        <w:rPr>
          <w:rFonts w:ascii="Sylfaen" w:hAnsi="Sylfaen" w:eastAsia="Sylfaen" w:cs="Sylfaen"/>
        </w:rPr>
        <w:t>ერთ დონეზე ეს იგივე ბრძოლაა, რომელიც პაპობამ 1989 წელს საბჭოთა კავშირის გველეშაპის დასამხობად გამოიყენა, მაგრამ პროგრესული „ვოუკიზმის“ ამჟამინდელი ბრძოლა განდგომილი პროტესტანტიზმის „MAGA-იზმის“ წინააღმდეგ განკუთვნილია არა გველეშაპის, არამედ განდგომილი პროტესტანტიზმის დასამარცხებლად. ეს ბრძოლა არსებითად 2016 წელს დაიწყო, ხოლო შემდეგ, 2020 წელს, გველეშაპმა, რომელიც წმინდა წერილებში სიცრუის მამად არის მოხსენიებული, არჩევნები მოიპარა და ამგვარად პოლიტიკურად „მოკლა“ ტრამპი და რესპუბლიკური MAGA მოძრაობა. გამოცხადების მეთერთმეტე თავში უფსკრულიდან ამომავალი მხეცი, რომელიც ათეიზმის მხეცია, მოკლა ორი მოწმე, და ისინი ქუჩაში იყვნენ დატოვებულნი, ვიდრე კვლავ არ გამოცოცხლდნენ. უილიამ მილერის წესები მიუთითებს, რომ წინასწარმეტყველურ სიმბოლოებს ერთზე მეტი გამოყენება აქვთ.</w:t>
      </w:r>
    </w:p>
    <w:p>
      <w:pPr>
        <w:pStyle w:val="ArticleBody"/>
        <w:jc w:val="left"/>
      </w:pPr>
      <w:r>
        <w:rPr>
          <w:rFonts w:ascii="Sylfaen" w:hAnsi="Sylfaen" w:eastAsia="Sylfaen" w:cs="Sylfaen"/>
        </w:rPr>
        <w:t>რადგან ახლა განვიხილავთ დრაკონისა და განდგომილი პროტესტანტიზმის ბრძოლას, რომელიც მიწის მხეცს მის დასასრულამდე მიიყვანს, ეს ორი მოწმე მიწის მხეცის ორი რქაა. რესპუბლიკური რქა მოიკლა 2020 წელს იმ ბიბლიური ძალის მიერ, რომლის მამაც სიცრუის მამაა. ამ მიმდინარე ისტორიაში ჩვენ სწორედ ამ ბრძოლის შუაგულში ვიმყოფებით. დანიელის მეთერთმეტე თავის ორმოცდამეერთე მუხლში მალე მოსალოდნელი საკვირაო კანონი ამოქმედდება, და შთაგონების თანახმად სწორედ განდგომილი პროტესტანტიზმი აღასრულებს ამ სატანურ საქმეს.</w:t>
      </w:r>
    </w:p>
    <w:p>
      <w:pPr>
        <w:pStyle w:val="ArticleScripture"/>
        <w:jc w:val="left"/>
      </w:pPr>
      <w:r>
        <w:rPr>
          <w:rFonts w:ascii="Sylfaen" w:hAnsi="Sylfaen" w:eastAsia="Sylfaen" w:cs="Sylfaen"/>
        </w:rPr>
        <w:t>„შეერთებული შტატების პროტესტანტები უპირველესნი იქნებიან, რომლებიც თავიანთ ხელებს გადაჭიმავენ უფსკრულის გასწვრივ, რათა სპირიტიზმის ხელი ჩაიჭიდონ; ისინი გადაიწვდენიან უფსკრულზე, რათა რომის ძალაუფლებას ხელი ჩამოართვან; და ამ სამმაგი კავშირის გავლენით, ეს ქვეყანა რომის კვალს გაჰყვება სინდისის უფლებათა გათელვაში.“ The Great Controversy, 588.</w:t>
      </w:r>
    </w:p>
    <w:p>
      <w:pPr>
        <w:pStyle w:val="ArticleBody"/>
        <w:jc w:val="left"/>
      </w:pPr>
      <w:r>
        <w:rPr>
          <w:rFonts w:ascii="Sylfaen" w:hAnsi="Sylfaen" w:eastAsia="Sylfaen" w:cs="Sylfaen"/>
        </w:rPr>
        <w:t>ადამიანურ მოვლენათა რთული ურთიერთქმედება წარმოდგენილია იმ ბრძოლაში, რომელიც 2016 წელს დაიწყო. იმისათვის, რომ ამ ბრძოლაში მოქმედი ძალები სწორად შევაფასოთ, მნიშვნელოვანია ნათლად გვესმოდეს, რას წარმოადგენს თითოეული იმ სამ ძალათაგან, რომელთაც ქვეყნიერება არმაგედონისკენ მიჰყავთ, რადგან თითოეულ მათგანს საკუთარი განსაკუთრებული წინასწარმეტყველური მახასიათებლები აქვს. გამოცხადების წიგნი მუდამ ინარჩუნებს თანმიმდევრობას: ჯერ გველეშაპი, შემდეგ მხეცი, და მის შემდეგ ცრუწინასწარმეტყველი; ამიტომ ჩვენ დავიწყებთ გველეშაპის წინასწარმეტყველური მახასიათებლების განსაზღვრას, შემდეგ — მხეცის, და ბოლოს — განდგომილი პროტესტანტიზმის ცრუწინასწარმეტყველისას.</w:t>
      </w:r>
    </w:p>
    <w:p>
      <w:pPr>
        <w:pStyle w:val="ArticleBody"/>
        <w:jc w:val="left"/>
      </w:pPr>
      <w:r>
        <w:rPr>
          <w:rFonts w:ascii="Sylfaen" w:hAnsi="Sylfaen" w:eastAsia="Sylfaen" w:cs="Sylfaen"/>
        </w:rPr>
        <w:t>პროგრესული დემოკრატები არ არიან ამერიკის შეერთებული შტატების განდგომილი პროტესტანტები; ისინი არიან გლობალიზმისა და გველეშაპის წინასწარმეტყველური წარმომადგენლები. მალე მოსალოდნელი საკვირაო კანონის წინ რესპუბლიკური პარტია კვლავ უნდა დაბრუნდეს ხელისუფლებაში, რათა აღსრულდეს წინასწარმეტყველური თხრობა. ფარაონი, როგორც გველეშაპის ძალის სიმბოლო, და ქრისტეს დროს წარმართული რომის გველეშაპური ძალა, წარმოადგენენ ორ მოწმეს იმისა, რომ უკანასკნელ დღეებში გველეშაპის ძალა არის ის ძალა, რომელიც ახალშობილთა დახოცვას უწყობს ხელს, როგორც ეს მოხდა მოსეს დროს და ქრისტეს დროს.</w:t>
      </w:r>
    </w:p>
    <w:p>
      <w:pPr>
        <w:pStyle w:val="ArticleBody"/>
        <w:jc w:val="left"/>
      </w:pPr>
      <w:r>
        <w:rPr>
          <w:rFonts w:ascii="Sylfaen" w:hAnsi="Sylfaen" w:eastAsia="Sylfaen" w:cs="Sylfaen"/>
        </w:rPr>
        <w:t>უკანასკნელი დღეები არის ას ორმოცდაოთხი ათასის დღეები, რომელნიც გალობენ როგორც მოსეს, ისე კრავის საგალობელს; და როგორც მოსეს, ისე კრავის ისტორიაში გველეშაპის ძალა ჩვილთა მოკვლას ცდილობდა. მათ ასე მოიქცნენ, რადგან სატანამ იცოდა, რომ უფალი აპირებდა აღეძრა მხსნელი მოსე და გამომსყიდველი ქრისტე. უკანასკნელ დღეებში გველეშაპი ჩამოდის დიდი რისხვით, რადგან იცის, რომ მისი დრო მოკლეა; და სწორედ გველეშაპის ძალა უწყობს ხელს ჩვილთა ხოცვას, იმ მცდელობით, რომ გაანადგუროს ისინი, რომელნიც ას ორმოცდაოთხი ათასის შორის ყოფნის კანდიდატები არიან. პროგრესული, გლობალისტი, სოციალისტი დემოკრატები არ არიან ისინი, ვინც „უპირველესნი“ არიან იმ სამმაგი ალიანსის უზრუნველყოფაში, რომელიც მალე მოსახდენი კვირა-დღის კანონის დროს დამყარდება, რადგან დემოკრატები გველეშაპის ძალაა და არა ცრუწინასწარმეტყველი.</w:t>
      </w:r>
    </w:p>
    <w:p>
      <w:pPr>
        <w:pStyle w:val="ArticleScripture"/>
        <w:jc w:val="left"/>
      </w:pPr>
      <w:r>
        <w:rPr>
          <w:rFonts w:ascii="Sylfaen" w:hAnsi="Sylfaen" w:eastAsia="Sylfaen" w:cs="Sylfaen"/>
        </w:rPr>
        <w:t>„ღვთის კანონის დარღვევით პაპობის დაწესებულების აღმასრულებელი დადგენილებით ჩვენი ერი სრულად გაწყვეტს კავშირს სიმართლესთან. როდესაც პროტესტანტიზმი გადაჭიმავს თავის ხელს უფსკრულის გაღმა, რათა რომის ძალაუფლების ხელს ჩასჭიდოს; როდესაც იგი გადაიწვდენს უფსკრულს, რათა სულიერიზმს ხელი ჩასჭიდოს; როდესაც ამ სამმაგი კავშირის ზეგავლენით ჩვენი ქვეყანა უარყოფს თავისი კონსტიტუციის ყოველ პრინციპს, როგორც პროტესტანტული და რესპუბლიკური მმართველობისა, და მოაწყობს პაპური სიცრუეებისა და ცდომილებათა გავრცელებას, მაშინ შეგვეძლება ვიცოდეთ, რომ სატანის საოცარი მოქმედების დრო დამდგარა და რომ აღსასრული ახლოა.“ Testimonies, ტომი 5, 451.</w:t>
      </w:r>
    </w:p>
    <w:p>
      <w:pPr>
        <w:pStyle w:val="ArticleBody"/>
        <w:jc w:val="left"/>
      </w:pPr>
      <w:r>
        <w:rPr>
          <w:rFonts w:ascii="Sylfaen" w:hAnsi="Sylfaen" w:eastAsia="Sylfaen" w:cs="Sylfaen"/>
        </w:rPr>
        <w:t>სამივე იმ ძალის წინასწარმეტყველური ნიშნები, რომელთაც ქვეყნიერება არმაგედონამდე მიჰყავთ, ღვთის სიტყვაში ზუსტად არის აღნიშნული. გველეშაპის ძალა ხელს უწყობს ისეთი კანონების დამკვიდრებას, რომლებიც ჩვილთა მოკვლას ახალისებს იმ დროს, როდესაც ღმერთს განზრახული აქვს აღადგინოს ხალხი, რომლის სახესაც მოსე და ქრისტე წარმოადგენდნენ. ლიბერალი დემოკრატები არიან გველეშაპის ძალა იმ ბრძოლაში, რომელიც შეერთებულ შტატებში მიმდინარეობს და წინ უსწრებს, აგრეთვე სახეს უქმნის, იმავე ბრძოლას მსოფლიო ასპარეზზე შეერთებულ შტატებში მალე მომავალი კვირადღის კანონის შემდეგ. გველეშაპი სიცრუის მამაა, და ლიბერალი პროგრესული გლობალისტები სიცრუით განთქმულნი არიან.</w:t>
      </w:r>
    </w:p>
    <w:p>
      <w:pPr>
        <w:pStyle w:val="ArticleScripture"/>
        <w:jc w:val="left"/>
      </w:pPr>
      <w:r>
        <w:rPr>
          <w:rFonts w:ascii="Sylfaen" w:hAnsi="Sylfaen" w:eastAsia="Sylfaen" w:cs="Sylfaen"/>
        </w:rPr>
        <w:t>რატომ ვერ გესმით ჩემი სიტყვა? იმიტომ, რომ არ შეგიძლიათ ჩემი სიტყვის მოსმენა. თქვენ ხართ თქვენი მამისაგან — ეშმაკისაგან, და თქვენი მამის გულისთქმათა აღსრულება გსურთ. იგი თავიდანვე კაცისმკვლელი იყო და ჭეშმარიტებაში არ დადგა, რადგან ჭეშმარიტება არ არის მასში. როცა სიცრუეს ლაპარაკობს, თავისას ლაპარაკობს, რადგან ცრუა იგი და სიცრუის მამაა. იოანე 8:43, 44.</w:t>
      </w:r>
    </w:p>
    <w:p>
      <w:pPr>
        <w:pStyle w:val="ArticleBody"/>
        <w:jc w:val="left"/>
      </w:pPr>
      <w:r>
        <w:rPr>
          <w:rFonts w:ascii="Sylfaen" w:hAnsi="Sylfaen" w:eastAsia="Sylfaen" w:cs="Sylfaen"/>
        </w:rPr>
        <w:t>ეშმაკი, რომელიც არის სატანა და გველეშაპი, თავიდანვე მკვლელი იყო (აბორტი) და მატყუარა. როდესაც კირკიტა იუდეველები პილატეს ედავებოდნენ, მათ გაბედულად განაცხადეს, რომ კეისრის გარდა სხვა მეფე არ ჰყავდათ; ხოლო კეისარი წარმართული რომის სიმბოლოა, რომელიც გველეშაპის ძალაუფლებას წარმოადგენს.</w:t>
      </w:r>
    </w:p>
    <w:p>
      <w:pPr>
        <w:pStyle w:val="ArticleScripture"/>
        <w:jc w:val="left"/>
      </w:pPr>
      <w:r>
        <w:rPr>
          <w:rFonts w:ascii="Sylfaen" w:hAnsi="Sylfaen" w:eastAsia="Sylfaen" w:cs="Sylfaen"/>
        </w:rPr>
        <w:t>„ამრიგად, მაშინ როცა გველი, უპირველეს ყოვლისა, სატანას წარმოადგენს, იგი, მეორეული აზრით, წარმართული რომის სიმბოლოც არის.“ The Great Controversy, 439.</w:t>
      </w:r>
    </w:p>
    <w:p>
      <w:pPr>
        <w:pStyle w:val="ArticleBody"/>
        <w:jc w:val="left"/>
      </w:pPr>
      <w:r>
        <w:rPr>
          <w:rFonts w:ascii="Sylfaen" w:hAnsi="Sylfaen" w:eastAsia="Sylfaen" w:cs="Sylfaen"/>
        </w:rPr>
        <w:t>ზოგს უკვირს, რატომ არიან თანამედროვე იუდეველები ლიბერალი გლობალისტები, მაშინ როცა გლობალისტებს ასეთი სიძულვილი აქვთ თანამედროვე იუდეველების მიმართ? ეს იმიტომ, რომ მათ წარმართული რომის მეფე აირჩიეს თავიანთ ერთადერთ მეფედ. რაოდენ გონიერიც არ უნდა იყოს მრავალი ებრაული მოდგმის წარმომადგენელი, მათი უძველესი არჩევანი — უარეყოთ მესია თავიანთ მეფედ — მათ ჩაკეტა გველეშაპის ფარეხში.</w:t>
      </w:r>
    </w:p>
    <w:p>
      <w:pPr>
        <w:pStyle w:val="ArticleScripture"/>
        <w:jc w:val="left"/>
      </w:pPr>
      <w:r>
        <w:rPr>
          <w:rFonts w:ascii="Sylfaen" w:hAnsi="Sylfaen" w:eastAsia="Sylfaen" w:cs="Sylfaen"/>
        </w:rPr>
        <w:t>მაგრამ ისინი ყვიროდნენ: წაიყვანე იგი, წაიყვანე იგი, ჯვარს აცვი იგი. პილატე ეუბნება მათ: თქვენი მეფე ჯვარს ვაცვა? მღვდელმთავრებმა მიუგეს: ჩვენ მეფე არა გვყავს, გარდა კეისრისა. იოანე 19:15.</w:t>
      </w:r>
    </w:p>
    <w:p>
      <w:pPr>
        <w:pStyle w:val="ArticleBody"/>
        <w:jc w:val="left"/>
      </w:pPr>
      <w:r>
        <w:rPr>
          <w:rFonts w:ascii="Sylfaen" w:hAnsi="Sylfaen" w:eastAsia="Sylfaen" w:cs="Sylfaen"/>
        </w:rPr>
        <w:t>ევროპის მეფეებმა აღასრულეს დევნა პაპობის გულისთვის, ხოლო გამოცხადების მეჩვიდმეტე თავის ათი მეფე არიან ისინი, რომელნიც კრავს შეებრძოლებიან და ამას მისი მიმდევრების დახოცვით აღასრულებენ.</w:t>
      </w:r>
    </w:p>
    <w:p>
      <w:pPr>
        <w:pStyle w:val="ArticleScripture"/>
        <w:jc w:val="left"/>
      </w:pPr>
      <w:r>
        <w:rPr>
          <w:rFonts w:ascii="Sylfaen" w:hAnsi="Sylfaen" w:eastAsia="Sylfaen" w:cs="Sylfaen"/>
        </w:rPr>
        <w:t>ესენი შეებრძოლებიან კრავს, და კრავი სძლევს მათ, რადგან იგი არის უფალი უფალთა და მეფე მეფეთა; ხოლო ისინი, რომელნიც მასთან არიან, მოწოდებულნი, რჩეულნი და ერთგულნი არიან. გამოცხადება 17:14.</w:t>
      </w:r>
    </w:p>
    <w:p>
      <w:pPr>
        <w:pStyle w:val="ArticleBody"/>
        <w:jc w:val="left"/>
      </w:pPr>
      <w:r>
        <w:rPr>
          <w:rFonts w:ascii="Sylfaen" w:hAnsi="Sylfaen" w:eastAsia="Sylfaen" w:cs="Sylfaen"/>
        </w:rPr>
        <w:t>დრაკონის ძალის წინასწარმეტყველური ნიშნები ცხადყოფს, რომ ისინი არიან ისინი, ვინც უშუალოდ აღასრულებენ ჩვილთა მკვლელობას და უკანასკნელ დღეებში ქრისტიანთა ხოცვა-ჟლეტას, როგორც ეს წარმოდგენილია ჯვარზე და კოლიზეუმში, წარმართული რომის ისტორიაში. სწორედ დრაკონის მეფეები იყვნენ ისინი, რომლებმაც ბნელი საუკუნეების დროს ინკვიზიცია გამოიყენეს პაპური რომისთვის სისხლისღვრის მოსაწყობად. ისინი არიან ისინი, ვინც ჩვილებს კლავენ, და ისინი უზენაესი მატყუარები არიან. ადოლფ ჰიტლერი თანამედროვე სიმბოლოა მასობრივი მკვლელისა და მატყუარასი. ჰიტლერი სოციალური დემოკრატი იყო.</w:t>
      </w:r>
    </w:p>
    <w:p>
      <w:pPr>
        <w:pStyle w:val="ArticleBody"/>
        <w:jc w:val="left"/>
      </w:pPr>
      <w:r>
        <w:rPr>
          <w:rFonts w:ascii="Sylfaen" w:hAnsi="Sylfaen" w:eastAsia="Sylfaen" w:cs="Sylfaen"/>
        </w:rPr>
        <w:t>პროგრესული ლიბერალები მიჰყვებიან ადოლფ ჰიტლერის კვალს, რომელიც იყო ნაციონალ-სოციალისტური გერმანიის მუშათა პარტიის ლიდერი, ფართოდ ცნობილი, როგორც ნაცისტური პარტია. მისი ხელმძღვანელობით, ნაცისტურმა პარტიამ დაამყარა ტოტალიტარული რეჟიმი და პასუხისმგებელი იყო მრავალრიცხოვან სისასტიკეზე, მათ შორის ჰოლოკოსტზე. ჰიტლერის პარტიას ხშირად უკავშირებენ უკიდურეს ნაციონალიზმს, რასიზმს, ანტისემიტიზმსა და ავტორიტარიზმს. იოზეფ გებელსმა, რომელიც მეორე მსოფლიო ომის დროს ნაცისტურ გერმანიაში პროპაგანდის მინისტრი იყო, განაცხადა: „თუ საკმარისად დიდ ტყუილს იტყვი და მის გამეორებას განაგრძობ, ადამიანები ბოლოს და ბოლოს მის დაჯერებას დაიწყებენ.“</w:t>
      </w:r>
    </w:p>
    <w:p>
      <w:pPr>
        <w:pStyle w:val="ArticleBody"/>
        <w:jc w:val="left"/>
      </w:pPr>
      <w:r>
        <w:rPr>
          <w:rFonts w:ascii="Sylfaen" w:hAnsi="Sylfaen" w:eastAsia="Sylfaen" w:cs="Sylfaen"/>
        </w:rPr>
        <w:t>პროგრესული ლიბერალი დემოკრატების მიერ დღესდღეობით ფართოდ ვრცელებული ერთ-ერთი გავრცელებული სიცრუე ისაა, თითქოს თანამედროვე ეპოქაში რესპუბლიკური პარტიის კონსერვატიული მემარჯვენეობა იყო ის ძალა, რომელსაც ჰიტლერის დროის ნაცისტები განასახიერებდნენ. მათი ყალბი ისტორიული ნარატივი სწორად ასახელებს ჰიტლერის პარტიას, როგორც თავისი დროის უკიდურეს მემარჯვენე პარტიას, თუმცა ისინი მუდამ ტოვებენ უგულებელყოფილს იმ ჭეშმარიტებას, რომ ჰიტლერი უკიდურესად მემარჯვენე იყო მხოლოდ კომუნისტებთან მიმართებით, რომლებიც მისი მემარცხენე მტრები იყვნენ მის საწყის პოლიტიკურ ბრძოლებში. რესპუბლიკელები, უეჭველად, დემოკრატებზე მარჯვნივ დგანან შეერთებული შტატების პოლიტიკური სპექტრის ფარგლებში, მაგრამ ჰიტლერის ნაცისტური გერმანიის ყოველი სხვა ნიშან-თვისება წარმოადგენს დემოკრატიული პარტიის წინასწარმეტყველურ ატრიბუტებს.</w:t>
      </w:r>
    </w:p>
    <w:p>
      <w:pPr>
        <w:pStyle w:val="ArticleBody"/>
        <w:jc w:val="left"/>
      </w:pPr>
      <w:r>
        <w:rPr>
          <w:rFonts w:ascii="Sylfaen" w:hAnsi="Sylfaen" w:eastAsia="Sylfaen" w:cs="Sylfaen"/>
        </w:rPr>
        <w:t>ბიბლია გვამცნობს, რომ მათ თავიანთი ნაყოფით იცნობთ და არა პოლიტიკური სპექტრის მარჯვენა თუ მარცხენა მხარის მოცურებადი საზომით. ჰიტლერის ისტორიის ულტრანაციონალიზმი არ განსაზღვრავს MAGA მოძრაობის პატრიოტიზმს. ჰიტლერის ულტრანაციონალიზმს ახასიათებდა მის მიერ „უმაღლესი რასის“ გამოცხადება, და იგი ასახავს გლობალისტების მცდელობებს, რომ შეერთებული შტატებისა და მსოფლიოს ფარგლებში ორსაფეხურიანი კლასობრივი სისტემა დაამყარონ. ცხადია, გლობალისტები ამ სისტემაში საკუთარ თავს ზედა საფეხურზე მოიაზრებენ, როგორც ეს ჰიტლერის „უმაღლესი რასის“ სახით იყო წარმოდგენილი.</w:t>
      </w:r>
    </w:p>
    <w:p>
      <w:pPr>
        <w:pStyle w:val="ArticleBody"/>
        <w:jc w:val="left"/>
      </w:pPr>
      <w:r>
        <w:rPr>
          <w:rFonts w:ascii="Sylfaen" w:hAnsi="Sylfaen" w:eastAsia="Sylfaen" w:cs="Sylfaen"/>
        </w:rPr>
        <w:t>ტყუილის, პროექციისა და ბრალდების ხელოვნება გველეშაპის დამახასიათებელი ნიშანია, და ამ ხერხის კლასიკური მაგალითია სხვას დასდო ბრალი იმ მოქმედებებსა თუ პოზიციებში, რომელთაც სინამდვილეში თავად ემხრობი და აღასრულებ. ეს ყოველდღიური მოვლენაა ამერიკაში და დღევანდელ სამყაროში, და ეს ეშმაკის თვისებაა, რადგან იგი არის „ძმათა ბრალმდებელი“.</w:t>
      </w:r>
    </w:p>
    <w:p>
      <w:pPr>
        <w:pStyle w:val="ArticleScripture"/>
        <w:jc w:val="left"/>
      </w:pPr>
      <w:r>
        <w:rPr>
          <w:rFonts w:ascii="Sylfaen" w:hAnsi="Sylfaen" w:eastAsia="Sylfaen" w:cs="Sylfaen"/>
        </w:rPr>
        <w:t>და გადმოგდებულ იქნა დიდი გველეშაპი, იგი ძველი გველი, რომელსაც ეწოდება ეშმაკი და სატანა, რომელიც აცდუნებს მთელ ქვეყნიერებას; გადმოგდებულ იქნა იგი დედამიწაზე, და მისი ანგელოზებიც მასთან ერთად იქნენ გადმოგდებულნი. და მოვისმინე ზეცაში ძლიერი ხმა, რომელიც ამბობდა: აწ მოვიდა ხსნა და ძალა და მეუფება ჩვენი ღვთისა და ხელმწიფება მისი ქრისტესი, ვინაიდან ჩამოგდებულია ჩვენი ძმების ბრალმდებელი, რომელიც დღე და ღამე ადანაშაულებდა მათ ჩვენი ღვთის წინაშე. გამოცხადება 12:9, 10.</w:t>
      </w:r>
    </w:p>
    <w:p>
      <w:pPr>
        <w:pStyle w:val="ArticleBody"/>
        <w:jc w:val="left"/>
      </w:pPr>
      <w:r>
        <w:rPr>
          <w:rFonts w:ascii="Sylfaen" w:hAnsi="Sylfaen" w:eastAsia="Sylfaen" w:cs="Sylfaen"/>
        </w:rPr>
        <w:t>ჰიტლერის გერმანიას, რომელიც ჩვენს ეპოქაში არსებული პროგრესული გლობალისტების წინასწარმეტყველურ პარალელს წარმოადგენს, მიზანმიმართული პროპაგანდის მანქანა ჰქონდა; ასევე აქვთ ასეთი დღესაც პროგრესულ ლიბერალებს, და სწორედ ამ სივრცეში დღეს კვლავ მეორდება დიდი სიცრუეების გამეორება, რომელიც ნაცისტური გერმანიის პროპაგანდის მინისტრმა, იოზეფ გებელსმა, გამოავლინა — კომპიუტერიზებული ალგორითმების მათემატიკური სიზუსტით, დედამიწის ზურგზე არსებული საკომუნიკაციო საშუალებების მრავალფეროვან არხებში. (CNN, MSNBC, BBC, NPR, Google, Facebook და ასე შემდეგ).</w:t>
      </w:r>
    </w:p>
    <w:p>
      <w:pPr>
        <w:pStyle w:val="ArticleBody"/>
        <w:jc w:val="left"/>
      </w:pPr>
      <w:r>
        <w:rPr>
          <w:rFonts w:ascii="Sylfaen" w:hAnsi="Sylfaen" w:eastAsia="Sylfaen" w:cs="Sylfaen"/>
        </w:rPr>
        <w:t>რაიხსტაგის ხანძარი გერმანიის ისტორიაში მეორე მსოფლიო ომის წინამორბედ პერიოდში მნიშვნელოვანი მოვლენა იყო. იგი კლასიკურად აღწერს იმ სიცრუეს, რომელსაც პროგრესული ლიბერალი გლობალისტები მიმართავენ ერთმსოფლიო მთავრობის დამყარების მცდელობაში. ეს მოხდა 1933 წლის 27 თებერვლის ღამეს, როდესაც ბერლინში მდებარე რაიხსტაგის შენობას, სადაც გერმანიის პარლამენტი იყო განთავსებული (პარალელი 2020 წლის 6 იანვრის აშშ-ის კაპიტოლიუმის შენობებთან), ცეცხლი წაუკიდეს.</w:t>
      </w:r>
    </w:p>
    <w:p>
      <w:pPr>
        <w:pStyle w:val="ArticleBody"/>
        <w:jc w:val="left"/>
      </w:pPr>
      <w:r>
        <w:rPr>
          <w:rFonts w:ascii="Sylfaen" w:hAnsi="Sylfaen" w:eastAsia="Sylfaen" w:cs="Sylfaen"/>
        </w:rPr>
        <w:t>ხანძარი განზრახ ცეცხლის წაკიდებას მიაწერეს, და მან ადოლფ ჰიტლერისა და ჰერმან გერინგის ხელმძღვანელობით მოქმედ ნაცისტურ ხელისუფლებას საბაბი მისცა, რომ რაიხსტაგის ხანძრის შესახებ დეკრეტის გატარებისთვის ეზრუნა. ეს დეკრეტი, რომელსაც გერმანიის პრეზიდენტმა პაულ ფონ ჰინდენბურგმა მოაწერა ხელი, აჩერებდა სამოქალაქო თავისუფლებებს და შესაძლებელს ხდიდა პოლიტიკური მოწინააღმდეგეების დაპატიმრებასა და დაკავებას. მან მნიშვნელოვანი ნაბიჯი აღნიშნო ნაცისტური ძალაუფლების კონსოლიდაციასა და გერმანიაში დემოკრატიული ინსტიტუტების რღვევის პროცესში.</w:t>
      </w:r>
    </w:p>
    <w:p>
      <w:pPr>
        <w:pStyle w:val="ArticleBody"/>
        <w:jc w:val="left"/>
      </w:pPr>
      <w:r>
        <w:rPr>
          <w:rFonts w:ascii="Sylfaen" w:hAnsi="Sylfaen" w:eastAsia="Sylfaen" w:cs="Sylfaen"/>
        </w:rPr>
        <w:t>ის ცეცხლი, რომლის შესახებაც უმეტესობა პატიოსანი ისტორიკოსებისა აღიარებს, რომ ჰიტლერის ხალხმა გააჩინა, წინასწარ სახავდა 2020 წლის 6 იანვრის მოვლენებს და ამის შემდგომ იმ პირთა კონსტიტუციური უფლებების განადგურებას, რომლებიც არაფერს სჩადიოდნენ ისეთს, რაც სრულად ნებადართული არ იყო კონსტიტუციაში დაფუძნებული პრინციპების მიხედვით, განსაკუთრებით მაშინ, როდესაც ეს შედარებულია ანარქიასა და ნგრევასთან, რომელიც გამოიწვიეს Black Life Matters-ისა და Antifa-ს მოძრაობებმა, მოძრაობებმა, რომლებსაც პროგრესული ლიბერალები აქებენ და მხარს უჭერენ. 6 იანვარი არის გველეშაპის ნაყოფი, და იგი წინასწარ იყო სახოვნებული ჰიტლერის გერმანიის ნაცისტების მიერ.</w:t>
      </w:r>
    </w:p>
    <w:p>
      <w:pPr>
        <w:pStyle w:val="ArticleBody"/>
        <w:jc w:val="left"/>
      </w:pPr>
      <w:r>
        <w:rPr>
          <w:rFonts w:ascii="Sylfaen" w:hAnsi="Sylfaen" w:eastAsia="Sylfaen" w:cs="Sylfaen"/>
        </w:rPr>
        <w:t>შეერთებულ შტატებში სოციალისტი დემოკრატები განმეორებით ასახელებენ ტრამპს ჰიტლერის სიმბოლოდ, რადგან პრინციპი, რომლის საფუძველზეც ისინი მოქმედებენ, ის არის, რომ თუ საკმაოდ დიდ სიცრუეს იტყვი და მას განუწყვეტლივ გაიმეორებ შენი მედია-პროპაგანდის მანქანის მეშვეობით, მარი ანტუანეტის ყმები ბოლოს და ბოლოს დაიჯერებენ მას.</w:t>
      </w:r>
    </w:p>
    <w:p>
      <w:pPr>
        <w:pStyle w:val="ArticleBody"/>
        <w:jc w:val="left"/>
      </w:pPr>
      <w:r>
        <w:rPr>
          <w:rFonts w:ascii="Sylfaen" w:hAnsi="Sylfaen" w:eastAsia="Sylfaen" w:cs="Sylfaen"/>
        </w:rPr>
        <w:t>ამ კვლევას მომდევნო სტატიაში გავაგრძელებთ.</w:t>
      </w:r>
    </w:p>
    <w:p>
      <w:pPr>
        <w:pStyle w:val="ArticleScripture"/>
        <w:jc w:val="left"/>
      </w:pPr>
      <w:r>
        <w:rPr>
          <w:rFonts w:ascii="Sylfaen" w:hAnsi="Sylfaen" w:eastAsia="Sylfaen" w:cs="Sylfaen"/>
        </w:rPr>
        <w:t>შეიკრიბეთ, ჰე ხალხნო, და შეიმუსრებით; ისმინეთ, ყველა შორეული ქვეყნის მკვიდრნო: სარტყელი შეირტყით, და შეიმუსრებით; სარტყელი შეირტყით, და შეიმუსრებით. ითათბირეთ ერთად, და გაცუდდება; თქვით სიტყვა, და ვერ აღსდგება, რადგან ღმერთი ჩვენთანაა. რადგან ასე მითხრა უფალმა ძლიერი ხელით და დამარიგა, რომ არ მევლო ამ ხალხის გზით, და მითხრა: ნუ იტყვით: „შეკრულობა“, ყოველივეს, რასაც ეს ხალხი იტყვის: „შეკრულობა“; ნუ შეგეშინდებათ მათი შიშისა და ნუ შეძრწუნდებით. თავად უფალი ცაბაოთი წმიდად შერაცხეთ; და იგი იყოს თქვენი შიში და იგი იყოს თქვენი ძრწოლა. და იგი იქნება საწმიდარი; მაგრამ ორივე ისრაელის სახლისთვის — დაბრკოლების ქვა და საცთურის კლდე, იერუსალიმის მცხოვრებთათვის — მახე და ხაფანგი. და მრავალნი მათ შორის წაიფორხილებენ, დაეცემიან და შეიმუსრებიან, გაებმებიან და შეპყრობილნი იქნებიან. შეკარი მოწმობა, დაბეჭდე რჯული ჩემს მოწაფეთა შორის. ესაია 8:9–16.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ოცდაექვსი</dc:title>
  <dc:subject>წინასწარმეტყველური თხრობის გამოცხადება: დანიელის მეთერთმეტე თავისა და თანამედროვე მოვლენების კვლევა</dc:subject>
  <dc:creator>Jeff Pippenger</dc:creator>
  <cp:keywords/>
  <dc:description>Generated by ArticleDigger from daniel\126_daniel.json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