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ოცდამეშვიდე ნაწილი</w:t>
      </w:r>
    </w:p>
    <w:p>
      <w:pPr>
        <w:pStyle w:val="ArticleSubtitle"/>
        <w:jc w:val="left"/>
      </w:pPr>
      <w:r>
        <w:rPr>
          <w:rFonts w:ascii="Sylfaen" w:hAnsi="Sylfaen" w:eastAsia="Sylfaen" w:cs="Sylfaen"/>
        </w:rPr>
        <w:t>ბოროტი კონფედერაციის წინასწარმეტყველური მახასიათებლების გამხელა: შეხედულებები ესაიას წიგნიდან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2024-03-10</w:t>
      </w:r>
    </w:p>
    <w:p>
      <w:pPr>
        <w:pStyle w:val="ArticleBody"/>
        <w:jc w:val="left"/>
      </w:pPr>
      <w:r>
        <w:rPr>
          <w:rFonts w:ascii="Sylfaen" w:hAnsi="Sylfaen" w:eastAsia="Sylfaen" w:cs="Sylfaen"/>
        </w:rPr>
        <w:t>დრაკონის წინასწარმეტყველური მახასიათებელი არის კონფედერაცია, როგორც ამას ესაია განსაზღვრავს.</w:t>
      </w:r>
    </w:p>
    <w:p>
      <w:pPr>
        <w:pStyle w:val="ArticleScripture"/>
        <w:jc w:val="left"/>
      </w:pPr>
      <w:r>
        <w:rPr>
          <w:rFonts w:ascii="Sylfaen" w:hAnsi="Sylfaen" w:eastAsia="Sylfaen" w:cs="Sylfaen"/>
        </w:rPr>
        <w:t>გაერთიანდით, ჰოი ხალხნო, და დაიმსხვრევით; ყური მიუგდეთ, თქვენ ყველამ, შორეულო ქვეყნებო: მოირტყით სარტყელი, და დაიმსხვრევით; მოირტყით სარტყელი, და დაიმსხვრევით. ითათბირეთ ერთად, და გაცუდდება; თქვით სიტყვა, და ვერ აღსრულდება, რადგან ღმერთი ჩვენთან არის. რადგან უფალმა ასე მითხრა ძლიერი ხელით და დამარიგა, რომ არ მევლო ამ ხალხის გზით, თქვა: ნუ იტყვით: შეთქმულება, ყოველივეზე, რასაც ეს ხალხი იტყვის: შეთქმულება; ნურც მათი შიშით შეგეშინდებათ და ნურც შეძრწუნდებით. თავად უფალი ცაბაოთი წმიდად შერაცხეთ; და იგი იყოს თქვენი შიში და იგი იყოს თქვენი ძრწოლა. და იგი იქნება საწმიდარი; მაგრამ ისრაელის ორივე სახლისთვის — დაბრკოლების ქვად და საცდურის კლდედ, იერუსალიმის მცხოვრებთათვის — მახედ და მახედ საკვირველად. და მრავალნი მათ შორის წაბორძიკდებიან, დაეცემიან, დაიმსხვრევიან, გაებმებიან და შეპყრობილნი იქნებიან. შეკარი მოწმობა, დაბეჭდე რჯული ჩემს მოწაფეთა შორის. ესაია 8:9–16.</w:t>
      </w:r>
    </w:p>
    <w:p>
      <w:pPr>
        <w:pStyle w:val="ArticleBody"/>
        <w:jc w:val="left"/>
      </w:pPr>
      <w:r>
        <w:rPr>
          <w:rFonts w:ascii="Sylfaen" w:hAnsi="Sylfaen" w:eastAsia="Sylfaen" w:cs="Sylfaen"/>
        </w:rPr>
        <w:t>უკანასკნელ დღეებში, იმ ას ორმოცდაოთხი ათასის დაბეჭდვის ჟამს, როდესაც ესაია ამბობს: „შეკარი მოწმობა, დაბეჭდე რჯული ჩემს მოწაფეთა შორის“, დედამიწაზე არსებობს „ბოროტი შეთქმულება“. მნიშვნელოვანია გვესმოდეს, რომ შეერთებული შტატების ისტორია, რომელსაც კვირადღის კანონამდე მივყავართ, იმავე მოვლენების წინასახეა გლობალურ დონეზე.</w:t>
      </w:r>
    </w:p>
    <w:p>
      <w:pPr>
        <w:pStyle w:val="ArticleScripture"/>
        <w:jc w:val="left"/>
      </w:pPr>
      <w:r>
        <w:rPr>
          <w:rFonts w:ascii="Sylfaen" w:hAnsi="Sylfaen" w:eastAsia="Sylfaen" w:cs="Sylfaen"/>
        </w:rPr>
        <w:t>„უცხო ერები მიჰყვებიან შეერთებული შტატების მაგალითს. თუმცა იგი წინ მიუძღვის, მაინც იგივე კრიზისი დაატყდება ჩვენს ხალხს მსოფლიოს ყველა კუთხეში.“ Testimonies, ტომი 6, 395.</w:t>
      </w:r>
    </w:p>
    <w:p>
      <w:pPr>
        <w:pStyle w:val="ArticleBody"/>
        <w:jc w:val="left"/>
      </w:pPr>
      <w:r>
        <w:rPr>
          <w:rFonts w:ascii="Sylfaen" w:hAnsi="Sylfaen" w:eastAsia="Sylfaen" w:cs="Sylfaen"/>
        </w:rPr>
        <w:t>და უაიტი ზუსტად მიუთითებს, ვინ არის „ბოროტი კავშირი“, და იგი წარმოადგენს თანამედროვე გლობალისტების პროგრესულ ლიბერალიზმს. ამის გაკეთებისას, იგი კვლავ და კვლავ ციტირებს ესაიას წინა მუხლებს, რომლებიც ას ორმოცდაოთხი ათასის დაბეჭდვის ჟამს ბოროტ კავშირს განსაზღვრავს.</w:t>
      </w:r>
    </w:p>
    <w:p>
      <w:pPr>
        <w:pStyle w:val="ArticleScripture"/>
        <w:jc w:val="left"/>
      </w:pPr>
      <w:r>
        <w:rPr>
          <w:rFonts w:ascii="Sylfaen" w:hAnsi="Sylfaen" w:eastAsia="Sylfaen" w:cs="Sylfaen"/>
        </w:rPr>
        <w:t>უფალი აცხადებს ესაია წინასწარმეტყველის მეშვეობით: ციტირებულია ესაიას 8:9–13.</w:t>
      </w:r>
    </w:p>
    <w:p>
      <w:pPr>
        <w:pStyle w:val="ArticleScripture"/>
        <w:jc w:val="left"/>
      </w:pPr>
      <w:r>
        <w:rPr>
          <w:rFonts w:ascii="Sylfaen" w:hAnsi="Sylfaen" w:eastAsia="Sylfaen" w:cs="Sylfaen"/>
        </w:rPr>
        <w:t>„არსებობენ ისეთნი, რომელნიც კითხულობენ, მართებულია თუ არა ქრისტიანებისთვის თავისუფალ მასონებსა და სხვა საიდუმლო საზოგადოებებს მიეკუთვნებოდნენ. ყველამ ასეთებმა განიხილონ ახლახან მოყვანილი წმინდა წერილები. თუ საერთოდ ქრისტიანები ვართ, ქრისტიანები ყველგან უნდა ვიყოთ და ვითვალისწინებდეთ და ვემორჩილებოდეთ იმ რჩევას, რომელიც მოცემულია, რათა ღვთის სიტყვის საზომის მიხედვით ქრისტიანებად გვაქციოს.“ Evangelism, 617, 618.</w:t>
      </w:r>
    </w:p>
    <w:p>
      <w:pPr>
        <w:pStyle w:val="ArticleBody"/>
        <w:jc w:val="left"/>
      </w:pPr>
      <w:r>
        <w:rPr>
          <w:rFonts w:ascii="Sylfaen" w:hAnsi="Sylfaen" w:eastAsia="Sylfaen" w:cs="Sylfaen"/>
        </w:rPr>
        <w:t>უკანასკნელი დღეების ბოროტი კონფედერაცია დაკავშირებულია მასონებთან და სხვა საიდუმლო საზოგადოებებთან. მისი რელიგია არის სპირიტუალიზმი, და იგი შედგება მსოფლიოს ბანკირებისგან და დედამიწის მილიარდერი ვაჭრებისგან, რომლებიც „მსოფლიოს სიმდიდრესა და ძალაუფლებას ცენტრალიზებენ“ და რომლებიც ხელს უწყობენ ისეთ მოძრაობებს, როგორიცაა Antifa და Black Lives Matter, რათა გააღვივონ „მღელვარების, ამბოხისა და სისხლისღვრის სული“ „მსოფლიო მასშტაბით“, იმ ძალისხმევით, რომ ხელახლა წარმოქმნან „საფრანგეთის რევოლუციის“ ანარქია.</w:t>
      </w:r>
    </w:p>
    <w:p>
      <w:pPr>
        <w:pStyle w:val="ArticleScripture"/>
        <w:jc w:val="left"/>
      </w:pPr>
      <w:r>
        <w:rPr>
          <w:rFonts w:ascii="Sylfaen" w:hAnsi="Sylfaen" w:eastAsia="Sylfaen" w:cs="Sylfaen"/>
        </w:rPr>
        <w:t>„სპირიტუალიზმი ამტკიცებს, რომ ადამიანები დაუცემელი ნახევარღმერთები არიან; რომ „ყოველი გონება საკუთარ თავს განსჯის“; რომ „ჭეშმარიტი ცოდნა ადამიანებს ყოველგვარ კანონზე მაღლა აყენებს“; რომ „ყველა ჩადენილი ცოდვა უდანაშაულოა“; რადგან „რაც არის, სწორია“ და „ღმერთი არ განიკითხავს“. იგი ადამიანთა შორის უღირსესთაც კი ზეცაში მყოფებად წარმოაჩენს და იქ მეტად აღმატებულებადაც. ამგვარად იგი ყველა ადამიანს უცხადებს: „არ აქვს მნიშვნელობა, რას აკეთებ; იცხოვრე, როგორც გსურს, ზეცა შენი სახლია“. ამრიგად, მრავალნი მიჰყავს რწმენამდე, რომ სურვილი უმაღლესი კანონია, თავნებობა — თავისუფლება, და რომ ადამიანი მხოლოდ საკუთარი თავის წინაშე აგებს პასუხს.“</w:t>
      </w:r>
    </w:p>
    <w:p>
      <w:pPr>
        <w:pStyle w:val="ArticleScripture"/>
        <w:jc w:val="left"/>
      </w:pPr>
      <w:r>
        <w:rPr>
          <w:rFonts w:ascii="Sylfaen" w:hAnsi="Sylfaen" w:eastAsia="Sylfaen" w:cs="Sylfaen"/>
        </w:rPr>
        <w:t>„როცა ასეთი მოძღვრება ცხოვრების სრულიად დასაწყისშივე ეძლევა ადამიანს, მაშინ, როდესაც ვნება ყველაზე ძლიერია და თავშეკავებისა და სიწმინდის მოთხოვნილება ყველაზე გადაუდებელია, სად არის სათნოების დამცავი ზღუდენი? რა შეუშლის ხელს, რომ ქვეყნიერება მეორე სოდომად არ იქცეს? ამავე დროს ანარქია ცდილობს წალეკოს ყოველი კანონი, არა მხოლოდ ღვთიური, არამედ ადამიანურიც. სიმდიდრისა და ძალაუფლების ცენტრალიზება; მცირეთა გამდიდრების მიზნით მრავალთა ხარჯზე შექმნილი უზარმაზარი გაერთიანებები; ღარიბ ფენათა გაერთიანებები თავიანთი ინტერესებისა და მოთხოვნების დასაცავად; მოუსვენრობის, შფოთის, ბუნტისა და სისხლისღვრის სული; იმავე მოძღვრებათა მსოფლიო მასშტაბით გავრცელება, რომლებმაც საფრანგეთის რევოლუცია წარმოშვა — ყოველივე ეს მთელ მსოფლიოს იმგვარივე ბრძოლისაკენ მიაქანებს, როგორიც საფრანგეთმა გადაიტანა.“ Education, 227, 228.</w:t>
      </w:r>
    </w:p>
    <w:p>
      <w:pPr>
        <w:pStyle w:val="ArticleBody"/>
        <w:jc w:val="left"/>
      </w:pPr>
      <w:r>
        <w:rPr>
          <w:rFonts w:ascii="Sylfaen" w:hAnsi="Sylfaen" w:eastAsia="Sylfaen" w:cs="Sylfaen"/>
        </w:rPr>
        <w:t>ნებისმიერმა მოაზროვნე ადამიანმა საკუთარ თავს უნდა ჰკითხოს, რა ხდება ისეთ შეხვედრებზე, როგორიც ახლახან გაიმართა დავოსში, სადაც ადამიანები გამოხატავენ თავიანთ გეგმებს პლანეტა დედამიწის შესახებ ისე, რომ საერთოდ არ ითვალისწინებენ დედამიწის დანარჩენ მოსახლეობას? რა საიდუმლოებები იქნა იქ განხილული? რა თქმა უნდა, დავოსი უბრალოდ ერთ-ერთია მსოფლიოს მილიარდერების, ბანკირების, გარყვნილი პოლიტიკოსებისა და ზნეობრივად გარყვნილი ადამიანების რამდენიმე საიდუმლო, დახურულ შეხვედრას შორის, სადაც ისინი პლანეტა დედამიწისათვის თავიანთ აღმატებულ გეგმებს აყალიბებენ.</w:t>
      </w:r>
    </w:p>
    <w:p>
      <w:pPr>
        <w:pStyle w:val="ArticleScripture"/>
        <w:jc w:val="left"/>
      </w:pPr>
      <w:r>
        <w:rPr>
          <w:rFonts w:ascii="Sylfaen" w:hAnsi="Sylfaen" w:eastAsia="Sylfaen" w:cs="Sylfaen"/>
        </w:rPr>
        <w:t>„ამ უკანასკნელ დღეებში აღმოცენდება უცნაური მცდარობანი და ადამიანთა მიერ შეთხზული თეორიები, რომელთაც, როგორც ღმერთი აცხადებს, ნამსხვრევებად დაამსხვრევს. ვერცხლისმოყვარეობის სულმა ადამიანები მიიყვანა იქამდე, რომ ეძიონ წუთისოფლის უპირატესობა, და ფუფუნებითა და მოჩვენებით ისინი ცდილობდნენ დაეფარათ თავიანთი ბოროტი საქმენი, რომლებიც ჩაიდინეს თავიანთი მიზნის მისაღწევად. მაღალი პასუხისმგებლობისა და ნდობის თანამდებობებზე მდგომმა ადამიანებმა გამოავლინეს ეს უკანონო სურვილი გამორჩენისა; მათ მიმართეს გამოძალვასა და ძარცვას და ასაზრდოებდნენ თავიანთი გულების ბოროტ ვნებებს, ვიდრე ჩვენი ქალაქები მათი უკეთურებით განირყვნებოდა. ღმერთმა განაცხადა, რომ იგი თავად მათი საქმეებისვე მეშვეობით გამოაჩენს ამ მზაკვრობისა და ძარცვის საქმეებს. ზოგიერთ შემთხვევაში ღვთის მსჯავრი უკვე მძიმედ დაატყდა თავს ამ ქალაქებს.“</w:t>
      </w:r>
    </w:p>
    <w:p>
      <w:pPr>
        <w:pStyle w:val="ArticleScripture"/>
        <w:jc w:val="left"/>
      </w:pPr>
      <w:r>
        <w:rPr>
          <w:rFonts w:ascii="Sylfaen" w:hAnsi="Sylfaen" w:eastAsia="Sylfaen" w:cs="Sylfaen"/>
        </w:rPr>
        <w:t>„ესაია 8:8–12 ციტირებულია.“ Review and Herald, 18 ივლისი, 1907.</w:t>
      </w:r>
    </w:p>
    <w:p>
      <w:pPr>
        <w:pStyle w:val="ArticleBody"/>
        <w:jc w:val="left"/>
      </w:pPr>
      <w:r>
        <w:rPr>
          <w:rFonts w:ascii="Sylfaen" w:hAnsi="Sylfaen" w:eastAsia="Sylfaen" w:cs="Sylfaen"/>
        </w:rPr>
        <w:t>ქალაქები გახრწნილნი არიან, როგორც წინა მონაკვეთში იყო წინასწარმეტყველებული, და ეს გახრწნილება გამოწვეულია ესაიას მერვე თავის ბოროტი შეკავშირებით. ისინი გახრწნილნი არიან „მაღალი ნდობის თანამდებობებზე მყოფი კაცების“ მიერ, რომელთაც „გამოავლინეს“ თავიანთი „უკანონო სურვილი გამორჩენისათვის“. გახრწნილი ქალაქები ადვილად შეინიშნება იმ შტატებში, რომელთა გენერალური პროკურორები არჩეულნი არიან ჯორჯ სოროსის მსგავს კომუნისტთა სახსრებით. ეს ჩანს მაშინ, როდესაც დადგენილი კანონები აღსრულების გარეშე რჩება ვაშინგტონში, კოლუმბიის ოლქში, გახრწნილი პოლიტიკოსების მიერ. ეს ჩანს იმ კანონებითაც, რომლებიც გამოიყენება მხოლოდ პოლიტიკური სპექტრის მეორე მხარეს მყოფთა წინააღმდეგ, როგორც ამას ცხადყოფენ ისეთი პირები, როგორიც არიან ნენსი პელოსი და ადამ შიფი.</w:t>
      </w:r>
    </w:p>
    <w:p>
      <w:pPr>
        <w:pStyle w:val="ArticleScripture"/>
        <w:jc w:val="left"/>
      </w:pPr>
      <w:r>
        <w:rPr>
          <w:rFonts w:ascii="Sylfaen" w:hAnsi="Sylfaen" w:eastAsia="Sylfaen" w:cs="Sylfaen"/>
        </w:rPr>
        <w:t>უფლის წინააღმდეგ ცოდვით და სიცრუით, ჩვენი ღვთისგან განდგომით, ჩაგვრასა და ამბოხზე ლაპარაკით, სიცრუის სიტყვათა გულში ჩასახვით და წარმოთქმით. და სამართალი უკუიქცა, და სიმართლე შორს დგას; რადგან ჭეშმარიტება დაეცა ქუჩაში, და სამართლიანობა ვერ შედის. დიახ, ჭეშმარიტება მოისპო; და ვინც ბოროტებას განეშორება, თავს ნადავლად აქცევს; და იხილა ეს უფალმა, და უსიამოვნოდ ეჩვენა მას, რომ სამართალი აღარ იყო. ესაია 59:13–15.</w:t>
      </w:r>
    </w:p>
    <w:p>
      <w:pPr>
        <w:pStyle w:val="ArticleBody"/>
        <w:jc w:val="left"/>
      </w:pPr>
      <w:r>
        <w:rPr>
          <w:rFonts w:ascii="Sylfaen" w:hAnsi="Sylfaen" w:eastAsia="Sylfaen" w:cs="Sylfaen"/>
        </w:rPr>
        <w:t>Review and Herald-იდან წინა ნაწყვეტში, ისინი, ვისაც მაღალი ნდობის თანამდებობები უჭირავთ, წარმოჩენილნი არიან როგორც გახრწნილი პოლიტიკოსები, რომელთა უოლ-სტრიტის პორტფელები მუდამ აღემატება ყველაზე ხელსაყრელ შესაძლო მოგებას, რადგან თავიანთი საკანონმდებლო საქმიანობით მათ საკუთარი თავისთვის — და არავისთვის სხვასთვის — „ინსაიდერული ვაჭრობა“ დააკანონეს. გაიხსენეთ მართა სტიუარტის ისტორია. ამ ნაწყვეტში ქალაქები თავიანთი ბოროტების გამო არიან გახრწნილნი, და ეს განსაკუთრებით თვალსაჩინოა იმ ქალაქებსა და შტატებში, რომლებსაც გლობალისტი დემოკრატები მართავენ.</w:t>
      </w:r>
    </w:p>
    <w:p>
      <w:pPr>
        <w:pStyle w:val="ArticleBody"/>
        <w:jc w:val="left"/>
      </w:pPr>
      <w:r>
        <w:rPr>
          <w:rFonts w:ascii="Sylfaen" w:hAnsi="Sylfaen" w:eastAsia="Sylfaen" w:cs="Sylfaen"/>
        </w:rPr>
        <w:t>უკანასკნელ დღეებში ბოროტი კავშირი შედგება გველეშაპის, მხეცისა და ცრუ წინასწარმეტყველისაგან; ხოლო მხეცსა და ცრუ წინასწარმეტყველს თავ-თავისი უკეთური წინასწარმეტყველური ნიშნები აქვთ, მაგრამ ის ნიშნები, რომლებიც ასე აშკარად ვლინდება ლიბერალურ გლობალიზმში, გველეშაპის თვისებებია.</w:t>
      </w:r>
    </w:p>
    <w:p>
      <w:pPr>
        <w:pStyle w:val="ArticleScripture"/>
        <w:jc w:val="left"/>
      </w:pPr>
      <w:r>
        <w:rPr>
          <w:rFonts w:ascii="Sylfaen" w:hAnsi="Sylfaen" w:eastAsia="Sylfaen" w:cs="Sylfaen"/>
        </w:rPr>
        <w:t>„გამოცხადება 17:13–14 ციტირებულია. „მათ ერთი აზრი აქვთ.“ იარსებებს გაერთიანების საყოველთაო კავშირი, ერთი დიადი თანხმობა, სატანის ძალთა კონფედერაცია. „და მისცემენ თავიანთ ძალასა და ძალმოსილებას მხეცს.“ ამგვარად ვლინდება იგივე თვითნებური, დამთრგუნველი ძალაუფლება რელიგიური თავისუფლების წინააღმდეგ, ღმერთის თაყვანისცემის თავისუფლების წინააღმდეგ სინდისის კარნახისამებრ, როგორიც წარსულში პაპობამ გამოავლინა, როდესაც ის დევნიდა მათ, ვინც გაბედავდა უარის თქმას რომანიზმის რელიგიურ წესებსა და ცერემონიებთან შეგუებაზე.“</w:t>
      </w:r>
    </w:p>
    <w:p>
      <w:pPr>
        <w:pStyle w:val="ArticleScripture"/>
        <w:jc w:val="left"/>
      </w:pPr>
      <w:r>
        <w:rPr>
          <w:rFonts w:ascii="Sylfaen" w:hAnsi="Sylfaen" w:eastAsia="Sylfaen" w:cs="Sylfaen"/>
        </w:rPr>
        <w:t>„ბოლო დღეებში გასამართ ბრძოლაში, ღვთის ერის წინააღმდეგ, გაერთიანდება ყველა ის გახრწნილი ძალა, რომელმაც უარყო იეჰოვას რჯულისადმი ერთგულება. ამ ბრძოლაში მეოთხე მცნების შაბათი გახდება უმთავრესი სადავო საკითხი; რადგან შაბათის მცნებაში დიდი რჯულმდებელი საკუთარ თავს ცისა და მიწის შემოქმედად აცხადებს.“ The Seventh-day Adventist Bible Commentary, 983.</w:t>
      </w:r>
    </w:p>
    <w:p>
      <w:pPr>
        <w:pStyle w:val="ArticleBody"/>
        <w:jc w:val="left"/>
      </w:pPr>
      <w:r>
        <w:rPr>
          <w:rFonts w:ascii="Sylfaen" w:hAnsi="Sylfaen" w:eastAsia="Sylfaen" w:cs="Sylfaen"/>
        </w:rPr>
        <w:t>შემდგომ სტატიებში განვიხილავთ მხეცისა და განდგომილი პროტესტანტიზმის წინასწარმეტყველურ მახასიათებლებს. მნიშვნელოვანია განვსაზღვროთ, რა არის გამოცხადებული იმის შესახებ, რომელი პოლიტიკური პარტია გამოდის წინამძღოლად და რომელი მართავს ფარულად კვირადღის კანონმდებლობის აღსრულებას. ცხადია, ორივე პარტია (დემოკრატიული და რესპუბლიკური) ერთიანდება კვირადღის კანონის საკითხზე, როგორც ფარისევლები და სადუკეველები გაერთიანდნენ ჯვართან; მაგრამ არ არსებობს არავითარი გამართლებული საფუძველი იმის დასამტკიცებლად, რომ პროტესტანტის ან განდგომილი პროტესტანტის სახელწოდება შეიძლება დაკავშირებულ იქნეს დემოკრატიულ პარტიასთან, ვინაიდან იგი აშკარად გველეშაპის ძალაუფლებაა.</w:t>
      </w:r>
    </w:p>
    <w:p>
      <w:pPr>
        <w:pStyle w:val="ArticleBody"/>
        <w:jc w:val="left"/>
      </w:pPr>
      <w:r>
        <w:rPr>
          <w:rFonts w:ascii="Sylfaen" w:hAnsi="Sylfaen" w:eastAsia="Sylfaen" w:cs="Sylfaen"/>
        </w:rPr>
        <w:t>ას ორმოცდაოთხი ათასის დაბეჭდვის ისტორია არის ის ისტორია, რომელშიც ესაიას მერვე თავის ბოროტი კავშირი ცხადდება. ეს ისტორია დაიწყო 2001 წლის 11 სექტემბერს, როდესაც ხელისუფლებაში იყო მეოთხე პრეზიდენტი, ბუში მეორე. ამ ისტორიაში მეექვსე პრეზიდენტი 2016 წელს მოვიდოდა, და იგი აღძრავდა (შეარხევდა) მთელ საბერძნეთის სამეფოს, რადგან იგი გააღვიძებდა მსოფლიოს ბრძოლისთვის გველეშაპის ძალასა და განდგომილ პროტესტანტიზმს შორის, რომელიც აღასრულებს მხეცის დედამიწის ტახტზე აღდგენის საქმეს.</w:t>
      </w:r>
    </w:p>
    <w:p>
      <w:pPr>
        <w:pStyle w:val="ArticleBody"/>
        <w:jc w:val="left"/>
      </w:pPr>
      <w:r>
        <w:rPr>
          <w:rFonts w:ascii="Sylfaen" w:hAnsi="Sylfaen" w:eastAsia="Sylfaen" w:cs="Sylfaen"/>
        </w:rPr>
        <w:t>ტრამპის მიმართ ბრმა, უგუნური სიძულვილი მრავალთა მიერ ერთგვარ სიგიჟედ არის მიჩნეული, რადგან იგი დაფუძნებულია არაკეთილსინდისიერებასა და არარაციონალურ ლოგიკაზე. ქვეყნიერება ცდილობს განსაზღვროს ტრამპის მიმართ ეს გაუმართლებელი სიძულვილი, მაგრამ სინამდვილე ის არის, რომ ეს არ არის გლობალისტთა მხრიდან პირდაპირი ადამიანური სიგიჟე; ეს არის ზებუნებრივი გამოვლინება წინასწარმეტყველების აღსრულებისა იმ ისტორიის განმავლობაში, როდესაც ას ორმოცდაოთხი ათასის დაბეჭდვა მიმდინარეობს.</w:t>
      </w:r>
    </w:p>
    <w:p>
      <w:pPr>
        <w:pStyle w:val="ArticleScripture"/>
        <w:jc w:val="left"/>
      </w:pPr>
      <w:r>
        <w:rPr>
          <w:rFonts w:ascii="Sylfaen" w:hAnsi="Sylfaen" w:eastAsia="Sylfaen" w:cs="Sylfaen"/>
        </w:rPr>
        <w:t>„ნეტავ ღვთის ხალხს ჰქონოდა შეგნება ათასობით ქალაქის მოახლოებული განადგურებისა, რომლებიც ახლა თითქმის მთლიანად კერპთაყვანისმცემლობას არიან მიცემულნი! მაგრამ მრავალნი მათგან, რომელთაც ჭეშმარიტება უნდა აუწყონ, თავიანთ ძმებს ადანაშაულებენ და განსჯიან. როდესაც ღვთის მომაქცეველი ძალა გონებაზე მოქმედებს, აშკარა ცვლილება მოხდება. ადამიანებს აღარ ექნებათ მიდრეკილება, გააკრიტიკონ და დაანგრიონ. ისინი აღარ დაიკავებენ ისეთ მდგომარეობას, რომელიც ხელს უშლის სინათლეს, რომ ქვეყნიერებას გაუნათოს. მათი კრიტიკა, მათი ბრალდებები შეწყდება. მტრის ძალები საბრძოლველად იკრიბებიან. მკაცრი ბრძოლები გველის წინ. შეიკარით მჭიდროდ, ჩემო ძმანო და დანო, შეიკარით მჭიდროდ. შეერთდით ქრისტესთან. „ნუ იტყვით: შეკრულობაა... ნურც გეშინინ მათი შიშისა და ნუ შეძრწუნდებით. თვით უფალი ცაბაოთი წმიდაჰყავით; და ის იყოს თქვენი შიში და ის იყოს თქვენი ძრწოლა. და ის იქნება საწმიდარად; მაგრამ დაბრკოლების ქვად და საცთურის კლდედ ისრაელის ორივე სახლისათვის, მახედ და მახვილად იერუსალიმის მცხოვრებთათვის. და მრავალნი მათგან წაიფორხილებენ, დაეცემიან და შეიმუსრებიან, გაებმებიან და შეპყრობილნი იქნებიან.“</w:t>
      </w:r>
    </w:p>
    <w:p>
      <w:pPr>
        <w:pStyle w:val="ArticleScripture"/>
        <w:jc w:val="left"/>
      </w:pPr>
      <w:r>
        <w:rPr>
          <w:rFonts w:ascii="Sylfaen" w:hAnsi="Sylfaen" w:eastAsia="Sylfaen" w:cs="Sylfaen"/>
        </w:rPr>
        <w:t>„სამყარო თეატრია. მსახიობები, მისი მცხოვრებლები, ემზადებიან, რომ შეასრულონ თავიანთი როლი უკანასკნელ დიდ დრამაში. ღმერთი მხედველობიდან არის დაკარგული. კაცობრიობის დიდ მასებს შორის არ არის ერთობა, გარდა იმ შემთხვევისა, როცა ადამიანები ერთიანდებიან თავიანთი ეგოისტური მიზნების მისაღწევად. ღმერთი უყურებს. მისი განზრახვები თავის მეამბოხე ქვეშევრდომებთან დაკავშირებით აღსრულდება. ქვეყნიერება ადამიანთა ხელში არ არის მიცემული, თუმცა ღმერთი გარკვეული ხნით აძლევს ნებას, რომ აღრეულობამ და უწესრიგობამ იბატონოს. ქვემოდან მომდინარე ძალა მოქმედებს, რათა დრამის უკანასკნელი დიდი სცენები განახორციელოს,—სატანა, რომელიც ქრისტეს სახით მოვა და ყოველგვარი უსამართლო საცდურით იმოქმედებს მათში, ვინც საიდუმლო საზოგადოებებში ერთიმეორეს უკავშირდება. ისინი, ვინც შეთქმულების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„ურჯულოებამ თითქმის მიაღწია თავის ზღვარს. აღრევა ავსებს სამყაროს, და მალე დიდი შიში დაატყდება ადამიანებს თავს. აღსასრული ძალიან ახლოს არის. ჩვენ, რომელთაც ვიცით ჭეშმარიტება, უნდა ვემზადებოდეთ იმისთვის, რაც მალე თავს დაატყდება მსოფლიოს, როგორც ყოვლისმომცველი მოულოდნელობა.“ Review and Herald, September 10, 1903.</w:t>
      </w:r>
    </w:p>
    <w:p>
      <w:pPr>
        <w:pStyle w:val="ArticleBody"/>
        <w:jc w:val="left"/>
      </w:pPr>
      <w:r>
        <w:rPr>
          <w:rFonts w:ascii="Sylfaen" w:hAnsi="Sylfaen" w:eastAsia="Sylfaen" w:cs="Sylfaen"/>
        </w:rPr>
        <w:t>მესამე ვაის ისლამი ეს-ესაა დაატყდება თავს „ათასობით ქალაქს“, ხოლო ლაოდიკიური ადვენტიზმი სრულიად უგრძნობელია იმ მოახლოებული განადგურების მიმართ, რომელიც ეს-ესაა უნდა მოხდეს. იმ დროის პერიოდში, როდესაც ესაიას ბოროტი კავშირი თავის საქმეს ასრულებს, არსებობს სატანური „ძალა ქვემოდან“, რომელიც „მოქმედებს, რათა მოიტანოს დრამის უკანასკნელი დიდი სცენები“, და ეს მოვლენები მოდის როგორც „გამანადგურებელი მოულოდნელობა“. ტრამპის მიმართ გამოვლენილი სიგიჟე გამოწვეულია ქვემოდან მომავალი ძალით. ეს არის დედამიწის ისტორიის უკანასკნელი სცენების ერთ-ერთი შემადგენელი ნაწილი.</w:t>
      </w:r>
    </w:p>
    <w:p>
      <w:pPr>
        <w:pStyle w:val="ArticleBody"/>
        <w:jc w:val="left"/>
      </w:pPr>
      <w:r>
        <w:rPr>
          <w:rFonts w:ascii="Sylfaen" w:hAnsi="Sylfaen" w:eastAsia="Sylfaen" w:cs="Sylfaen"/>
        </w:rPr>
        <w:t>ეს არ უნდა იქნას გაგებული როგორც ტრამპის მხარდაჭერა; ეს უბრალოდ ღვთის სიტყვაა, რომელიც არასოდეს ცდება. ას ორმოცდაოთხი ათასის დაბეჭდვის განმავლობაში ღმერთი ზემოდან გადმოღვრის თავის ძალას, ხოლო სატანა ქვემოდან ავლენს თავის ძალაუფლებას.</w:t>
      </w:r>
    </w:p>
    <w:p>
      <w:pPr>
        <w:pStyle w:val="ArticleScripture"/>
        <w:jc w:val="left"/>
      </w:pPr>
      <w:r>
        <w:rPr>
          <w:rFonts w:ascii="Sylfaen" w:hAnsi="Sylfaen" w:eastAsia="Sylfaen" w:cs="Sylfaen"/>
        </w:rPr>
        <w:t>„თუ ჩვენ გვსურს გვქონდეს მესამე ანგელოზის უწყების სული და ძალა, კანონი და სახარება ერთად უნდა წარვადგინოთ, რადგან ისინი ხელიხელჩაკიდებულნი მიდიან. როგორც ქვემოდან მომდინარე ძალა აღძრავს ურჩობის შვილებს, რათა ძალადაკარგულად აქციონ ღმერთის კანონი და ფეხქვეშ გათელონ ჭეშმარიტება, რომ ქრისტე არის ჩვენი სიმართლე, ასევე ზემოდან მომდინარე ძალა მოქმედებს ერთგულთა გულებზე, რათა აღამაღლოს კანონი და აამაღლოს იესო, როგორც სრული მხსნელი. თუ საღვთო ძალა არ შემოვა ღმერთის ხალხის გამოცდილებაში, ცრუ თეორიები და შეხედულებები გონებას ტყვედ ჩაიგდებენ, ქრისტე და მისი სიმართლე მრავლის გამოცდილებიდან ამოვარდება, და მათი რწმენა იქნება ძალისა და სიცოცხლის გარეშე.“ Gospel Workers, 161.</w:t>
      </w:r>
    </w:p>
    <w:p>
      <w:pPr>
        <w:pStyle w:val="ArticleBody"/>
        <w:jc w:val="left"/>
      </w:pPr>
      <w:r>
        <w:rPr>
          <w:rFonts w:ascii="Sylfaen" w:hAnsi="Sylfaen" w:eastAsia="Sylfaen" w:cs="Sylfaen"/>
        </w:rPr>
        <w:t>სატანური ძალის ის გამოვლინება, რომელიც ახლო მომავალში მოსალოდნელ საკვირაო კანონს წინ უსწრებს და მისკენ მიჰყავს მოვლენათა მსვლელობა, განასახიერებს სატანის ძალის გვირგვინოვან ქმედებას, რომელიც მოხდება იმავე ახლო მომავალში მოსალოდნელ საკვირაო კანონის დროს.</w:t>
      </w:r>
    </w:p>
    <w:p>
      <w:pPr>
        <w:pStyle w:val="ArticleScripture"/>
        <w:jc w:val="left"/>
      </w:pPr>
      <w:r>
        <w:rPr>
          <w:rFonts w:ascii="Sylfaen" w:hAnsi="Sylfaen" w:eastAsia="Sylfaen" w:cs="Sylfaen"/>
        </w:rPr>
        <w:t>„იმ დადგენილებით, რომელიც ღვთის კანონის დარღვევით პაპობის ინსტიტუტს განამტკიცებს, ჩვენი ერი სრულად გაწყვეტს კავშირს სიმართლესთან. როდესაც პროტესტანტიზმი უფსკრულზე გადაგებულ ხელზე გადაიწვდენს ხელს, რათა რომის ძალაუფლების ხელი ჩასჭიდოს; როდესაც იგი გადაეწვდენა უფსკრულს, რათა ხელი ჩამოართვას სპირიტიზმს;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უზრუნველყოფს პაპობრივი სიცრუეებისა და ცდომილებების გავრცელებას, მაშინ შეგვეძლება ვიცოდეთ, რომ დადგა სატანის საოცარი მოქმედების ჟამი და რომ აღსასრული ახლოსაა.“ Testimonies, ტომი 5, 451.</w:t>
      </w:r>
    </w:p>
    <w:p>
      <w:pPr>
        <w:pStyle w:val="ArticleBody"/>
        <w:jc w:val="left"/>
      </w:pPr>
      <w:r>
        <w:rPr>
          <w:rFonts w:ascii="Sylfaen" w:hAnsi="Sylfaen" w:eastAsia="Sylfaen" w:cs="Sylfaen"/>
        </w:rPr>
        <w:t>მოტივაცია, რომელიც ამჟამად ქვემოდან ამოდის და თავის მოქმედებას ამჟღავნებს დრაკონის გლობალისტ წარმომადგენლებში შეერთებულ შტატებში, კვლავ აღდგება მსოფლიოს ერებში მას შემდეგ, რაც კვირადღის კანონი მოვა. თვით ახლააც, მსოფლიოს ერები ტრამპის მიმართ იმავე ზებუნებრივ სიგიჟეს ავლენენ.</w:t>
      </w:r>
    </w:p>
    <w:p>
      <w:pPr>
        <w:pStyle w:val="ArticleScripture"/>
        <w:jc w:val="left"/>
      </w:pPr>
      <w:r>
        <w:rPr>
          <w:rFonts w:ascii="Sylfaen" w:hAnsi="Sylfaen" w:eastAsia="Sylfaen" w:cs="Sylfaen"/>
        </w:rPr>
        <w:t>„უცხო ერები მიჰყვებიან შეერთებული შტატების მაგალითს. თუმცა იგი წინ მიუძღვის, მაინც იგივე კრიზისი დაატყდება თავს ჩვენს ხალხს მსოფლიოს ყველა კუთხეში.“ Testimonies, ტომი 6, 395.</w:t>
      </w:r>
    </w:p>
    <w:p>
      <w:pPr>
        <w:pStyle w:val="ArticleBody"/>
        <w:jc w:val="left"/>
      </w:pPr>
      <w:r>
        <w:rPr>
          <w:rFonts w:ascii="Sylfaen" w:hAnsi="Sylfaen" w:eastAsia="Sylfaen" w:cs="Sylfaen"/>
        </w:rPr>
        <w:t>რაც ამერიკის შეერთებული შტატების რესპუბლიკელები დემოკრატების მხრიდან ტრამპისადმი მათ არალოგიკურ დაპირისპირებაში სიგიჟედ განსაზღვრავენ, სინამდვილეში სატანური ძალის ზებუნებრივი გამოვლინებაა, რომელიც დანიელის მეთერთმეტე თავის მეორე მუხლის აღსრულებას წარმოადგენს. ტრამპს, რომელიც 1989 წელს დასასრულის ჟამის შემდეგ მეექვსე პრეზიდენტია, უნდა „აეღელვებინა“ („გაეღვიძებინა“) მთელი მსოფლიოს სოციალისტი გლობალისტები. მის მიმართ სიძულვილი ზებუნებრივია და იგი წინასწარ გამოსახავს სატანური ძალის იმ გამოვლინებას, რომელიც უფრო დიდი მასშტაბით მოახლოვებულ საკვირაო კანონთან ერთად მოვა.</w:t>
      </w:r>
    </w:p>
    <w:p>
      <w:pPr>
        <w:pStyle w:val="ArticleBody"/>
        <w:jc w:val="left"/>
      </w:pPr>
      <w:r>
        <w:rPr>
          <w:rFonts w:ascii="Sylfaen" w:hAnsi="Sylfaen" w:eastAsia="Sylfaen" w:cs="Sylfaen"/>
        </w:rPr>
        <w:t>ქვემოდან მომდინარე ძალის გამოცხადება, დის უაითის მითითების თანახმად, ხდება იმ ბოროტი კავშირის დროს, რომლის შესახებაც ესაია მერვე თავში აფრთხილებს, და იმავე პერიოდში მიმდინარეობს ღვთის ხალხის დაბეჭდვა.</w:t>
      </w:r>
    </w:p>
    <w:p>
      <w:pPr>
        <w:pStyle w:val="ArticleScripture"/>
        <w:jc w:val="left"/>
      </w:pPr>
      <w:r>
        <w:rPr>
          <w:rFonts w:ascii="Sylfaen" w:hAnsi="Sylfaen" w:eastAsia="Sylfaen" w:cs="Sylfaen"/>
        </w:rPr>
        <w:t>შეკარი მოწმობა, დაბეჭდე სჯული ჩემს მოწაფეთა შორის. ესაია 8:16.</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ზებუნებრივი ხასიათის საშინელი სანახაობანი მალე გამოცხადდება ცაში, როგორც სასწაულმოქმედი დემონების ძალის ნიშანი. ეშმაკთა სულები გამოვლენ დედამიწის მეფეთთან და მთელ მსოფლიოსთან, რათა ისინი მოტყუებაში შეკრან და აღძრან, რომ სატანას შეუერთდნენ მის უკანასკნელ ბრძოლაში ზეცის მმართველობის წინააღმდეგ. ამ მოქმედი ძალებით თანაბრად მოიტყუებიან როგორც მმართველნი, ისე ქვეშევრდომნი. გამოჩნდებიან ადამიანები, რომლებიც თავს თვით ქრისტედ გაასაღებენ და მოითხოვენ იმ სახელსა და თაყვანისცემას, რომელიც ეკუთვნის ქვეყნის მხსნელს. ისინი მოიმოქმედებენ განკურნების საოცარ სასწაულებს და განაცხადებენ, რომ ზეციდან აქვთ გამოცხადებები, რომლებიც ეწინააღმდეგება წმიდა წერილების მოწმობას.</w:t>
      </w:r>
    </w:p>
    <w:p>
      <w:pPr>
        <w:pStyle w:val="ArticleScripture"/>
        <w:jc w:val="left"/>
      </w:pPr>
      <w:r>
        <w:rPr>
          <w:rFonts w:ascii="Sylfaen" w:hAnsi="Sylfaen" w:eastAsia="Sylfaen" w:cs="Sylfaen"/>
        </w:rPr>
        <w:t>„როგორც მოტყუების დიდი დრამის დაგვირგვინებელი აქტი, თვით სატანა განასახიერებს ქრისტეს. ეკლესია დიდი ხანია აღიარებით შეჰყურებს მაცხოვრის მოსვლას, როგორც თავისი იმედების აღსრულებას. ახლა დიდი მაცდური ისე წარმოაჩენს საქმეს, თითქოს ქრისტე უკვე მოვიდა. დედამიწის სხვადასხვა მხარეში სატანა ადამიანთა შორის გამოეცხადება, როგორც დიდებული არსება, თვალისმომჭრელი ბრწყინვალებით, მსგავსი იმ აღწერისა, რომელიც იოანემ გამოცხადებაში ღმერთის ძეს მისცა. გამოცხადება 1:13–15. მის ირგვლივ არსებული დიდება აღემატება ყველაფერს, რაც მოკვდავთა თვალებს ოდესმე უხილავთ. ჰაერში გაისმის გამარჯვების შეძახილი: „ქრისტე მოვიდა! ქრისტე მოვიდა!“ ხალხი მის წინაშე თაყვანისცემით დაემხობა, ხოლო იგი აღაპყრობს ხელებს და კურთხევას წარმოთქვამს მათზე, როგორც ქრისტე აკურთხებდა თავის მოწაფეებს, როცა დედამიწაზე იყო. მისი ხმა რბილი და წყნარია, თუმცა მელოდიით სავსე. ნაზი, თანაგრძნობით აღსავსე ტონით იგი წარმოთქვამს იმავე მადლიან, ზეციურ ჭეშმარიტებათაგან ზოგიერთს, რომელთაც მაცხოვარი ქადაგებდა; კურნავს ხალხის სნეულებებს და შემდეგ, ქრისტეს მის მიერ მითვისებულ სახეში, აცხადებს, რომ შაბათი კვირადღედ შეცვალა, და ყველას უბრძანებს, წმიდად დაიცვან ის დღე, რომელიც მან აკურთხა. იგი აცხადებს, რომ ისინი, ვინც დაჟინებით განაგრძობენ მეშვიდე დღის წმიდად დაცვას, გმობენ მის სახელს იმით, რომ უარს ამბობენ მოუსმინონ მის ანგელოზებს, რომლებიც მათთან ნათლითა და ჭეშმარიტებით არიან მოვლინებულნი. ეს არის ძლიერი, თითქმის დაუძლეველი ცდუნება. როგორც სამარიტელები მოატყუა სიმონ მოგვმა, ასევე ბრბოები, მცირეთაგან დიდებამდე, ყურს უგდებენ ამ გრძნეულებებს და ამბობენ: ეს არის „ღვთის დიდი ძალა.“ საქმეები 8:10.“</w:t>
      </w:r>
    </w:p>
    <w:p>
      <w:pPr>
        <w:pStyle w:val="ArticleScripture"/>
        <w:jc w:val="left"/>
      </w:pPr>
      <w:r>
        <w:rPr>
          <w:rFonts w:ascii="Sylfaen" w:hAnsi="Sylfaen" w:eastAsia="Sylfaen" w:cs="Sylfaen"/>
        </w:rPr>
        <w:t>„მაგრამ ღვთის ხალხი შეცდომაში არ იქნება შეყვანილი. ამ ცრუ ქრისტეს მოძღვრებანი არ შეესაბამება წმინდა წერილებს. მისი კურთხევა გამოცხადებულია მხეცისა და მისი ხატის თაყვანისმცემლებზე — სწორედ იმ ჯგუფზე, რომელზეც ბიბლია აცხადებს, რომ დაიღვრება ღვთის შეურეველი რისხვა.“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ოცდამეშვიდე ნაწილი</dc:title>
  <dc:subject>ბოროტი კონფედერაციის წინასწარმეტყველური მახასიათებლების გამხელა: შეხედულებები ესაიას წიგნიდან</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