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ოცდამეცხრე ნომერი</w:t>
      </w:r>
    </w:p>
    <w:p>
      <w:pPr>
        <w:pStyle w:val="ArticleSubtitle"/>
        <w:jc w:val="left"/>
      </w:pPr>
      <w:r>
        <w:rPr>
          <w:rFonts w:ascii="Sylfaen" w:hAnsi="Sylfaen" w:eastAsia="Sylfaen" w:cs="Sylfaen"/>
        </w:rPr>
        <w:t>წინასწარმეტყველური მნიშვნელობის გამოვლენა: რესპუბლიკური რქა და საბოლოო მოძრაობები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2024-03-11</w:t>
      </w:r>
    </w:p>
    <w:p>
      <w:pPr>
        <w:pStyle w:val="ArticleBody"/>
        <w:jc w:val="left"/>
      </w:pPr>
      <w:r>
        <w:rPr>
          <w:rFonts w:ascii="Sylfaen" w:hAnsi="Sylfaen" w:eastAsia="Sylfaen" w:cs="Sylfaen"/>
        </w:rPr>
        <w:t>ჩვენ განვიხილავთ დანიელის მეთერთმეტე თავის მეორმოცე მუხლს და შევეხებით ამ მუხლის წინასწარმეტყველურ ხაზს, რომელიც რესპუბლიკანიზმის რქასთან არის დაკავშირებული. ამ გამოყენებას ვაფუძნებთ დასასრულის ჟამზე, რომელიც 1989 წელს დადგა. ეს ხაზი წარმოადგენს 1989 წლიდან მალე მოსალოდნელ საკვირაო კანონის დადგომამდე არსებულ ისტორიას და ტიპოლოგიურად გამოხატულია წინასწარმეტყველური პერიოდით 508-დან 538 წლამდე, როდესაც პაპობას პირველად მიენიჭა ძალაუფლება და ორლეანის კრებაზე საკვირაო კანონი აღასრულა. იგი აგრეთვე ტიპოლოგიურად არის წარმოდგენილი ქრისტეს შობიდან მის ნათლობამდე არსებული ხაზით.</w:t>
      </w:r>
    </w:p>
    <w:p>
      <w:pPr>
        <w:pStyle w:val="ArticleBody"/>
        <w:jc w:val="left"/>
      </w:pPr>
      <w:r>
        <w:rPr>
          <w:rFonts w:ascii="Sylfaen" w:hAnsi="Sylfaen" w:eastAsia="Sylfaen" w:cs="Sylfaen"/>
        </w:rPr>
        <w:t>ჩვენ ასევე ვუმატებთ იმ ხაზებს დანიელის მეთერთმეტე თავის მეორე მუხლში მოცემული წინასწარმეტყველური ისტორიის ხაზს. იქ ვხედავთ, რომ შეერთებული შტატების მეექვსე პრეზიდენტი დასასრულის ჟამის შემდეგ, 1989 წლის შემდგომ, არის დონალდ ტრამპი, რომელიც, მუხლის თანახმად, 2016 წლის არჩევნებში „აღძრავს“ (აღვიძებს) საბერძნეთის მთელ სამეფოს (გლობალიზმს).</w:t>
      </w:r>
    </w:p>
    <w:p>
      <w:pPr>
        <w:pStyle w:val="ArticleBody"/>
        <w:jc w:val="left"/>
      </w:pPr>
      <w:r>
        <w:rPr>
          <w:rFonts w:ascii="Sylfaen" w:hAnsi="Sylfaen" w:eastAsia="Sylfaen" w:cs="Sylfaen"/>
        </w:rPr>
        <w:t>შემდეგ დავიწყეთ იმ წინასწარმეტყველური ნიშნების განხილვა, რომლებიც უკავშირდება სამ ძალას, რომელნიც შეადგენენ გველეშაპის, მხეცისა და ცრუ წინასწარმეტყველის სამმაგ კავშირს, და რომლებიც ერთობლივად, 1989 წლიდან, მიჰყავთ მსოფლიო მადლის ჟამის დახურვისკენ, ყოვლადძლიერი ღმერთის დიდი დღის ბრძოლასთან, ანუ არმაგედონთან. ამ წინასწარმეტყველურ ნიშნებს განვიხილავთ იმისათვის, რომ განვსაზღვროთ გამოცხადების მეცამეტე თავის მიწის მხეცის რესპუბლიკური რქის პოლიტიკური თვისებები. რესპუბლიკანიზმისა და პროტესტანტიზმის ორი რქა წარმოდგენილი იყო მიდია-სპარსეთის ვერძის ორ რქაში, დანიელის მერვე თავში.</w:t>
      </w:r>
    </w:p>
    <w:p>
      <w:pPr>
        <w:pStyle w:val="ArticleScripture"/>
        <w:jc w:val="left"/>
      </w:pPr>
      <w:r>
        <w:rPr>
          <w:rFonts w:ascii="Sylfaen" w:hAnsi="Sylfaen" w:eastAsia="Sylfaen" w:cs="Sylfaen"/>
        </w:rPr>
        <w:t>მაშინ აღვაპყარი ჩემი თვალები, ვიხილე, და აჰა, მდინარის წინ იდგა ვერძი, რომელსაც ორი რქა ჰქონდა; და ორივე რქა მაღალი იყო, მაგრამ ერთი მეორეზე მაღალი იყო, და უფრო მაღალი უკანასკნელად ამოვიდა. დანიელი 8:3.</w:t>
      </w:r>
    </w:p>
    <w:p>
      <w:pPr>
        <w:pStyle w:val="ArticleBody"/>
        <w:jc w:val="left"/>
      </w:pPr>
      <w:r>
        <w:rPr>
          <w:rFonts w:ascii="Sylfaen" w:hAnsi="Sylfaen" w:eastAsia="Sylfaen" w:cs="Sylfaen"/>
        </w:rPr>
        <w:t>მედო-სპარსეთი იყო ორგვარი ძალა, როგორც საფრანგეთი იყო საფრანგეთის რევოლუციის დროს და როგორც არის შეერთებული შტატები. შეერთებული შტატების ორი რქა არის რესპუბლიკანიზმი და პროტესტანტიზმი, მაგრამ ორრქიანი მიწის მხეცი თავისი დასაწყისისას კრავისმაგვარი მხეციდან იცვლება მხეცად, რომელიც თავის დასასრულში გველეშაპივით ლაპარაკობს. რქის ორი წინასწარმეტყველური ხაზი დანიელის წიგნის მეთერთმეტე თავის მეორმოცე მუხლში ერთმანეთის პარალელურად მიმდინარეობს, და როდესაც ისინი ერთად განიხილება, ორივე იწყება აღსასრულის ჟამს, 1798 წელს. როდესაც რქები ცალ-ცალკე გამოიძიება, პროტესტანტიზმის რქა წინასწარმეტყველურად დაკავშირებულია აღსასრულის ჟამთან 1798 წელს, ხოლო რესპუბლიკანიზმის რქა დაკავშირებულია აღსასრულის ჟამთან 1989 წელს.</w:t>
      </w:r>
    </w:p>
    <w:p>
      <w:pPr>
        <w:pStyle w:val="ArticleBody"/>
        <w:jc w:val="left"/>
      </w:pPr>
      <w:r>
        <w:rPr>
          <w:rFonts w:ascii="Sylfaen" w:hAnsi="Sylfaen" w:eastAsia="Sylfaen" w:cs="Sylfaen"/>
        </w:rPr>
        <w:t>ორივე რქას ორმაგი ბუნება აქვს, როგორც ეს წინასწარ იყო ტიპურად გამოსახული ქრისტეს დროს არსებული სინედრიონით, რომელიც სადუკეველებისა და ფარისევლებისაგან შედგებოდა. სადუკეველები ლიბერალები იყვნენ, ხოლო ფარისევლები — კონსერვატორები, და თუმცა ისინი გამოცხადებული მტრები იყვნენ, ჯვარზე ქრისტეს წინააღმდეგ გაერთიანდნენ. მალე მოსალოდნელი საკვირაო კანონის დროს განდგომილი პროტესტანტიზმისა და განდგომილი რესპუბლიკანიზმის ორივე რქა ეკლესია-სახელმწიფოებრივ ურთიერთობას ჩამოაყალიბებს ქრისტეს ერთგული მეშვიდე დღის შაბათის დამცველთა წინააღმდეგ; მაგრამ რამდენადაც ეს ორი რქა დედამიწის მხეცის ისტორიის განმავლობაში ვითარდება, თითოეულ მათგანს შინაგანი დაპირისპირება აქვს, რომელიც სადუკეველთა ლიბერალიზმითა და ფარისეველთა კონსერვატიზმით არის გამოხატული.</w:t>
      </w:r>
    </w:p>
    <w:p>
      <w:pPr>
        <w:pStyle w:val="ArticleBody"/>
        <w:jc w:val="left"/>
      </w:pPr>
      <w:r>
        <w:rPr>
          <w:rFonts w:ascii="Sylfaen" w:hAnsi="Sylfaen" w:eastAsia="Sylfaen" w:cs="Sylfaen"/>
        </w:rPr>
        <w:t>ახლა ჩვენ განვიხილავთ რესპუბლიკანიზმის რქას, და ახლა მივაქციოთ ყურადღება იმას, რომ დემოკრატიული პარტია თავის სათავეს შეერთებული შტატების ისტორიის უძველეს დასაწყისებამდე მიაკვლევს. იგი ჩამოყალიბდა 1828 წელს, თუმცა მისი პოლიტიკური სათავეები თომას ჯეფერსონსა და ჯეიმს მედისონთან იღებს დასაბამს. მიდია-სპარსეთის ორი რქის მოწმობის თანახმად, რესპუბლიკური პარტია დაარსდა 1854 წელს, დემოკრატიული პარტიის მონათმფლობელობის მომხრე პოზიციის წინააღმდეგ. ამგვარად, იგი იყო დანიელის მერვე თავში მოხსენიებული „უფრო მაღალი“ რქა, რადგან იგი იყო ის რქა, რომელიც უკანასკნელად აღმოცენდა.</w:t>
      </w:r>
    </w:p>
    <w:p>
      <w:pPr>
        <w:pStyle w:val="ArticleBody"/>
        <w:jc w:val="left"/>
      </w:pPr>
      <w:r>
        <w:rPr>
          <w:rFonts w:ascii="Sylfaen" w:hAnsi="Sylfaen" w:eastAsia="Sylfaen" w:cs="Sylfaen"/>
        </w:rPr>
        <w:t>რესპუბლიკური რქის ორმაგი ბუნებიდან დემოკრატიული პარტია პირველად აღმოცენდა, ხოლო რესპუბლიკური პარტია ბოლოს აღმოცენდა. საკითხი, რომელმაც რესპუბლიკური პარტია წარმოშვა, იყო მისი მონობის საწინააღმდეგო პოზიცია, დემოკრატიული პარტიის მონობის მხარდამჭერი პოზიციის საპირისპიროდ. ორივე რქასთან დაკავშირებული თემა ან პოლიტიკური მონობაა, ან სულიერი მონობა. ამიტომაც იქცა 1863 წელი ორივე რქისთვის გარდამტეხ მომენტად. 1863 წელს რესპუბლიკურმა რქამ მონებს თავისუფლება გამოუცხადა, ხოლო ამ თავისუფლებისადმი დემოკრატიული პარტიის წინააღმდეგობამ წარმოშვა არა მხოლოდ ოფიციალური რესპუბლიკური პარტია, არამედ აშშ-ის სამოქალაქო ომიც. 1776 წელს შეერთებულმა შტატებმა ილაპარაკა და უარყო როგორც ევროპელი მეფეების (სახელმწიფო მმართველობის), ისე პაპის (საეკლესიო მმართველობის) მონობა. შემდეგ, 1789 წელს, შეერთებულმა შტატებმა ილაპარაკა, როდესაც კონსტიტუცია ძალაში შევიდა. მიწის მხეცმა ფაქტობრივად „შთანთქა წარღვნა“ — პაპისა და მეფეთა მიერ განხორციელებული ევროპული დევნა.</w:t>
      </w:r>
    </w:p>
    <w:p>
      <w:pPr>
        <w:pStyle w:val="ArticleScripture"/>
        <w:jc w:val="left"/>
      </w:pPr>
      <w:r>
        <w:rPr>
          <w:rFonts w:ascii="Sylfaen" w:hAnsi="Sylfaen" w:eastAsia="Sylfaen" w:cs="Sylfaen"/>
        </w:rPr>
        <w:t>და გველმა თავისი პირიდან მდინარესავით წყალი გამოუშვა ქალის კვალდაკვალ, რათა წარღვნის მიერ წაეღო იგი. და მიწა შეეწია ქალს, და მიწამ გააღო თავისი პირი და შთანთქა წარღვნა, რომელიც ურჩხულმა თავისი პირიდან გამოუშვა. და განრისხდა ურჩხული ქალზე და წავიდა, რათა ეომა მისი თესლის ნატამალისთვის, რომელნიც იცავენ ღვთის მცნებებს და აქვთ იესო ქრისტეს მოწმობა. გამოცხადება 12:15–17.</w:t>
      </w:r>
    </w:p>
    <w:p>
      <w:pPr>
        <w:pStyle w:val="ArticleBody"/>
        <w:jc w:val="left"/>
      </w:pPr>
      <w:r>
        <w:rPr>
          <w:rFonts w:ascii="Sylfaen" w:hAnsi="Sylfaen" w:eastAsia="Sylfaen" w:cs="Sylfaen"/>
        </w:rPr>
        <w:t>შემდეგ, როდესაც 1798 წელს შეერთებული შტატები ბიბლიური წინასწარმეტყველების მეექვსე სამეფოდ იშვა, შეერთებულმა შტატებმა კვლავ ილაპარაკა და ამით ჩანაწერში დააფიქსირა ის, რასაც დასასრულს იტყვის, რადგან იესო ყოველთვის დასასრულს დასაწყისით წარმოგვიდგენს. მიწის მხეცმა მალე მომავალი კვირადღის კანონის დროს დრაკონივით უნდა ილაპარაკოს, და როდესაც ამას გააკეთებს, იგი შეწყვეტს იყოს ბიბლიური წინასწარმეტყველების მეექვსე სამეფო. ის, რაც მან თავისი დასაწყისში, როგორც ბიბლიური წინასწარმეტყველების სამეფომ, 1798 წელს თქვა, წარმოადგენს იმას, რასაც კვლავ იტყვის, როდესაც დრაკონივით ილაპარაკებს.</w:t>
      </w:r>
    </w:p>
    <w:p>
      <w:pPr>
        <w:pStyle w:val="ArticleBody"/>
        <w:jc w:val="left"/>
      </w:pPr>
      <w:r>
        <w:rPr>
          <w:rFonts w:ascii="Sylfaen" w:hAnsi="Sylfaen" w:eastAsia="Sylfaen" w:cs="Sylfaen"/>
        </w:rPr>
        <w:t>1798 წლის საიმიგრაციო კანონები ცნობილია, როგორც „უცხოელთა და ამბოხების აქტები“ და წარმოადგენდა შეერთებული შტატების კონგრესის მიერ მიღებულ და 1798 წელს პრეზიდენტ ჯონ ადამსის მიერ კანონად ხელმოწერილ ოთხ კანონთა წყებას. ეს კანონები უმთავრესად ეხებოდა შეერთებულ შტატებში მცხოვრებ უცხოელებთან (უცხო ქვეყნის მოქალაქეებთან) დაკავშირებულ საკითხებს და იმ პერიოდის იმიგრაციაზე მნიშვნელოვანი გავლენა მოახდინა. ეს ოთხი კანონი იყო შემდეგი:</w:t>
      </w:r>
    </w:p>
    <w:p>
      <w:pPr>
        <w:pStyle w:val="ArticleBody"/>
        <w:jc w:val="left"/>
      </w:pPr>
      <w:r>
        <w:rPr>
          <w:rFonts w:ascii="Sylfaen" w:hAnsi="Sylfaen" w:eastAsia="Sylfaen" w:cs="Sylfaen"/>
        </w:rPr>
        <w:t>ნატურალიზაციის აქტი 1798 წლისა: ამ კანონმა ემიგრანტებისთვის, რათა ისინი შეერთებული შტატების მოქალაქეები გამხდარიყვნენ, საცხოვრებელი ვადის მოთხოვნა ხუთი წლიდან თოთხმეტ წლამდე გაზარდა. ამან ემიგრანტებისთვის მოქალაქეობის მიღება და პოლიტიკურ პროცესში მონაწილეობა უფრო გაართულა.</w:t>
      </w:r>
    </w:p>
    <w:p>
      <w:pPr>
        <w:pStyle w:val="ArticleBody"/>
        <w:jc w:val="left"/>
      </w:pPr>
      <w:r>
        <w:rPr>
          <w:rFonts w:ascii="Sylfaen" w:hAnsi="Sylfaen" w:eastAsia="Sylfaen" w:cs="Sylfaen"/>
        </w:rPr>
        <w:t>უცხოელ მეგობართა აქტი: ეს კანონი პრეზიდენტს აძლევდა უფლებას, მშვიდობიანობის დროს ქვეყნიდან გაეძევებინა ნებისმიერი არამოქალაქე, რომელიც „შეერთებული შტატების მშვიდობისა და უსაფრთხოებისათვის საშიშად“ ჩაითვლებოდა. იგი პრეზიდენტს უცხოელთა დეპორტაციის საკითხში მნიშვნელოვან დისკრეციულ უფლებამოსილებას ანიჭებდა.</w:t>
      </w:r>
    </w:p>
    <w:p>
      <w:pPr>
        <w:pStyle w:val="ArticleBody"/>
        <w:jc w:val="left"/>
      </w:pPr>
      <w:r>
        <w:rPr>
          <w:rFonts w:ascii="Sylfaen" w:hAnsi="Sylfaen" w:eastAsia="Sylfaen" w:cs="Sylfaen"/>
        </w:rPr>
        <w:t>უცხო მტრების აქტი: ეს კანონი პრეზიდენტს ანიჭებდა უფლებამოსილებას, ომის დროს მტრულ სახელმწიფოსთან დაკავშირებული ნებისმიერი მამაკაცი მოქალაქე შეეპყრო, დაეკავებინა და ქვეყნიდან გაეძევებინა. იგი უმთავრესად მიმართული იყო მტერი ქვეყნების პოტენციური ჯაშუშებისა და დივერსანტების წინააღმდეგ.</w:t>
      </w:r>
    </w:p>
    <w:p>
      <w:pPr>
        <w:pStyle w:val="ArticleBody"/>
        <w:jc w:val="left"/>
      </w:pPr>
      <w:r>
        <w:rPr>
          <w:rFonts w:ascii="Sylfaen" w:hAnsi="Sylfaen" w:eastAsia="Sylfaen" w:cs="Sylfaen"/>
        </w:rPr>
        <w:t>ამბოხების შესახებ აქტი: მიუხედავად იმისა, რომ იგი უშუალოდ არ უკავშირდებოდა იმიგრაციას, ამბოხების შესახებ აქტმა დანაშაულად აქცია შეერთებული შტატების მთავრობის, კონგრესის ან პრეზიდენტის წინააღმდეგ ცრუ, სკანდალური ან ბოროტგანზრახული განცხადებების გამოქვეყნება იმ განზრახვით, რომ ისინი დაემცირებინათ ან მათთვის სახელი გაეტეხათ. იგი გამოიყენებოდა პოლიტიკური უთანხმოების და კრიტიკის ჩასახშობად.</w:t>
      </w:r>
    </w:p>
    <w:p>
      <w:pPr>
        <w:pStyle w:val="ArticleBody"/>
        <w:jc w:val="left"/>
      </w:pPr>
      <w:r>
        <w:rPr>
          <w:rFonts w:ascii="Sylfaen" w:hAnsi="Sylfaen" w:eastAsia="Sylfaen" w:cs="Sylfaen"/>
        </w:rPr>
        <w:t>1798 წელს, როცა შეერთებული შტატები როგორც მეექვსე სამეფო დასაწყისში იდგა, უცხოელთა და ამბოხების აქტების არსი ნათლად ამჟღავნებს დონალდ ტრამპისა და მისი MAGA მხარდამჭერთა განზრახვას. ეს აქტი იყო „პირველი“ ლაპარაკი, და როდესაც მიწის მხეცი თავის „ბოლოს“ დრაკონივით ილაპარაკებს, კანონები ძალზე მსგავსი იქნება. ის ფაქტი, რომ დღევანდელი ისტორიის გარემო სრულყოფილად ირეკლავს იმ ლოგიკას, რომლის საფუძველზეც ეს აქტები კვლავ განმეორდება, ქრისტეს ხელმოწერაა როგორც ალფა და ომეგა. მიწის მხეცის „ლაპარაკის“ შუაგულში, 1863 წელს, იყო პირველი რესპუბლიკელი პრეზიდენტის ემანსიპაციის პროკლამაცია.</w:t>
      </w:r>
    </w:p>
    <w:p>
      <w:pPr>
        <w:pStyle w:val="ArticleBody"/>
        <w:jc w:val="left"/>
      </w:pPr>
      <w:r>
        <w:rPr>
          <w:rFonts w:ascii="Sylfaen" w:hAnsi="Sylfaen" w:eastAsia="Sylfaen" w:cs="Sylfaen"/>
        </w:rPr>
        <w:t>ემანსიპაციის პროკლამაციამ სამოქალაქო ომის ზუსტი შუაგული აღნიშნა, და ამგვარად, ებრაული სიტყვის „ჭეშმარიტება“ განსაზღვრება დედამიწის მხეცის მეტყველების სამ ნიშნულში იძებნება. ებრაული ანბანის პირველი ასო იგივეა, რაც უკანასკნელი ასო, ხოლო მეცამეტე ასო ამბოხის სიმბოლოა.</w:t>
      </w:r>
    </w:p>
    <w:p>
      <w:pPr>
        <w:pStyle w:val="ArticleBody"/>
        <w:jc w:val="left"/>
      </w:pPr>
      <w:r>
        <w:rPr>
          <w:rFonts w:ascii="Sylfaen" w:hAnsi="Sylfaen" w:eastAsia="Sylfaen" w:cs="Sylfaen"/>
        </w:rPr>
        <w:t>ამ ეტაპზე საჭიროა გათვალისწინებულ იქნეს, რომ 1863 წელი და იქ აღნიშნული აჯანყება, აგრეთვე, აღსრულდა ლაოდიკიური ადვენტისტური ეკლესიის ფარგლებში, რომელიც წარმოდგენილი იყო პროტესტანტული რქით, იმავე დროს, როდესაც რესპუბლიკური რქა პოლიტიკურ აჯანყებას ავლენდა. პროტესტანტული რქის ორმაგი ბუნება გამოვლინდა ფილადელფიური ადვენტისტური მოძრაობის ლაოდიკიურ ადვენტისტურ ეკლესიად გარდაქმნით, ხოლო რესპუბლიკური რქის ორმაგი ბუნება გამოვლინდა იმ დაპირისპირებაში, რომელიც დემოკრატიული პარტიის მონობის მომხრე პოზიციას შორის არსებობდა და რომელმაც წარმოშვა რესპუბლიკური, მონობის მოწინააღმდეგე პარტია და პირველი რესპუბლიკელი პრეზიდენტი.</w:t>
      </w:r>
    </w:p>
    <w:p>
      <w:pPr>
        <w:pStyle w:val="ArticleBody"/>
        <w:jc w:val="left"/>
      </w:pPr>
      <w:r>
        <w:rPr>
          <w:rFonts w:ascii="Sylfaen" w:hAnsi="Sylfaen" w:eastAsia="Sylfaen" w:cs="Sylfaen"/>
        </w:rPr>
        <w:t>პირველი რესპუბლიკელი პრეზიდენტი მოთავსებულია „ჭეშმარიტების“ სამსაფეხურიანი წინასწარმეტყველური ხელმოწერის შუაგულში. ამდენად, იგი არის პირველი პერიოდის დასასრული და მეორე პერიოდის დასაწყისი, ისევე როგორც ჯვარი იყო ქრისტეს პირადი მსახურების სამწელიწად-ნახევრის დასასრული და აგრეთვე მისი მოწაფეების პიროვნებაში მისი სამწელიწად-ნახევრიანი მსახურების დასაწყისი. მისი პირადი მსახურების დასაწყისი იყო მისი ნათლობა, რომელიც სიმბოლურად მის სიკვდილს წარმოადგენდა, და ის პერიოდი მისი სიკვდილით დასრულდა. მისმა სიკვდილმა დასაბამი მისცა მისი მოწაფეების მსახურებას, რომელიც მისი მოწაფის, სტეფანეს, სიკვდილით დასრულდა.</w:t>
      </w:r>
    </w:p>
    <w:p>
      <w:pPr>
        <w:pStyle w:val="ArticleBody"/>
        <w:jc w:val="left"/>
      </w:pPr>
      <w:r>
        <w:rPr>
          <w:rFonts w:ascii="Sylfaen" w:hAnsi="Sylfaen" w:eastAsia="Sylfaen" w:cs="Sylfaen"/>
        </w:rPr>
        <w:t>1798 წელს „უცხოელთა და ამბოხების აქტების“ „მეტყველება“ იყო იმ პერიოდის დასაწყისი, რომელიც „ემანსიპაციის პროკლამაციის“ „მეტყველებით“ დასრულდა. ემანსიპაციის პროკლამაციამ აღნიშნო მეორე პერიოდის დასაწყისი, რომელიც დასრულდება მაშინ, როცა შეერთებული შტატები დრაკონივით „ილაპარაკებს“. პრეზიდენტი, რომელმაც 1863 წელს „ილაპარაკა“, იყო პირველი რესპუბლიკელი პრეზიდენტი; ამიტომ, უკანასკნელი პრეზიდენტიც რესპუბლიკელი იქნება.</w:t>
      </w:r>
    </w:p>
    <w:p>
      <w:pPr>
        <w:pStyle w:val="ArticleBody"/>
        <w:jc w:val="left"/>
      </w:pPr>
      <w:r>
        <w:rPr>
          <w:rFonts w:ascii="Sylfaen" w:hAnsi="Sylfaen" w:eastAsia="Sylfaen" w:cs="Sylfaen"/>
        </w:rPr>
        <w:t>არსებობს ორი მოძრაობა, რომლებიც იწარმოება გამოცხადების მეთოთხმეტე თავის სამი ანგელოზის მიერ. პირველი და მეორე ანგელოზის უწყებები წარმოდგენილი იყო მილერიტული მოძრაობის მიერ, რომელმაც იამბოხა და 1863 წელს ოფიციალურ ეკლესიად იქცა. იესო ყოველთვის საგნის დასასრულს მისი დასაწყისით ასახიერებს. მესამე ანგელოზის მოძრაობა, რომელიც აგრეთვე გამოცხადების მეთვრამეტე თავის ძლიერი ანგელოზია, სამი ანგელოზის ორი მოძრაობიდან უკანასკნელია. ის, რაც 1798 წელს დაიწყო, როგორც ჭეშმარიტი პროტესტანტული რქის მოძრაობა, 1863 წლის ამბოხში ეკლესიად გარდაიქმნა; და როდესაც მიწის მხეცის ისტორია თავის დასასრულს მიაღწევს მალე მოსული საკვირაო კანონის დროს, 1863 წლის ამბოხებული ეკლესია კვლავ არაოფიციალურ მოძრაობად გარდაიქმნება, რადგან ის, რაც მოძრაობად დაიწყო, მოძრაობადვე სრულდება.</w:t>
      </w:r>
    </w:p>
    <w:p>
      <w:pPr>
        <w:pStyle w:val="ArticleBody"/>
        <w:jc w:val="left"/>
      </w:pPr>
      <w:r>
        <w:rPr>
          <w:rFonts w:ascii="Sylfaen" w:hAnsi="Sylfaen" w:eastAsia="Sylfaen" w:cs="Sylfaen"/>
        </w:rPr>
        <w:t>პროტესტანტული რქის გადასვლებში, დასაწყისსა და დასასრულში, მოძრაობა ეკლესიად იცვლება, ხოლო შემდეგ, დასასრულს, კვლავ მოძრაობად ბრუნდება. პირველ გარდამავალ წერტილში, დასაწყისში, ფილადელფია ლაოდიკიად შეიცვალა, ხოლო დასასრულის გარდამავალ წერტილში, ლაოდიკია კვლავ ფილადელფიად იცვლება.</w:t>
      </w:r>
    </w:p>
    <w:p>
      <w:pPr>
        <w:pStyle w:val="ArticleBody"/>
        <w:jc w:val="left"/>
      </w:pPr>
      <w:r>
        <w:rPr>
          <w:rFonts w:ascii="Sylfaen" w:hAnsi="Sylfaen" w:eastAsia="Sylfaen" w:cs="Sylfaen"/>
        </w:rPr>
        <w:t>რესპუბლიკური რქისთვის გარდამტეხი წერტილი იყო სამოქალაქო ომამდე მიმყვანი ისტორია, რომელმაც რესპუბლიკური პარტია წარმოშვა. პროტესტანტული რქისთვის გარდამტეხი წერტილი იყო 1856-დან 1863 წლამდე პერიოდი, რაც რესპუბლიკური რქისთვის გარდამტეხის იდენტური ისტორია იყო. 1854 წელს დაარსებული რესპუბლიკური ანტისამონო პარტიის პირველი ეროვნული ყრილობა 1856 წელს გაიმართა. პროტესტანტული რქისთვის ამბოხების სიმბოლო იყო ეკლესიის სამართლებრივი ორგანიზება. რესპუბლიკური რქისთვის მონობის მომხრე დემოკრატიული პარტია არის ამბოხების სიმბოლო.</w:t>
      </w:r>
    </w:p>
    <w:p>
      <w:pPr>
        <w:pStyle w:val="ArticleBody"/>
        <w:jc w:val="left"/>
      </w:pPr>
      <w:r>
        <w:rPr>
          <w:rFonts w:ascii="Sylfaen" w:hAnsi="Sylfaen" w:eastAsia="Sylfaen" w:cs="Sylfaen"/>
        </w:rPr>
        <w:t>მესამე ანგელოზი მეორედ დაბრუნდა კადეშში 2001 წლის 11 სექტემბერს, და ეკლესიიდან მოძრაობაზე გადასვლა დაიწყო ათი ქალწულის იგავის წინასწარმეტყველურ სტრუქტურაში. პირველი იმედგაცრუება მოხდა 2020 წლის 18 ივლისს ათი ქალწულის იგავის საბოლოო და სრულყოფილ აღსრულებაში, და იმავე წელს 1989 წელს, აღსასრულის დროიდან მოყოლებული, მეექვსე პრეზიდენტმა — პრეზიდენტმა, რომელსაც საბერძნეთის სამეფოს „აღძვრა“ უნდა მოეხდინა — პოლიტიკურად მიიღო „სასიკვდილო ჭრილობა“, როგორც პირველმა რესპუბლიკელმა პრეზიდენტმა მიიღო სიტყვასიტყვითი სასიკვდილო ჭრილობა.</w:t>
      </w:r>
    </w:p>
    <w:p>
      <w:pPr>
        <w:pStyle w:val="ArticleBody"/>
        <w:jc w:val="left"/>
      </w:pPr>
      <w:r>
        <w:rPr>
          <w:rFonts w:ascii="Sylfaen" w:hAnsi="Sylfaen" w:eastAsia="Sylfaen" w:cs="Sylfaen"/>
        </w:rPr>
        <w:t>უკანასკნელი წვიმის გაზომილი გადმოღვრა დაიწყო 2001 წლის 11 სექტემბერს და იგი გრძელდება მალე მოსასვლელ საკვირაო კანონის დრომდე, როდესაც უკანასკნელი წვიმა შემდეგ უკვე ულიმიტოდ გადმოიღვრება. უკანასკნელი წვიმა არის ზემოდან მომავალი ძალა, და და უაიტი მრავალგზის მიუთითებს, რომ იმ დროს, როდესაც ზემოდან ეშვება ძალა, სატანური ძალა ქვემოდან აღიმართება. გამოცხადების წიგნში სამი სატანური ძალაა, რომლებიც სატანის უძირო უფსკრულიდან ამოდიან. ისლამი ამოვიდა უძირო უფსკრულიდან 2001 წლის 11 სექტემბერს, თანხმობაში იმ კვამლთან, რომელიც პირველი ვაის დროს, მეცხრე თავში, უძირო უფსკრულიდან ამოვიდა.</w:t>
      </w:r>
    </w:p>
    <w:p>
      <w:pPr>
        <w:pStyle w:val="ArticleScripture"/>
        <w:jc w:val="left"/>
      </w:pPr>
      <w:r>
        <w:rPr>
          <w:rFonts w:ascii="Sylfaen" w:hAnsi="Sylfaen" w:eastAsia="Sylfaen" w:cs="Sylfaen"/>
        </w:rPr>
        <w:t>და მეხუთე ანგელოზმა დაჰბერა, და ვიხილე ვარსკვლავი, რომელიც ზეციდან მიწაზე ჩამოვარდა; და მას მიეცა უძირო უფსკრულის გასაღები. და მან გახსნა უძირო უფსკრული; და აღვიდა კვამლი უფსკრულიდან, როგორც დიდი ღუმლის კვამლი; და დაბნელდა მზე და ჰაერი უფსკრულის კვამლის გამო. და გამოვიდნენ კვამლიდან კალიები მიწაზე; და მიეცა მათ ძალაუფლება, როგორც მიწის მორიელებს აქვთ ძალაუფლება. და ებრძანა მათ, რომ არ დაეზიანებინათ არც მიწის ბალახი, არც რაიმე მწვანე, არც რაიმე ხე, არამედ მხოლოდ ის ადამიანები, რომელთაც არ ჰქონდათ ღმერთის ბეჭედი თავიანთ შუბლზე. გამოცხადება 9:1–4.</w:t>
      </w:r>
    </w:p>
    <w:p>
      <w:pPr>
        <w:pStyle w:val="ArticleBody"/>
        <w:jc w:val="left"/>
      </w:pPr>
      <w:r>
        <w:rPr>
          <w:rFonts w:ascii="Sylfaen" w:hAnsi="Sylfaen" w:eastAsia="Sylfaen" w:cs="Sylfaen"/>
        </w:rPr>
        <w:t>როდესაც მესამე ვაი-ს ისლამი, როგორც პირველი ვაი-ს მიერ წინასახული, 2001 წლის 11 სექტემბერს მოვიდა, მას არ შეეძლო ევნო მათთვის, რომელთაც ღვთის ბეჭედი ჰქონდათ; ამგვარად აღინიშნა ას ორმოცდაოთხი ათასის დაბეჭდვის დასაწყისი. დაბეჭდვის დასრულება მოხდება შეერთებულ შტატებში მალე მოსალოდნელი კვირა დღის კანონის დროს, სადაც ზღვის მხეცი, რომელმაც სასიკვდილო ჭრილობა მიიღო და დავიწყებას მიეცა, უფსკრულიდან ამოდის, რათა იქცეს მერვე სამეფოდ, რომელიც შვიდთაგანია.</w:t>
      </w:r>
    </w:p>
    <w:p>
      <w:pPr>
        <w:pStyle w:val="ArticleScripture"/>
        <w:jc w:val="left"/>
      </w:pPr>
      <w:r>
        <w:rPr>
          <w:rFonts w:ascii="Sylfaen" w:hAnsi="Sylfaen" w:eastAsia="Sylfaen" w:cs="Sylfaen"/>
        </w:rPr>
        <w:t>მხეცი, რომელიც იხილე, იყო და აღარ არის; და ამოვა უფსკრულიდან და წარწყმედაში წავა; და განცვიფრდებიან დედამიწაზე მცხოვრებნი, რომელთა სახელები სოფლის დასაბამიდან სიცოცხლის წიგნში არ არის ჩაწერილი, როცა იხილავენ მხეცს, რომელიც იყო და აღარ არის, და მაინც არის. გამოცხადება 17:8.</w:t>
      </w:r>
    </w:p>
    <w:p>
      <w:pPr>
        <w:pStyle w:val="ArticleBody"/>
        <w:jc w:val="left"/>
      </w:pPr>
      <w:r>
        <w:rPr>
          <w:rFonts w:ascii="Sylfaen" w:hAnsi="Sylfaen" w:eastAsia="Sylfaen" w:cs="Sylfaen"/>
        </w:rPr>
        <w:t>ას ორმოცდაოთხი ათასის დაბეჭდვის წინასწარმეტყველური პერიოდი დაიწყო ძალაუფლებით, რომელიც უფსკრულიდან ამოდიოდა, და დასრულდება ძალაუფლებით, რომელიც უფსკრულიდან ამოდის. ამ ისტორიის შუაგულში ათეიზმის მხეცი, „ვოუკ“ გველეშაპის ძალაუფლებაც, უფსკრულიდან ამოდის, რათა მოკლას ორი მოწმე. ალფამ და ომეგამ თავისი ხელმოწერა დაასვა ამ ისტორიას.</w:t>
      </w:r>
    </w:p>
    <w:p>
      <w:pPr>
        <w:pStyle w:val="ArticleScripture"/>
        <w:jc w:val="left"/>
      </w:pPr>
      <w:r>
        <w:rPr>
          <w:rFonts w:ascii="Sylfaen" w:hAnsi="Sylfaen" w:eastAsia="Sylfaen" w:cs="Sylfaen"/>
        </w:rPr>
        <w:t>და როცა დაასრულებენ თავიანთ მოწმობას, მხეცი, რომელიც უფსკრულიდან ამოდის, შეებრძოლება მათ, სძლევს მათ და დახოცავს მათ. და მათი გვამები დაეყრება დიდი ქალაქის ქუჩაზე, რომელსაც სულიერი მნიშვნელობით ჰქვია სოდომი და ეგვიპტე, სადაც ჩვენი უფალიც ჯვარს აცვეს. და ხალხთაგან და ტომთაგან და ენათაგან და ერებისაგან იხილავენ მათ გვამებს სამ დღესა და ნახევარს და არ დაუშვებენ, რომ მათი გვამები სამარხებში დაიდოს. და მიწაზე მცხოვრებნი გაიხარებენ მათ გამო, იმხიარულებენ და ძღვენს გაუგზავნიან ერთმანეთს, რადგან ეს ორი წინასწარმეტყველი ტანჯავდა მიწაზე მცხოვრებთ. და სამი დღისა და ნახევრის შემდეგ ღვთისაგან სიცოცხლის სული შევიდა მათში, და დადგნენ თავიანთ ფეხზე; და დიდი შიში დაეცა მათ, ვინც ისინი იხილა. გამოცხადება 11:7–11.</w:t>
      </w:r>
    </w:p>
    <w:p>
      <w:pPr>
        <w:pStyle w:val="ArticleBody"/>
        <w:jc w:val="left"/>
      </w:pPr>
      <w:r>
        <w:rPr>
          <w:rFonts w:ascii="Sylfaen" w:hAnsi="Sylfaen" w:eastAsia="Sylfaen" w:cs="Sylfaen"/>
        </w:rPr>
        <w:t>2020 წელს რესპუბლიკური და ჭეშმარიტი პროტესტანტული რქები მოკლეს. ერთი — ათეიზმის პოლიტიკური გველეშაპური ძალის მიერ, ხოლო მეორე — ათეიზმის სულიერი გველეშაპური ძალის მიერ. შემდეგ ისინი მკვდარნი იყვნენ დროის იმ მონაკვეთში, რომელიც სამნახევარი დღით არის წარმოდგენილი, რის შემდეგაც ფეხზე დადგნენ, და დიდი შიში დაეცა მათზე, ვინც გველეშაპურ ძალად არის წარმოდგენილი. შიში, რომელიც ამჟამად პროგრესულ დემოკრატებს დონალდ ტრამპის პოლიტიკური ძლიერების ხელახალი აღმოცენების გამო ეუფლებათ, წინასწარმეტყველების აღსრულებაა. „შიში“, რომელსაც გამოხატავენ ისინი, ვინც Future for America-ს მსახურებას მიჰყვებოდნენ, სხვა სახის შიშს წარმოადგენს.</w:t>
      </w:r>
    </w:p>
    <w:p>
      <w:pPr>
        <w:pStyle w:val="ArticleBody"/>
        <w:jc w:val="left"/>
      </w:pPr>
      <w:r>
        <w:rPr>
          <w:rFonts w:ascii="Sylfaen" w:hAnsi="Sylfaen" w:eastAsia="Sylfaen" w:cs="Sylfaen"/>
        </w:rPr>
        <w:t>ისინი, ვისაც უნდა ეშინოდეს Future for America-ს უწყებისა, არიან ლაოდიკეელი ადვენტისტები, რომელნიც ყველანი მოწოდებულნი იყვნენ, რომ ყოფილიყვნენ ას ორმოცდაოთხი ათასთა შორის. მაგრამ, როგორც დადასტურებული ლაოდიკეელები, რომლებიც ცხოვრობენ მეოთხე თაობაში, რომელიც არის იქედნეთა და მემრუშეთა თაობები, მათ არ გააჩნიათ შიში. შიში, რომელსაც მათ უნდა ჩაეჭიდონ, არის მარადიული სახარება, რომელიც ადამიანებს უბრძანებს: „გეშინოდეთ ღვთისა და მიაგეთ მას დიდება, რადგან დადგა მისი სამსჯავროს ჟამი.“</w:t>
      </w:r>
    </w:p>
    <w:p>
      <w:pPr>
        <w:pStyle w:val="ArticleBody"/>
        <w:jc w:val="left"/>
      </w:pPr>
      <w:r>
        <w:rPr>
          <w:rFonts w:ascii="Sylfaen" w:hAnsi="Sylfaen" w:eastAsia="Sylfaen" w:cs="Sylfaen"/>
        </w:rPr>
        <w:t>ის ჟამი არის დიდი მიწისძვრის ჟამი, რომელიც ხდება მაშინ, როცა ას ორმოცდაოთხი ათასის ორი მოწმე ნიშნად აღიმართებიან, სწორედ იმ დროს, როდესაც ლაოდიკიის ეკლესია უფლის პირიდან ამოინთხევა.</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„და როდესაც ისინი დაასრულებენ თავიანთ მოწმობას, მხეცი, რომელიც ამოდის უფსკრულიდან, შეებრძოლება მათ, სძლევს მათ და მოკლავს მათ. და მათი გვამები დარჩება დიდი ქალაქის ქუჩაზე, რომელსაც სულიერი მნიშვნელობით ეწოდება სოდომი და ეგვიპტე, სადაც ჩვენი უფალიც იქნა ჯვარცმული.“ [გამოცხადება 11:7, 8.]</w:t>
      </w:r>
    </w:p>
    <w:p>
      <w:pPr>
        <w:pStyle w:val="ArticleScripture"/>
        <w:jc w:val="left"/>
      </w:pPr>
      <w:r>
        <w:rPr>
          <w:rFonts w:ascii="Sylfaen" w:hAnsi="Sylfaen" w:eastAsia="Sylfaen" w:cs="Sylfaen"/>
        </w:rPr>
        <w:t>„ეს მოვლენები უნდა მომხდარიყო იმ პერიოდის დასასრულის მახლობლად, რომლის განმავლობაში მოწმეები ჯვალოში მოწმობდნენ. პაპობის მეშვეობით სატანა დიდი ხნის განმავლობაში აკონტროლებდა იმ ძალებს, რომლებიც მმართველობდნენ ეკლესიასა და სახელმწიფოში. საზარელი შედეგები განსაკუთრებით თვალსაჩინო იყო იმ ქვეყნებში, რომლებმაც უარყვეს რეფორმაციის ნათელი. იქ სუფევდა ზნეობრივი დაცემისა და გახრწნილების მდგომარეობა, მსგავსი სოდომის მდგომარეობისა მის განადგურებამდე ცოტა ხნით ადრე, და იმ კერპთაყვანისმცემლობისა და სულიერი სიბნელისა, რომელიც ეგვიპტეში სუფევდა მოსეს დღეებში.“ Spirit of Prophecy, ტომი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ოცდამეცხრე ნომერი</dc:title>
  <dc:subject>წინასწარმეტყველური მნიშვნელობის გამოვლენა: რესპუბლიკური რქა და საბოლოო მოძრაობები</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