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ოცდამეთხუთმეტე ნომერი</w:t>
      </w:r>
    </w:p>
    <w:p>
      <w:pPr>
        <w:pStyle w:val="ArticleSubtitle"/>
        <w:jc w:val="left"/>
      </w:pPr>
      <w:r>
        <w:rPr>
          <w:rFonts w:ascii="Sylfaen" w:hAnsi="Sylfaen" w:eastAsia="Sylfaen" w:cs="Sylfaen"/>
        </w:rPr>
        <w:t>1776, 1789 და 1798 წლების წინასწარმეტყველური ხმები: შესავალი 144,000-ის დაბეჭდვამდე</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2024-03-14</w:t>
      </w:r>
    </w:p>
    <w:p>
      <w:pPr>
        <w:pStyle w:val="ArticleBody"/>
        <w:jc w:val="left"/>
      </w:pPr>
      <w:r>
        <w:rPr>
          <w:rFonts w:ascii="Sylfaen" w:hAnsi="Sylfaen" w:eastAsia="Sylfaen" w:cs="Sylfaen"/>
        </w:rPr>
        <w:t>1776, 1789 და 1798 წლების ისტორია ასახავს ას ორმოცდაოთხი ათასის დაბეჭდვის ისტორიას. თითოეულ ამ თარიღზე მიწის მხეცმა ილაპარაკა. ის სამი გზისნიშანი, რომლებიც წინასახიერად არის წარმოდგენილი მიწის მხეცის ლაპარაკის სამი შემთხვევით, პარალელურად შეესაბამება ქრისტეს სამ ხმას 2001 წლის 11 სექტემბერს, 2023 წლის ივლისში და მალე მოსალოდნელ საკვირაო კანონს.</w:t>
      </w:r>
    </w:p>
    <w:p>
      <w:pPr>
        <w:pStyle w:val="ArticleScripture"/>
        <w:jc w:val="left"/>
      </w:pPr>
      <w:r>
        <w:rPr>
          <w:rFonts w:ascii="Sylfaen" w:hAnsi="Sylfaen" w:eastAsia="Sylfaen" w:cs="Sylfaen"/>
        </w:rPr>
        <w:t>მე ვიყავი სულით უფლის დღეს, და ჩემ უკან მოვისმინე დიდი ხმა, როგორც საყვირისა. გამოცხადება 1:10.</w:t>
      </w:r>
    </w:p>
    <w:p>
      <w:pPr>
        <w:pStyle w:val="ArticleBody"/>
        <w:jc w:val="left"/>
      </w:pPr>
      <w:r>
        <w:rPr>
          <w:rFonts w:ascii="Sylfaen" w:hAnsi="Sylfaen" w:eastAsia="Sylfaen" w:cs="Sylfaen"/>
        </w:rPr>
        <w:t>ამ სამი ხმოვანი ნიშნულიდან თითოეული განსაზღვრავს მესამე ვაის თანდათანობით მზარდ „გაჟღერებას“, რომელიც ამავე დროს მეშვიდე გამაფრთხილებელი საყვირიც არის, ხოლო საყვირი ხმაა.</w:t>
      </w:r>
    </w:p>
    <w:p>
      <w:pPr>
        <w:pStyle w:val="ArticleScripture"/>
        <w:jc w:val="left"/>
      </w:pPr>
      <w:r>
        <w:rPr>
          <w:rFonts w:ascii="Sylfaen" w:hAnsi="Sylfaen" w:eastAsia="Sylfaen" w:cs="Sylfaen"/>
        </w:rPr>
        <w:t>იღაღადე სრული ხმით, ნუ დაინანებ; საყვირივით აღამაღლე შენი ხმა და აუწყე ჩემს ხალხს მათი დანაშაული და იაკობის სახლს მათი ცოდვები. ესაია 58:1.</w:t>
      </w:r>
    </w:p>
    <w:p>
      <w:pPr>
        <w:pStyle w:val="ArticleBody"/>
        <w:jc w:val="left"/>
      </w:pPr>
      <w:r>
        <w:rPr>
          <w:rFonts w:ascii="Sylfaen" w:hAnsi="Sylfaen" w:eastAsia="Sylfaen" w:cs="Sylfaen"/>
        </w:rPr>
        <w:t>2001 წლის 11 სექტემბერს პროტესტანტულ რქას მიმართული ხმა იყო მცველთა ხმა, რომელიც ლაოდიკეის ადვენტიზმს იერემიას ძველ ბილიკებზე დაბრუნებისაკენ მოუწოდებდა, მაგრამ დამცინავთა კრებულმა უარი თქვა მათზე სვლაზე.</w:t>
      </w:r>
    </w:p>
    <w:p>
      <w:pPr>
        <w:pStyle w:val="ArticleScripture"/>
        <w:jc w:val="left"/>
      </w:pPr>
      <w:r>
        <w:rPr>
          <w:rFonts w:ascii="Sylfaen" w:hAnsi="Sylfaen" w:eastAsia="Sylfaen" w:cs="Sylfaen"/>
        </w:rPr>
        <w:t>ასე ამბობს უფალი: დადექით გზებზე და იხილეთ, და იკითხეთ ძველი ბილიკების შესახებ, სად არის კეთილი გზა, და იარეთ მასში, და ჰპოვებთ მოსვენებას თქვენი სულებისთვის. მაგრამ მათ თქვეს: ჩვენ მასში არ ვივლით. ასევე დაგიყენეთ თქვენზე დარაჯები, რომელნიც ამბობდნენ: ისმინეთ ბუკის ხმა. მაგრამ მათ თქვეს: ჩვენ არ მოვისმენთ. იერემია 6:16, 17.</w:t>
      </w:r>
    </w:p>
    <w:p>
      <w:pPr>
        <w:pStyle w:val="ArticleBody"/>
        <w:jc w:val="left"/>
      </w:pPr>
      <w:r>
        <w:rPr>
          <w:rFonts w:ascii="Sylfaen" w:hAnsi="Sylfaen" w:eastAsia="Sylfaen" w:cs="Sylfaen"/>
        </w:rPr>
        <w:t>2023 წლის ივლისის ხმა იყო „Future for America“-ს მსახურების აღდგომა, რომელიც მდუმარე იყო 2020 წლის 18 ივლისის პირველი იმედგაცრუების შემდეგ. როგორც იოანეს განცხადება მალე მომავალი მესიის შესახებ, და როგორც იუსტინიანეს განცხადება მალე მომავალი ანტიქრისტეს შესახებ, „Future for America“-მ გამოავლინა, რომ ამერიკის მომავალი სამუდამოდ შეიცვლებოდა მალე მოსული საკვირაო კანონის დროს და მეშვიდე საყვირის ჩაბერვით იმ waymark-ზე. უდაბნოში მხმობელის ხმა იყო 2023 წლის ივლისის ხმა.</w:t>
      </w:r>
    </w:p>
    <w:p>
      <w:pPr>
        <w:pStyle w:val="ArticleBody"/>
        <w:jc w:val="left"/>
      </w:pPr>
      <w:r>
        <w:rPr>
          <w:rFonts w:ascii="Sylfaen" w:hAnsi="Sylfaen" w:eastAsia="Sylfaen" w:cs="Sylfaen"/>
        </w:rPr>
        <w:t>გამოცხადების მეთვრამეტე თავის მეორე ხმა გაისმის იმ მალე მოსალოდნელი საკვირაო კანონის დროს, როდესაც ხდება დრაკონის მეტყველება მიწის მხეცის მიერ. სწორედ ამ დროს ხდება, რომ „ვირი“ მესამედ იცემება, და შემდეგ „ვირი“ ალაპარაკდება. ვირი იცემებოდა 2001 წლის 11 სექტემბრის შემდეგ, 2023 წლის 7 ოქტომბრის შემდეგ, და შემდეგ კვლავ იქნება ნაცემი მალე მოსალოდნელი საკვირაო კანონის დროს, სადაც იგი ალაპარაკდება. ბალაამის დამოწმებაში იგი გზიდან გადაიყვანა ანგელოზმა, ხოლო ანგელოზი წარმოადგენს ოთხ ანგელოზს, რომელთაც ბრძანებული აქვთ, შეაკავონ ისლამის ოთხი ქარი; მაგრამ საკვირაო კანონის დროს ისლამის ვირი ალაპარაკდება მეშვიდე საყვირის ხმოვანებით, რაც ასევე მესამე ვაებაა.</w:t>
      </w:r>
    </w:p>
    <w:p>
      <w:pPr>
        <w:pStyle w:val="ArticleBody"/>
        <w:jc w:val="left"/>
      </w:pPr>
      <w:r>
        <w:rPr>
          <w:rFonts w:ascii="Sylfaen" w:hAnsi="Sylfaen" w:eastAsia="Sylfaen" w:cs="Sylfaen"/>
        </w:rPr>
        <w:t>სწორედ იქ მეტყველებს ისლამის ხილვა, რომელიც 2020 წლის 18 ივლისიდან დაყოვნდა, რადგან მაშინ იგი უკვე აღარ დაყოვნდება. ას ორმოცდაოთხი ათასის დაბეჭდვის პერიოდში მრავალი ხმა ისმის, და ეს პერიოდი წინ უძღვის ღმერთის აღმასრულებელ სამსჯავროს, რომელიც იწყება მალე მოსალოდნელი საკვირაო კანონის დროს. ღმერთის აღმასრულებელი სამსჯავრო წარმოდგენილია შვიდი ანგელოზით, შვიდი თასით. ეს პერიოდი იწყება სულიწმიდის გადმოღვრისით და წარმოადგენს ორმოცდამეათე დღის განმეორებას, როდესაც სულიწმიდა გადმოიღვარა და ცეცხლის ენები ამ მოვლენას მოწმობდნენ. იმ დროის იმ მონაკვეთში გადმოღვრა უკვე აღარ არის ზომით განსაზღვრული, რადგან მაშინ სულიწმიდა უზომოდ გადმოიღვრება.</w:t>
      </w:r>
    </w:p>
    <w:p>
      <w:pPr>
        <w:pStyle w:val="ArticleScripture"/>
        <w:jc w:val="left"/>
      </w:pPr>
      <w:r>
        <w:rPr>
          <w:rFonts w:ascii="Sylfaen" w:hAnsi="Sylfaen" w:eastAsia="Sylfaen" w:cs="Sylfaen"/>
        </w:rPr>
        <w:t>„ანგელოზი, რომელიც ერთიანდება მესამე ანგელოზის უწყების გამოცხადებაში, მთელი დედამიწა უნდა გაანათოს თავისი დიდებით. აქ წინასწარმეტყველურად არის ნათქვამი მსოფლიო მასშტაბის და უჩვეულო ძალის საქმე. 1840–44 წლების ადვენტური მოძრაობა ღვთის ძალის დიდებული გამოცხადება იყო; პირველი ანგელოზის უწყება მსოფლიოს ყოველ მისიონერულ სადგურამდე იქნა მიტანილი, და ზოგიერთ ქვეყანაში რელიგიური ინტერესი იყო უდიდესი, რაც კი რომელიმე ქვეყანაში უხილავთ მეთექვსმეტე საუკუნის რეფორმაციის შემდეგ; მაგრამ ამ ყველაფერს გადააჭარბებს ის ძლევამოსილი მოძრაობა, რომელიც მესამე ანგელოზის უკანასკნელი გაფრთხილების ქვეშ აღდგება.“</w:t>
      </w:r>
    </w:p>
    <w:p>
      <w:pPr>
        <w:pStyle w:val="ArticleScripture"/>
        <w:jc w:val="left"/>
      </w:pPr>
      <w:r>
        <w:rPr>
          <w:rFonts w:ascii="Sylfaen" w:hAnsi="Sylfaen" w:eastAsia="Sylfaen" w:cs="Sylfaen"/>
        </w:rPr>
        <w:t>„საქმე მსგავსი იქნება ორმოცდამეათე დღის საქმისა. როგორც „ადრეული წვიმა“ იქნა მოცემული, წმიდა სულის გადმოღვრით სახარების დასაწყისში, რათა ძვირფასი თესლის აღმოცენება გამოეწვია, ასევე „გვიანი წვიმაც“ მიეცემა მის დასასრულს მოსავლის მოსამწიფებლად.“ The Great Controversy, 611.</w:t>
      </w:r>
    </w:p>
    <w:p>
      <w:pPr>
        <w:pStyle w:val="ArticleBody"/>
        <w:jc w:val="left"/>
      </w:pPr>
      <w:r>
        <w:rPr>
          <w:rFonts w:ascii="Sylfaen" w:hAnsi="Sylfaen" w:eastAsia="Sylfaen" w:cs="Sylfaen"/>
        </w:rPr>
        <w:t>2001 წლის 11 სექტემბერს დაიწყო ას ორმოცდაოთხი ათასის დაბეჭდვა, და სულიწმიდა ზომით იქნა გადმოღვრილი. ამ გადმოღვრის გაზომვა წარმოდგენილი იყო სულთმოფენობის ისტორიაში, რომელიც ქრისტეს აღდგომით იწყება, სადაც ანგელოზმა ილაპარაკა და თქვა: „ღვთის ძეო, გამოდი, მამა გიხმობს“, ისევე როგორც იესომ ლაზარე სამარხიდან გამოიხმო სიტყვებით: „ლაზარე, გამოდი.“ 2023 წელს ქრისტემ ორი მოწმის მკვდარ, გამხმარ ძვლებს მოუწოდა: „გამოდით.“</w:t>
      </w:r>
    </w:p>
    <w:p>
      <w:pPr>
        <w:pStyle w:val="ArticleBody"/>
        <w:jc w:val="left"/>
      </w:pPr>
      <w:r>
        <w:rPr>
          <w:rFonts w:ascii="Sylfaen" w:hAnsi="Sylfaen" w:eastAsia="Sylfaen" w:cs="Sylfaen"/>
        </w:rPr>
        <w:t>ქრისტეს აღდგომის შემდეგ იგი პირველად ავიდა თავის მამასთან, ხოლო შემდეგ ჩამოვიდა, როგორც ეს გააკეთა 2001 წლის 11 სექტემბერს. შემდეგ მან თანდათანობით განანათლა თავისი მოწაფეები, რაც წარმოდგენილია მარიამთან შეხვედრით, იმ მოწაფეებთან შეხვედრითა და დარიგებით, რომლებიც ემაუსისკენ მიმავალ გზაზე შეხვდა, და ამის შემდეგ დანარჩენ მოწაფეებთან გამოცხადებით. ორმოცი დღის განმავლობაში იგი ასწავლიდა მოწაფეებს თავისი საბოლოო ამაღლების წინ; შემდეგ კი, კიდევ ათი დღის შემდეგ, ყველანი ერთსულოვნად და ერთ ადგილას იყვნენ შეკრებილნი, და სულიწმიდა უხვად გადმოიღვარა მათზე.</w:t>
      </w:r>
    </w:p>
    <w:p>
      <w:pPr>
        <w:pStyle w:val="ArticleScripture"/>
        <w:jc w:val="left"/>
      </w:pPr>
      <w:r>
        <w:rPr>
          <w:rFonts w:ascii="Sylfaen" w:hAnsi="Sylfaen" w:eastAsia="Sylfaen" w:cs="Sylfaen"/>
        </w:rPr>
        <w:t>„როცა იესო შეხვდა თავის მოწაფეებს, მან შეახსენა მათ ის სიტყვები, რომლებიც უთხრა მათ თავის სიკვდილამდე, რომ ყველაფერი უნდა აღსრულებულიყო, რაც მის შესახებ იყო დაწერილი მოსეს რჯულში, და წინასწარმეტყველებში, და ფსალმუნებში. „მაშინ გაუხსნა მათ გონება, რათა გაეგოთ წერილები, და უთხრა მათ: ასეა დაწერილი, და ასე ევალებოდა ქრისტეს ტანჯვა და მკვდრეთით აღდგომა მესამე დღეს; და რომ მონანიება და ცოდვათა მიტევება უნდა იქადაგოს მისი სახელით ყველა ხალხთა შორის, იერუსალიმიდან დაწყებით. და თქვენ ხართ ამ ყველაფრის მოწმეები.““ The Desire of Ages, 804.</w:t>
      </w:r>
    </w:p>
    <w:p>
      <w:pPr>
        <w:pStyle w:val="ArticleBody"/>
        <w:jc w:val="left"/>
      </w:pPr>
      <w:r>
        <w:rPr>
          <w:rFonts w:ascii="Sylfaen" w:hAnsi="Sylfaen" w:eastAsia="Sylfaen" w:cs="Sylfaen"/>
        </w:rPr>
        <w:t>2023 წლის ივლისში იესოს ხმამ გააღვიძა ორი მკვდარი მოწმე და დაიწყო თავისი მოწაფეების გონების გახსნა ყველაფრის გასაგებად, რაც დაწერილია მოსეს რჯულში („შვიდი ჟამი“), წინასწარმეტყველებში (ნაბუქოდონოსორის მხეცთა ხატება) და ფსალმუნებში (მოსესა და კრავის გამოცდილება). მისი დამოძღვრის საქმე დაიწყო მისი აღდგომისას და მომდევნო ორმოცი დღის განმავლობაში კიდევ უფრო გაძლიერდა. ეს დაიწყო მისი თხოვნით, რომ ეჭამა.</w:t>
      </w:r>
    </w:p>
    <w:p>
      <w:pPr>
        <w:pStyle w:val="ArticleScripture"/>
        <w:jc w:val="left"/>
      </w:pPr>
      <w:r>
        <w:rPr>
          <w:rFonts w:ascii="Sylfaen" w:hAnsi="Sylfaen" w:eastAsia="Sylfaen" w:cs="Sylfaen"/>
        </w:rPr>
        <w:t>და რადგან სიხარულისაგან ჯერ კიდევ არ სჯეროდათ და უკვირდათ, უთხრა მათ: გაქვთ აქ რაიმე საჭმელი? და მისცეს მას შემწვარი თევზის ნაჭერი და თაფლის ფიჭა. მან აიღო და შეჭამა მათ წინაშე. და უთხრა მათ: ეს არის ის სიტყვები, რომელნიც გეუბნებოდით თქვენ, როცა ჯერ კიდევ თქვენთან ვიყავი, რომ უნდა აღსრულდეს ყოველივე, რაც ჩემ შესახებ დაწერილია მოსეს რჯულში, წინასწარმეტყველებში და ფსალმუნებში. ლუკა 24:41–44.</w:t>
      </w:r>
    </w:p>
    <w:p>
      <w:pPr>
        <w:pStyle w:val="ArticleBody"/>
        <w:jc w:val="left"/>
      </w:pPr>
      <w:r>
        <w:rPr>
          <w:rFonts w:ascii="Sylfaen" w:hAnsi="Sylfaen" w:eastAsia="Sylfaen" w:cs="Sylfaen"/>
        </w:rPr>
        <w:t>ლოცვა მიმდინარე ისტორიაში უმთავრესი გზისმანიშნებელი იყო; ხოლო ისტორია ქრისტეს აღდგომიდან მის ამაღლებამდე, რომელიც ორმოცი დღის შემდეგ მოხდა, ტოვებს ათ დღეს (ათი არის გამოცდა) — ორმოცდამეათობამდე, როდესაც სულიწმიდა საზღვრის გარეშე უნდა გადმოღვრილიყო. მისი აღდგომა, ამაღლება და შემდეგ კვლავ მისი ჩამოსვლა, წარმოადგენს 2001 წლის 11 სექტემბერს. 2023 წლის ივლისი წარმოადგენს ორმოცი დღის დასასრულს, ხოლო ათი დღე, რომლებიც 2023 წლის ივლისს მოსდევს, მიჰყავს მალე მოსახდენ კვირადღის კანონისკენ. იმ უკანასკნელ ათდღიან პერიოდში ერთობა და ლოცვა არის გზისმანიშნებელი. ერთობა წარმოდგენილი იყო ეზეკიელის პირველი წინასწარმეტყველებით ოცდამეჩვიდმეტე თავში, რომელმაც ძვლები, ძარღვები და ხორცი შეკრიბა ერთად. ეზეკიელის მეორე წინასწარმეტყველება იყო სუნთქვა ოთხი ქარისაგან, ხოლო სუნთქვა ლოცვის სიმბოლოა. იმ უკანასკნელ ათ დღეში ას ორმოცდაოთხი ათასი იბეჭდება, როგორც ისინი ლაზარეთი იყვნენ წინასწარ ნასახულები.</w:t>
      </w:r>
    </w:p>
    <w:p>
      <w:pPr>
        <w:pStyle w:val="ArticleScripture"/>
        <w:jc w:val="left"/>
      </w:pPr>
      <w:r>
        <w:rPr>
          <w:rFonts w:ascii="Sylfaen" w:hAnsi="Sylfaen" w:eastAsia="Sylfaen" w:cs="Sylfaen"/>
        </w:rPr>
        <w:t xml:space="preserve">„ეს იყო მიზეზი იმისა, რომ მან ბეთანიაში წასვლა დააყოვნა. ეს გვირგვინმოსილი სასწაული — ლაზარეს აღდგინება — უნდა გამხდარიყო ღვთის ბეჭედი მის საქმესა და მის ღვთაებრიობის </w:t>
      </w:r>
      <w:r>
        <w:rPr>
          <w:rFonts w:ascii="Nirmala UI" w:hAnsi="Nirmala UI" w:eastAsia="Nirmala UI" w:cs="Nirmala UI"/>
        </w:rPr>
        <w:t>দাব</w:t>
      </w:r>
      <w:r>
        <w:rPr>
          <w:rFonts w:ascii="Sylfaen" w:hAnsi="Sylfaen" w:eastAsia="Sylfaen" w:cs="Sylfaen"/>
        </w:rPr>
        <w:t>აზე.“ The Desire of Ages, 529.</w:t>
      </w:r>
    </w:p>
    <w:p>
      <w:pPr>
        <w:pStyle w:val="ArticleBody"/>
        <w:jc w:val="left"/>
      </w:pPr>
      <w:r>
        <w:rPr>
          <w:rFonts w:ascii="Sylfaen" w:hAnsi="Sylfaen" w:eastAsia="Sylfaen" w:cs="Sylfaen"/>
        </w:rPr>
        <w:t>ამ გვირგვინმოსილი სასწაულის დროს არამხოლოდ გონიერი ქალწულნი იბეჭდებიან, არამედ უგუნური ქალწულნიც იბეჭდებიან ამ საკითხის მცდარ მხარეს.</w:t>
      </w:r>
    </w:p>
    <w:p>
      <w:pPr>
        <w:pStyle w:val="ArticleScripture"/>
        <w:jc w:val="left"/>
      </w:pPr>
      <w:r>
        <w:rPr>
          <w:rFonts w:ascii="Sylfaen" w:hAnsi="Sylfaen" w:eastAsia="Sylfaen" w:cs="Sylfaen"/>
        </w:rPr>
        <w:t>„ქრისტეს უმაღლესი სასწაული — ლაზარეს აღდგინება — საბოლოოდ განამტკიცა მღვდელმთავართა გადაწყვეტილება, იესოსა და მისი საკვირველი საქმეთააგან მსოფლიო გაეთავისუფლებინათ, რადგან ისინი სწრაფად ანადგურებდნენ მათ გავლენას ხალხზე.“ მოციქულთა საქმეები, 67.</w:t>
      </w:r>
    </w:p>
    <w:p>
      <w:pPr>
        <w:pStyle w:val="ArticleBody"/>
        <w:jc w:val="left"/>
      </w:pPr>
      <w:r>
        <w:rPr>
          <w:rFonts w:ascii="Sylfaen" w:hAnsi="Sylfaen" w:eastAsia="Sylfaen" w:cs="Sylfaen"/>
        </w:rPr>
        <w:t>ასი ორმოცდაოთხი ათასის დაბეჭდვის ისტორიის მრავალი ხმა, რომელიც მალე მოსალოდნელ საკვირაო კანონს უკავშირდება, არის „ხაზი ხაზზე“, ღვთის წინასწარმეტყველური სიტყვის ხმები; და ეს ხმები ჟღერს იმ პერიოდში, როდესაც სრულდება „ყოველი ხილვის აღსრულება“. ისინი ჟღერს მაშინ, როცა მეშვიდე ბეჭედი იხსნება.</w:t>
      </w:r>
    </w:p>
    <w:p>
      <w:pPr>
        <w:pStyle w:val="ArticleScripture"/>
        <w:jc w:val="left"/>
      </w:pPr>
      <w:r>
        <w:rPr>
          <w:rFonts w:ascii="Sylfaen" w:hAnsi="Sylfaen" w:eastAsia="Sylfaen" w:cs="Sylfaen"/>
        </w:rPr>
        <w:t>და როდესაც მან გახსნა მეშვიდე ბეჭედი, ჩამოვარდა დუმილი ცაში დაახლოებით ნახევარი საათის ხანს. და მე ვიხილე შვიდი ანგელოზი, რომელნიც ღმერთის წინაშე იდგნენ; და მათ მიეცათ შვიდი საყვირი. და მოვიდა სხვა ანგელოზი და დადგა სამსხვერპლოსთან, რომელსაც ოქროს საცეცხლური ეჭირა; და მიეცა მას ბევრი საკმეველი, რათა იგი შეეწირა იგი ყველა წმიდის ლოცვებთან ერთად ოქროს სამსხვერპლოზე, რომელიც ტახტის წინ იყო. და საკმევლის კვამლი, რომელიც წმიდათა ლოცვებთან ერთად ამოდიოდა, ანგელოზის ხელიდან აღვიდა ღმერთის წინაშე. და ანგელოზმა აიღო საცეცხლური, აავსო იგი სამსხვერპლოს ცეცხლით და გადმოაგდო მიწაზე; და იყო ხმები, და ქუხილები, და ელვები, და მიწისძვრა. გამოცხადება 8:1–5.</w:t>
      </w:r>
    </w:p>
    <w:p>
      <w:pPr>
        <w:pStyle w:val="ArticleBody"/>
        <w:jc w:val="left"/>
      </w:pPr>
      <w:r>
        <w:rPr>
          <w:rFonts w:ascii="Sylfaen" w:hAnsi="Sylfaen" w:eastAsia="Sylfaen" w:cs="Sylfaen"/>
        </w:rPr>
        <w:t>მეშვიდე ბეჭდის გახსნამ დუმილი წარმოშვა, რადგან ეს პერიოდი დისპენსაციის ცვლილებას წარმოადგენს; ხოლო წმინდა დისპენსაციის ცვლილებისას ზეცაში მუდამ დუმილია, როგორც ამას ადასტურებს ჯვარი, როდესაც ანგელოზებმა შეწყვიტეს თავიანთი გალობა და ქება. ზეცაში დუმილი ასევე დასტურდება გამოსყიდვის დღის მოთხოვნებით, და 1844 წლის 22 ოქტომბერს ჰაბაკუკის მეორე თავის მეოცე მუხლმა უბრძანა მთელ დედამიწას, რომ დუმილი დაეცვა.</w:t>
      </w:r>
    </w:p>
    <w:p>
      <w:pPr>
        <w:pStyle w:val="ArticleScripture"/>
        <w:jc w:val="left"/>
      </w:pPr>
      <w:r>
        <w:rPr>
          <w:rFonts w:ascii="Sylfaen" w:hAnsi="Sylfaen" w:eastAsia="Sylfaen" w:cs="Sylfaen"/>
        </w:rPr>
        <w:t>„მეჩვენა ღვთის დიადი სიყვარული და თავმდაბალი თანადგომა იმაში, რომ მან თავისი ძე მისცა სასიკვდილოდ, რათა ადამიანს ეპოვნა მიტევება და ეცოცხლა. მეჩვენა ადამი და ევა, რომელთაც უპირატესობა ჰქონდათ ეხილათ ედემის ბაღის მშვენიერება და სილამაზე და ნება ჰქონდათ ეჭამათ ბაღის ყოველი ხიდან, გარდა ერთისა. მაგრამ გველმა აცდუნა ევა, ხოლო მან აცდუნა თავისი ქმარი, და ორივემ შეჭამა აკრძალული ხის ნაყოფი. მათ დაარღვიეს ღვთის მცნება და გახდნენ ცოდვილნი. ეს ამბავი მთელ ზეცაში გავრცელდა და ყოველი ქნარი დადუმდა. ანგელოზნი დამწუხრდნენ და შეეშინდათ, რომ ადამსა და ევას კვლავ არ გაეწვდინათ ხელი, არ ეჭამათ სიცოცხლის ხიდან და არ გამხდარიყვნენ უკვდავი ცოდვილნი. მაგრამ ღმერთმა თქვა, რომ განდევნიდა დამრღვევებს ბაღიდან და ქერუბიმებითა და მოელვარე მახვილით დაიცავდა სიცოცხლის ხისკენ მიმავალ გზას, რათა ადამიანს ვერ შეძლებოდა მასთან მიახლოება და მისი ნაყოფის ჭამა, რომელიც უკვდავებას განამტკიცებს.“ Early Writings, 125.</w:t>
      </w:r>
    </w:p>
    <w:p>
      <w:pPr>
        <w:pStyle w:val="ArticleBody"/>
        <w:jc w:val="left"/>
      </w:pPr>
      <w:r>
        <w:rPr>
          <w:rFonts w:ascii="Sylfaen" w:hAnsi="Sylfaen" w:eastAsia="Sylfaen" w:cs="Sylfaen"/>
        </w:rPr>
        <w:t>ცა დადუმდა, როცა ადამიანები ცოდვილებად იქცნენ, და ცა დადუმდა, როცა ქრისტეს სისხლი დაიღვარა ცოდვილთა გამოსასყიდად, და ცა დადუმდა, როცა ქრისტეს სამსჯავრო საქმე დაიწყო, რათა თავისი ხალხისგან ცოდვა მოეშორებინა.</w:t>
      </w:r>
    </w:p>
    <w:p>
      <w:pPr>
        <w:pStyle w:val="ArticleScripture"/>
        <w:jc w:val="left"/>
      </w:pPr>
      <w:r>
        <w:rPr>
          <w:rFonts w:ascii="Sylfaen" w:hAnsi="Sylfaen" w:eastAsia="Sylfaen" w:cs="Sylfaen"/>
        </w:rPr>
        <w:t>„ქრისტეს შუამდგომლობა ადამიანისათვის ზეციურ საწმიდარში ისევე არსებითია ხსნის გეგმისათვის, როგორც იყო მისი სიკვდილი ჯვარზე. თავისი სიკვდილით მან დაიწყო ის საქმე, რომლის დასასრულებლადაც თავისი აღდგომის შემდეგ ზეცად ამაღლდა.“ The Great Controversy, 489.</w:t>
      </w:r>
    </w:p>
    <w:p>
      <w:pPr>
        <w:pStyle w:val="ArticleBody"/>
        <w:jc w:val="left"/>
      </w:pPr>
      <w:r>
        <w:rPr>
          <w:rFonts w:ascii="Sylfaen" w:hAnsi="Sylfaen" w:eastAsia="Sylfaen" w:cs="Sylfaen"/>
        </w:rPr>
        <w:t>სამსჯავროს საქმე დაიწყო მესამე ანგელოზის მოსვლასთან ერთად 1844 წელს, მაგრამ ღმერთის ხალხმა უდაბნოში სიკვდილი აირჩია, ნაცვლად იმისა, რომ მარადიულად ერთი გამხდარიყო ღვთაებრიობასთან. მესამე ანგელოზი კვლავ მოვიდა 2001 წლის 11 სექტემბერს და კიდევ ერთხელ ჩამოვარდა დუმილი ცაში. შემდეგ იუდას ტომის ლომმა დაიწყო მეშვიდე ბეჭდის მოხსნა, მაშინ როდესაც ანგელოზები თვალს ადევნებდნენ მესამე ანგელოზის შემოსვლას უკანასკნელი თაობის ისტორიაში.</w:t>
      </w:r>
    </w:p>
    <w:p>
      <w:pPr>
        <w:pStyle w:val="ArticleBody"/>
        <w:jc w:val="left"/>
      </w:pPr>
      <w:r>
        <w:rPr>
          <w:rFonts w:ascii="Sylfaen" w:hAnsi="Sylfaen" w:eastAsia="Sylfaen" w:cs="Sylfaen"/>
        </w:rPr>
        <w:t>შვიდი სამსჯავრო ანგელოზი იქ იყვნენ, თავიანთი გამანადგურებელი საქმის დასაწყებად მზადმყოფნი, მაგრამ შემდეგ ეთქვათ: „შეაჩერეთ, შეაჩერეთ, შეაჩერეთ, შეაჩერეთ,“ ვიდრე ას ორმოცდაოთხი ათასი დაიბეჭდებოდა. ერთგულთა ორგვარი ლოცვები ზეცად იქნა გაგზავნილი, რასაც სახედ წარმოადგენდა ორმოცდაათი დღის წინამორბედი ათი დღე, რომელიც ორმოცი დღის შემდეგ დაიწყო (უდაბნოს სიმბოლო), და წარმოადგენდა გამოცხადების მეთერთმეტე თავის სამ-ნახევარ დღეს (უდაბნოს სიმბოლო). შემდეგ ორ მოწმეს უდაბნოდან ხმამ უბრძანა, რომ მათ დანიელის ორი ლოცვა უნდა აღესრულებინათ. დანიელის მეორე თავის ლოცვა, სადაც დანიელი და სამი ღირსეული კაცი ლოცულობდნენ ნათლისათვის, რათა გაეგოთ ნაბუქოდონოსორის საიდუმლო სიზმარი მხეცთა ქანდაკების შესახებ, და დანიელის მეცხრე თავის ლოცვა, სადაც დანიელი მარტო ლოცულობდა და ამით ლევიანთა ოცდამეექვსე თავის ლოცვის მოთხოვნებს ასრულებდა.</w:t>
      </w:r>
    </w:p>
    <w:p>
      <w:pPr>
        <w:pStyle w:val="ArticleBody"/>
        <w:jc w:val="left"/>
      </w:pPr>
      <w:r>
        <w:rPr>
          <w:rFonts w:ascii="Sylfaen" w:hAnsi="Sylfaen" w:eastAsia="Sylfaen" w:cs="Sylfaen"/>
        </w:rPr>
        <w:t>დანიელის 2-ის საზოგადოებრივი ლოცვა იყო ნათლისათვის დაფარულ საიდუმლოს შესახებ, რომელიც წინასწარმეტყველური ისტორიის გარეგან ხაზში იყო დაფარული. დანიელის 9-ის კერძო პირადი ლოცვა იყო წყალობისათვის შინაგანი საჭიროების გამო. როდესაც გვიანი წვიმის ცეცხლმა 2001 წელს დაცემა დაიწყო, მრავალი ხმა ისმოდა მათთვის, ვისაც ესმოდა „ხაზი ხაზზე“ მეთოდოლოგია. საკურთხევლიდან მომავალი ცეცხლი, რომელიც მიწაზე იყო გადმოგდებული, იყო უწყება, რომელმაც წარმოშვა ბრძენთა და უგუნურთა საბოლოო გამიჯვნა; და როგორც ეს უწყება იმ ათი სიმბოლური დღის განმავლობაში განაგრძობდა განვითარებას, უწყება სულ უფრო და უფრო ნათელი ხდებოდა.</w:t>
      </w:r>
    </w:p>
    <w:p>
      <w:pPr>
        <w:pStyle w:val="ArticleBody"/>
        <w:jc w:val="left"/>
      </w:pPr>
      <w:r>
        <w:rPr>
          <w:rFonts w:ascii="Sylfaen" w:hAnsi="Sylfaen" w:eastAsia="Sylfaen" w:cs="Sylfaen"/>
        </w:rPr>
        <w:t>ეს უწყება იყო მესამე ვაის მზარდი კრიზისი, რომელიც ეზეკიელის ოცდამეშვიდე თავში იყო ორი წინასწარმეტყველება, რომლებმაც პირველად გამოიწვიეს ორი მოწმის შეკრება ერთად, ხოლო შემდეგ გამოიწვიეს მათი დგომა, როგორც ძლევამოსილი ლაშქრისა. ამის შემდეგ, ოცდამეშვიდე თავში, ისინი შეერთებულნი არიან ერთ კვერთხად, და ეს ერთ კვერთხად შეერთებით წარმოდგენილი ერთობა გამოხატავს ღვთიურისა და ადამიანურის შერწყმას, რაც სრულდება ას ორმოცდაოთხი ათასის დაბეჭდვის საბოლოო მოძრაობებში.</w:t>
      </w:r>
    </w:p>
    <w:p>
      <w:pPr>
        <w:pStyle w:val="ArticleBody"/>
        <w:jc w:val="left"/>
      </w:pPr>
      <w:r>
        <w:rPr>
          <w:rFonts w:ascii="Sylfaen" w:hAnsi="Sylfaen" w:eastAsia="Sylfaen" w:cs="Sylfaen"/>
        </w:rPr>
        <w:t>2023 წლის ივლისში ლოცვებმა იწყო აღსვლა, და ეს იყო დანიელის მეცხრე თავისა და მეორე თავის ლოცვები. შემდეგ გაისმა ხმები, აგრეთვე ქუხილნი, და მაშინ გამოჩნდა ელვანი. ელვა და ქუხილი თან ახლავს წვიმას როგორც ბუნებრივ სამყაროში, ისე წინასწარმეტყველებაშიც. წვიმა დაიწყო 2001 წლის 11 სექტემბერს. ელვისა და ქუხილის პირველი მოხსენიება მას განსაზღვრავს როგორც უწყებას, რომელიც განკუთვნილია ღვთისმოსავი შიშის გამოსაწვევად.</w:t>
      </w:r>
    </w:p>
    <w:p>
      <w:pPr>
        <w:pStyle w:val="ArticleScripture"/>
        <w:jc w:val="left"/>
      </w:pPr>
      <w:r>
        <w:rPr>
          <w:rFonts w:ascii="Sylfaen" w:hAnsi="Sylfaen" w:eastAsia="Sylfaen" w:cs="Sylfaen"/>
        </w:rPr>
        <w:t>და იყო მესამე დღეს, დილით, ქუხილნი და ელვანი, და მკვრივი ღრუბელი მთაზე, და ხმა საყვირისა მეტად ძლიერი; ისე რომ მთელი ხალხი, რომელიც ბანაკში იყო, ძრწოდა. გამოსვლა 19:16.</w:t>
      </w:r>
    </w:p>
    <w:p>
      <w:pPr>
        <w:pStyle w:val="ArticleBody"/>
        <w:jc w:val="left"/>
      </w:pPr>
      <w:r>
        <w:rPr>
          <w:rFonts w:ascii="Sylfaen" w:hAnsi="Sylfaen" w:eastAsia="Sylfaen" w:cs="Sylfaen"/>
        </w:rPr>
        <w:t>ელვები და ქუხილები თან ახლდა საყვირის „ხმას“. მათ თან ახლავს წვიმა და წარმოადგენენ წინასწარმეტყველურ ნაბიჯთა ხმას, რათა უხელმძღვანელონ ღვთის ხალხს.</w:t>
      </w:r>
    </w:p>
    <w:p>
      <w:pPr>
        <w:pStyle w:val="ArticleScripture"/>
        <w:jc w:val="left"/>
      </w:pPr>
      <w:r>
        <w:rPr>
          <w:rFonts w:ascii="Sylfaen" w:hAnsi="Sylfaen" w:eastAsia="Sylfaen" w:cs="Sylfaen"/>
        </w:rPr>
        <w:t>ღრუბლებმა გადმოღვარეს წყალი; ცამ გამოსცა ხმა; შენი ისრებიც მიმოიფანტნენ. შენი ქუხილის ხმა იყო ცაში; ელვებმა გაანათეს ქვეყნიერება; დედამიწა შეძრწუნდა და შეიძრა. შენი გზა ზღვაშია და შენი ბილიკი დიდ წყლებში, და შენი ნაკვალევი არ შეიცნობა. შენ წინ გაუძეხი შენს ხალხს, როგორც ფარას, მოსესა და აარონის ხელით. ფსალმუნები 77:17–20.</w:t>
      </w:r>
    </w:p>
    <w:p>
      <w:pPr>
        <w:pStyle w:val="ArticleBody"/>
        <w:jc w:val="left"/>
      </w:pPr>
      <w:r>
        <w:rPr>
          <w:rFonts w:ascii="Sylfaen" w:hAnsi="Sylfaen" w:eastAsia="Sylfaen" w:cs="Sylfaen"/>
        </w:rPr>
        <w:t>ელვანი და ქუხილი არის ღვთის ხმა, რომელიც წვიმის ჟამს ჟღერს, და ამ დროის განმავლობაში იგი თავისი საგანძურიდან გამოჰყავს თავისი ქარები (ისლამი არის აღმოსავლეთის ქარი).</w:t>
      </w:r>
    </w:p>
    <w:p>
      <w:pPr>
        <w:pStyle w:val="ArticleScripture"/>
        <w:jc w:val="left"/>
      </w:pPr>
      <w:r>
        <w:rPr>
          <w:rFonts w:ascii="Sylfaen" w:hAnsi="Sylfaen" w:eastAsia="Sylfaen" w:cs="Sylfaen"/>
        </w:rPr>
        <w:t>როცა იგი თავის ხმას გამოსცემს, ცათა შინა არის წყლების სიმრავლე; იგი აღამაღლებს ორთქლს ქვეყნის კიდეთაგან, ქმნის ელვებს წვიმასთან ერთად და გამოჰყავს ქარი თავისი საუნჯეთაგან. იერემია 10:13.</w:t>
      </w:r>
    </w:p>
    <w:p>
      <w:pPr>
        <w:pStyle w:val="ArticleBody"/>
        <w:jc w:val="left"/>
      </w:pPr>
      <w:r>
        <w:rPr>
          <w:rFonts w:ascii="Sylfaen" w:hAnsi="Sylfaen" w:eastAsia="Sylfaen" w:cs="Sylfaen"/>
        </w:rPr>
        <w:t>ღმერთმა თავისი ხმა გამოსცა, როდესაც ლომივით შეჰღაღადა, და პასუხად შვიდმა ქუხილმა თავიანთი ხმები გამოსცეს; ხოლო ეს შვიდი ქუხილი წარმოადგენს ღვთის ნაბიჯებს მილერიტული მოძრაობის ისტორიის განმავლობაში და აგრეთვე მესამე ანგელოზის მოძრაობაშიც, რომელიც კვლავ მოვიდა 2001 წლის 11 სექტემბერს, როდესაც მან თავისი საუნჯეებიდან აღმოსავლეთის ქარი გამოიყვანა.</w:t>
      </w:r>
    </w:p>
    <w:p>
      <w:pPr>
        <w:pStyle w:val="ArticleScripture"/>
        <w:jc w:val="left"/>
      </w:pPr>
      <w:r>
        <w:rPr>
          <w:rFonts w:ascii="Sylfaen" w:hAnsi="Sylfaen" w:eastAsia="Sylfaen" w:cs="Sylfaen"/>
        </w:rPr>
        <w:t>იგი აღამაღლებს ორთქლს დედამიწის კიდეთაგან; ქმნის ელვებს წვიმისათვის; გამოჰყავს ქარი თავისი საუნჯეებიდან. რომელმაც მოსრა ეგვიპტის პირმშონი, ადამიანნიც და პირუტყვნიც. ფსალმუნები 135:7, 8.</w:t>
      </w:r>
    </w:p>
    <w:p>
      <w:pPr>
        <w:pStyle w:val="ArticleBody"/>
        <w:jc w:val="left"/>
      </w:pPr>
      <w:r>
        <w:rPr>
          <w:rFonts w:ascii="Sylfaen" w:hAnsi="Sylfaen" w:eastAsia="Sylfaen" w:cs="Sylfaen"/>
        </w:rPr>
        <w:t>მან გამოიტანა ქარი თავისი საგანძურებიდან, როდესაც ეგვიპტის პირმშონი იქნა მოსვრილი, და პასექი წინასწარ გამოსახავდა ჯვარს, რომელიც, თავის მხრივ, წინასწარ გამოსახავდა მესამე ანგელოზის მოსვლას 1844 წელს, რაც, თავის მხრივ, წინასწარ გამოსახავდა მესამე ანგელოზის დაბრუნებას აღმოსავლეთის ქარის დღეს, 2001 წლის 11 სექტემბერს.</w:t>
      </w:r>
    </w:p>
    <w:p>
      <w:pPr>
        <w:pStyle w:val="ArticleBody"/>
        <w:jc w:val="left"/>
      </w:pPr>
      <w:r>
        <w:rPr>
          <w:rFonts w:ascii="Sylfaen" w:hAnsi="Sylfaen" w:eastAsia="Sylfaen" w:cs="Sylfaen"/>
        </w:rPr>
        <w:t>როდესაც შვიდი ბეჭდით დაბეჭდილი წიგნიდან ბეჭდები იხსნება, ეს ჭეშმარიტების თანდათანობით განვითარებას წარმოადგენს. მეშვიდე ბეჭდის მოხსნა წარმოადგენს ას ორმოცდაოთხი ათასის დაბეჭდვის ჟამს. როდესაც შვიდი ბეჭდით დაბეჭდილი წიგნი პირველად არის მოხსენიებული, იქ არის ელვანი, ქუხილნი და ხმანი, მაგრამ მიწისძვრა არაა.</w:t>
      </w:r>
    </w:p>
    <w:p>
      <w:pPr>
        <w:pStyle w:val="ArticleScripture"/>
        <w:jc w:val="left"/>
      </w:pPr>
      <w:r>
        <w:rPr>
          <w:rFonts w:ascii="Sylfaen" w:hAnsi="Sylfaen" w:eastAsia="Sylfaen" w:cs="Sylfaen"/>
        </w:rPr>
        <w:t>და ტახტიდან გამოდიოდა ელვანი და ქუხილნი და ხმანი; და იყო შვიდი ცეცხლის ლამპარი, რომლებიც ტახტის წინ იწვოდა, და ესენი არიან ღმერთის შვიდი სული. გამოცხადება 4:5.</w:t>
      </w:r>
    </w:p>
    <w:p>
      <w:pPr>
        <w:pStyle w:val="ArticleBody"/>
        <w:jc w:val="left"/>
      </w:pPr>
      <w:r>
        <w:rPr>
          <w:rFonts w:ascii="Sylfaen" w:hAnsi="Sylfaen" w:eastAsia="Sylfaen" w:cs="Sylfaen"/>
        </w:rPr>
        <w:t>ხმების, ელვებისა და ქუხილების პირველი მოხსენიებისას, წვიმა წარმოდგენილია სულიწმიდით, რომელიც არის ცეცხლის შვიდი ლამპარი, მაგრამ მიწისძვრა არ არის. მეშვიდე ბეჭდის მოხსნისას იდენტიფიცირდება მალე მოსასვლელი კვირადღის კანონის მიწისძვრა. გამოცხადების მეოთხე თავი მიუთითებს იუდას ტომის ლომის მიერ აღსრულებული ჭეშმარიტების ბეჭდების ახსნის დასაწყისზე, და როდესაც ბეჭდვის დრო იდენტიფიცირდება, იგი მიუთითებს ამ პერიოდის დასაწყისსა და დასასრულზე.</w:t>
      </w:r>
    </w:p>
    <w:p>
      <w:pPr>
        <w:pStyle w:val="ArticleBody"/>
        <w:jc w:val="left"/>
      </w:pPr>
      <w:r>
        <w:rPr>
          <w:rFonts w:ascii="Sylfaen" w:hAnsi="Sylfaen" w:eastAsia="Sylfaen" w:cs="Sylfaen"/>
        </w:rPr>
        <w:t>ამჟამინდელი პერიოდის დასაწყისი იყო ის დრო, როდესაც ანგელოზი ჩამოვიდა, რათა თავისი დიდებით გაენათებინა დედამიწა 2001 წლის 11 სექტემბერს; შემდეგ, ესაიას მეექვსე თავში, გვეუწყება, რომ უწყება, რომელიც წარმოდგენილია „ხმებით, ელვებით, ქუხილებით, ქარითა და წვიმით“ და რომელიც სრულდება კვირადღის კანონთან, უნდა იქნეს გამოცხადებული ხალხისთვის, რომელიც ხედავს, მაგრამ ვერ შეძლებს ელვათა მნიშვნელობის შეცნობას, და თუმცა ისმენს, ვერ შეძლებს ხმებისა და ქუხილის გაგებას, ვიდრე დიდი მიწისძვრა არ დაატყდებათ თავს. ას ორმოცდაოთხი ათასის დაბეჭდვის პერიოდი არის ის პერიოდი, როდესაც ყოველი ხილვის შედეგი სრულდება.</w:t>
      </w:r>
    </w:p>
    <w:p>
      <w:pPr>
        <w:pStyle w:val="ArticleBody"/>
        <w:jc w:val="left"/>
      </w:pPr>
      <w:r>
        <w:rPr>
          <w:rFonts w:ascii="Sylfaen" w:hAnsi="Sylfaen" w:eastAsia="Sylfaen" w:cs="Sylfaen"/>
        </w:rPr>
        <w:t>ეს ისტორია წარმოშობს და ავლენს თაყვანისმცემელთა ორ კლასს. ერთი კლასი აღიარებს წვიმას და ამიტომ იღებს მას, რადგან მათ შეუძლიათ დაინახონ ელვა და მოისმინონ ხმები, ქუხილი და ქარი. დაბეჭდვის პერიოდის დასასრულს, მალე მოსასვლელი საკვირაო კანონის დიდი მიწისძვრა შემოიტანს ღვთის აღმასრულებელ სასჯელებს.</w:t>
      </w:r>
    </w:p>
    <w:p>
      <w:pPr>
        <w:pStyle w:val="ArticleScripture"/>
        <w:jc w:val="left"/>
      </w:pPr>
      <w:r>
        <w:rPr>
          <w:rFonts w:ascii="Sylfaen" w:hAnsi="Sylfaen" w:eastAsia="Sylfaen" w:cs="Sylfaen"/>
        </w:rPr>
        <w:t>და გაიხსნა ღვთის ტაძარი ზეცაში, და გამოჩნდა მის ტაძარში მისი აღთქმის კიდობანი; და იყო ელვანი, და ხმანი, და ქუხილნი, და მიწისძვრა, და დიდი სეტყვა. გამოცხადება 11:19.</w:t>
      </w:r>
    </w:p>
    <w:p>
      <w:pPr>
        <w:pStyle w:val="ArticleBody"/>
        <w:jc w:val="left"/>
      </w:pPr>
      <w:r>
        <w:rPr>
          <w:rFonts w:ascii="Sylfaen" w:hAnsi="Sylfaen" w:eastAsia="Sylfaen" w:cs="Sylfaen"/>
        </w:rPr>
        <w:t>დიდი მიწისძვრისას „ელვანი, ხმანი და ქუხილნი“ მოიცავს „სეტყვასაც“. „სეტყვა“ წარმოადგენს იმ განკითხვებს, რომელთა გადმოღვრასაც იწყებენ შვიდი ანგელოზი, რომლებიც ამის გასაკეთებლად ემზადებოდნენ დაბეჭდვის დროის დასაწყისში, როდესაც მეშვიდე ბეჭედი იხსნებოდა, ისევე როგორც ელოდნენ ანგელოზს, რომ გაევლო იერუსალიმში და ნიშანი დაედო მათზე, რომელნიც ოხრავდნენ და ტიროდნენ იმ სისაძაგლეთა გამო, რომლებიც ჩადენილი იყო ქვეყანაში (გარეგანი), და ეკლესიაში (შინაგანი).</w:t>
      </w:r>
    </w:p>
    <w:p>
      <w:pPr>
        <w:pStyle w:val="ArticleBody"/>
        <w:jc w:val="left"/>
      </w:pPr>
      <w:r>
        <w:rPr>
          <w:rFonts w:ascii="Sylfaen" w:hAnsi="Sylfaen" w:eastAsia="Sylfaen" w:cs="Sylfaen"/>
        </w:rPr>
        <w:t>„სეტყვა“ აღნიშნავს ღვთის დამანგრეველი სამსჯავროების ჟამს, რომელიც წყალობის ჟამია ღვთის სხვა ფარისთვის, რომელთაც მაშინ ბაბილონიდან უხმობენ გამოსასვლელად; და როცა დიდი სიმრავლის უკანასკნელიც შეუერთდება ღვთის ფარას, ადამიანთა გამოცდის ჟამი სრულად დასრულდება.</w:t>
      </w:r>
    </w:p>
    <w:p>
      <w:pPr>
        <w:pStyle w:val="ArticleScripture"/>
        <w:jc w:val="left"/>
      </w:pPr>
      <w:r>
        <w:rPr>
          <w:rFonts w:ascii="Sylfaen" w:hAnsi="Sylfaen" w:eastAsia="Sylfaen" w:cs="Sylfaen"/>
        </w:rPr>
        <w:t>და მეშვიდე ანგელოზმა გადმოღვარა თავისი თასი ჰაერში; და გამოვიდა დიდი ხმა ზეცის ტაძრიდან, ტახტიდან, რომელიც ამბობდა: აღსრულდა. და იყო ხმები, და ქუხილები, და ელვები; და იყო დიდი მიწისძვრა, რომლის მსგავსი არ ყოფილა მას შემდეგ, რაც ადამიანები არიან დედამიწაზე, ისეთი ძლიერი მიწისძვრა და ასეთი დიდი. და დიდი ქალაქი სამ ნაწილად გაიყო, და წარმართთა ქალაქები დაეცა; და დიდი ბაბილონი მოიხსენია ღმერთმა, რათა მიეცა მისთვის მისი რისხვის მძვინვარების ღვინის სასმისი. გამოცხადება 16:17–19.</w:t>
      </w:r>
    </w:p>
    <w:p>
      <w:pPr>
        <w:pStyle w:val="ArticleBody"/>
        <w:jc w:val="left"/>
      </w:pPr>
      <w:r>
        <w:rPr>
          <w:rFonts w:ascii="Sylfaen" w:hAnsi="Sylfaen" w:eastAsia="Sylfaen" w:cs="Sylfaen"/>
        </w:rPr>
        <w:t>ძვირფასო მკითხველო: გესმის თუ არა ხმები და ქუხილნი? ხედავ თუ არა ელვას? გრძნობ თუ არა ქარს? მალე გაიგონებ უგუნურ ქალწულთა ხმას, რომლებიც ზეთს შეევედრებიან.</w:t>
      </w:r>
    </w:p>
    <w:p>
      <w:pPr>
        <w:pStyle w:val="ArticleBody"/>
        <w:jc w:val="left"/>
      </w:pPr>
      <w:r>
        <w:rPr>
          <w:rFonts w:ascii="Sylfaen" w:hAnsi="Sylfaen" w:eastAsia="Sylfaen" w:cs="Sylfaen"/>
        </w:rPr>
        <w:t>ჩვენ ამ შესწავლას მომდევნო სტატიაში გავაგრძელებთ.</w:t>
      </w:r>
    </w:p>
    <w:p>
      <w:pPr>
        <w:pStyle w:val="ArticleScripture"/>
        <w:jc w:val="left"/>
      </w:pPr>
      <w:r>
        <w:rPr>
          <w:rFonts w:ascii="Sylfaen" w:hAnsi="Sylfaen" w:eastAsia="Sylfaen" w:cs="Sylfaen"/>
        </w:rPr>
        <w:t>ველოდით მშვიდობას, მაგრამ სიკეთე არ მოვიდა; და კურნების ჟამს — და აჰა, შფოთი! დანიდან გაისმა მისი ცხენების ფრუტუნი; მთელი ქვეყანა შეიძრა მისი ძლიერების ხვიხვინის ხმაზე; რადგან მოვიდნენ და შთანთქეს ქვეყანა და ყოველივე, რაც მასშია; ქალაქიც და მასში მკვიდრნიც. რადგან, აჰა, მე მოგივლენთ გველებს, ასპიტებს, თქვენს შორის, რომელნიც არ მოითვინიერებიან შელოცვით, და დაგგესლავენ თქვენ, ამბობს უფალი. როცა მსურდა ნუგეშისცემა ჩემი მწუხარების წინააღმდეგ, გული დამძაბუნდა ჩემში. აჰა, ხმა ტირილისა ჩემი ხალხის ასულისა, შორეულ ქვეყანაში მცხოვრებთაგან: ნუთუ არ არის უფალი სიონში? ნუთუ არ არის მისი მეფე მასში? რად განმარისხეს მე თავიანთი ქანდაკებებითა და უცხო ამაოებებით? მკა გავიდა, ზაფხული დასრულდა, და ჩვენ არ ვიხსენით. ჩემი ხალხის ასულის შემუსვრით მეც შემუსვრილი ვარ; დამწუხრებული ვარ; გაოცებამ შემიპყრო. ნუთუ არ არის ბალზამი გალაადში? ნუთუ არ არის იქ მკურნალი? მაშ, რად არ აღდგა ჩემი ხალხის ასულის ჯანმრთელობა? იერემია 8:15–22.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ოცდამეთხუთმეტე ნომერი</dc:title>
  <dc:subject>1776, 1789 და 1798 წლების წინასწარმეტყველური ხმები: შესავალი 144,000-ის დაბეჭდვამდე</dc:subject>
  <dc:creator>Jeff Pippenger</dc:creator>
  <cp:keywords/>
  <dc:description>Generated by ArticleDigger from daniel\135_daniel.json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