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ოცდაცხრამეტი</w:t>
      </w:r>
    </w:p>
    <w:p>
      <w:pPr>
        <w:pStyle w:val="ArticleSubtitle"/>
        <w:jc w:val="left"/>
      </w:pPr>
      <w:r>
        <w:rPr>
          <w:rFonts w:ascii="Sylfaen" w:hAnsi="Sylfaen" w:eastAsia="Sylfaen" w:cs="Sylfaen"/>
        </w:rPr>
        <w:t>დანიელის 11:40-ის წინასწარმეტყველური თანხვედრა თანამედროვე პოლიტიკურ რეალობებთან: უკანასკნელი პრეზიდენტის საიდუმლოს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2024-03-16</w:t>
      </w:r>
    </w:p>
    <w:p>
      <w:pPr>
        <w:pStyle w:val="ArticleBody"/>
        <w:jc w:val="left"/>
      </w:pPr>
      <w:r>
        <w:rPr>
          <w:rFonts w:ascii="Sylfaen" w:hAnsi="Sylfaen" w:eastAsia="Sylfaen" w:cs="Sylfaen"/>
        </w:rPr>
        <w:t>ჩვენ განვიხილავთ დანიელის წიგნის მეთერთმეტე თავის ორმოცდამეათე მუხლის თანხვედრას ამავე თავის პირველ და მეორე მუხლებთან. პირველი მუხლი დასასრულის ჟამს 1989 წელთან აიგივებს, და ორმოცდამეათე მუხლიც ასევე 1989 წელს აღნიშნავს, როგორც დასასრულის ჟამს, საბჭოთა კავშირის დაშლით, რაც წარმოდგენილია ბერლინის კედლის დანგრევით 1989 წლის 9 ნოემბერს.</w:t>
      </w:r>
    </w:p>
    <w:p>
      <w:pPr>
        <w:pStyle w:val="ArticleBody"/>
        <w:jc w:val="left"/>
      </w:pPr>
      <w:r>
        <w:rPr>
          <w:rFonts w:ascii="Sylfaen" w:hAnsi="Sylfaen" w:eastAsia="Sylfaen" w:cs="Sylfaen"/>
        </w:rPr>
        <w:t>მეორე მუხლი 1989 წლის შემდეგ შეერთებული შტატების მეექვსე პრეზიდენტს ყველა პრეზიდენტს შორის უმდიდრესად ასახელებს და ამით ზუსტად მიუთითებს დონალდ ტრამპზე. ამით იგი ასევე განსაზღვრავს, რომ ტრამპი „აღძრავს“ მთელ საბერძნეთს, რომელიც იყო მესამე მუხლში მოხსენიებული ალექსანდრე დიდის ბერძნული იმპერია. მესამე და მეოთხე მუხლებში მოხსენიებული ბერძნული სამეფო დანიელის მეთერთმეტე თავში მსოფლიო სამეფოს სიმბოლოა.</w:t>
      </w:r>
    </w:p>
    <w:p>
      <w:pPr>
        <w:pStyle w:val="ArticleBody"/>
        <w:jc w:val="left"/>
      </w:pPr>
      <w:r>
        <w:rPr>
          <w:rFonts w:ascii="Sylfaen" w:hAnsi="Sylfaen" w:eastAsia="Sylfaen" w:cs="Sylfaen"/>
        </w:rPr>
        <w:t>უილიამ მილერმა დაამკვიდრა ფრაზა: „ისტორია და წინასწარმეტყველება თანხმობაშია“, ხოლო დონალდ ტრამპის ისტორია უტყუარ მტკიცებულებას იძლევა იმისა, რომ იგი არა მხოლოდ შეერთებული შტატების უკანასკნელ რვა პრეზიდენტს შორის უმდიდრესი იყო, არამედ იმასაც, რომ შეერთებული შტატების გლობალისტებსა და მთელი მსოფლიოს გლობალისტებს დონალდ ტრამპი სძულთ ისეთი არალოგიკური სიძულვილით, რომელსაც მრავალი სიგიჟედ განსაზღვრავს.</w:t>
      </w:r>
    </w:p>
    <w:p>
      <w:pPr>
        <w:pStyle w:val="ArticleBody"/>
        <w:jc w:val="left"/>
      </w:pPr>
      <w:r>
        <w:rPr>
          <w:rFonts w:ascii="Sylfaen" w:hAnsi="Sylfaen" w:eastAsia="Sylfaen" w:cs="Sylfaen"/>
        </w:rPr>
        <w:t>უკანასკნელი რვა პრეზიდენტიდან პირველი, რომელიც 1989 წელს დაიწყო, მრავალგვარად აშკარად განასახიერებდა ტრამპს და ამით ადასტურებდა, რომ მეორე მუხლში მოხსენიებული მეექვსე პრეზიდენტი საბოლოოდ მერვე და უკანასკნელი პრეზიდენტი იქნებოდა. რეიგანი, როგორც რვიანის რიგში პირველი, განასახიერებდა მერვესა და უკანასკნელს, რადგან იესო ყოველთვის საგნის დასასრულს მისი დასაწყისით წარმოგვიდგენს.</w:t>
      </w:r>
    </w:p>
    <w:p>
      <w:pPr>
        <w:pStyle w:val="ArticleBody"/>
        <w:jc w:val="left"/>
      </w:pPr>
      <w:r>
        <w:rPr>
          <w:rFonts w:ascii="Sylfaen" w:hAnsi="Sylfaen" w:eastAsia="Sylfaen" w:cs="Sylfaen"/>
        </w:rPr>
        <w:t>რონალდ რეიგანის მოწმობა, რომელიც 1989 წელს, აღსასრულის ჟამს, პრეზიდენტი იყო, წინასწარმეტყველურად წარმოადგენს იმ პრეზიდენტს, რომელიც რვა პრეზიდენტიდან უკანასკნელი იქნებოდა. რეიგანის შემდეგ შვიდი პრეზიდენტი იქნებოდა, რადგან შეერთებული შტატები მალე მოსალოდნელი კვირადღის კანონის დროს წყვეტს არსებობას, როგორც ბიბლიური წინასწარმეტყველების მეექვსე სამეფო; და ამ კვირადღის კანონამდე მიმავალ პერიოდში შეერთებული შტატები ქმნის მხეცის ხატებას, ხოლო ეს მხეცი არის მერვე, შვიდი მხეციდან. რეიგანი იყო პირველი პრეზიდენტი აღსასრულის ჟამს, 1989 წელს, და უკანასკნელი იქნებოდა მერვე, რომელიც შვიდთაგან არის.</w:t>
      </w:r>
    </w:p>
    <w:p>
      <w:pPr>
        <w:pStyle w:val="ArticleBody"/>
        <w:jc w:val="left"/>
      </w:pPr>
      <w:r>
        <w:rPr>
          <w:rFonts w:ascii="Sylfaen" w:hAnsi="Sylfaen" w:eastAsia="Sylfaen" w:cs="Sylfaen"/>
        </w:rPr>
        <w:t>რეიგანმა 1987 წლის 12 ივნისს, გერმანიაში, დასავლეთ ბერლინში, ბერლინის კედელთან, ბრანდენბურგის კარიბჭესთან წარმოთქმული სიტყვის დროს, როდესაც იგი საბჭოთა კავშირის კომუნისტური პარტიის გენერალურ მდივანს, მიხეილ გორბაჩოვს მიმართავდა, თქვა: „გენერალურო მდივანო გორბაჩოვ, თუ თქვენ მშვიდობას ეძიებთ, თუ საბჭოთა კავშირისა და აღმოსავლეთ ევროპისათვის კეთილდღეობას ეძიებთ, თუ ლიბერალიზაციას ეძიებთ: მოდით აქ, ამ კარიბჭესთან! ბატონო გორბაჩოვ, გახსენით ეს კარიბჭე! ბატონო გორბაჩოვ, დაანგრიეთ ეს კედელი!“ ამ ბოლო რვა პრეზიდენტიდან პირველის ეს ყველაზე ცნობილი ფრაზა ორი წლის შემდეგ, 1989 წლის 9 ნოემბერს, კედლის დანგრევის აღსრულების ნიშნად იქცა.</w:t>
      </w:r>
    </w:p>
    <w:p>
      <w:pPr>
        <w:pStyle w:val="ArticleBody"/>
        <w:jc w:val="left"/>
      </w:pPr>
      <w:r>
        <w:rPr>
          <w:rFonts w:ascii="Sylfaen" w:hAnsi="Sylfaen" w:eastAsia="Sylfaen" w:cs="Sylfaen"/>
        </w:rPr>
        <w:t>ამგვარად, რეიგანის მიერ კედლის დანგრევაზე გაკეთებული აქცენტი მიანიშნებდა მერვე პრეზიდენტზე, რომელმაც, როცა მეექვსე პრეზიდენტობისათვის იყრიდა კენჭს, თავისი საარჩევნო კამპანია დააფუძნა დაპირებაზე — „კედელი ავაშენოთ“. უკანასკნელი რვა პრეზიდენტიდან პირველმა მოუწოდა კედლის დანგრევას, და ბერლინის კედელი დაინგრა 1989 წელს, აღსასრულის ჟამს. მალე მოსალოდნელი კვირა-კანონის დროს ეკლესიისა და სახელმწიფოს გამყოფი „კედელი“ დაინგრევა, როგორც ეს 1989 წელს დაწყებით არის წარმოდგენილი. იმ პერიოდის შუაში მეექვსე პრეზიდენტი, რომელიც გლობალისტებს აღძრავს, ცდილობს ააშენოს კედელი, რომელიც მათ არ სურთ, და როცა იგი კვლავ გახდება შვიდთაგან მერვე პრეზიდენტი, კიდევ ერთი „კედელი“ დაეცემა.</w:t>
      </w:r>
    </w:p>
    <w:p>
      <w:pPr>
        <w:pStyle w:val="ArticleBody"/>
        <w:jc w:val="left"/>
      </w:pPr>
      <w:r>
        <w:rPr>
          <w:rFonts w:ascii="Sylfaen" w:hAnsi="Sylfaen" w:eastAsia="Sylfaen" w:cs="Sylfaen"/>
        </w:rPr>
        <w:t>რვა პრეზიდენტიდან პირველი აღნიშნულია იმ „კედლის“ დამხობით, რომელიც დასასრულის დროს აღნიშნავდა, როგორც ეს წარმოდგენილია დანიელის წიგნის მეთერთმეტე თავში, ორმოცე მუხლში; ხოლო რვა პრეზიდენტიდან უკანასკნელი აღნიშნულია იმ „კედლის“ დამხობით, რომელიც აღნიშნავს ას ორმოცდაოთხი ათასის დაბეჭდვის დროის დასასრულს, როგორც ეს წარმოდგენილია დანიელის წიგნის მეთერთმეტე თავის ორმოცდამეერთე მუხლში.</w:t>
      </w:r>
    </w:p>
    <w:p>
      <w:pPr>
        <w:pStyle w:val="ArticleBody"/>
        <w:jc w:val="left"/>
      </w:pPr>
      <w:r>
        <w:rPr>
          <w:rFonts w:ascii="Sylfaen" w:hAnsi="Sylfaen" w:eastAsia="Sylfaen" w:cs="Sylfaen"/>
        </w:rPr>
        <w:t>პრეზიდენტი რეიგანი იყო ყოფილი დემოკრატი, რესპუბლიკელად ქცეული; ყოფილი მედია-ვარსკვლავი; კაცი, ცნობილი თავისი მკაფიო მჭევრმეტყველებითა და იუმორის ღრმა გრძნობით; ფისკალური კონსერვატორი, რომელიც ვაშინგტონში, კოლუმბიის ოლქში, დამკვიდრებული ისტებლიშმენტის წინააღმდეგ აწარმოებდა კამპანიას. თუმცა, მიუხედავად იმისა, რომ რეიგანი თავის პირველ კამპანიაში იმ ისტებლიშმენტის (ჭაობის) წინააღმდეგ გამოდიოდა, რომელიც ერის დედაქალაქში იყო ფესვგადგმული, საბოლოოდ მან თავის კაბინეტის თანამდებობებზე იმ დრომდე ყველა სხვა თანამედროვე პრეზიდენტზე უფრო მაღალი პროცენტი გლობალისტად დადასტურებული პოლიტიკოსებისა დანიშნა. მან ისიც კი გააკეთა, რომ თავის ვიცე-პრეზიდენტად ჯორჯ ბუში პირველი შეარჩია — კაცი, რომლის საგვარეულო ფესვები გლობალისტურ ისტორიაში შორს წარსულში აღწევს.</w:t>
      </w:r>
    </w:p>
    <w:p>
      <w:pPr>
        <w:pStyle w:val="ArticleBody"/>
        <w:jc w:val="left"/>
      </w:pPr>
      <w:r>
        <w:rPr>
          <w:rFonts w:ascii="Sylfaen" w:hAnsi="Sylfaen" w:eastAsia="Sylfaen" w:cs="Sylfaen"/>
        </w:rPr>
        <w:t>ტრამპმა საარჩევნო კამპანია ააგო იმ ისტებლიშმენტის გაწმენდის დაპირებაზე, რომელსაც იგი „ჭაობს“ უწოდებდა, მაგრამ მის მიერ ახლო თანამშრომლობისთვის შერჩეულ ადამიანთა ჩანაწერი მის უდიდეს სისუსტეს წარმოაჩენს. თითქმის ყველა ეს კაცი იმ „ჭაობის“ წარმომადგენელი იყო, რომელსაც ტრამპი ასე შეუპოვრად უპირისპირდებოდა. ტრამპი, ისევე როგორც რეიგანი, იყო ყოფილი დემოკრატი, რომელიც რესპუბლიკელად იქცა, ყოფილი მედია-ვარსკვლავი, ორატორული ნიჭით ცნობილი კაცი, ღრმა იუმორის გრძნობით და ფისკალური კონსერვატორი.</w:t>
      </w:r>
    </w:p>
    <w:p>
      <w:pPr>
        <w:pStyle w:val="ArticleBody"/>
        <w:jc w:val="left"/>
      </w:pPr>
      <w:r>
        <w:rPr>
          <w:rFonts w:ascii="Sylfaen" w:hAnsi="Sylfaen" w:eastAsia="Sylfaen" w:cs="Sylfaen"/>
        </w:rPr>
        <w:t>ამერიკის შეერთებული შტატების უკანასკნელი პრეზიდენტი იქნება ის პრეზიდენტი, რომლის დროსაც ამერიკის შეერთებულ შტატებში ჩამოყალიბდება პაპობის ხატი (მხეცის ხატი). ამგვარად, 1989 წლიდან მერვე და უკანასკნელი პრეზიდენტი ჩაბმული იქნება ომში გველეშაპის ძალაუფლების წინააღმდეგ, რადგან სწორედ გველეშაპთან ხანგრძლივ და გაჭიანურებულ ომში იქნა პაპობა პირველად აღსაყდრებული გველეშაპის ძალაუფლების მიერ 538 წელს, შემდეგ კი იმავე გველეშაპის ძალაუფლების მიერ ჩამოგდებული 1798 წელს; და კვლავ აღსაყდრდება გველეშაპის ძალაუფლების მიერ, რომელიც წარმოდგენილია ათი მეფით, რომლებიც თანხმდებიან, თავიანთი მეშვიდე სამეფო მისცენ პაპობას, და რომლებიც შემდგომში ჩამოაგდებენ პაპის მხეცს, როცა მას ცეცხლით დაწვავენ და მის ხორცს შეჭამენ, მაშინ როცა იგი თავის აღსასრულს მიუახლოვდება და არავინ ეყოლება შემწე.</w:t>
      </w:r>
    </w:p>
    <w:p>
      <w:pPr>
        <w:pStyle w:val="ArticleBody"/>
        <w:jc w:val="left"/>
      </w:pPr>
      <w:r>
        <w:rPr>
          <w:rFonts w:ascii="Sylfaen" w:hAnsi="Sylfaen" w:eastAsia="Sylfaen" w:cs="Sylfaen"/>
        </w:rPr>
        <w:t>პრეზიდენტი, რომელიც მერვე უნდა იყოს, ანუ შვიდთაგან ერთ-ერთი, ასევე იქნება ის პრეზიდენტი, რომელიც ჩართული იქნება დრაკონის ძალაუფლების წინააღმდეგ ბრძოლაში. ეს ბრძოლა იდენტიფიცირდება მაშინ, როცა მეექვსე და უმდიდრესი პრეზიდენტი აღძრავს მთელ გლობალისტურ დრაკონის ძალებს. რვა საბოლოო პრეზიდენტიდან, 1989 წლიდან დაწყებული, ორი გარდაცვლილია, რის შედეგადაც რჩება ექვსი შესაძლო პრეზიდენტი, რომლებიც შეიძლება ჩართულნი იყვნენ დრაკონის ძალაუფლების წინააღმდეგ ომში.</w:t>
      </w:r>
    </w:p>
    <w:p>
      <w:pPr>
        <w:pStyle w:val="ArticleBody"/>
        <w:jc w:val="left"/>
      </w:pPr>
      <w:r>
        <w:rPr>
          <w:rFonts w:ascii="Sylfaen" w:hAnsi="Sylfaen" w:eastAsia="Sylfaen" w:cs="Sylfaen"/>
        </w:rPr>
        <w:t>იმ ექვს შესაძლებლობათაგან ოთხნი აშკარად დრაკონის ძალით მოქმედი გლობალისტები არიან. იმ ექვსთაგან ერთი, თავისი მამის მსგავსად, თავს რესპუბლიკელად აცხადებს, მაგრამ იგი რესპუბლიკელია მხოლოდ სახელით, და, თავისი მამის მსგავსად, გლობალისტური დრაკონული ძალის წარმომადგენელია. იმ ექვს ცოცხალ პრეზიდენტთაგან მხოლოდ ერთი არ არის აშკარად გლობალისტი, და სწორედ ის არის პრეზიდენტი, რომელიც გლობალისტებს აღძრავს. იგი ერთადერთია იმ რვა უკანასკნელ პრეზიდენტს შორის, ვისაც შეეძლო შეესრულებინა პაპობის ხატის ელემენტი იმ აზრით, რომ ჩართული ყოფილიყო დრაკონულ ძალასთან ომში.</w:t>
      </w:r>
    </w:p>
    <w:p>
      <w:pPr>
        <w:pStyle w:val="ArticleBody"/>
        <w:jc w:val="left"/>
      </w:pPr>
      <w:r>
        <w:rPr>
          <w:rFonts w:ascii="Sylfaen" w:hAnsi="Sylfaen" w:eastAsia="Sylfaen" w:cs="Sylfaen"/>
        </w:rPr>
        <w:t>რესპუბლიკური პარტიის პირველი პრეზიდენტი სახელგანთქმულად ციტირებდა აშშ-ის სამოქალაქო ომთან დაკავშირებით ერთ საღვთო წერილს, რომელიც სწორედ ამ ფაქტს ეხება.</w:t>
      </w:r>
    </w:p>
    <w:p>
      <w:pPr>
        <w:pStyle w:val="ArticleScripture"/>
        <w:jc w:val="left"/>
      </w:pPr>
      <w:r>
        <w:rPr>
          <w:rFonts w:ascii="Sylfaen" w:hAnsi="Sylfaen" w:eastAsia="Sylfaen" w:cs="Sylfaen"/>
        </w:rPr>
        <w:t>და იესომ იცოდა მათი ზრახვანი და უთხრა მათ: ყოველი სამეფო, რომელიც თავის თავს ეყოფა, გაუდაბურდება; და ყოველი ქალაქი ან სახლი, რომელიც თავის თავს ეყოფა, ვერ დადგება. და თუ სატანა სატანას განდევნის, იგი თავის თავს არის გაყოფილი; მაშ, როგორ იდგება მისი სამეფო? და თუ მე ბელზებულით განვდევნი ეშმაკებს, თქვენი ძენი ვის მიერ განდევნიან მათ? ამიტომ ისინი იქნებიან თქვენი მსაჯულნი. ხოლო თუ მე ღვთის სულით განვდევნი ეშმაკებს, მაშასადამე ღვთის სასუფეველი მოგსვლიათ თქვენ. მათე 12:25–28.</w:t>
      </w:r>
    </w:p>
    <w:p>
      <w:pPr>
        <w:pStyle w:val="ArticleBody"/>
        <w:jc w:val="left"/>
      </w:pPr>
      <w:r>
        <w:rPr>
          <w:rFonts w:ascii="Sylfaen" w:hAnsi="Sylfaen" w:eastAsia="Sylfaen" w:cs="Sylfaen"/>
        </w:rPr>
        <w:t>დრაკონის ბრძოლა იმ უმდიდრესი პრეზიდენტის წინააღმდეგ, რომელმაც აღძრა საბერძნეთის სამეფო, შეიძლება მხოლოდ დონალდ ტრამპსა და გლობალისტებს შორის იყოს, რადგან დანარჩენი ხუთივე შესაძლო ცოცხალი პრეზიდენტი ანტიამერიკელი გლობალისტია. როდესაც ლინკოლნმა მოიხმო წინა მუხლები, რათა მიემართა ერის გაყოფისთვის მონათმფლობელობის მომხრე და მონათმფლობელობის მოწინააღმდეგე ორ ბანაკად, იგი მიმართავდა მონათმფლობელობის მომხრე დემოკრატებსა და მონათმფლობელობის მოწინააღმდეგე რესპუბლიკელებს, და ამითვე მიმართავდა უკანასკნელი დღეების ომს გლობალისტ დემოკრატებსა და იმას შორის, რასაც უკანასკნელი რესპუბლიკელი პრეზიდენტი აღძრავს თავისი MAGA-იზმის მოძრაობით, რომელსაც იგი წარმოადგენს და წინამძღოლობს.</w:t>
      </w:r>
    </w:p>
    <w:p>
      <w:pPr>
        <w:pStyle w:val="ArticleBody"/>
        <w:jc w:val="left"/>
      </w:pPr>
      <w:r>
        <w:rPr>
          <w:rFonts w:ascii="Sylfaen" w:hAnsi="Sylfaen" w:eastAsia="Sylfaen" w:cs="Sylfaen"/>
        </w:rPr>
        <w:t>როგორც პირველი რესპუბლიკელი პრეზიდენტი, ლინკოლნი წინასახავს უკანასკნელ რესპუბლიკელ პრეზიდენტს. უკანასკნელი პრეზიდენტი ასევე წარმოდგენილია 1989 წელს, აღსასრულის ჟამს, არსებული რესპუბლიკელი პრეზიდენტით. ეს ორი მოწმე მიუთითებს, რომ პრეზიდენტი, რომელსაც ისინი წინასახავენ, რესპუბლიკელია. 1989 წელს, აღსასრულის ჟამს, არსებული რესპუბლიკელი პრეზიდენტი მხოლოდ რესპუბლიკელი კი არ იყო, არამედ იგი უკანასკნელი რვა პრეზიდენტიდან პირველი იყო. უკანასკნელი პრეზიდენტი ასევე წინასახული იქნება ჯორჯ ვაშინგტონით, პირველი პრეზიდენტითა და პირველი მთავარსარდლით.</w:t>
      </w:r>
    </w:p>
    <w:p>
      <w:pPr>
        <w:pStyle w:val="ArticleBody"/>
        <w:jc w:val="left"/>
      </w:pPr>
      <w:r>
        <w:rPr>
          <w:rFonts w:ascii="Sylfaen" w:hAnsi="Sylfaen" w:eastAsia="Sylfaen" w:cs="Sylfaen"/>
        </w:rPr>
        <w:t>თავის მხრივ, ვაშინგტონი წინასახედ იყო წარმოდგენილი პირველი პრეზიდენტის მიერ იმ პერიოდში, რომელსაც 1776 წელი გამოხატავდა; და ის პირველი პრეზიდენტი (პეიტონ რენდოლფი) იყო ერთ-ერთი იმ შვიდ კაცთაგანი, რომლებიც შვიდი კაცით წარმოდგენილი რვა პერიოდის განმავლობაში მსახურობდნენ. რენდოლფი იყო რვიდან პირველი და, მაშასადამე, წარმოადგენდა რეიგანს, რომელიც ასევე რვიდან პირველი იყო, და იგი იყო მერვე, რომელიც შვიდთაგან იყო. ამდენად, რენდოლფი წარმოადგენდა ვაშინგტონს (პირველ პრეზიდენტს), ლინკოლნს (პირველ რესპუბლიკელ პრეზიდენტს), რეიგანს (ბოლო რვის პირველ პრეზიდენტს) და 1989 წლის შემდეგ მერვე პრეზიდენტს, რომელიც წინასწარმეტყველური აუცილებლობით უნდა ყოფილიყო მერვე, რომელიც შვიდთაგან იყო.</w:t>
      </w:r>
    </w:p>
    <w:p>
      <w:pPr>
        <w:pStyle w:val="ArticleBody"/>
        <w:jc w:val="left"/>
      </w:pPr>
      <w:r>
        <w:rPr>
          <w:rFonts w:ascii="Sylfaen" w:hAnsi="Sylfaen" w:eastAsia="Sylfaen" w:cs="Sylfaen"/>
        </w:rPr>
        <w:t>ვაშინგტონს აგრეთვე განასახიერებდა ჯონ ჰენკოკი, რომელიც იყო პრეზიდენტი იმ ისტორიაში, რომელსაც 1789 წელი წარმოადგენს, და რომელიც, რენდოლფის მსგავსად, იყო მერვე, რომელიც შვიდთაგან იყო. რენდოლფი განასახიერებდა ვაშინგტონს; ამიტომ, როდესაც ჰენკოკი რენდოლფს ეთანასწორება, როგორც მერვე, რომელიც შვიდთაგან არის, ჰენკოკი წარმოადგენს 1989 წლის შემდეგ მერვე პრეზიდენტს, რომელიც წინასწარმეტყველური აუცილებლობით იქნებოდა მერვე, რომელიც შვიდთაგან იყო.</w:t>
      </w:r>
    </w:p>
    <w:p>
      <w:pPr>
        <w:pStyle w:val="ArticleBody"/>
        <w:jc w:val="left"/>
      </w:pPr>
      <w:r>
        <w:rPr>
          <w:rFonts w:ascii="Sylfaen" w:hAnsi="Sylfaen" w:eastAsia="Sylfaen" w:cs="Sylfaen"/>
        </w:rPr>
        <w:t>რენდოლფი, ჰენკოკი, ვაშინგტონი, ლინკოლნი და რეიგანი ყველანი ბოლო პრეზიდენტის ტიპს წარმოადგენენ. ამ მოწმეთაგან ორი ამტკიცებს, რომ ბოლო პრეზიდენტი რესპუბლიკელი იქნება. ორი ამტკიცებს, რომ ბოლო პრეზიდენტი მერვე იქნება, ანუ შვიდთაგან. 1989 წელს, აღსასრულის დროის შემდეგ არსებული რვა პრეზიდენტიდან ხუთი ცოცხალი პრეზიდენტი მიუთითებს, რომ მხოლოდ ტრამპს აქვს ის პოლიტიკური იდეოლოგია, რომელიც საჭიროა გველეშაპის ძალასთან ომში ჩასართავად.</w:t>
      </w:r>
    </w:p>
    <w:p>
      <w:pPr>
        <w:pStyle w:val="ArticleBody"/>
        <w:jc w:val="left"/>
      </w:pPr>
      <w:r>
        <w:rPr>
          <w:rFonts w:ascii="Sylfaen" w:hAnsi="Sylfaen" w:eastAsia="Sylfaen" w:cs="Sylfaen"/>
        </w:rPr>
        <w:t>ლინკოლნს წინ უძღოდა დემოკრატი ჯეიმზ ბიუქენენი, რომელსაც კეთილსინდისიერი ისტორიკოსები ამერიკის ადრეული ისტორიის ყველაზე არაეფექტურ პრეზიდენტად მიიჩნევენ და რომლის არაეფექტურმა ხელმძღვანელობამ არსებითად გამოიწვია აშშ-ის სამოქალაქო ომი. ვიდრე ლინკოლნი ფიცს დადებდა, სამხრეთის შტატებმა უკვე დაიწყეს კავშირიდან გასვლა, ხოლო ლინკოლნის ინაუგურაციიდან მხოლოდ ერთი თვის შემდეგ პირველი გასროლები გაისმა. ბიუქენენმა მოძრაობაში მოიყვანა ის პროცესები, რომლებმაც ომი წარმოშვა და რომლის გადაწყვეტაც ლინკოლნს აიძულეს.</w:t>
      </w:r>
    </w:p>
    <w:p>
      <w:pPr>
        <w:pStyle w:val="ArticleBody"/>
        <w:jc w:val="left"/>
      </w:pPr>
      <w:r>
        <w:rPr>
          <w:rFonts w:ascii="Sylfaen" w:hAnsi="Sylfaen" w:eastAsia="Sylfaen" w:cs="Sylfaen"/>
        </w:rPr>
        <w:t>რეიგანს წინ უძღოდა თანამედროვე დროის ყველაზე არაეფექტური პრეზიდენტი. კარტერმა, დემოკრატმა, შეერთებული შტატები შეარცხვინა თავისი უუნარობით, სათანადოდ გამკლავებოდა რადიკალურ ისლამს, რომელიც ირანში იყო დაფუძნებული.</w:t>
      </w:r>
    </w:p>
    <w:p>
      <w:pPr>
        <w:pStyle w:val="ArticleBody"/>
        <w:jc w:val="left"/>
      </w:pPr>
      <w:r>
        <w:rPr>
          <w:rFonts w:ascii="Sylfaen" w:hAnsi="Sylfaen" w:eastAsia="Sylfaen" w:cs="Sylfaen"/>
        </w:rPr>
        <w:t>ტრამპს წინ უძღოდა ობამა, დემოკრატი, რომელმაც განზრახ ჩაუყარა საფუძველი იმ კულტურულ, პოლიტიკურ და ეკონომიკურ დაყოფებს, რომლებიც იმ დროიდან მოყოლებული მხოლოდ გამწვავდა. მისი არაეფექტური ლიდერობა ტიპოლოგიურად გამოიხატა როგორც ბიუკენანში, ისე კარტერში, მაგრამ იმ ისტორიულ მონაკვეთში, რომელშიც იგი ხელმძღვანელობდა, მთავარი მედია უკვე იწყებდა საკუთარი თავის გამოვლენას ადოლფ ჰიტლერის რაიხის სახალხო განათლებისა და პროპაგანდის სამინისტროს პარალელურად. ობამას იერიშები ამერიკის შეერთებული შტატების სოციალურ, პოლიტიკურ, ფინანსურ და რელიგიურ ინსტიტუტებზე შენიღბული იყო მათთვის, ვინც არჩია, რომ არ დაენახა, და მისი არაეფექტურობა, როგორც კონსტიტუციის დაცვისათვის დაფიცებული პირისა, საგულდაგულოდ იყო დაფარული. ობამამ შეარცხვინა ამერიკის შეერთებული შტატები თავისი უუნარობით, სათანადოდ მიემართა რადიკალური ისლამისთვის, რომელიც ირანში იყო განლაგებული.</w:t>
      </w:r>
    </w:p>
    <w:p>
      <w:pPr>
        <w:pStyle w:val="ArticleBody"/>
        <w:jc w:val="left"/>
      </w:pPr>
      <w:r>
        <w:rPr>
          <w:rFonts w:ascii="Sylfaen" w:hAnsi="Sylfaen" w:eastAsia="Sylfaen" w:cs="Sylfaen"/>
        </w:rPr>
        <w:t>როცა ტრამპი 2024 წელს კვლავ აირჩევა, როგორც რეიგანის შემდეგ, 1989 წლიდან მოყოლებული, მერვე პრეზიდენტი, მას კიდევ ერთხელ წინ უსწრებს გლობალისტი, დრაკონის ძალით მოქმედი დემოკრატი, რომელმაც ახლა უკვე დაიდგა გვირგვინი როგორც ისტორიის ყველაზე არაეფექტიანმა პრეზიდენტმა, რომელმაც არაერთხელ შეარცხვინა შეერთებული შტატები ირანში ფესვგადგმულ რადიკალურ ისლამთან გამკლავების მცდელობისას, თუმცა კიდევ ერთხელ თანამედროვე მეინსტრიმული მედია (როგორც ამის ტიპური სახე რაიხის სახალხო განმანათლებლობისა და პროპაგანდის სამინისტროა) ცდილობს დამარხოს ეს აშკარა სინამდვილე.</w:t>
      </w:r>
    </w:p>
    <w:p>
      <w:pPr>
        <w:pStyle w:val="ArticleBody"/>
        <w:jc w:val="left"/>
      </w:pPr>
      <w:r>
        <w:rPr>
          <w:rFonts w:ascii="Sylfaen" w:hAnsi="Sylfaen" w:eastAsia="Sylfaen" w:cs="Sylfaen"/>
        </w:rPr>
        <w:t>როდესაც რეიგანი მოვიდა ხელისუფლებაში, რადიკალურ ისლამთან დაუმთავრებელი კრიზისი, რომელიც ირანში იყო თავმოყრილი, დემოკრატმა პრეზიდენტმა გადაუჭრელად დატოვა. რეიგანმა დაუყოვნებლივ გადადგა ნაბიჯები, რათა შეეცვალა დაძაბულობის მიმართულება შეერთებულ შტატებსა და რადიკალურ ისლამს შორის, როგორც ამას ირანი წარმოადგენდა. როდესაც ტრამპი მოვიდა ხელისუფლებაში, რადიკალურ ისლამთან დაუმთავრებელი კრიზისი, კვლავაც ირანში ლოკალიზებული, დემოკრატმა პრეზიდენტმა არა მხოლოდ გადაუჭრელად დატოვა, არამედ დააფინანსა კიდეც. ტრამპმა დაუყოვნებლივ გადადგა ნაბიჯები, რათა შეეცვალა დაძაბულობის მიმართულება შეერთებულ შტატებსა და რადიკალურ ისლამს შორის, როგორც ამას ირანი წარმოადგენდა. ამჟამინდელმა დემოკრატმა პრეზიდენტმა ტრამპის მიერ მიღწეული მთელი პროგრესი უკუაქცია, და ახლა მთელი მსოფლიო მესამე მსოფლიო ომში ითრევა ბაიდენის არაეფექტიანი ხელმძღვანელობის გამო.</w:t>
      </w:r>
    </w:p>
    <w:p>
      <w:pPr>
        <w:pStyle w:val="ArticleBody"/>
        <w:jc w:val="left"/>
      </w:pPr>
      <w:r>
        <w:rPr>
          <w:rFonts w:ascii="Sylfaen" w:hAnsi="Sylfaen" w:eastAsia="Sylfaen" w:cs="Sylfaen"/>
        </w:rPr>
        <w:t>ეს აღასრულებს არა მხოლოდ ისლამთან დაკავშირებულ საქმეს, რომელიც წარმოდგენილია კარტერის არაეფექტიანობით და ობამას მიერ ისლამის ხელშეწყობით, არამედ აგრეთვე ბიუკენენის მიერ ომის დაწყებით, რომლის გადაწყვეტაც რესპუბლიკელ პრეზიდენტს ესაჭიროებოდა.</w:t>
      </w:r>
    </w:p>
    <w:p>
      <w:pPr>
        <w:pStyle w:val="ArticleBody"/>
        <w:jc w:val="left"/>
      </w:pPr>
      <w:r>
        <w:rPr>
          <w:rFonts w:ascii="Sylfaen" w:hAnsi="Sylfaen" w:eastAsia="Sylfaen" w:cs="Sylfaen"/>
        </w:rPr>
        <w:t>როგორც პირველ რესპუბლიკელ პრეზიდენტთან დაკავშირებით, ტრამპიც პოლიტიკურად იქნა მოკლული გლობალისტური დრაკონის ძალების მიერ 2020 წლის არჩევნებში. მაშინ, როცა იგი ქუჩაში მკვდრად ითვლებოდა, დედამიწის მხეცის გლობალისტებმა და მთელი მსოფლიოს გლობალისტებმა იწყეს ზეიმი, როგორც ეს წინასწარ იყო ნაწინასწარმეტყველები გამოცხადების მეთერთმეტე თავში.</w:t>
      </w:r>
    </w:p>
    <w:p>
      <w:pPr>
        <w:pStyle w:val="ArticleScripture"/>
        <w:jc w:val="left"/>
      </w:pPr>
      <w:r>
        <w:rPr>
          <w:rFonts w:ascii="Sylfaen" w:hAnsi="Sylfaen" w:eastAsia="Sylfaen" w:cs="Sylfaen"/>
        </w:rPr>
        <w:t>და როდესაც დაასრულებენ თავიანთ მოწმობას, უფსკრულიდან ამომავალი მხეცი შეებრძოლება მათ, სძლევს მათ და მოკლავს მათ. და მათი გვამები დარჩება დიდი ქალაქის ქუჩაზე, რომელსაც სულიერი მნიშვნელობით ეწოდება სოდომი და ეგვიპტე, სადაც ჩვენი უფალიც ჯვარს აცვეს. და ხალხთაგან, ტომთაგან, ენათაგან და ერებათაგან იხილავენ მათ გვამებს სამ დღე-ნახევრის განმავლობაში და არ დაუშვებენ, რომ მათი გვამები სამარხებში დაიდოს. და მიწაზე მცხოვრებნი გაიხარებენ მათზე, იმხიარულებენ და ძღვენს გაუგზავნიან ერთმანეთს, რადგან ეს ორი წინასწარმეტყველი ტანჯავდა მიწაზე მცხოვრებთ. და სამ-ნახევარი დღის შემდეგ ღვთისაგან მომავალი სიცოცხლის სული შევიდა მათში, და დადგნენ თავიანთ ფეხებზე; და დიდი შიში დაეცა მათ, ვინც იხილა ისინი. გამოცხადება 11:7–11.</w:t>
      </w:r>
    </w:p>
    <w:p>
      <w:pPr>
        <w:pStyle w:val="ArticleBody"/>
        <w:jc w:val="left"/>
      </w:pPr>
      <w:r>
        <w:rPr>
          <w:rFonts w:ascii="Sylfaen" w:hAnsi="Sylfaen" w:eastAsia="Sylfaen" w:cs="Sylfaen"/>
        </w:rPr>
        <w:t>ჩვენ ახლა მივაღწიეთ 2024 წელს, როდესაც ტრამპი თავის ფეხზე დგას, ხოლო გველეშაპის სამყარო, რომელიც 2021 წლის 6 იანვრიდან მოყოლებული ხარობდა და ლხინობდა, ახლა „დიდ შიშს“ უპირისპირდება. მთავარი მედია (MSM) პანიკაშია. მათი საკუთარი სასაუბრო თეზისები უკვე იწყებს იმ შეშფოთების გამოვლენას, რომ, როგორც ძველი როკ-ენ-როლის სიმღერა ამბობს, „ის დაღლილი მოხუცი კაცი, რომელიც მათ მეფედ აირჩიეს“, არ ფლობს უნარს, ტრამპის მაჩვენებლებს იმდენად ახლოს მიჰყვეს, რომ მათმა საარჩევნო მანქანებმა ბაიდენი გამარჯვების ზღვარს გადააცილონ. მთავარი მედია ახლა ისევე პროპაგანდისტული მანქანაა, როგორიც იყო რაიხის სახალხო განათლებისა და პროპაგანდის სამინისტრო ჰიტლერის დღეებში.</w:t>
      </w:r>
    </w:p>
    <w:p>
      <w:pPr>
        <w:pStyle w:val="ArticleBody"/>
        <w:jc w:val="left"/>
      </w:pPr>
      <w:r>
        <w:rPr>
          <w:rFonts w:ascii="Sylfaen" w:hAnsi="Sylfaen" w:eastAsia="Sylfaen" w:cs="Sylfaen"/>
        </w:rPr>
        <w:t>ეს ფაქტი მრავალგზის იქნა დადასტურებული ისე, რომ რაიმე სხვაგვარობის ყოველგვარ მათემატიკურ შესაძლებლობას სცდება. ყოველ ჯერზე, როცა ახალი გლობალისტური სასაუბრო თეზისი ფართო საზოგადოებაში ინერგება, არაერთხელ ყოფილა დოკუმენტურად დაფიქსირებული, რომ კომუნიკაციის სხვადასხვა არხი, რომელთაც დრაკონის პროპაგანდის მანქანა განაგებს, ამა თუ იმ მოვლენისა თუ საკითხის აღწერისას სიტყვა-სიტყვით იდენტურ ფორმულირებას წარმოქმნის.</w:t>
      </w:r>
    </w:p>
    <w:p>
      <w:pPr>
        <w:pStyle w:val="ArticleBody"/>
        <w:jc w:val="left"/>
      </w:pPr>
      <w:r>
        <w:rPr>
          <w:rFonts w:ascii="Sylfaen" w:hAnsi="Sylfaen" w:eastAsia="Sylfaen" w:cs="Sylfaen"/>
        </w:rPr>
        <w:t xml:space="preserve">თუ რომელიმემ თქვენგან იცის ძველი საბავშვო თამაში, რომელსაც „ტელეფონი“ ეწოდება, ან ზოგჯერ „Chinese whispers“, მაშინ თქვენ იცით, რომ როდესაც ადამიანები წრედ სხდებიან და, თამაშის მსვლელობისას, პირველი ადამიანი მომდევნოს ყურში რაღაცას ჩასჩურჩულებს, ხოლო შემდეგ ეს ჩურჩული მთელი წრის გარშემო მეორდება, ის თავდაპირველი ჩურჩული, რომელიც წრეს უვლის, უცვლელად გადაიქცევა იმად, რაც განსხვავდება იმისგან, რასაც პირველი ჩურჩული ნიშნავდა. თუმცა მთავარი მედია თავისი მიმდევრებისგან მოელის, რომ ირწმუნონ, თითქოს ამ ქვეყანაში და მთელ მსოფლიოში ყოველი ჟურნალისტი როგორღაც ერთსა და იმავე სიტყვებსა და ფრაზებს ირჩევს, რათა ახსნას დრაკონის პოზიცია რომელიმე საკითხთან ან მოვლენასთან დაკავშირებით. ასობით </w:t>
      </w:r>
      <w:r>
        <w:rPr>
          <w:rFonts w:ascii="Nirmala UI" w:hAnsi="Nirmala UI" w:eastAsia="Nirmala UI" w:cs="Nirmala UI"/>
        </w:rPr>
        <w:t>তথाकथিত</w:t>
      </w:r>
      <w:r>
        <w:rPr>
          <w:rFonts w:ascii="Sylfaen" w:hAnsi="Sylfaen" w:eastAsia="Sylfaen" w:cs="Sylfaen"/>
        </w:rPr>
        <w:t>მა ჟურნალისტმა ერთსა და იმავე მოვლენას შეხედა და არა მხოლოდ ერთსა და იმავე დასკვნამდე მივიდა, არამედ მოვლენის აღსაწერად ზუსტად იდენტური სიტყვები და ფრაზებიც შეარჩია.</w:t>
      </w:r>
    </w:p>
    <w:p>
      <w:pPr>
        <w:pStyle w:val="ArticleBody"/>
        <w:jc w:val="left"/>
      </w:pPr>
      <w:r>
        <w:rPr>
          <w:rFonts w:ascii="Sylfaen" w:hAnsi="Sylfaen" w:eastAsia="Sylfaen" w:cs="Sylfaen"/>
        </w:rPr>
        <w:t>რაც ჩვენ ამჟამად განვიხილავთ, არ არის გლობალისტების პროპაგანდისტულ მანქანაზე თავდასხმა; ეს უბრალოდ იმ სულიერი ომის წინასწარმეტყველური მახასიათებლის ამოცნობაა, რომელიც ახლა მიმდინარეობს დედამიწაზე. ქრისტეს დროს იუდეველებმა საბოლოოდ საჯაროდ აირჩიეს კეისარი თავიანთ მეფედ, რადგან მათ უარყვეს თავიანთი მესია. იმ სადავო პერიოდში მღვდელმთავარმა ქრისტეს მოკვლის სასარგებლოდ ისეთი არგუმენტი წამოაყენა, რომელიც სატანური იყო და მცდარ მსჯელობაზე დაფუძნებული, თუმცა ამავე დროს ზუსტიც იყო.</w:t>
      </w:r>
    </w:p>
    <w:p>
      <w:pPr>
        <w:pStyle w:val="ArticleScripture"/>
        <w:jc w:val="left"/>
      </w:pPr>
      <w:r>
        <w:rPr>
          <w:rFonts w:ascii="Sylfaen" w:hAnsi="Sylfaen" w:eastAsia="Sylfaen" w:cs="Sylfaen"/>
        </w:rPr>
        <w:t>ხოლო ერთმა მათგანმა, სახელად კაიაფამ, რომელიც იმ წელს მღვდელმთავარი იყო, უთხრა მათ: თქვენ სრულიად არაფერი იცით, და არც იმას განიხილავთ, რომ ჩვენთვის უმჯობესია, ერთი კაცი მოკვდეს ხალხისთვის, და მთელი ერი არ დაიღუპოს. ეს კი თავისგან არ უთქვამს; არამედ, რადგან იმ წელს მღვდელმთავარი იყო, იწინასწარმეტყველა, რომ იესო იმ ერისთვის უნდა მომკვდარიყო; და არა მხოლოდ იმ ერისთვის, არამედ რათა ღვთის გაფანტული შვილებიც ერთობაში შეეკრიბა. იოანე 11:49–52.</w:t>
      </w:r>
    </w:p>
    <w:p>
      <w:pPr>
        <w:pStyle w:val="ArticleBody"/>
        <w:jc w:val="left"/>
      </w:pPr>
      <w:r>
        <w:rPr>
          <w:rFonts w:ascii="Sylfaen" w:hAnsi="Sylfaen" w:eastAsia="Sylfaen" w:cs="Sylfaen"/>
        </w:rPr>
        <w:t>კაიაფა ქრისტეს წინააღმდეგ თავდასხმისთვის ლოგიკას იგონებდა და ამით, ფაქტობრივად, მართებულ წინასწარმეტყველურ განცხადებას აკეთებდა. მას არ სწამდა, რომ ქრისტეს კაცობრიობის მსხვერპლი უნდა ყოფილიყო; მას უბრალოდ მისი მოკვლა სურდა. დრაკონის ძალის მეინსტრიმ მედია ახლა ტრამპთან დაკავშირებით მსგავს საქმეს ასრულებს. ისინი ცდილობენ მოსახლეობაში შიში დანერგონ, თითქოს, თუ ტრამპი ხელახლა აირჩევა, იგი დიქტატორი გახდება, როგორც ადოლფ ჰიტლერი იყო. დემოკრატები ის პარტია არიან, რომელიც მონობის მომხრეა და ფლობს ნაცისტური პარტიისთვის დამახასიათებელ ნიშნებს, მათ შორის მსოფლიო მასშტაბის, და არა მხოლოდ გერმანულ, პროპაგანდისტულ მანქანას; მაგრამ ისინი ამტკიცებენ, რომ თუ ტრამპი აირჩევა, დემოკრატია დამხობილი იქნება და ტრამპი ადოლფ ჰიტლერის მსგავსი დიქტატორი გახდება.</w:t>
      </w:r>
    </w:p>
    <w:p>
      <w:pPr>
        <w:pStyle w:val="ArticleBody"/>
        <w:jc w:val="left"/>
      </w:pPr>
      <w:r>
        <w:rPr>
          <w:rFonts w:ascii="Sylfaen" w:hAnsi="Sylfaen" w:eastAsia="Sylfaen" w:cs="Sylfaen"/>
        </w:rPr>
        <w:t>სწორედ ამას მიუთითებს ღმერთის სიტყვა შეერთებული შტატების უკანასკნელი პრეზიდენტის შესახებ, თუმცა მეინსტრიმ მედია, ისევე როგორც გველეშაპით შთაგონებული კაიაფა, ვერ აცნობიერებს, რომ მათი სასაუბრო თეზისები წინასწარმეტყველურია და სინამდვილეში აღსრულდება.</w:t>
      </w:r>
    </w:p>
    <w:p>
      <w:pPr>
        <w:pStyle w:val="ArticleScripture"/>
        <w:jc w:val="left"/>
      </w:pPr>
      <w:r>
        <w:rPr>
          <w:rFonts w:ascii="Sylfaen" w:hAnsi="Sylfaen" w:eastAsia="Sylfaen" w:cs="Sylfaen"/>
        </w:rPr>
        <w:t>„ჩვენი ქვეყანა საფრთხეშია. ახლოვდება დრო, როდესაც მისი კანონმდებლები ისე უარყოფენ პროტესტანტიზმის პრინციპებს, რომ მხარდაჭერას აღმოუჩენენ რომაულ განდგომილებას. ხალხი, რომლისთვისაც ღმერთმა ასე საოცრად იმოქმედა და განამტკიცა ისინი, რათა მოეშორებინათ პაპიზმის დამთრგუნველი უღელი, ეროვნული აქტით ძალას შესძენს რომის გახრწნილ სარწმუნოებას და ამით აღვიძებს იმ ტირანიას, რომელიც მხოლოდ შეხებას ელის, რათა კვლავ ამოქმედდეს სისასტიკესა და დესპოტიზმში. სწრაფი ნაბიჯებით უკვე ვუახლოვდებით ამ პერიოდს.“ The Spirit of Prophecy, volume 4, 410.</w:t>
      </w:r>
    </w:p>
    <w:p>
      <w:pPr>
        <w:pStyle w:val="ArticleBody"/>
        <w:jc w:val="left"/>
      </w:pPr>
      <w:r>
        <w:rPr>
          <w:rFonts w:ascii="Sylfaen" w:hAnsi="Sylfaen" w:eastAsia="Sylfaen" w:cs="Sylfaen"/>
        </w:rPr>
        <w:t>მე ვაცნობიერებ, რომ როდესაც ვასახელებ შეერთებულ შტატებში დემოკრატების გახრწნილ ელემენტებს, იმ მოჩვენებით რესპუბლიკელებს, რომლებიც სინამდვილეში გლობალისტები არიან, და მსოფლიოს პროგრესულ გლობალისტებს, მკითხველი შეიძლება მიიყვანოს იმ აზრამდე, რომ მე რაიმე სახის პოლიტიკური სიმპათია მაქვს რესპუბლიკური პარტიის, ან დონალდ ტრამპის მიმართ. ეს ფაქტობრივი მდგომარეობისგან ძალზე შორს დგას: საბოლოო პრეზიდენტი უნდა იქცეს დიქტატორად, სწორედ ისე, როგორც ამას მთავარი მედია წინასწარმეტყველებს, თუმცა მათ იმაზე მეტი არ იციან, თუ რას წინასწარმეტყველებენ სინამდვილეში, ვიდრე იცოდა კაიაფამ. ჩვენ უბრალოდ ვადგენთ იმ წინასწარმეტყველურ დინამიკებს, რომლებიც დაკავშირებულია „ადამიანურ მოვლენათა რთულ ურთიერთქმედებასთან“ და რომლებიც წარმოდგენილია ეზეკიელის ბორბლებით ბორბლებში.</w:t>
      </w:r>
    </w:p>
    <w:p>
      <w:pPr>
        <w:pStyle w:val="ArticleBody"/>
        <w:jc w:val="left"/>
      </w:pPr>
      <w:r>
        <w:rPr>
          <w:rFonts w:ascii="Sylfaen" w:hAnsi="Sylfaen" w:eastAsia="Sylfaen" w:cs="Sylfaen"/>
        </w:rPr>
        <w:t>ჩვენ ამ შესწავლას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ოცდაცხრამეტი</dc:title>
  <dc:subject>დანიელის 11:40-ის წინასწარმეტყველური თანხვედრა თანამედროვე პოლიტიკურ რეალობებთან: უკანასკნელი პრეზიდენტის საიდუმლოს გახსნა</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