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რიცხვი ცამეტი</w:t>
      </w:r>
    </w:p>
    <w:p>
      <w:pPr>
        <w:pStyle w:val="ArticleSubtitle"/>
        <w:jc w:val="left"/>
      </w:pPr>
      <w:r>
        <w:rPr>
          <w:rFonts w:ascii="Sylfaen" w:hAnsi="Sylfaen" w:eastAsia="Sylfaen" w:cs="Sylfaen"/>
        </w:rPr>
        <w:t>უკანასკნელი დღეების საიდუმლოება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2023-12-08</w:t>
      </w:r>
    </w:p>
    <w:p>
      <w:pPr>
        <w:pStyle w:val="ArticleBody"/>
        <w:jc w:val="left"/>
      </w:pPr>
      <w:r>
        <w:rPr>
          <w:rFonts w:ascii="Sylfaen" w:hAnsi="Sylfaen" w:eastAsia="Sylfaen" w:cs="Sylfaen"/>
        </w:rPr>
        <w:t>დანიელის მეორე თავი წარმოადგენს გამოცხადების მეთოთხმეტე თავის მეორე ანგელოზს. როგორც ასეთი, იგი წარმოადგენს სამი გამოცდისაგან მეორეს, რომლებიც წარმოდგენილია როგორც საკვებისმიერი გამოცდა, შემდეგ ხილვითი გამოცდა, და სრულდება ლაკმუსის გამოცდით. ყველა ეს სამი გამოცდა, რომლებიც აგრეთვე წინასწარმეტყველური ნიშნულებია, არსებობს გამოცხადების მეთოთხმეტე თავის პირველი ანგელოზის უწყებაში. ისევე როგორც გამოცხადების მეთოთხმეტე თავის პირველ ანგელოზში, დანიელის პირველი თავიც ამ სამი გამოცდიდან თითოეულს შეიცავს.</w:t>
      </w:r>
    </w:p>
    <w:p>
      <w:pPr>
        <w:pStyle w:val="ArticleBody"/>
        <w:jc w:val="left"/>
      </w:pPr>
      <w:r>
        <w:rPr>
          <w:rFonts w:ascii="Sylfaen" w:hAnsi="Sylfaen" w:eastAsia="Sylfaen" w:cs="Sylfaen"/>
        </w:rPr>
        <w:t>მეორე გამოცდა, ანუ მეორე ანგელოზის უწყება, იწყება პირველი გამოცდის დასასრულს. მეორე თავი მოსდევს პირველ თავს. მეორე გამოცდის დასკვნა უშუალოდ იწყებს მესამე გამოცდას. დროის პერიოდი, რომელსაც მეორე გამოცდა წარმოადგენს, სიმბოლურად გამოხატული იყო დანიელის ტყვეობის სამოცდაათი წლით, რომელიც დაიწყო იეჰოიაკიმის დაპყრობით და დასრულდა კიროსის ბრძანებულებით. როცა ამ სამოცდაათი წლის დასასრული მოახლოებულიყო, დანიელმა ღვთის წინასწარმეტყველური სიტყვის მეშვეობით შეიცნო, რომ აღსასრული უკვე ახლოს იყო.</w:t>
      </w:r>
    </w:p>
    <w:p>
      <w:pPr>
        <w:pStyle w:val="ArticleScripture"/>
        <w:jc w:val="left"/>
      </w:pPr>
      <w:r>
        <w:rPr>
          <w:rFonts w:ascii="Sylfaen" w:hAnsi="Sylfaen" w:eastAsia="Sylfaen" w:cs="Sylfaen"/>
        </w:rPr>
        <w:t>აჰასვერუსის ძის, მიდიელთა თესლისაგან, დარიოსის მეფობის პირველ წელს, რომელიც ქალდეველთა სამეფოზე იქნა გამეფებული, მისი მეფობის პირველ წელს მე, დანიელმა, წიგნებით შევიცანი წელთა რიცხვი, რომელზედაც უფლის სიტყვა მიეცა იერემია წინასწარმეტყველს, რომ იერუსალიმის გაპარტახებათა გამო აღსრულდებოდა სამოცდაათი წელი. დანიელი 9:1, 2.</w:t>
      </w:r>
    </w:p>
    <w:p>
      <w:pPr>
        <w:pStyle w:val="ArticleBody"/>
        <w:jc w:val="left"/>
      </w:pPr>
      <w:r>
        <w:rPr>
          <w:rFonts w:ascii="Sylfaen" w:hAnsi="Sylfaen" w:eastAsia="Sylfaen" w:cs="Sylfaen"/>
        </w:rPr>
        <w:t>დანიელი წარმოადგენს ღვთის ხალხს უკანასკნელ დღეებში, რომლებიც ცნობენ ტყვეობის სამოცდაათი წლის სიმბოლურ მნიშვნელობას, და ეს გაცნობიერება ხდება სამოცდაათი სიმბოლური წლის დასრულებამდე მცირედით ადრე. ღვთის ხალხმა სწორად გაიგო სამოცდაათი წლის ტყვეობა, მაგრამ ის, რასაც დანიელი წარმოადგენს, არის გაგება იმისა, რომ ეს სამოცდაათი წელი აღნიშნავს წინასწარმეტყველურ პერიოდს 2001 წლის 11 სექტემბრიდან კვირის კანონის დამყარებამდე. დანიელისთვის ეს წლები დასრულდა კიროსის ბრძანებულებით, რაც უკანასკნელ დღეებში წარმოადგენს კვირის კანონს შეერთებულ შტატებში.</w:t>
      </w:r>
    </w:p>
    <w:p>
      <w:pPr>
        <w:pStyle w:val="ArticleBody"/>
        <w:jc w:val="left"/>
      </w:pPr>
      <w:r>
        <w:rPr>
          <w:rFonts w:ascii="Sylfaen" w:hAnsi="Sylfaen" w:eastAsia="Sylfaen" w:cs="Sylfaen"/>
        </w:rPr>
        <w:t>კვირის კანონის შემოღებამდე ცოტაოდენი ხნით ადრე, ღვთის ხალხი იღვიძებს იმ წინასწარმეტყველურ გაგებამდე, რომელიც სიმბოლური სამოცდაათი წლით არის წარმოდგენილი. ეს სიმბოლური წლები დაიწყო იეჰოიაკიმით, რომელიც წარმოადგენს 2001 წლის 11 სექტემბერს, როდესაც, მესამე ვაის ისლამის მოსვლასთან ერთად, გამოცხადების მეთვრამეტის ძლიერი ანგელოზი ჩამოვიდა და ბაბილონის დაცემა გამოაცხადა. ბაბილონის დაცემა წარმოადგენს მეორე ანგელოზის უწყებას, და 2001 წლის 11 სექტემბერს დაიწყო გამოცდის მეორე პერიოდი მათთვის, ვინც შეჭამა დაფარული წიგნი, რომელიც ანგელოზის ხელში იყო. ეს პერიოდი, რომელიც სიმბოლური სამოცდაათი წლით არის წარმოდგენილი, გრძელდება კვირის კანონამდე.</w:t>
      </w:r>
    </w:p>
    <w:p>
      <w:pPr>
        <w:pStyle w:val="ArticleBody"/>
        <w:jc w:val="left"/>
      </w:pPr>
      <w:r>
        <w:rPr>
          <w:rFonts w:ascii="Sylfaen" w:hAnsi="Sylfaen" w:eastAsia="Sylfaen" w:cs="Sylfaen"/>
        </w:rPr>
        <w:t>როგორც დასასრული მოახლოვდება, როგორც ეს წარმოდგენილია დანიელით დარიოსის პირველ წელს, ღვთის ხალხი გამოიღვიძებს მხეცის ხატის გამოცდისათვის. მათ მანამდე უკვე ესმოდათ ზოგიერთი ჭეშმარიტება, რომლებიც მხეცის ხატის გამოცდას უკავშირდება, მაგრამ ის ნაწილი, რომლის გაგებამდეც ისინი მივლენ მეორე ანგელოზის წინასწარმეტყველური პერიოდის დასასრულის წინ, სიბნელეში იყო დაფარული. როგორც დანიელი იკვლევდა ღვთის წინასწარმეტყველურ სიტყვას და შემდეგ შეიცნო სამოცდაათი წლის მნიშვნელობა, იგი ლოცვისაკენ იქნა მიყვანილი, ისევე როგორც ლოცვისაკენ იქნა მიყვანილი მაშინ, როცა შეიცნო ნაბუქოდონოსორის სიცოცხლე-სიკვდილის მუქარის მნიშვნელობა მისი ხატ-სიზმრის გამო. დანიელის მეცხრე თავში, ისევე როგორც დანიელის მეორე თავში, როდესაც დანიელი ლოცულობდა, მან წინასწარმეტყველური ნათელი მიიღო.</w:t>
      </w:r>
    </w:p>
    <w:p>
      <w:pPr>
        <w:pStyle w:val="ArticleScripture"/>
        <w:jc w:val="left"/>
      </w:pPr>
      <w:r>
        <w:rPr>
          <w:rFonts w:ascii="Sylfaen" w:hAnsi="Sylfaen" w:eastAsia="Sylfaen" w:cs="Sylfaen"/>
        </w:rPr>
        <w:t>ჰო, სანამ ჯერ კიდევ ლოცვაში ვლაპარაკობდი, აი, ის კაცი გაბრიელი, რომელიც დასაწყისში ხილვაში მყავდა ნანახი, სწრაფი ფრენით მოვლენილი, შემეხო საღამოს შესაწირავის ჟამს. და მან გამაგებინა, მელაპარაკა და მითხრა: ო, დანიელ, ახლა გამოვედი, რათა მოგცე სიბრძნე და გაგება. დანიელი 9:21, 22.</w:t>
      </w:r>
    </w:p>
    <w:p>
      <w:pPr>
        <w:pStyle w:val="ArticleBody"/>
        <w:jc w:val="left"/>
      </w:pPr>
      <w:r>
        <w:rPr>
          <w:rFonts w:ascii="Sylfaen" w:hAnsi="Sylfaen" w:eastAsia="Sylfaen" w:cs="Sylfaen"/>
        </w:rPr>
        <w:t>ლოცვისას დანიელისთვის მიცემული „უნარი და გონიერება“ შეესაბამება მის ლოცვას მეორე თავში.</w:t>
      </w:r>
    </w:p>
    <w:p>
      <w:pPr>
        <w:pStyle w:val="ArticleScripture"/>
        <w:jc w:val="left"/>
      </w:pPr>
      <w:r>
        <w:rPr>
          <w:rFonts w:ascii="Sylfaen" w:hAnsi="Sylfaen" w:eastAsia="Sylfaen" w:cs="Sylfaen"/>
        </w:rPr>
        <w:t>მაშინ დანიელი წავიდა თავის სახლში და ეს საქმე გააგებინა ხანანიას, მიშაელს და აზარიას, თავის თანაზიარებს, რათა ზეცის ღმერთისაგან ეთხოვათ წყალობა ამ საიდუმლოს შესახებ, რათა დანიელი და მისი ამხანაგები არ დაღუპულიყვნენ ბაბილონის დანარჩენ ბრძენებთან ერთად. მაშინ ეს საიდუმლო ღამის ხილვაში გამოეცხადა დანიელს. მაშინ დანიელმა აკურთხა ზეცის ღმერთი. დანიელი 2:17–19.</w:t>
      </w:r>
    </w:p>
    <w:p>
      <w:pPr>
        <w:pStyle w:val="ArticleBody"/>
        <w:jc w:val="left"/>
      </w:pPr>
      <w:r>
        <w:rPr>
          <w:rFonts w:ascii="Sylfaen" w:hAnsi="Sylfaen" w:eastAsia="Sylfaen" w:cs="Sylfaen"/>
        </w:rPr>
        <w:t>ხაზი ხაზზე, დანიელის ორი ლოცვა ერთი და იგივე ლოცვაა. ორივე წარმოთქმულია იმ ისტორიის პერიოდში, რომელიც სიმბოლურად წარმოადგენს მეორე ანგელოზის ხილულ გამოცდას, რომელიც ვითარდება 2001 წლის 11 სექტემბერსა და მალე მოსასვლელ საკვირაო კანონს შორის. ნაბუქოდონოსორის მოახლოებული სასიკვდილო მუქარის ფონზე და როგორც იერემიას სამოცდაათი წლისა და მოსეს შვიდგზის ფიცის წინასწარმეტყველური ცოდნის მქონე, დანიელი ლოცულობს ლევიანთა წიგნის ოცდამეექვსე თავის ლოცვას, თანაც სთხოვს ღმერთს, რომ გაუმჟღავნოს მას ბიბლიური წინასწარმეტყველების საბოლოო წინასწარმეტყველური საიდუმლო. ის საიდუმლო, რომელსაც იოანე განსაზღვრავს როგორც იესო ქრისტეს გამოცხადებას.</w:t>
      </w:r>
    </w:p>
    <w:p>
      <w:pPr>
        <w:pStyle w:val="ArticleBody"/>
        <w:jc w:val="left"/>
      </w:pPr>
      <w:r>
        <w:rPr>
          <w:rFonts w:ascii="Sylfaen" w:hAnsi="Sylfaen" w:eastAsia="Sylfaen" w:cs="Sylfaen"/>
        </w:rPr>
        <w:t>მეცხრე თავში დანიელი ორ სამეფოს შორის გარდამავალ მონაკვეთშია წარმოდგენილი. ბაბილონი ახლახან დაეცა მიდიელებისა და სპარსელების ხელში, ვინაიდან ეს არის დარიოსის პირველი წელი; ამგვარად, ღვთის ერი უკანასკნელ დღეებში დგას იმ გარდატეხის წერტილში, რომელიც აღინიშნა პირველი ანგელოზის მოძრაობაში და ასევე მესამე ანგელოზის მოძრაობაში.</w:t>
      </w:r>
    </w:p>
    <w:p>
      <w:pPr>
        <w:pStyle w:val="ArticleBody"/>
        <w:jc w:val="left"/>
      </w:pPr>
      <w:r>
        <w:rPr>
          <w:rFonts w:ascii="Sylfaen" w:hAnsi="Sylfaen" w:eastAsia="Sylfaen" w:cs="Sylfaen"/>
        </w:rPr>
        <w:t>ფილადელფიური მილერიტული მოძრაობა 1856 წელს ლაოდიკეაში გადავიდა, ხოლო „Future for America“-ს ლაოდიკეური მოძრაობა ფილადელფიურ მოძრაობად გარდაიქმნება გამოცხადების მეთერთმეტე თავში აღწერილ ქუჩაში მკვდრად ყოფნის სამნახევარი დღის დასასრულს. გამოცდა, რომელშიც მილერიტთა ფილადელფიურმა მოძრაობამ 1856 წლიდან 1863 წლამდე ვერ გაამართლა, დაკავშირებული იყო „შვიდი ჟამის“ მოძღვრებასთან.</w:t>
      </w:r>
    </w:p>
    <w:p>
      <w:pPr>
        <w:pStyle w:val="ArticleBody"/>
        <w:jc w:val="left"/>
      </w:pPr>
      <w:r>
        <w:rPr>
          <w:rFonts w:ascii="Sylfaen" w:hAnsi="Sylfaen" w:eastAsia="Sylfaen" w:cs="Sylfaen"/>
        </w:rPr>
        <w:t>Future for America-ის ლაოდიკიური მოძრაობის გამოცდა დაკავშირებულია მათი გაფანტული მდგომარეობის აღიარების აუცილებლობასთან, და შემდეგ ლევიანთა ოცდამეექვსე თავის ლოცვასა და გამოცდილებაში შესვლასთან. დანიელი იმყოფებოდა გარდამავალ ჟამს ბაბილონსა და მიდია-სპარსეთის იმპერიებს შორის, და სწორედ იმ სამოცდაათი წლის პერიოდის დასასრულის წინ, რომელიც კიროსის ბრძანებით არის აღნიშნული. სამოცდაათი წელი არის დანიელის ლოცვის კონტექსტი, ხოლო სამოცდაათი წელი წარმოადგენს მოსეს „შვიდ ჟამს“. დანიელის ორივე ლოცვა თანხვდება იმ გარდამავალ დროს, რომელიც „შვიდი ჟამით“ არის აღნიშნული როგორც პირველი ანგელოზის მოძრაობაში, ასევე მესამე ანგელოზის მოძრაობაშიც.</w:t>
      </w:r>
    </w:p>
    <w:p>
      <w:pPr>
        <w:pStyle w:val="ArticleBody"/>
        <w:jc w:val="left"/>
      </w:pPr>
      <w:r>
        <w:rPr>
          <w:rFonts w:ascii="Sylfaen" w:hAnsi="Sylfaen" w:eastAsia="Sylfaen" w:cs="Sylfaen"/>
        </w:rPr>
        <w:t>„საიდუმლო“, რომელიც დანიელს ეუწყება, არის ნაბუქოდონოსორის ქანდაკების გამოცხადება. ნაბუქოდონოსორის ქანდაკების „საიდუმლო“ უკანასკნელ დღეებში ის არის, რომ იგი წარმოადგენს არა ოთხ, არამედ რვა სამეფოს. წინა სტატიებში, რომლებიც მოთავსებულია კატეგორიაში „მერვე შვიდთაგანია“, ეს ჭეშმარიტება უკვე იყო წარმოდგენილი. ამ საიდუმლოში შედის იმ გარდამავალი მომენტის გამოცხადებაც, როდესაც მოდის მერვე, რომელიც შვიდთაგანია. ნაბუქოდონოსორის ქანდაკების „საიდუმლო“ არის ჭეშმარიტი პროტესტანტიზმის რქის და რესპუბლიკანიზმის რქის აღდგომის დადასტურება. ორივე ეს აღდგომა აჩვენებს, რომ თითოეული რქა არის მერვე, მაგრამ შვიდთაგანია; და ორივე რქისათვის მეექვსედან მერვემდე გადასვლა ხდება მოსეს „შვიდგზისთან“ დაკავშირებული გამოცდის წინასწარმეტყველურ კონტექსტში. ეს გადასვლა ხდება ისე, როგორც დანიელით არის წარმოდგენილი, ზუსტად კიროსის ბრძანებულებამდე, რომელიც წარმოადგენს შეერთებულ შტატებში კვირა დღის კანონის ბრძანებულებას. შემდეგ კი, კვირა დღის კანონთან ერთად, სწრაფი მოძრაობებით, პაპობის სასიკვდილო ჭრილობა განიკურნება, როდესაც პაპობა ხდება მერვე თავი, რომელიც შვიდთაგანია, რადგან ისიც გადის წინასწარმეტყველურ გარდამავალ ეტაპს, როგორც ეს წარმოდგენილია ნაბუქოდონოსორის ქანდაკებით დანიელის წიგნის მეორე თავში.</w:t>
      </w:r>
    </w:p>
    <w:p>
      <w:pPr>
        <w:pStyle w:val="ArticleScripture"/>
        <w:jc w:val="left"/>
      </w:pPr>
      <w:r>
        <w:rPr>
          <w:rFonts w:ascii="Sylfaen" w:hAnsi="Sylfaen" w:eastAsia="Sylfaen" w:cs="Sylfaen"/>
        </w:rPr>
        <w:t>ამიტომ დანიელი შევიდა არიოქთან, რომელიც მეფეს დაედგინა ბაბილონის ბრძენთა დასაღუპავად; მივიდა და ასე უთხრა მას: ნუ დაღუპავ ბაბილონის ბრძენებს; შემიყვანე მეფის წინაშე და მე ვუჩვენებ მეფეს განმარტებას. მაშინ არიოქმ აჩქარებით შეიყვანა დანიელი მეფის წინაშე და ასე უთხრა მას: ვიპოვე ერთი კაცი იუდას ტყვეთაგან, რომელიც აუწყებს მეფეს განმარტებას. მიუგო მეფემ და უთხრა დანიელს, რომლის სახელი იყო ბელტეშაცარი: შეგიძლია კი მაცნობო სიზმარი, რომელიც მე ვიხილე, და მისი განმარტება? დანიელი 2:24–26.</w:t>
      </w:r>
    </w:p>
    <w:p>
      <w:pPr>
        <w:pStyle w:val="ArticleBody"/>
        <w:jc w:val="left"/>
      </w:pPr>
      <w:r>
        <w:rPr>
          <w:rFonts w:ascii="Sylfaen" w:hAnsi="Sylfaen" w:eastAsia="Sylfaen" w:cs="Sylfaen"/>
        </w:rPr>
        <w:t>როცა დანიელს საიდუმლო მიეცა, მოხსენიებულია მისი ორივე სახელი, რითაც ცხადდება, რომ იგი წარმოადგენს აღთქმის ხალხს, რომელიც უკანასკნელ დღეებში ახლახან გადავიდა ფილადელფიურ მოძრაობაში — ას ორმოცდაოთხი ათასის მოძრაობაში. იგი ავლენს ღვთის მსახურის ხასიათს იმით, რომ ითხოვს, არავინ მოიკლას „საიდუმლოს“ გაუგებლობის გამო. მისი ხასიათი დაპირისპირებულია არიოქის ხასიათს, რომელიც ნაბუქოდონოსორის მსახურია და ცდილობს, დანიელის პოვნაში მეფის წინაშე თავად დაიმსახუროს ქება. შემდეგ დანიელი გამოკვეთს განსხვავებას ჭეშმარიტ წინასწარმეტყველურ გამოვლინებასა და ბაბილონელ ბრძენკაცთა გამოვლინებას შორის, როდესაც ნაბუქოდონოსორის კითხვას კითხვითვე პასუხობს, და შემდეგ, არიოქისგან განსხვავებით, თავისი „საიდუმლოს“ ცოდნას საკუთარი თავის აღსაზევებლად კი არ იყენებს, არამედ ადიდებს ზეცის ღმერთს.</w:t>
      </w:r>
    </w:p>
    <w:p>
      <w:pPr>
        <w:pStyle w:val="ArticleScripture"/>
        <w:jc w:val="left"/>
      </w:pPr>
      <w:r>
        <w:rPr>
          <w:rFonts w:ascii="Sylfaen" w:hAnsi="Sylfaen" w:eastAsia="Sylfaen" w:cs="Sylfaen"/>
        </w:rPr>
        <w:t>დანიელმა მიუგო მეფის წინაშე და თქვა: საიდუმლო, რომელიც მეფემ მოითხოვა, ვერ აუწყებენ მეფეს ვერც ბრძენნი, ვერც ასტროლოგნი, ვერც მოგვები, ვერც მისნები; მაგრამ არის ღმერთი ცაში, რომელიც ამხელს საიდუმლოებებს და აუწყა მეფე ნაბუქოდონოსორს, რა მოხდება უკანასკნელ დღეებში. შენი სიზმარი და შენს თავში წარმოსახული ხილვები, როცა საწოლზე იწექი, ეს არის. დანიელი 2:27, 28.</w:t>
      </w:r>
    </w:p>
    <w:p>
      <w:pPr>
        <w:pStyle w:val="ArticleBody"/>
        <w:jc w:val="left"/>
      </w:pPr>
      <w:r>
        <w:rPr>
          <w:rFonts w:ascii="Sylfaen" w:hAnsi="Sylfaen" w:eastAsia="Sylfaen" w:cs="Sylfaen"/>
        </w:rPr>
        <w:t>დანიელი თავის „საიდუმლოს“ წარდგენას იმით იწყებს, რომ მას „საიდუმლოდ“ განსაზღვრავს, რომელიც განმარტავს, რა იქნება უკანასკნელ დღეებში. შვიდი ქუხილის დაფარული ისტორიის საიდუმლო წარმოაჩენს, რა იქნება უკანასკნელ დღეებში. ნაბუქოდონოსორის ქანდაკება უკანასკნელი დღეების საიდუმლოს ერთ-ერთი ელემენტია, რომელიც იხსნება უშუალოდ მადლის ვადის დახურვამდე. იგი ცხადდება უშუალოდ მადლის ვადის დახურვამდე, გარდამავალ პერიოდში, როდესაც მიწის მხეცის ორივე რქა იქცევა იმ მერვედ, რომელიც შვიდთაგანია, როგორც ეს დანიელმა წარმოადგინა დარიოსის პირველ წელს.</w:t>
      </w:r>
    </w:p>
    <w:p>
      <w:pPr>
        <w:pStyle w:val="ArticleScripture"/>
        <w:jc w:val="left"/>
      </w:pPr>
      <w:r>
        <w:rPr>
          <w:rFonts w:ascii="Sylfaen" w:hAnsi="Sylfaen" w:eastAsia="Sylfaen" w:cs="Sylfaen"/>
        </w:rPr>
        <w:t>ხოლო შენ, მეფეო, შენს საწოლზე მწოლარეს აზრები მოგივიდა იმის შესახებ, თუ რა მოხდებოდა მომავალში; და საიდუმლოთა გამომცხადებელმა გაუწყა, რა მოხდება. ხოლო მე ეს საიდუმლო არ გამომეცხადა რაიმე იმ სიბრძნის გამო, რომელიც ჩემშია ყოველ ცოცხალზე მეტად, არამედ იმისათვის, რომ მეფეს განემარტოს ეს ახსნა და შენ შეიცნო შენი გულის ზრახვები. დანიელი 2:29, 30.</w:t>
      </w:r>
    </w:p>
    <w:p>
      <w:pPr>
        <w:pStyle w:val="ArticleBody"/>
        <w:jc w:val="left"/>
      </w:pPr>
      <w:r>
        <w:rPr>
          <w:rFonts w:ascii="Sylfaen" w:hAnsi="Sylfaen" w:eastAsia="Sylfaen" w:cs="Sylfaen"/>
        </w:rPr>
        <w:t>დანიელი მეორე მოწმით ამყარებს ჭეშმარიტებას იმის შესახებ, რომ ნაბუქოდონოსორის სიზმარი უკანასკნელ დღეებს ეხება, როდესაც ამბობს: „საიდუმლოთა გამცხადებელი გაუწყებს, რაც შემდგომში უნდა მოხდეს“, „ამის შემდეგ“. შემდეგ დანიელი აღნიშნავს, რომ საიდუმლო მას არ მიეცა არც მისთვისვე და არც იმიტომ, რომ მას სხვა ადამიანზე აღმატებული სიბრძნე ჰქონდა, არამედ „საიდუმლო“ ნაბუქოდონოსორს მიეცა „მათ გულისთვის, ვინც განმარტებას აუწყებს“. „საიდუმლო“ მიეცა მათთვის, ვინც უკანასკნელ დღეებში ბაბილონის სულიერ მეფეს სიზმრის „განმარტებას“ წარუდგენს. საიდუმლო განსაკუთრებულად მიეცა ას ორმოცდაოთხი ათასს, რადგან „საიდუმლო“ ეკუთვნით მათ, ვინც უკანასკნელ დღეებში ბაბილონის საბოლოო დაცემას აუწყებს. შემდეგ დანიელი ამხელს ქანდაკების სიზმარს, რომელიც ბნელში იყო დაფარული და რომელმაც სიცოცხლისა და სიკვდილის გამოცდა წარმოშვა.</w:t>
      </w:r>
    </w:p>
    <w:p>
      <w:pPr>
        <w:pStyle w:val="ArticleScripture"/>
        <w:jc w:val="left"/>
      </w:pPr>
      <w:r>
        <w:rPr>
          <w:rFonts w:ascii="Sylfaen" w:hAnsi="Sylfaen" w:eastAsia="Sylfaen" w:cs="Sylfaen"/>
        </w:rPr>
        <w:t>შენ, ჰე მეფეო, იხილე, და აჰა, დიდი ქანდაკება. ეს დიდი ქანდაკება, რომლის ბრწყინვალებაც აღმატებული იყო, იდგა შენს წინაშე, და მისი სახე საშინელი იყო. ამ ქანდაკების თავი იყო წმინდა ოქროსი, მისი მკერდი და მისი მკლავები — ვერცხლისა, მისი მუცელი და მისი თეძოები — სპილენძისა, მისი წვივები — რკინისა, მისი ტერფები ნაწილად რკინისა და ნაწილად თიხისა. შენ უყურებდი, ვიდრე ხელი შეუხებლად გამოიკვეთა ქვა, რომელმაც შემუსრა ქანდაკება მის ტერფებზე, რომლებიც რკინისა და თიხისა იყო, და დაამსხვრია ისინი. მაშინ ერთად დაიმსხვრა რკინა, თიხა, სპილენძი, ვერცხლი და ოქრო, და ზაფხულის კალოებზე ბზეს დაემსგავსა; და ქარმა წაიღო ისინი, ისე რომ მათთვის ადგილი აღარ მოიძებნა; ხოლო ქვა, რომელმაც ქანდაკება შემუსრა, დიდ მთად იქცა და მთელი დედამიწა აავსო. ეს არის სიზმარი; და მის განმარტებასაც ვაუწყებთ მეფეს წინაშე. დანიელი 2:31–36.</w:t>
      </w:r>
    </w:p>
    <w:p>
      <w:pPr>
        <w:pStyle w:val="ArticleBody"/>
        <w:jc w:val="left"/>
      </w:pPr>
      <w:r>
        <w:rPr>
          <w:rFonts w:ascii="Sylfaen" w:hAnsi="Sylfaen" w:eastAsia="Sylfaen" w:cs="Sylfaen"/>
        </w:rPr>
        <w:t>ნაბუქოდონოსორის სიზმარმა გამოავლინა ბიბლიური წინასწარმეტყველების სამეფოები მისი დროიდან უკანასკნელ დღეებამდე, როდესაც ას ორმოცდაოთხი ათასი, რომლებიც წარმოდგენილნი არიან დანიელით ნაბუქოდონოსორის წინაშე მისი წარდგომისას, და იმ ქვით, რომელიც ხელთუქმნელად გამოიკვეთა, ანადგურებენ ქანდაკებაში წარმოდგენილ მიწიერ სამეფოებს; შემდეგ კი იგი იქცევა მთად, რომელიც ავსებს მთელ დედამიწას. სიზმარი იყო უკანასკნელ დღეებზე, წინასწარმეტყველური გარდატეხის იმ წერტილზე, როდესაც ას ორმოცდაოთხ ათასს უკანასკნელი წინასწარმეტყველური საიდუმლო ეუწყება.</w:t>
      </w:r>
    </w:p>
    <w:p>
      <w:pPr>
        <w:pStyle w:val="ArticleBody"/>
        <w:jc w:val="left"/>
      </w:pPr>
      <w:r>
        <w:rPr>
          <w:rFonts w:ascii="Sylfaen" w:hAnsi="Sylfaen" w:eastAsia="Sylfaen" w:cs="Sylfaen"/>
        </w:rPr>
        <w:t>როგორც ჭეშმარიტი პროტესტანტული რქის დროშა-სიმბოლო, ისინი შემდეგ მომაკვდავ სამყაროს მესამე ანგელოზის უწყებას მიაწვდიან. ეს უწყება შეერთებულ შტატებში კვირადღის კანონის დროს ძლიერ ღაღადად იმატებს, როდესაც მხეცის ნიშანი იძულებით თავსდება. ამ დადგენილებამდე, უკანასკნელ დღეებში დანიელით წარმოდგენილნი უნდა დაუპირისპირდნენ მხეცის ხატის გამოცდას. ეს გამოცდა ხილული გამოცდაა და მოითხოვს, რომ მოძრაობები, რომლებიც კვირადღის კანონის დადგენილებას წარმოშობს, დანიელით წარმოდგენილთა მიერ დანახული იყოს. ისინი გამოიცდებიან იმის გამოსავლენად, აირჩიეს თუ არა მათ საღვთო მეთოდოლოგია, რომელიც საშუალებას აძლევს დაინახონ სიბნელეში დაფარული ხატის გამოცდა. მათი გამოცდა პირად დამდაბლებასა და აღიარებას მოიცავს. იგი მოიცავს აღიარებასაც, რომ დანიელს სიზმრებსა და ხილვებში მიეცა გაგება; რადგან თუ ისინი უარს იტყვიან, შეისმინონ უდაბნოში მხმობელი დანიელის ხმა, ეს იმათ ემსგავსება, ვინც ქრისტეს დღეებში იოანე ნათლისმცემლის უწყება უარყო.</w:t>
      </w:r>
    </w:p>
    <w:p>
      <w:pPr>
        <w:pStyle w:val="ArticleBody"/>
        <w:jc w:val="left"/>
      </w:pPr>
      <w:r>
        <w:rPr>
          <w:rFonts w:ascii="Sylfaen" w:hAnsi="Sylfaen" w:eastAsia="Sylfaen" w:cs="Sylfaen"/>
        </w:rPr>
        <w:t>და უაიტი გვამცნობს, რომ დანიელისა და გამოცხადების წიგნები ერთმანეთს ავსებს, ხოლო სიტყვა „ავსებს“, რომელსაც იგი იყენებს, ნიშნავს სრულყოფილებამდე მიყვანას. 2023 წლის ივლისის ბოლოს იუდას ტომის ლომმა დაიწყო იესო ქრისტეს გამოცხადების ბეჭდების ახსნა, როგორც აღთქმული ჰქონდა, რომ ამას გააკეთებდა მადლის დროის დახურვამდე უშუალოდ წინ. ამით მან გამოავლინა ბიბლიური ჭეშმარიტებები, რომლებიც ადრე სწორად იყო გაგებული, მაგრამ ახლა უკანასკნელი დღეების გარემოებაში უნდა გაგებულიყო.</w:t>
      </w:r>
    </w:p>
    <w:p>
      <w:pPr>
        <w:pStyle w:val="ArticleBody"/>
        <w:jc w:val="left"/>
      </w:pPr>
      <w:r>
        <w:rPr>
          <w:rFonts w:ascii="Sylfaen" w:hAnsi="Sylfaen" w:eastAsia="Sylfaen" w:cs="Sylfaen"/>
        </w:rPr>
        <w:t>ერთ-ერთი ამ ჭეშმარიტებათაგანია გამოცხადების მეთერთმეტე თავის ორი მოწმე. მეორეა ის ისტორია, რომელიც წარმოადგენს გამოცხადების მეათე თავის „შვიდი ქუხილის“ სრულყოფილ აღსრულებას. მან გამოიტანა წმინდა რეფორმის ხაზებიდან ჭეშმარიტებები, რომლებიც მეტყველებს 2020 წლის 18 ივლისის იმედგაცრუებაზე. მან გამოიყენა ოთხი სასაზღვრო ნიშანი, რომლებიც თითოეულ წმინდა რეფორმის ხაზშია და რომლებიც ასახავს პირველი უწყების გაძლიერების ისტორიას სამსჯავრომდე, იმგვარად, როგორც აქამდე არასოდეს ყოფილა შეცნობილი. დანიელის მეორე თავი მრავალ ამ ცნებას სრულყოფამდე მიჰყავს, თუმცა ეს ღრმა ჭეშმარიტებები სიბნელეშია დაფარული მათთვის, ვინც უარს ამბობს იმ მეთოდოლოგიის ჭამაზე, რომელიც ალფად და ომეგად არის განსაზღვრული.</w:t>
      </w:r>
    </w:p>
    <w:p>
      <w:pPr>
        <w:pStyle w:val="ArticleBody"/>
        <w:jc w:val="left"/>
      </w:pPr>
      <w:r>
        <w:rPr>
          <w:rFonts w:ascii="Sylfaen" w:hAnsi="Sylfaen" w:eastAsia="Sylfaen" w:cs="Sylfaen"/>
        </w:rPr>
        <w:t>დანიელის მეორე თავის ამ კვლევის დასასრულს, შევაჯამებთ და ერთმანეთთან დავაკავშირებთ ზოგიერთ ჭეშმარიტებასა და გზისნიშანს, რომლებიც დანიელის მეორე თავში სრულყოფილებამდეა მიყვანილი. ამგვარად, ჩვენ ვადგენთ, რომ საიდუმლო, რომელიც დანიელს ღამის ხილვაში გამოეცხადა, სწორედ ამ ჭეშმარიტებებს წარმოადგენს.</w:t>
      </w:r>
    </w:p>
    <w:p>
      <w:pPr>
        <w:pStyle w:val="ArticleBody"/>
        <w:jc w:val="left"/>
      </w:pPr>
      <w:r>
        <w:rPr>
          <w:rFonts w:ascii="Sylfaen" w:hAnsi="Sylfaen" w:eastAsia="Sylfaen" w:cs="Sylfaen"/>
        </w:rPr>
        <w:t>შემდეგ სტატიაში წარმოვადგენთ შეჯამებასა და დასკვნას.</w:t>
      </w:r>
    </w:p>
    <w:p>
      <w:pPr>
        <w:pStyle w:val="ArticleScripture"/>
        <w:jc w:val="left"/>
      </w:pPr>
      <w:r>
        <w:rPr>
          <w:rFonts w:ascii="Sylfaen" w:hAnsi="Sylfaen" w:eastAsia="Sylfaen" w:cs="Sylfaen"/>
        </w:rPr>
        <w:t>„უფალს თავისი დანიშნული მსახურებანი აქვს ადამიანთა მათს შეცდომებსა და განდგომილებებში შესახვედრად. მისი მაცნენი იგზავნებიან, რათა წარმოთქვან პირდაპირი დამოწმება, გამოაფხიზლონ ისინი მათი მიძინებული მდგომარეობიდან და გაუხსნან მათ გონებას სიცოცხლის ძვირფასი სიტყვები — წმიდა წერილნი. ეს ადამიანები მხოლოდ მქადაგებლები კი არ უნდა იყვნენ, არამედ მსახურნი, ნათლის მატარებელნი, ერთგული გუშაგნი, რომლებიც დაინახავენ მოსალოდნელ საფრთხეს და გააფრთხილებენ ხალხს. ისინი ქრისტეს უნდა ემსგავსებოდნენ თავიანთი გულმოდგინე მოშურნეობით, გონივრული ტაქტით, პირადი ძალისხმევით — მოკლედ, მთელი თავიანთი მსახურებით. მათ უნდა ჰქონდეთ ცოცხალი კავშირი ღმერთთან და იმდენად კარგად უნდა იცნობდნენ ძველი და ახალი აღთქმის წინასწარმეტყველებებსა და პრაქტიკულ გაკვეთილებს, რომ ღვთის სიტყვის საგანძურიდან გამოიტანონ ძველიც და ახალიც.“ მოწმობანი, ტომი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რიცხვი ცამეტი</dc:title>
  <dc:subject>უკანასკნელი დღეების საიდუმლოება</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